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Tourism and events, Barcelona: report</w:t>
      </w:r>
    </w:p>
    <w:p>
      <w:r>
        <w:rPr>
          <w:color w:val="525252"/>
          <w:sz w:val="18"/>
        </w:rPr>
        <w:t>Project: Sample: Tourism and events, Barcelona</w:t>
      </w:r>
      <w:r>
        <w:rPr>
          <w:color w:val="525252"/>
          <w:sz w:val="18"/>
        </w:rPr>
        <w:br/>
        <w:t>Goal: Describe the project Sample: Tourism and events, Barcelona: run the analyses that tell the most about its data, draw every result, and write a cited report.</w:t>
      </w:r>
      <w:r>
        <w:rPr>
          <w:color w:val="525252"/>
          <w:sz w:val="18"/>
        </w:rPr>
        <w:br/>
        <w:t>Run: 31472d20-05f3-4c85-8dd4-6c9178c5f64a (running, 11 agent run(s))</w:t>
      </w:r>
      <w:r>
        <w:rPr>
          <w:color w:val="525252"/>
          <w:sz w:val="18"/>
        </w:rPr>
        <w:br/>
        <w:t>Generated: 2026-10-18T05:55:27Z,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Venues</w:t>
            </w:r>
          </w:p>
        </w:tc>
        <w:tc>
          <w:tcPr>
            <w:tcW w:type="dxa" w:w="1440"/>
          </w:tcPr>
          <w:p>
            <w:r>
              <w:t>vector, Point</w:t>
            </w:r>
          </w:p>
        </w:tc>
        <w:tc>
          <w:tcPr>
            <w:tcW w:type="dxa" w:w="1440"/>
          </w:tcPr>
          <w:p>
            <w:r>
              <w:t>40</w:t>
            </w:r>
          </w:p>
        </w:tc>
        <w:tc>
          <w:tcPr>
            <w:tcW w:type="dxa" w:w="1440"/>
          </w:tcPr>
          <w:p>
            <w:r/>
          </w:p>
        </w:tc>
        <w:tc>
          <w:tcPr>
            <w:tcW w:type="dxa" w:w="1440"/>
          </w:tcPr>
          <w:p>
            <w:r>
              <w:t>40 point features; 'kind' has 8 values (top: beach 5, stadium 5, market 5); 'capacity' 176 to 8,097 (mean 1090); named by 'name' (e.g. Beach La Estacion, Stadium Los Olivos, Market El Mercado); extent 2.1381,41.3693 to 2.2029,41.4077. Point locations of Venues by kind.</w:t>
            </w:r>
          </w:p>
        </w:tc>
        <w:tc>
          <w:tcPr>
            <w:tcW w:type="dxa" w:w="1440"/>
          </w:tcPr>
          <w:p>
            <w:r>
              <w:t>[69]</w:t>
            </w:r>
          </w:p>
        </w:tc>
      </w:tr>
      <w:tr>
        <w:tc>
          <w:tcPr>
            <w:tcW w:type="dxa" w:w="1440"/>
          </w:tcPr>
          <w:p>
            <w:r>
              <w:t>Footfall counters</w:t>
            </w:r>
          </w:p>
        </w:tc>
        <w:tc>
          <w:tcPr>
            <w:tcW w:type="dxa" w:w="1440"/>
          </w:tcPr>
          <w:p>
            <w:r>
              <w:t>vector, Point</w:t>
            </w:r>
          </w:p>
        </w:tc>
        <w:tc>
          <w:tcPr>
            <w:tcW w:type="dxa" w:w="1440"/>
          </w:tcPr>
          <w:p>
            <w:r>
              <w:t>30</w:t>
            </w:r>
          </w:p>
        </w:tc>
        <w:tc>
          <w:tcPr>
            <w:tcW w:type="dxa" w:w="1440"/>
          </w:tcPr>
          <w:p>
            <w:r/>
          </w:p>
        </w:tc>
        <w:tc>
          <w:tcPr>
            <w:tcW w:type="dxa" w:w="1440"/>
          </w:tcPr>
          <w:p>
            <w:r>
              <w:t>30 point features; 'installed_year' 2,025 to 2,025 (mean 2025); named by 'name' (e.g. Footfall counter FC01, Footfall counter FC02, Footfall counter FC03); extent 2.1471,41.3678 to 2.1956,41.4005. Point locations of Footfall counters.</w:t>
            </w:r>
          </w:p>
        </w:tc>
        <w:tc>
          <w:tcPr>
            <w:tcW w:type="dxa" w:w="1440"/>
          </w:tcPr>
          <w:p>
            <w:r>
              <w:t>[70]</w:t>
            </w:r>
          </w:p>
        </w:tc>
      </w:tr>
      <w:tr>
        <w:tc>
          <w:tcPr>
            <w:tcW w:type="dxa" w:w="1440"/>
          </w:tcPr>
          <w:p>
            <w:r>
              <w:t>Footfall by hour</w:t>
            </w:r>
          </w:p>
        </w:tc>
        <w:tc>
          <w:tcPr>
            <w:tcW w:type="dxa" w:w="1440"/>
          </w:tcPr>
          <w:p>
            <w:r>
              <w:t>table</w:t>
            </w:r>
          </w:p>
        </w:tc>
        <w:tc>
          <w:tcPr>
            <w:tcW w:type="dxa" w:w="1440"/>
          </w:tcPr>
          <w:p>
            <w:r>
              <w:t>5,040</w:t>
            </w:r>
          </w:p>
        </w:tc>
        <w:tc>
          <w:tcPr>
            <w:tcW w:type="dxa" w:w="1440"/>
          </w:tcPr>
          <w:p>
            <w:r>
              <w:t>2026-09-14 to 2026-09-20</w:t>
            </w:r>
          </w:p>
        </w:tc>
        <w:tc>
          <w:tcPr>
            <w:tcW w:type="dxa" w:w="1440"/>
          </w:tcPr>
          <w:p>
            <w:r>
              <w:t>Table of 5,040 rows and 3 columns without geometry; dated by 'timestamp' from 2026-09-14 to 2026-09-20; 'pedestrians' 9 to 8,318 (mean 766.5). A table of Footfall by hour without locations.</w:t>
            </w:r>
          </w:p>
        </w:tc>
        <w:tc>
          <w:tcPr>
            <w:tcW w:type="dxa" w:w="1440"/>
          </w:tcPr>
          <w:p>
            <w:r>
              <w:t>[2]</w:t>
            </w:r>
          </w:p>
        </w:tc>
      </w:tr>
      <w:tr>
        <w:tc>
          <w:tcPr>
            <w:tcW w:type="dxa" w:w="1440"/>
          </w:tcPr>
          <w:p>
            <w:r>
              <w:t>Visitor check-ins</w:t>
            </w:r>
          </w:p>
        </w:tc>
        <w:tc>
          <w:tcPr>
            <w:tcW w:type="dxa" w:w="1440"/>
          </w:tcPr>
          <w:p>
            <w:r>
              <w:t>vector, Point</w:t>
            </w:r>
          </w:p>
        </w:tc>
        <w:tc>
          <w:tcPr>
            <w:tcW w:type="dxa" w:w="1440"/>
          </w:tcPr>
          <w:p>
            <w:r>
              <w:t>1,787</w:t>
            </w:r>
          </w:p>
        </w:tc>
        <w:tc>
          <w:tcPr>
            <w:tcW w:type="dxa" w:w="1440"/>
          </w:tcPr>
          <w:p>
            <w:r>
              <w:t>2026-08-01 to 2026-09-30</w:t>
            </w:r>
          </w:p>
        </w:tc>
        <w:tc>
          <w:tcPr>
            <w:tcW w:type="dxa" w:w="1440"/>
          </w:tcPr>
          <w:p>
            <w:r>
              <w:t>1,787 point features; dated by 'checked_in_at' from 2026-08-01 to 2026-09-30; 'visitor_origin' has 4 values (top: Americas 497, Asia 464, domestic 424); 'category' has 4 values (top: food 460, event 452, sightseeing 440); 'group_size' 1 to 4 (mean 2.144); extent 2.1351,41.3650 to 2.2048,41.4092. Dated point events by visitor_origin: where and when Visitor check-ins happen.</w:t>
            </w:r>
          </w:p>
        </w:tc>
        <w:tc>
          <w:tcPr>
            <w:tcW w:type="dxa" w:w="1440"/>
          </w:tcPr>
          <w:p>
            <w:r>
              <w:t>[3]</w:t>
            </w:r>
          </w:p>
        </w:tc>
      </w:tr>
      <w:tr>
        <w:tc>
          <w:tcPr>
            <w:tcW w:type="dxa" w:w="1440"/>
          </w:tcPr>
          <w:p>
            <w:r>
              <w:t>Hotels</w:t>
            </w:r>
          </w:p>
        </w:tc>
        <w:tc>
          <w:tcPr>
            <w:tcW w:type="dxa" w:w="1440"/>
          </w:tcPr>
          <w:p>
            <w:r>
              <w:t>vector, Point</w:t>
            </w:r>
          </w:p>
        </w:tc>
        <w:tc>
          <w:tcPr>
            <w:tcW w:type="dxa" w:w="1440"/>
          </w:tcPr>
          <w:p>
            <w:r>
              <w:t>120</w:t>
            </w:r>
          </w:p>
        </w:tc>
        <w:tc>
          <w:tcPr>
            <w:tcW w:type="dxa" w:w="1440"/>
          </w:tcPr>
          <w:p>
            <w:r/>
          </w:p>
        </w:tc>
        <w:tc>
          <w:tcPr>
            <w:tcW w:type="dxa" w:w="1440"/>
          </w:tcPr>
          <w:p>
            <w:r>
              <w:t>120 point features; 'stars' 2 to 5 (mean 3.408); 'rooms' 17 to 363 (mean 104.1); 'adr_eur' 71 to 510 (mean 173.1); extent 2.1363,41.3675 to 2.2041,41.4087. Point locations of Hotels.</w:t>
            </w:r>
          </w:p>
        </w:tc>
        <w:tc>
          <w:tcPr>
            <w:tcW w:type="dxa" w:w="1440"/>
          </w:tcPr>
          <w:p>
            <w:r>
              <w:t>[71]</w:t>
            </w:r>
          </w:p>
        </w:tc>
      </w:tr>
      <w:tr>
        <w:tc>
          <w:tcPr>
            <w:tcW w:type="dxa" w:w="1440"/>
          </w:tcPr>
          <w:p>
            <w:r>
              <w:t>Districts</w:t>
            </w:r>
          </w:p>
        </w:tc>
        <w:tc>
          <w:tcPr>
            <w:tcW w:type="dxa" w:w="1440"/>
          </w:tcPr>
          <w:p>
            <w:r>
              <w:t>vector, Polygon</w:t>
            </w:r>
          </w:p>
        </w:tc>
        <w:tc>
          <w:tcPr>
            <w:tcW w:type="dxa" w:w="1440"/>
          </w:tcPr>
          <w:p>
            <w:r>
              <w:t>10</w:t>
            </w:r>
          </w:p>
        </w:tc>
        <w:tc>
          <w:tcPr>
            <w:tcW w:type="dxa" w:w="1440"/>
          </w:tcPr>
          <w:p>
            <w:r/>
          </w:p>
        </w:tc>
        <w:tc>
          <w:tcPr>
            <w:tcW w:type="dxa" w:w="1440"/>
          </w:tcPr>
          <w:p>
            <w:r>
              <w:t>10 polygon (area) features; 'residents' 13,872 to 162,538 (mean 6.674e+04); 'tourist_beds' 1,594 to 7,527 (mean 4832); named by 'name' (e.g. Valle Hondo, Puente Alto Sur, Las Torres); total area 25.97 km2; extent 2.1338,41.3642 to 2.2059,41.4098. Areas (Districts) with residents to compare and map.</w:t>
            </w:r>
          </w:p>
        </w:tc>
        <w:tc>
          <w:tcPr>
            <w:tcW w:type="dxa" w:w="1440"/>
          </w:tcPr>
          <w:p>
            <w:r>
              <w:t>[72]</w:t>
            </w:r>
          </w:p>
        </w:tc>
      </w:tr>
      <w:tr>
        <w:tc>
          <w:tcPr>
            <w:tcW w:type="dxa" w:w="1440"/>
          </w:tcPr>
          <w:p>
            <w:r>
              <w:t>Transit stations</w:t>
            </w:r>
          </w:p>
        </w:tc>
        <w:tc>
          <w:tcPr>
            <w:tcW w:type="dxa" w:w="1440"/>
          </w:tcPr>
          <w:p>
            <w:r>
              <w:t>vector, Point</w:t>
            </w:r>
          </w:p>
        </w:tc>
        <w:tc>
          <w:tcPr>
            <w:tcW w:type="dxa" w:w="1440"/>
          </w:tcPr>
          <w:p>
            <w:r>
              <w:t>25</w:t>
            </w:r>
          </w:p>
        </w:tc>
        <w:tc>
          <w:tcPr>
            <w:tcW w:type="dxa" w:w="1440"/>
          </w:tcPr>
          <w:p>
            <w:r/>
          </w:p>
        </w:tc>
        <w:tc>
          <w:tcPr>
            <w:tcW w:type="dxa" w:w="1440"/>
          </w:tcPr>
          <w:p>
            <w:r>
              <w:t>25 point features; 'lines' 1 to 3 (mean 1.8); named by 'name' (e.g. Metro station La Fuente, Metro station Las Acacias, Metro station El Puerto Viejo); extent 2.1372,41.3652 to 2.2043,41.4051. Point locations of Transit stations.</w:t>
            </w:r>
          </w:p>
        </w:tc>
        <w:tc>
          <w:tcPr>
            <w:tcW w:type="dxa" w:w="1440"/>
          </w:tcPr>
          <w:p>
            <w:r>
              <w:t>[73]</w:t>
            </w:r>
          </w:p>
        </w:tc>
      </w:tr>
      <w:tr>
        <w:tc>
          <w:tcPr>
            <w:tcW w:type="dxa" w:w="1440"/>
          </w:tcPr>
          <w:p>
            <w:r>
              <w:t>Events</w:t>
            </w:r>
          </w:p>
        </w:tc>
        <w:tc>
          <w:tcPr>
            <w:tcW w:type="dxa" w:w="1440"/>
          </w:tcPr>
          <w:p>
            <w:r>
              <w:t>vector, Point</w:t>
            </w:r>
          </w:p>
        </w:tc>
        <w:tc>
          <w:tcPr>
            <w:tcW w:type="dxa" w:w="1440"/>
          </w:tcPr>
          <w:p>
            <w:r>
              <w:t>60</w:t>
            </w:r>
          </w:p>
        </w:tc>
        <w:tc>
          <w:tcPr>
            <w:tcW w:type="dxa" w:w="1440"/>
          </w:tcPr>
          <w:p>
            <w:r>
              <w:t>2026-06-02 to 2026-10-31</w:t>
            </w:r>
          </w:p>
        </w:tc>
        <w:tc>
          <w:tcPr>
            <w:tcW w:type="dxa" w:w="1440"/>
          </w:tcPr>
          <w:p>
            <w:r>
              <w:t>60 point features; dated by 'date' from 2026-06-02 to 2026-10-31; 'type' has 5 values (top: exhibition 16, concert 14, match 13); 'expected_attendance' 397 to 17,281 (mean 3696); extent 2.1476,41.3713 to 2.2029,41.4047. Dated point events by type: where and when Events happen.</w:t>
            </w:r>
          </w:p>
        </w:tc>
        <w:tc>
          <w:tcPr>
            <w:tcW w:type="dxa" w:w="1440"/>
          </w:tcPr>
          <w:p>
            <w:r>
              <w:t>[4]</w:t>
            </w:r>
          </w:p>
        </w:tc>
      </w:tr>
      <w:tr>
        <w:tc>
          <w:tcPr>
            <w:tcW w:type="dxa" w:w="1440"/>
          </w:tcPr>
          <w:p>
            <w:r>
              <w:t>Short-term rentals</w:t>
            </w:r>
          </w:p>
        </w:tc>
        <w:tc>
          <w:tcPr>
            <w:tcW w:type="dxa" w:w="1440"/>
          </w:tcPr>
          <w:p>
            <w:r>
              <w:t>vector, Point</w:t>
            </w:r>
          </w:p>
        </w:tc>
        <w:tc>
          <w:tcPr>
            <w:tcW w:type="dxa" w:w="1440"/>
          </w:tcPr>
          <w:p>
            <w:r>
              <w:t>359</w:t>
            </w:r>
          </w:p>
        </w:tc>
        <w:tc>
          <w:tcPr>
            <w:tcW w:type="dxa" w:w="1440"/>
          </w:tcPr>
          <w:p>
            <w:r/>
          </w:p>
        </w:tc>
        <w:tc>
          <w:tcPr>
            <w:tcW w:type="dxa" w:w="1440"/>
          </w:tcPr>
          <w:p>
            <w:r>
              <w:t>359 point features; 'room_type' has 2 values (top: private room 196, entire home 163); 'licensed' has 2 values (top: True 198, False 161); 'nightly_eur' 44 to 363 (mean 125.7); extent 2.1359,41.3649 to 2.2041,41.4087. Point locations of Short-term rentals by room_type.</w:t>
            </w:r>
          </w:p>
        </w:tc>
        <w:tc>
          <w:tcPr>
            <w:tcW w:type="dxa" w:w="1440"/>
          </w:tcPr>
          <w:p>
            <w:r>
              <w:t>[74]</w:t>
            </w:r>
          </w:p>
        </w:tc>
      </w:tr>
      <w:tr>
        <w:tc>
          <w:tcPr>
            <w:tcW w:type="dxa" w:w="1440"/>
          </w:tcPr>
          <w:p>
            <w:r>
              <w:t>Hotel occupancy by district and month</w:t>
            </w:r>
          </w:p>
        </w:tc>
        <w:tc>
          <w:tcPr>
            <w:tcW w:type="dxa" w:w="1440"/>
          </w:tcPr>
          <w:p>
            <w:r>
              <w:t>table</w:t>
            </w:r>
          </w:p>
        </w:tc>
        <w:tc>
          <w:tcPr>
            <w:tcW w:type="dxa" w:w="1440"/>
          </w:tcPr>
          <w:p>
            <w:r>
              <w:t>120</w:t>
            </w:r>
          </w:p>
        </w:tc>
        <w:tc>
          <w:tcPr>
            <w:tcW w:type="dxa" w:w="1440"/>
          </w:tcPr>
          <w:p>
            <w:r>
              <w:t>2025-10-01 to 2026-09-01</w:t>
            </w:r>
          </w:p>
        </w:tc>
        <w:tc>
          <w:tcPr>
            <w:tcW w:type="dxa" w:w="1440"/>
          </w:tcPr>
          <w:p>
            <w:r>
              <w:t>Table of 120 rows and 5 columns without geometry; dated by 'month' from 2025-10-01 to 2026-09-01; 'area_code' has 10 values (top: DT01 12, DT02 12, DT03 12); 'occupancy_pct' 41 to 97.3 (mean 69.54); 'adr_eur' 99 to 219 (mean 152.6); 'beds' 809 to 8,983 (mean 4657). A table of Hotel occupancy by district and month without locations.</w:t>
            </w:r>
          </w:p>
        </w:tc>
        <w:tc>
          <w:tcPr>
            <w:tcW w:type="dxa" w:w="1440"/>
          </w:tcPr>
          <w:p>
            <w:r>
              <w:t>[5]</w:t>
            </w:r>
          </w:p>
        </w:tc>
      </w:tr>
      <w:tr>
        <w:tc>
          <w:tcPr>
            <w:tcW w:type="dxa" w:w="1440"/>
          </w:tcPr>
          <w:p>
            <w:r>
              <w:t>Walking routes</w:t>
            </w:r>
          </w:p>
        </w:tc>
        <w:tc>
          <w:tcPr>
            <w:tcW w:type="dxa" w:w="1440"/>
          </w:tcPr>
          <w:p>
            <w:r>
              <w:t>vector, LineString</w:t>
            </w:r>
          </w:p>
        </w:tc>
        <w:tc>
          <w:tcPr>
            <w:tcW w:type="dxa" w:w="1440"/>
          </w:tcPr>
          <w:p>
            <w:r>
              <w:t>7</w:t>
            </w:r>
          </w:p>
        </w:tc>
        <w:tc>
          <w:tcPr>
            <w:tcW w:type="dxa" w:w="1440"/>
          </w:tcPr>
          <w:p>
            <w:r/>
          </w:p>
        </w:tc>
        <w:tc>
          <w:tcPr>
            <w:tcW w:type="dxa" w:w="1440"/>
          </w:tcPr>
          <w:p>
            <w:r>
              <w:t>7 line features; 'step_free' has 2 values (top: True 5, False 2); 'km' 0.92 to 4.93 (mean 3.107); named by 'name' (e.g. Walking route Gallery Bajo Rio to Market Los Pinos 2, Walking route Stadium La Loma to Market Los Sauces, Walking route Beach El Faro to Concert hall La Ribera); total length 21.75 km; extent 2.1350,41.3690 to 2.2026,41.4072. Lines (Walking routes) such as routes or networks.</w:t>
            </w:r>
          </w:p>
        </w:tc>
        <w:tc>
          <w:tcPr>
            <w:tcW w:type="dxa" w:w="1440"/>
          </w:tcPr>
          <w:p>
            <w:r>
              <w:t>[75]</w:t>
            </w:r>
          </w:p>
        </w:tc>
      </w:tr>
      <w:tr>
        <w:tc>
          <w:tcPr>
            <w:tcW w:type="dxa" w:w="1440"/>
          </w:tcPr>
          <w:p>
            <w:r>
              <w:t>Event mobility plan</w:t>
            </w:r>
          </w:p>
        </w:tc>
        <w:tc>
          <w:tcPr>
            <w:tcW w:type="dxa" w:w="1440"/>
          </w:tcPr>
          <w:p>
            <w:r>
              <w:t>document</w:t>
            </w:r>
          </w:p>
        </w:tc>
        <w:tc>
          <w:tcPr>
            <w:tcW w:type="dxa" w:w="1440"/>
          </w:tcPr>
          <w:p>
            <w:r/>
          </w:p>
        </w:tc>
        <w:tc>
          <w:tcPr>
            <w:tcW w:type="dxa" w:w="1440"/>
          </w:tcPr>
          <w:p>
            <w:r/>
          </w:p>
        </w:tc>
        <w:tc>
          <w:tcPr>
            <w:tcW w:type="dxa" w:w="1440"/>
          </w:tcPr>
          <w:p>
            <w:r>
              <w:t>1-page md document 'Event mobility plan: festival weekend 19 and 20 September'; language en; mentions 5 place(s): 41.37806, 2.17872 (1), Stadium Los Olivos (1), Stadium La Alameda (1), Footfall counter FC03 (1), Footfall (1). A document about 41.37806, 2.17872, Stadium Los Olivos, Stadium La Alameda.</w:t>
            </w:r>
          </w:p>
        </w:tc>
        <w:tc>
          <w:tcPr>
            <w:tcW w:type="dxa" w:w="1440"/>
          </w:tcPr>
          <w:p>
            <w:r>
              <w:t>[76]</w:t>
            </w:r>
          </w:p>
        </w:tc>
      </w:tr>
      <w:tr>
        <w:tc>
          <w:tcPr>
            <w:tcW w:type="dxa" w:w="1440"/>
          </w:tcPr>
          <w:p>
            <w:r>
              <w:t>Sample: Tourism and events, Barcelona</w:t>
            </w:r>
          </w:p>
        </w:tc>
        <w:tc>
          <w:tcPr>
            <w:tcW w:type="dxa" w:w="1440"/>
          </w:tcPr>
          <w:p>
            <w:r>
              <w:t>record</w:t>
            </w:r>
          </w:p>
        </w:tc>
        <w:tc>
          <w:tcPr>
            <w:tcW w:type="dxa" w:w="1440"/>
          </w:tcPr>
          <w:p>
            <w:r/>
          </w:p>
        </w:tc>
        <w:tc>
          <w:tcPr>
            <w:tcW w:type="dxa" w:w="1440"/>
          </w:tcPr>
          <w:p>
            <w:r/>
          </w:p>
        </w:tc>
        <w:tc>
          <w:tcPr>
            <w:tcW w:type="dxa" w:w="1440"/>
          </w:tcPr>
          <w:p>
            <w:r/>
          </w:p>
        </w:tc>
        <w:tc>
          <w:tcPr>
            <w:tcW w:type="dxa" w:w="1440"/>
          </w:tcPr>
          <w:p>
            <w:r>
              <w:t>[77]</w:t>
            </w:r>
          </w:p>
        </w:tc>
      </w:tr>
      <w:tr>
        <w:tc>
          <w:tcPr>
            <w:tcW w:type="dxa" w:w="1440"/>
          </w:tcPr>
          <w:p>
            <w:r>
              <w:t>Events per 10,000 people by feature</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[78]</w:t>
            </w:r>
          </w:p>
        </w:tc>
      </w:tr>
      <w:tr>
        <w:tc>
          <w:tcPr>
            <w:tcW w:type="dxa" w:w="1440"/>
          </w:tcPr>
          <w:p>
            <w:r>
              <w:t>Hotels per 10,000 people by feature</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[79]</w:t>
            </w:r>
          </w:p>
        </w:tc>
      </w:tr>
      <w:tr>
        <w:tc>
          <w:tcPr>
            <w:tcW w:type="dxa" w:w="1440"/>
          </w:tcPr>
          <w:p>
            <w:r>
              <w:t>Hot spot analysis: Events</w:t>
            </w:r>
          </w:p>
        </w:tc>
        <w:tc>
          <w:tcPr>
            <w:tcW w:type="dxa" w:w="1440"/>
          </w:tcPr>
          <w:p>
            <w:r>
              <w:t>layer, Polygon</w:t>
            </w:r>
          </w:p>
        </w:tc>
        <w:tc>
          <w:tcPr>
            <w:tcW w:type="dxa" w:w="1440"/>
          </w:tcPr>
          <w:p>
            <w:r>
              <w:t>21</w:t>
            </w:r>
          </w:p>
        </w:tc>
        <w:tc>
          <w:tcPr>
            <w:tcW w:type="dxa" w:w="1440"/>
          </w:tcPr>
          <w:p>
            <w:r/>
          </w:p>
        </w:tc>
        <w:tc>
          <w:tcPr>
            <w:tcW w:type="dxa" w:w="1440"/>
          </w:tcPr>
          <w:p>
            <w:r/>
          </w:p>
        </w:tc>
        <w:tc>
          <w:tcPr>
            <w:tcW w:type="dxa" w:w="1440"/>
          </w:tcPr>
          <w:p>
            <w:r>
              <w:t>[80]</w:t>
            </w:r>
          </w:p>
        </w:tc>
      </w:tr>
      <w:tr>
        <w:tc>
          <w:tcPr>
            <w:tcW w:type="dxa" w:w="1440"/>
          </w:tcPr>
          <w:p>
            <w:r>
              <w:t>Hot spot analysis: Hotels</w:t>
            </w:r>
          </w:p>
        </w:tc>
        <w:tc>
          <w:tcPr>
            <w:tcW w:type="dxa" w:w="1440"/>
          </w:tcPr>
          <w:p>
            <w:r>
              <w:t>layer, Polygon</w:t>
            </w:r>
          </w:p>
        </w:tc>
        <w:tc>
          <w:tcPr>
            <w:tcW w:type="dxa" w:w="1440"/>
          </w:tcPr>
          <w:p>
            <w:r>
              <w:t>35</w:t>
            </w:r>
          </w:p>
        </w:tc>
        <w:tc>
          <w:tcPr>
            <w:tcW w:type="dxa" w:w="1440"/>
          </w:tcPr>
          <w:p>
            <w:r/>
          </w:p>
        </w:tc>
        <w:tc>
          <w:tcPr>
            <w:tcW w:type="dxa" w:w="1440"/>
          </w:tcPr>
          <w:p>
            <w:r/>
          </w:p>
        </w:tc>
        <w:tc>
          <w:tcPr>
            <w:tcW w:type="dxa" w:w="1440"/>
          </w:tcPr>
          <w:p>
            <w:r>
              <w:t>[81]</w:t>
            </w:r>
          </w:p>
        </w:tc>
      </w:tr>
      <w:tr>
        <w:tc>
          <w:tcPr>
            <w:tcW w:type="dxa" w:w="1440"/>
          </w:tcPr>
          <w:p>
            <w:r>
              <w:t>Emerging hot spots: Events</w:t>
            </w:r>
          </w:p>
        </w:tc>
        <w:tc>
          <w:tcPr>
            <w:tcW w:type="dxa" w:w="1440"/>
          </w:tcPr>
          <w:p>
            <w:r>
              <w:t>layer, Polygon</w:t>
            </w:r>
          </w:p>
        </w:tc>
        <w:tc>
          <w:tcPr>
            <w:tcW w:type="dxa" w:w="1440"/>
          </w:tcPr>
          <w:p>
            <w:r>
              <w:t>12</w:t>
            </w:r>
          </w:p>
        </w:tc>
        <w:tc>
          <w:tcPr>
            <w:tcW w:type="dxa" w:w="1440"/>
          </w:tcPr>
          <w:p>
            <w:r/>
          </w:p>
        </w:tc>
        <w:tc>
          <w:tcPr>
            <w:tcW w:type="dxa" w:w="1440"/>
          </w:tcPr>
          <w:p>
            <w:r/>
          </w:p>
        </w:tc>
        <w:tc>
          <w:tcPr>
            <w:tcW w:type="dxa" w:w="1440"/>
          </w:tcPr>
          <w:p>
            <w:r>
              <w:t>[82]</w:t>
            </w:r>
          </w:p>
        </w:tc>
      </w:tr>
      <w:tr>
        <w:tc>
          <w:tcPr>
            <w:tcW w:type="dxa" w:w="1440"/>
          </w:tcPr>
          <w:p>
            <w:r>
              <w:t>Emerging hot spots: Visitor check-ins</w:t>
            </w:r>
          </w:p>
        </w:tc>
        <w:tc>
          <w:tcPr>
            <w:tcW w:type="dxa" w:w="1440"/>
          </w:tcPr>
          <w:p>
            <w:r>
              <w:t>layer, Polygon</w:t>
            </w:r>
          </w:p>
        </w:tc>
        <w:tc>
          <w:tcPr>
            <w:tcW w:type="dxa" w:w="1440"/>
          </w:tcPr>
          <w:p>
            <w:r>
              <w:t>247</w:t>
            </w:r>
          </w:p>
        </w:tc>
        <w:tc>
          <w:tcPr>
            <w:tcW w:type="dxa" w:w="1440"/>
          </w:tcPr>
          <w:p>
            <w:r/>
          </w:p>
        </w:tc>
        <w:tc>
          <w:tcPr>
            <w:tcW w:type="dxa" w:w="1440"/>
          </w:tcPr>
          <w:p>
            <w:r/>
          </w:p>
        </w:tc>
        <w:tc>
          <w:tcPr>
            <w:tcW w:type="dxa" w:w="1440"/>
          </w:tcPr>
          <w:p>
            <w:r>
              <w:t>[83]</w:t>
            </w:r>
          </w:p>
        </w:tc>
      </w:tr>
      <w:tr>
        <w:tc>
          <w:tcPr>
            <w:tcW w:type="dxa" w:w="1440"/>
          </w:tcPr>
          <w:p>
            <w:r>
              <w:t>Calculate density: Events</w:t>
            </w:r>
          </w:p>
        </w:tc>
        <w:tc>
          <w:tcPr>
            <w:tcW w:type="dxa" w:w="1440"/>
          </w:tcPr>
          <w:p>
            <w:r>
              <w:t>layer, Polygon</w:t>
            </w:r>
          </w:p>
        </w:tc>
        <w:tc>
          <w:tcPr>
            <w:tcW w:type="dxa" w:w="1440"/>
          </w:tcPr>
          <w:p>
            <w:r>
              <w:t>105</w:t>
            </w:r>
          </w:p>
        </w:tc>
        <w:tc>
          <w:tcPr>
            <w:tcW w:type="dxa" w:w="1440"/>
          </w:tcPr>
          <w:p>
            <w:r/>
          </w:p>
        </w:tc>
        <w:tc>
          <w:tcPr>
            <w:tcW w:type="dxa" w:w="1440"/>
          </w:tcPr>
          <w:p>
            <w:r/>
          </w:p>
        </w:tc>
        <w:tc>
          <w:tcPr>
            <w:tcW w:type="dxa" w:w="1440"/>
          </w:tcPr>
          <w:p>
            <w:r>
              <w:t>[84]</w:t>
            </w:r>
          </w:p>
        </w:tc>
      </w:tr>
      <w:tr>
        <w:tc>
          <w:tcPr>
            <w:tcW w:type="dxa" w:w="1440"/>
          </w:tcPr>
          <w:p>
            <w:r>
              <w:t>Calculate density: Hotels</w:t>
            </w:r>
          </w:p>
        </w:tc>
        <w:tc>
          <w:tcPr>
            <w:tcW w:type="dxa" w:w="1440"/>
          </w:tcPr>
          <w:p>
            <w:r>
              <w:t>layer, Polygon</w:t>
            </w:r>
          </w:p>
        </w:tc>
        <w:tc>
          <w:tcPr>
            <w:tcW w:type="dxa" w:w="1440"/>
          </w:tcPr>
          <w:p>
            <w:r>
              <w:t>160</w:t>
            </w:r>
          </w:p>
        </w:tc>
        <w:tc>
          <w:tcPr>
            <w:tcW w:type="dxa" w:w="1440"/>
          </w:tcPr>
          <w:p>
            <w:r/>
          </w:p>
        </w:tc>
        <w:tc>
          <w:tcPr>
            <w:tcW w:type="dxa" w:w="1440"/>
          </w:tcPr>
          <w:p>
            <w:r/>
          </w:p>
        </w:tc>
        <w:tc>
          <w:tcPr>
            <w:tcW w:type="dxa" w:w="1440"/>
          </w:tcPr>
          <w:p>
            <w:r>
              <w:t>[85]</w:t>
            </w:r>
          </w:p>
        </w:tc>
      </w:tr>
      <w:tr>
        <w:tc>
          <w:tcPr>
            <w:tcW w:type="dxa" w:w="1440"/>
          </w:tcPr>
          <w:p>
            <w:r>
              <w:t>Transit stations per 10,000 people by feature</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[86]</w:t>
            </w:r>
          </w:p>
        </w:tc>
      </w:tr>
      <w:tr>
        <w:tc>
          <w:tcPr>
            <w:tcW w:type="dxa" w:w="1440"/>
          </w:tcPr>
          <w:p>
            <w:r>
              <w:t>Hot spot analysis: Short-term rentals</w:t>
            </w:r>
          </w:p>
        </w:tc>
        <w:tc>
          <w:tcPr>
            <w:tcW w:type="dxa" w:w="1440"/>
          </w:tcPr>
          <w:p>
            <w:r>
              <w:t>layer, Polygon</w:t>
            </w:r>
          </w:p>
        </w:tc>
        <w:tc>
          <w:tcPr>
            <w:tcW w:type="dxa" w:w="1440"/>
          </w:tcPr>
          <w:p>
            <w:r>
              <w:t>120</w:t>
            </w:r>
          </w:p>
        </w:tc>
        <w:tc>
          <w:tcPr>
            <w:tcW w:type="dxa" w:w="1440"/>
          </w:tcPr>
          <w:p>
            <w:r/>
          </w:p>
        </w:tc>
        <w:tc>
          <w:tcPr>
            <w:tcW w:type="dxa" w:w="1440"/>
          </w:tcPr>
          <w:p>
            <w:r/>
          </w:p>
        </w:tc>
        <w:tc>
          <w:tcPr>
            <w:tcW w:type="dxa" w:w="1440"/>
          </w:tcPr>
          <w:p>
            <w:r>
              <w:t>[87]</w:t>
            </w:r>
          </w:p>
        </w:tc>
      </w:tr>
      <w:tr>
        <w:tc>
          <w:tcPr>
            <w:tcW w:type="dxa" w:w="1440"/>
          </w:tcPr>
          <w:p>
            <w:r>
              <w:t>Repeat and near repeat classification: Events</w:t>
            </w:r>
          </w:p>
        </w:tc>
        <w:tc>
          <w:tcPr>
            <w:tcW w:type="dxa" w:w="1440"/>
          </w:tcPr>
          <w:p>
            <w:r>
              <w:t>layer, Point</w:t>
            </w:r>
          </w:p>
        </w:tc>
        <w:tc>
          <w:tcPr>
            <w:tcW w:type="dxa" w:w="1440"/>
          </w:tcPr>
          <w:p>
            <w:r>
              <w:t>60</w:t>
            </w:r>
          </w:p>
        </w:tc>
        <w:tc>
          <w:tcPr>
            <w:tcW w:type="dxa" w:w="1440"/>
          </w:tcPr>
          <w:p>
            <w:r/>
          </w:p>
        </w:tc>
        <w:tc>
          <w:tcPr>
            <w:tcW w:type="dxa" w:w="1440"/>
          </w:tcPr>
          <w:p>
            <w:r/>
          </w:p>
        </w:tc>
        <w:tc>
          <w:tcPr>
            <w:tcW w:type="dxa" w:w="1440"/>
          </w:tcPr>
          <w:p>
            <w:r>
              <w:t>[88]</w:t>
            </w:r>
          </w:p>
        </w:tc>
      </w:tr>
      <w:tr>
        <w:tc>
          <w:tcPr>
            <w:tcW w:type="dxa" w:w="1440"/>
          </w:tcPr>
          <w:p>
            <w:r>
              <w:t>Calculate density: Transit stations</w:t>
            </w:r>
          </w:p>
        </w:tc>
        <w:tc>
          <w:tcPr>
            <w:tcW w:type="dxa" w:w="1440"/>
          </w:tcPr>
          <w:p>
            <w:r>
              <w:t>layer, Polygon</w:t>
            </w:r>
          </w:p>
        </w:tc>
        <w:tc>
          <w:tcPr>
            <w:tcW w:type="dxa" w:w="1440"/>
          </w:tcPr>
          <w:p>
            <w:r>
              <w:t>60</w:t>
            </w:r>
          </w:p>
        </w:tc>
        <w:tc>
          <w:tcPr>
            <w:tcW w:type="dxa" w:w="1440"/>
          </w:tcPr>
          <w:p>
            <w:r/>
          </w:p>
        </w:tc>
        <w:tc>
          <w:tcPr>
            <w:tcW w:type="dxa" w:w="1440"/>
          </w:tcPr>
          <w:p>
            <w:r/>
          </w:p>
        </w:tc>
        <w:tc>
          <w:tcPr>
            <w:tcW w:type="dxa" w:w="1440"/>
          </w:tcPr>
          <w:p>
            <w:r>
              <w:t>[89]</w:t>
            </w:r>
          </w:p>
        </w:tc>
      </w:tr>
    </w:tbl>
    <w:p/>
    <w:p>
      <w:pPr>
        <w:pStyle w:val="Heading1"/>
      </w:pPr>
      <w:r>
        <w:t>Timeline</w:t>
      </w:r>
    </w:p>
    <w:p>
      <w:pPr>
        <w:jc w:val="center"/>
      </w:pPr>
      <w:r>
        <w:drawing>
          <wp:inline xmlns:a="http://schemas.openxmlformats.org/drawingml/2006/main" xmlns:pic="http://schemas.openxmlformats.org/drawingml/2006/picture">
            <wp:extent cx="5486400" cy="3883152"/>
            <wp:docPr id="1" name="Picture 1"/>
            <wp:cNvGraphicFramePr>
              <a:graphicFrameLocks noChangeAspect="1"/>
            </wp:cNvGraphicFramePr>
            <a:graphic>
              <a:graphicData uri="http://schemas.openxmlformats.org/drawingml/2006/picture">
                <pic:pic>
                  <pic:nvPicPr>
                    <pic:cNvPr id="0" name="041.jpg"/>
                    <pic:cNvPicPr/>
                  </pic:nvPicPr>
                  <pic:blipFill>
                    <a:blip r:embed="rId9"/>
                    <a:stretch>
                      <a:fillRect/>
                    </a:stretch>
                  </pic:blipFill>
                  <pic:spPr>
                    <a:xfrm>
                      <a:off x="0" y="0"/>
                      <a:ext cx="5486400" cy="3883152"/>
                    </a:xfrm>
                    <a:prstGeom prst="rect"/>
                  </pic:spPr>
                </pic:pic>
              </a:graphicData>
            </a:graphic>
          </wp:inline>
        </w:drawing>
      </w:r>
    </w:p>
    <w:p>
      <w:r>
        <w:rPr>
          <w:i/>
          <w:color w:val="525252"/>
          <w:sz w:val="17"/>
        </w:rPr>
        <w:t>Figure 1. Timeline: events per month by dataset [1]. Per month, 2025-10-01 to 2026-10-01. Source: Footfall by hour, Visitor check-ins, Events, Hotel occupancy by district and month (7,007 features). The data is in the appendix.</w:t>
      </w:r>
    </w:p>
    <w:p>
      <w:r>
        <w:rPr>
          <w:i w:val="0"/>
        </w:rPr>
        <w:t>The timeline counts 7,007 dated events in Footfall by hour, Visitor check-ins, Events and 1 more per month, from October 2025 to October 2026 [1][2][3][4][5]. By dataset: Footfall by hour 5,040; Visitor check-ins 1,787; Hotel occupancy by district and month 120; Events 60 [1]. The trend is +185 events per month; the second half of the months has 6,937 against 60 in the first (+11461.7%) [1].</w:t>
      </w:r>
    </w:p>
    <w:p>
      <w:r>
        <w:rPr>
          <w:b/>
        </w:rPr>
        <w:t>Busiest months</w:t>
      </w:r>
    </w:p>
    <w:p>
      <w:pPr>
        <w:pStyle w:val="ListBullet"/>
      </w:pPr>
      <w:r>
        <w:t>September 2026: 6,112 events [1]</w:t>
      </w:r>
    </w:p>
    <w:p>
      <w:pPr>
        <w:pStyle w:val="ListBullet"/>
      </w:pPr>
      <w:r>
        <w:t>August 2026: 756 events [1]</w:t>
      </w:r>
    </w:p>
    <w:p>
      <w:pPr>
        <w:pStyle w:val="ListBullet"/>
      </w:pPr>
      <w:r>
        <w:t>June 2026: 21 events [1]</w:t>
      </w:r>
    </w:p>
    <w:p>
      <w:r>
        <w:rPr>
          <w:b/>
        </w:rPr>
        <w:t>Quietest months</w:t>
      </w:r>
    </w:p>
    <w:p>
      <w:pPr>
        <w:pStyle w:val="ListBullet"/>
      </w:pPr>
      <w:r>
        <w:t>October 2025: 10 events [1]</w:t>
      </w:r>
    </w:p>
    <w:p>
      <w:pPr>
        <w:pStyle w:val="ListBullet"/>
      </w:pPr>
      <w:r>
        <w:t>November 2025: 10 events [1]</w:t>
      </w:r>
    </w:p>
    <w:p>
      <w:pPr>
        <w:pStyle w:val="ListBullet"/>
      </w:pPr>
      <w:r>
        <w:t>December 2025: 10 events [1]</w:t>
      </w:r>
    </w:p>
    <w:p>
      <w:pPr>
        <w:pStyle w:val="Heading1"/>
      </w:pPr>
      <w:r>
        <w:t>Pipeline</w:t>
      </w:r>
    </w:p>
    <w:p>
      <w:r>
        <w:rPr>
          <w:b/>
        </w:rPr>
        <w:t xml:space="preserve">What this analysis is. </w:t>
      </w:r>
      <w:r>
        <w:rPr>
          <w:i w:val="0"/>
        </w:rPr>
        <w:t>Pipeline: Run up to 20 GIS operations in one engine call; a step's params may use "$id" (an earlier step's result) or "$id.key", and layer references [6]. Every step's map outputs are saved as styled layers [6].</w:t>
      </w:r>
    </w:p>
    <w:p>
      <w:r>
        <w:rPr>
          <w:b/>
        </w:rPr>
        <w:t xml:space="preserve">Why it was run on this data. </w:t>
      </w:r>
      <w:r>
        <w:rPr>
          <w:i w:val="0"/>
        </w:rPr>
        <w:t>Districts holds population in 'residents': Events per 10,000 people in each feature compares features of different size; mapped as a choropleth (natural breaks, sequential colors) [7].</w:t>
      </w:r>
    </w:p>
    <w:p>
      <w:r>
        <w:rPr>
          <w:b/>
        </w:rPr>
        <w:t xml:space="preserve">What it found. </w:t>
      </w:r>
      <w:r>
        <w:rPr>
          <w:i w:val="0"/>
        </w:rPr>
        <w:t>Pipeline on Events, Districts: Pipeline of 2 steps (summarize_within &gt; calculate_field): 1 layer saved [8][9][10]. It reported result, count 10; result, elapsed ms 0; billing, cost 0.0215; billing, list price 0.0215; billing, upstream cost 0; list price 0.0215 [8].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0.0215</w:t>
            </w:r>
          </w:p>
        </w:tc>
      </w:tr>
      <w:tr>
        <w:tc>
          <w:tcPr>
            <w:tcW w:type="dxa" w:w="4320"/>
          </w:tcPr>
          <w:p>
            <w:r>
              <w:t>billing, list price</w:t>
            </w:r>
          </w:p>
        </w:tc>
        <w:tc>
          <w:tcPr>
            <w:tcW w:type="dxa" w:w="4320"/>
          </w:tcPr>
          <w:p>
            <w:r>
              <w:t>0.0215</w:t>
            </w:r>
          </w:p>
        </w:tc>
      </w:tr>
      <w:tr>
        <w:tc>
          <w:tcPr>
            <w:tcW w:type="dxa" w:w="4320"/>
          </w:tcPr>
          <w:p>
            <w:r>
              <w:t>billing, upstream cost</w:t>
            </w:r>
          </w:p>
        </w:tc>
        <w:tc>
          <w:tcPr>
            <w:tcW w:type="dxa" w:w="4320"/>
          </w:tcPr>
          <w:p>
            <w:r>
              <w:t>0</w:t>
            </w:r>
          </w:p>
        </w:tc>
      </w:tr>
      <w:tr>
        <w:tc>
          <w:tcPr>
            <w:tcW w:type="dxa" w:w="4320"/>
          </w:tcPr>
          <w:p>
            <w:r>
              <w:t>list price</w:t>
            </w:r>
          </w:p>
        </w:tc>
        <w:tc>
          <w:tcPr>
            <w:tcW w:type="dxa" w:w="4320"/>
          </w:tcPr>
          <w:p>
            <w:r>
              <w:t>0.0215</w:t>
            </w:r>
          </w:p>
        </w:tc>
      </w:tr>
    </w:tbl>
    <w:p/>
    <w:p>
      <w:r>
        <w:rPr>
          <w:b/>
        </w:rPr>
        <w:t>Findings</w:t>
      </w:r>
    </w:p>
    <w:p>
      <w:pPr>
        <w:pStyle w:val="ListBullet"/>
      </w:pPr>
      <w:r>
        <w:rPr>
          <w:b/>
        </w:rPr>
        <w:t xml:space="preserve">Evidenced: </w:t>
      </w:r>
      <w:r>
        <w:t>Pipeline on Events, Districts: Pipeline of 2 steps (summarize_within &gt; calculate_field): 1 layer saved [8][9][10].</w:t>
      </w:r>
    </w:p>
    <w:p>
      <w:pPr>
        <w:pStyle w:val="ListBullet"/>
      </w:pPr>
      <w:r>
        <w:rPr>
          <w:b/>
        </w:rPr>
        <w:t xml:space="preserve">Evidenced: </w:t>
      </w:r>
      <w:r>
        <w:t>It reported result, count 10; result, elapsed ms 0; billing, cost 0.0215; billing, list price 0.0215; billing, upstream cost 0; list price 0.0215 [8].</w:t>
      </w:r>
    </w:p>
    <w:p>
      <w:r>
        <w:rPr>
          <w:i/>
          <w:color w:val="525252"/>
          <w:sz w:val="17"/>
        </w:rPr>
        <w:t xml:space="preserve">Tool gp_pipeline; parameters {"save": "final", "steps": [{"id": "counts", "params": {"features": {"layer": "Events (48b188aa)"}, "polygons": {"layer": "Districts (2a6df822)"}}, "operation": "summarize_within"}, {"id": "rate", "params": {"field": "rate_per_10k", "features": "$counts", "expression": "count * 10000 / residents"}, "operation": "calculate_field"}], "project": "7e086c07-eb20-44ad-b602-c5958e8ee13e", "output_name": </w:t>
      </w:r>
    </w:p>
    <w:p>
      <w:pPr>
        <w:pStyle w:val="Heading1"/>
      </w:pPr>
      <w:r>
        <w:t>Pipeline</w:t>
      </w:r>
    </w:p>
    <w:p>
      <w:r>
        <w:rPr>
          <w:b/>
        </w:rPr>
        <w:t xml:space="preserve">What this analysis is. </w:t>
      </w:r>
      <w:r>
        <w:rPr>
          <w:i w:val="0"/>
        </w:rPr>
        <w:t>Pipeline: Run up to 20 GIS operations in one engine call; a step's params may use "$id" (an earlier step's result) or "$id.key", and layer references [6]. Every step's map outputs are saved as styled layers [6].</w:t>
      </w:r>
    </w:p>
    <w:p>
      <w:r>
        <w:rPr>
          <w:b/>
        </w:rPr>
        <w:t xml:space="preserve">Why it was run on this data. </w:t>
      </w:r>
      <w:r>
        <w:rPr>
          <w:i w:val="0"/>
        </w:rPr>
        <w:t>Districts holds population in 'residents': Events per 10,000 people in each feature compares features of different size; mapped as a choropleth (natural breaks, sequential colors) [7].</w:t>
      </w:r>
    </w:p>
    <w:p>
      <w:r>
        <w:rPr>
          <w:b/>
        </w:rPr>
        <w:t xml:space="preserve">What it found. </w:t>
      </w:r>
      <w:r>
        <w:rPr>
          <w:i w:val="0"/>
        </w:rPr>
        <w:t>Pipeline on Hotels, Districts: Pipeline of 2 steps (summarize_within &gt; calculate_field): 1 layer saved [10][11][12]. It reported result, count 10; result, elapsed ms 0; billing, cost 0.0227; billing, list price 0.0227; billing, upstream cost 0; list price 0.0227 [11].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0.0227</w:t>
            </w:r>
          </w:p>
        </w:tc>
      </w:tr>
      <w:tr>
        <w:tc>
          <w:tcPr>
            <w:tcW w:type="dxa" w:w="4320"/>
          </w:tcPr>
          <w:p>
            <w:r>
              <w:t>billing, list price</w:t>
            </w:r>
          </w:p>
        </w:tc>
        <w:tc>
          <w:tcPr>
            <w:tcW w:type="dxa" w:w="4320"/>
          </w:tcPr>
          <w:p>
            <w:r>
              <w:t>0.0227</w:t>
            </w:r>
          </w:p>
        </w:tc>
      </w:tr>
      <w:tr>
        <w:tc>
          <w:tcPr>
            <w:tcW w:type="dxa" w:w="4320"/>
          </w:tcPr>
          <w:p>
            <w:r>
              <w:t>billing, upstream cost</w:t>
            </w:r>
          </w:p>
        </w:tc>
        <w:tc>
          <w:tcPr>
            <w:tcW w:type="dxa" w:w="4320"/>
          </w:tcPr>
          <w:p>
            <w:r>
              <w:t>0</w:t>
            </w:r>
          </w:p>
        </w:tc>
      </w:tr>
      <w:tr>
        <w:tc>
          <w:tcPr>
            <w:tcW w:type="dxa" w:w="4320"/>
          </w:tcPr>
          <w:p>
            <w:r>
              <w:t>list price</w:t>
            </w:r>
          </w:p>
        </w:tc>
        <w:tc>
          <w:tcPr>
            <w:tcW w:type="dxa" w:w="4320"/>
          </w:tcPr>
          <w:p>
            <w:r>
              <w:t>0.0227</w:t>
            </w:r>
          </w:p>
        </w:tc>
      </w:tr>
    </w:tbl>
    <w:p/>
    <w:p>
      <w:r>
        <w:rPr>
          <w:b/>
        </w:rPr>
        <w:t>Findings</w:t>
      </w:r>
    </w:p>
    <w:p>
      <w:pPr>
        <w:pStyle w:val="ListBullet"/>
      </w:pPr>
      <w:r>
        <w:rPr>
          <w:b/>
        </w:rPr>
        <w:t xml:space="preserve">Evidenced: </w:t>
      </w:r>
      <w:r>
        <w:t>Pipeline on Hotels, Districts: Pipeline of 2 steps (summarize_within &gt; calculate_field): 1 layer saved [10][11][12].</w:t>
      </w:r>
    </w:p>
    <w:p>
      <w:pPr>
        <w:pStyle w:val="ListBullet"/>
      </w:pPr>
      <w:r>
        <w:rPr>
          <w:b/>
        </w:rPr>
        <w:t xml:space="preserve">Evidenced: </w:t>
      </w:r>
      <w:r>
        <w:t>It reported result, count 10; result, elapsed ms 0; billing, cost 0.0227; billing, list price 0.0227; billing, upstream cost 0; list price 0.0227 [11].</w:t>
      </w:r>
    </w:p>
    <w:p>
      <w:r>
        <w:rPr>
          <w:i/>
          <w:color w:val="525252"/>
          <w:sz w:val="17"/>
        </w:rPr>
        <w:t xml:space="preserve">Tool gp_pipeline; parameters {"save": "final", "steps": [{"id": "counts", "params": {"features": {"layer": "Hotels (3e8f4b82)"}, "polygons": {"layer": "Districts (2a6df822)"}}, "operation": "summarize_within"}, {"id": "rate", "params": {"field": "rate_per_10k", "features": "$counts", "expression": "count * 10000 / residents"}, "operation": "calculate_field"}], "project": "7e086c07-eb20-44ad-b602-c5958e8ee13e", "output_name": </w:t>
      </w:r>
    </w:p>
    <w:p>
      <w:pPr>
        <w:pStyle w:val="Heading1"/>
      </w:pPr>
      <w:r>
        <w:t>Hot spots</w:t>
      </w:r>
    </w:p>
    <w:p>
      <w:r>
        <w:rPr>
          <w:b/>
        </w:rPr>
        <w:t xml:space="preserve">What this analysis is. </w:t>
      </w:r>
      <w:r>
        <w:rPr>
          <w:i w:val="0"/>
        </w:rPr>
        <w:t>Hot spot analysis: Getis-Ord Gi* hot and cold spots with z-scores, p-values and confidence bins [13]. In ArcGIS it is Find Hot Spots or Hot Spot Analysis (Getis-Ord Gi*); in QGIS, qgis:hotspot (plugin) [13].</w:t>
      </w:r>
    </w:p>
    <w:p>
      <w:r>
        <w:rPr>
          <w:b/>
        </w:rPr>
        <w:t xml:space="preserve">Why it was run on this data. </w:t>
      </w:r>
      <w:r>
        <w:rPr>
          <w:i w:val="0"/>
        </w:rPr>
        <w:t>60 points: Getis-Ord Gi* tests whether the concentrations in Events are statistically significant [14].</w:t>
      </w:r>
    </w:p>
    <w:p>
      <w:r>
        <w:rPr>
          <w:b/>
        </w:rPr>
        <w:t xml:space="preserve">What it found. </w:t>
      </w:r>
      <w:r>
        <w:rPr>
          <w:i w:val="0"/>
        </w:rPr>
        <w:t>The hot spot analysis was run using the Events input layer [9], resulting in 1 layer saved labeled hot spot analysis: Events</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21</w:t>
            </w:r>
          </w:p>
        </w:tc>
      </w:tr>
      <w:tr>
        <w:tc>
          <w:tcPr>
            <w:tcW w:type="dxa" w:w="4320"/>
          </w:tcPr>
          <w:p>
            <w:r>
              <w:t>result, count</w:t>
            </w:r>
          </w:p>
        </w:tc>
        <w:tc>
          <w:tcPr>
            <w:tcW w:type="dxa" w:w="4320"/>
          </w:tcPr>
          <w:p>
            <w:r>
              <w:t>21</w:t>
            </w:r>
          </w:p>
        </w:tc>
      </w:tr>
      <w:tr>
        <w:tc>
          <w:tcPr>
            <w:tcW w:type="dxa" w:w="4320"/>
          </w:tcPr>
          <w:p>
            <w:r>
              <w:t>result, elapsed ms</w:t>
            </w:r>
          </w:p>
        </w:tc>
        <w:tc>
          <w:tcPr>
            <w:tcW w:type="dxa" w:w="4320"/>
          </w:tcPr>
          <w:p>
            <w:r>
              <w:t>2</w:t>
            </w:r>
          </w:p>
        </w:tc>
      </w:tr>
      <w:tr>
        <w:tc>
          <w:tcPr>
            <w:tcW w:type="dxa" w:w="4320"/>
          </w:tcPr>
          <w:p>
            <w:r>
              <w:t>result, cell size m</w:t>
            </w:r>
          </w:p>
        </w:tc>
        <w:tc>
          <w:tcPr>
            <w:tcW w:type="dxa" w:w="4320"/>
          </w:tcPr>
          <w:p>
            <w:r>
              <w:t>1,000</w:t>
            </w:r>
          </w:p>
        </w:tc>
      </w:tr>
      <w:tr>
        <w:tc>
          <w:tcPr>
            <w:tcW w:type="dxa" w:w="4320"/>
          </w:tcPr>
          <w:p>
            <w:r>
              <w:t>result, incidents used</w:t>
            </w:r>
          </w:p>
        </w:tc>
        <w:tc>
          <w:tcPr>
            <w:tcW w:type="dxa" w:w="4320"/>
          </w:tcPr>
          <w:p>
            <w:r>
              <w:t>60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0.0512</w:t>
            </w:r>
          </w:p>
        </w:tc>
      </w:tr>
      <w:tr>
        <w:tc>
          <w:tcPr>
            <w:tcW w:type="dxa" w:w="4320"/>
          </w:tcPr>
          <w:p>
            <w:r>
              <w:t>billing, list price</w:t>
            </w:r>
          </w:p>
        </w:tc>
        <w:tc>
          <w:tcPr>
            <w:tcW w:type="dxa" w:w="4320"/>
          </w:tcPr>
          <w:p>
            <w:r>
              <w:t>0.0512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Events: Hot spot analysis: 1 layer saved: Hot spot analysis: Events (21 features) [9][15].</w:t>
      </w:r>
    </w:p>
    <w:p>
      <w:pPr>
        <w:pStyle w:val="ListBullet"/>
      </w:pPr>
      <w:r>
        <w:rPr>
          <w:b/>
        </w:rPr>
        <w:t xml:space="preserve">Evidenced: </w:t>
      </w:r>
      <w:r>
        <w:t>It reported result, bins 21; result, count 21; result, elapsed ms 2; result, cell size m 1,000; result, incidents used 60; result, distance band m 1,000 [15].</w:t>
      </w:r>
    </w:p>
    <w:p>
      <w:r>
        <w:rPr>
          <w:i/>
          <w:color w:val="525252"/>
          <w:sz w:val="17"/>
        </w:rPr>
        <w:t>Tool gp_hot_spots; parameters {"project": "7e086c07-eb20-44ad-b602-c5958e8ee13e", "features": {"layer": "Events (48b188aa)"}, "aggregation": "hexagon", "cell_size_m": 1000.0, "distance_band_m": 1000.0}</w:t>
      </w:r>
    </w:p>
    <w:p>
      <w:pPr>
        <w:pStyle w:val="Heading1"/>
      </w:pPr>
      <w:r>
        <w:t>Hot spots</w:t>
      </w:r>
    </w:p>
    <w:p>
      <w:r>
        <w:rPr>
          <w:b/>
        </w:rPr>
        <w:t xml:space="preserve">What this analysis is. </w:t>
      </w:r>
      <w:r>
        <w:rPr>
          <w:i w:val="0"/>
        </w:rPr>
        <w:t>Hot spot analysis: Getis-Ord Gi* hot and cold spots with z-scores, p-values and confidence bins [13]. In ArcGIS it is Find Hot Spots or Hot Spot Analysis (Getis-Ord Gi*); in QGIS, qgis:hotspot (plugin) [13].</w:t>
      </w:r>
    </w:p>
    <w:p>
      <w:r>
        <w:rPr>
          <w:b/>
        </w:rPr>
        <w:t xml:space="preserve">Why it was run on this data. </w:t>
      </w:r>
      <w:r>
        <w:rPr>
          <w:i w:val="0"/>
        </w:rPr>
        <w:t>120 points: Getis-Ord Gi* tests whether the concentrations in Hotels are statistically significant [16].</w:t>
      </w:r>
    </w:p>
    <w:p>
      <w:r>
        <w:rPr>
          <w:b/>
        </w:rPr>
        <w:t xml:space="preserve">What it found. </w:t>
      </w:r>
      <w:r>
        <w:rPr>
          <w:i w:val="0"/>
        </w:rPr>
        <w:t>Hot spots on Hotels: Hot spot analysis: 1 layer saved: Hot spot analysis: Hotels (35 features) [12][17]. It reported result, bins 35; result, count 35; result, elapsed ms 3; result, cell size m 1,000; result, incidents used 120; result, distance band m 1,000 [17].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35</w:t>
            </w:r>
          </w:p>
        </w:tc>
      </w:tr>
      <w:tr>
        <w:tc>
          <w:tcPr>
            <w:tcW w:type="dxa" w:w="4320"/>
          </w:tcPr>
          <w:p>
            <w:r>
              <w:t>result, count</w:t>
            </w:r>
          </w:p>
        </w:tc>
        <w:tc>
          <w:tcPr>
            <w:tcW w:type="dxa" w:w="4320"/>
          </w:tcPr>
          <w:p>
            <w:r>
              <w:t>35</w:t>
            </w:r>
          </w:p>
        </w:tc>
      </w:tr>
      <w:tr>
        <w:tc>
          <w:tcPr>
            <w:tcW w:type="dxa" w:w="4320"/>
          </w:tcPr>
          <w:p>
            <w:r>
              <w:t>result, elapsed ms</w:t>
            </w:r>
          </w:p>
        </w:tc>
        <w:tc>
          <w:tcPr>
            <w:tcW w:type="dxa" w:w="4320"/>
          </w:tcPr>
          <w:p>
            <w:r>
              <w:t>3</w:t>
            </w:r>
          </w:p>
        </w:tc>
      </w:tr>
      <w:tr>
        <w:tc>
          <w:tcPr>
            <w:tcW w:type="dxa" w:w="4320"/>
          </w:tcPr>
          <w:p>
            <w:r>
              <w:t>result, cell size m</w:t>
            </w:r>
          </w:p>
        </w:tc>
        <w:tc>
          <w:tcPr>
            <w:tcW w:type="dxa" w:w="4320"/>
          </w:tcPr>
          <w:p>
            <w:r>
              <w:t>1,000</w:t>
            </w:r>
          </w:p>
        </w:tc>
      </w:tr>
      <w:tr>
        <w:tc>
          <w:tcPr>
            <w:tcW w:type="dxa" w:w="4320"/>
          </w:tcPr>
          <w:p>
            <w:r>
              <w:t>result, incidents used</w:t>
            </w:r>
          </w:p>
        </w:tc>
        <w:tc>
          <w:tcPr>
            <w:tcW w:type="dxa" w:w="4320"/>
          </w:tcPr>
          <w:p>
            <w:r>
              <w:t>120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0.0524</w:t>
            </w:r>
          </w:p>
        </w:tc>
      </w:tr>
      <w:tr>
        <w:tc>
          <w:tcPr>
            <w:tcW w:type="dxa" w:w="4320"/>
          </w:tcPr>
          <w:p>
            <w:r>
              <w:t>billing, list price</w:t>
            </w:r>
          </w:p>
        </w:tc>
        <w:tc>
          <w:tcPr>
            <w:tcW w:type="dxa" w:w="4320"/>
          </w:tcPr>
          <w:p>
            <w:r>
              <w:t>0.0524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Hotels: Hot spot analysis: 1 layer saved: Hot spot analysis: Hotels (35 features) [12][17].</w:t>
      </w:r>
    </w:p>
    <w:p>
      <w:pPr>
        <w:pStyle w:val="ListBullet"/>
      </w:pPr>
      <w:r>
        <w:rPr>
          <w:b/>
        </w:rPr>
        <w:t xml:space="preserve">Evidenced: </w:t>
      </w:r>
      <w:r>
        <w:t>It reported result, bins 35; result, count 35; result, elapsed ms 3; result, cell size m 1,000; result, incidents used 120; result, distance band m 1,000 [17].</w:t>
      </w:r>
    </w:p>
    <w:p>
      <w:r>
        <w:rPr>
          <w:i/>
          <w:color w:val="525252"/>
          <w:sz w:val="17"/>
        </w:rPr>
        <w:t>A model draft was discarded because a sentence did not cite a source of this section.</w:t>
      </w:r>
    </w:p>
    <w:p>
      <w:r>
        <w:rPr>
          <w:i/>
          <w:color w:val="525252"/>
          <w:sz w:val="17"/>
        </w:rPr>
        <w:t>Tool gp_hot_spots; parameters {"project": "7e086c07-eb20-44ad-b602-c5958e8ee13e", "features": {"layer": "Hotels (3e8f4b82)"}, "aggregation": "hexagon", "cell_size_m": 1000.0, "distance_band_m": 1000.0}</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[18]. In ArcGIS it is Emerging Hot Spot Analysis or Create Space Time Cube [18].</w:t>
      </w:r>
    </w:p>
    <w:p>
      <w:r>
        <w:rPr>
          <w:b/>
        </w:rPr>
        <w:t xml:space="preserve">Why it was run on this data. </w:t>
      </w:r>
      <w:r>
        <w:rPr>
          <w:i w:val="0"/>
        </w:rPr>
        <w:t>Events carry dates in 'date': emerging hot spot analysis finds new, intensifying and fading hot spots per week [19].</w:t>
      </w:r>
    </w:p>
    <w:p>
      <w:r>
        <w:rPr>
          <w:b/>
        </w:rPr>
        <w:t xml:space="preserve">What it found. </w:t>
      </w:r>
      <w:r>
        <w:rPr>
          <w:i w:val="0"/>
        </w:rPr>
        <w:t>The analysis of events used a total of 60 features [20]. This process identified 12 emerging hot spots, which were saved into a layer called Emerging hot spots: Events [20]. Overall, the execution was efficient, taking only 2 elapsed milliseconds [20]. The cost calculated for this analysis was 0.103 [20].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12</w:t>
            </w:r>
          </w:p>
        </w:tc>
      </w:tr>
      <w:tr>
        <w:tc>
          <w:tcPr>
            <w:tcW w:type="dxa" w:w="4320"/>
          </w:tcPr>
          <w:p>
            <w:r>
              <w:t>result, elapsed ms</w:t>
            </w:r>
          </w:p>
        </w:tc>
        <w:tc>
          <w:tcPr>
            <w:tcW w:type="dxa" w:w="4320"/>
          </w:tcPr>
          <w:p>
            <w:r>
              <w:t>2</w:t>
            </w:r>
          </w:p>
        </w:tc>
      </w:tr>
      <w:tr>
        <w:tc>
          <w:tcPr>
            <w:tcW w:type="dxa" w:w="4320"/>
          </w:tcPr>
          <w:p>
            <w:r>
              <w:t>result, resolution</w:t>
            </w:r>
          </w:p>
        </w:tc>
        <w:tc>
          <w:tcPr>
            <w:tcW w:type="dxa" w:w="4320"/>
          </w:tcPr>
          <w:p>
            <w:r>
              <w:t>7</w:t>
            </w:r>
          </w:p>
        </w:tc>
      </w:tr>
      <w:tr>
        <w:tc>
          <w:tcPr>
            <w:tcW w:type="dxa" w:w="4320"/>
          </w:tcPr>
          <w:p>
            <w:r>
              <w:t>result, features used</w:t>
            </w:r>
          </w:p>
        </w:tc>
        <w:tc>
          <w:tcPr>
            <w:tcW w:type="dxa" w:w="4320"/>
          </w:tcPr>
          <w:p>
            <w:r>
              <w:t>60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0.103</w:t>
            </w:r>
          </w:p>
        </w:tc>
      </w:tr>
      <w:tr>
        <w:tc>
          <w:tcPr>
            <w:tcW w:type="dxa" w:w="4320"/>
          </w:tcPr>
          <w:p>
            <w:r>
              <w:t>billing, list price</w:t>
            </w:r>
          </w:p>
        </w:tc>
        <w:tc>
          <w:tcPr>
            <w:tcW w:type="dxa" w:w="4320"/>
          </w:tcPr>
          <w:p>
            <w:r>
              <w:t>0.103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Events: Emerging hot spots: 1 layer saved: Emerging hot spots: Events (12 features) [9][20].</w:t>
      </w:r>
    </w:p>
    <w:p>
      <w:pPr>
        <w:pStyle w:val="ListBullet"/>
      </w:pPr>
      <w:r>
        <w:rPr>
          <w:b/>
        </w:rPr>
        <w:t xml:space="preserve">Evidenced: </w:t>
      </w:r>
      <w:r>
        <w:t>It reported result, count 12; result, elapsed ms 2; result, resolution 7; result, features used 60; result, time neighbors 0; billing, cost 0.103 [20].</w:t>
      </w:r>
    </w:p>
    <w:p>
      <w:r>
        <w:rPr>
          <w:i/>
          <w:color w:val="525252"/>
          <w:sz w:val="17"/>
        </w:rPr>
        <w:t>Tool gp_space_time_hot_spots; parameters {"project": "7e086c07-eb20-44ad-b602-c5958e8ee13e", "features": {"layer": "Events (48b188aa)"}, "interval": "week", "bin_shape": "h3", "resolution": 7, "time_field": "date"}</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[18]. In ArcGIS it is Emerging Hot Spot Analysis or Create Space Time Cube [18].</w:t>
      </w:r>
    </w:p>
    <w:p>
      <w:r>
        <w:rPr>
          <w:b/>
        </w:rPr>
        <w:t xml:space="preserve">Why it was run on this data. </w:t>
      </w:r>
      <w:r>
        <w:rPr>
          <w:i w:val="0"/>
        </w:rPr>
        <w:t>Visitor check-ins carry dates in 'checked_in_at': emerging hot spot analysis finds new, intensifying and fading hot spots per week [21].</w:t>
      </w:r>
    </w:p>
    <w:p>
      <w:r>
        <w:rPr>
          <w:b/>
        </w:rPr>
        <w:t xml:space="preserve">What it found. </w:t>
      </w:r>
      <w:r>
        <w:rPr>
          <w:i w:val="0"/>
        </w:rPr>
        <w:t>The `gp_space_time_hot_spots` tool was run using the `Visitor check-ins` dataset [23].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247</w:t>
            </w:r>
          </w:p>
        </w:tc>
      </w:tr>
      <w:tr>
        <w:tc>
          <w:tcPr>
            <w:tcW w:type="dxa" w:w="4320"/>
          </w:tcPr>
          <w:p>
            <w:r>
              <w:t>result, elapsed ms</w:t>
            </w:r>
          </w:p>
        </w:tc>
        <w:tc>
          <w:tcPr>
            <w:tcW w:type="dxa" w:w="4320"/>
          </w:tcPr>
          <w:p>
            <w:r>
              <w:t>25</w:t>
            </w:r>
          </w:p>
        </w:tc>
      </w:tr>
      <w:tr>
        <w:tc>
          <w:tcPr>
            <w:tcW w:type="dxa" w:w="4320"/>
          </w:tcPr>
          <w:p>
            <w:r>
              <w:t>result, resolution</w:t>
            </w:r>
          </w:p>
        </w:tc>
        <w:tc>
          <w:tcPr>
            <w:tcW w:type="dxa" w:w="4320"/>
          </w:tcPr>
          <w:p>
            <w:r>
              <w:t>9</w:t>
            </w:r>
          </w:p>
        </w:tc>
      </w:tr>
      <w:tr>
        <w:tc>
          <w:tcPr>
            <w:tcW w:type="dxa" w:w="4320"/>
          </w:tcPr>
          <w:p>
            <w:r>
              <w:t>result, features used</w:t>
            </w:r>
          </w:p>
        </w:tc>
        <w:tc>
          <w:tcPr>
            <w:tcW w:type="dxa" w:w="4320"/>
          </w:tcPr>
          <w:p>
            <w:r>
              <w:t>1,787</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0.1893</w:t>
            </w:r>
          </w:p>
        </w:tc>
      </w:tr>
      <w:tr>
        <w:tc>
          <w:tcPr>
            <w:tcW w:type="dxa" w:w="4320"/>
          </w:tcPr>
          <w:p>
            <w:r>
              <w:t>billing, list price</w:t>
            </w:r>
          </w:p>
        </w:tc>
        <w:tc>
          <w:tcPr>
            <w:tcW w:type="dxa" w:w="4320"/>
          </w:tcPr>
          <w:p>
            <w:r>
              <w:t>0.1893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Visitor check-ins: Emerging hot spots: 1 layer saved: Emerging hot spots: Visitor check-ins (247 features) [22][23].</w:t>
      </w:r>
    </w:p>
    <w:p>
      <w:pPr>
        <w:pStyle w:val="ListBullet"/>
      </w:pPr>
      <w:r>
        <w:rPr>
          <w:b/>
        </w:rPr>
        <w:t xml:space="preserve">Evidenced: </w:t>
      </w:r>
      <w:r>
        <w:t>It reported result, count 247; result, elapsed ms 25; result, resolution 9; result, features used 1,787; result, time neighbors 0; billing, cost 0.1893 [22].</w:t>
      </w:r>
    </w:p>
    <w:p>
      <w:r>
        <w:rPr>
          <w:i/>
          <w:color w:val="525252"/>
          <w:sz w:val="17"/>
        </w:rPr>
        <w:t>Tool gp_space_time_hot_spots; parameters {"project": "7e086c07-eb20-44ad-b602-c5958e8ee13e", "features": {"layer": "Visitor check-ins (517cd234)"}, "interval": "week", "bin_shape": "h3", "resolution": 9, "time_field": "checked_in_at"}</w:t>
      </w:r>
    </w:p>
    <w:p>
      <w:pPr>
        <w:pStyle w:val="Heading1"/>
      </w:pPr>
      <w:r>
        <w:t>Calculate density</w:t>
      </w:r>
    </w:p>
    <w:p>
      <w:r>
        <w:rPr>
          <w:b/>
        </w:rPr>
        <w:t xml:space="preserve">What this analysis is. </w:t>
      </w:r>
      <w:r>
        <w:rPr>
          <w:i w:val="0"/>
        </w:rPr>
        <w:t>Calculate density: Kernel density per square kilometer on a grid [24]. In ArcGIS it is Calculate Density or Kernel Density; in QGIS, native:heatmapkerneldensityestimation [24].</w:t>
      </w:r>
    </w:p>
    <w:p>
      <w:r>
        <w:rPr>
          <w:b/>
        </w:rPr>
        <w:t xml:space="preserve">Why it was run on this data. </w:t>
      </w:r>
      <w:r>
        <w:rPr>
          <w:i w:val="0"/>
        </w:rPr>
        <w:t>60 points in Events: a density surface shows where they concentrate [25].</w:t>
      </w:r>
    </w:p>
    <w:p>
      <w:r>
        <w:rPr>
          <w:b/>
        </w:rPr>
        <w:t xml:space="preserve">What it found. </w:t>
      </w:r>
      <w:r>
        <w:rPr>
          <w:i w:val="0"/>
        </w:rPr>
        <w:t>Calculate density on Events: Calculate density: 1 layer saved: Calculate density: Events (105 features) [9][26]. It reported result, count 105; result, elapsed ms 3; result, bandwidth m 1,000; result, cell size m 500; result, excluded null 0; result, max density per km2 13.52 [26].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105</w:t>
            </w:r>
          </w:p>
        </w:tc>
      </w:tr>
      <w:tr>
        <w:tc>
          <w:tcPr>
            <w:tcW w:type="dxa" w:w="4320"/>
          </w:tcPr>
          <w:p>
            <w:r>
              <w:t>result, elapsed ms</w:t>
            </w:r>
          </w:p>
        </w:tc>
        <w:tc>
          <w:tcPr>
            <w:tcW w:type="dxa" w:w="4320"/>
          </w:tcPr>
          <w:p>
            <w:r>
              <w:t>3</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13.52</w:t>
            </w:r>
          </w:p>
        </w:tc>
      </w:tr>
      <w:tr>
        <w:tc>
          <w:tcPr>
            <w:tcW w:type="dxa" w:w="4320"/>
          </w:tcPr>
          <w:p>
            <w:r>
              <w:t>billing, cost</w:t>
            </w:r>
          </w:p>
        </w:tc>
        <w:tc>
          <w:tcPr>
            <w:tcW w:type="dxa" w:w="4320"/>
          </w:tcPr>
          <w:p>
            <w:r>
              <w:t>0.0512</w:t>
            </w:r>
          </w:p>
        </w:tc>
      </w:tr>
      <w:tr>
        <w:tc>
          <w:tcPr>
            <w:tcW w:type="dxa" w:w="4320"/>
          </w:tcPr>
          <w:p>
            <w:r>
              <w:t>billing, list price</w:t>
            </w:r>
          </w:p>
        </w:tc>
        <w:tc>
          <w:tcPr>
            <w:tcW w:type="dxa" w:w="4320"/>
          </w:tcPr>
          <w:p>
            <w:r>
              <w:t>0.0512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Events: Calculate density: 1 layer saved: Calculate density: Events (105 features) [9][26].</w:t>
      </w:r>
    </w:p>
    <w:p>
      <w:pPr>
        <w:pStyle w:val="ListBullet"/>
      </w:pPr>
      <w:r>
        <w:rPr>
          <w:b/>
        </w:rPr>
        <w:t xml:space="preserve">Evidenced: </w:t>
      </w:r>
      <w:r>
        <w:t>It reported result, count 105; result, elapsed ms 3; result, bandwidth m 1,000; result, cell size m 500; result, excluded null 0; result, max density per km2 13.52 [26].</w:t>
      </w:r>
    </w:p>
    <w:p>
      <w:r>
        <w:rPr>
          <w:i/>
          <w:color w:val="525252"/>
          <w:sz w:val="17"/>
        </w:rPr>
        <w:t>Tool gp_calculate_density; parameters {"kernel": "quartic", "project": "7e086c07-eb20-44ad-b602-c5958e8ee13e", "features": {"layer": "Events (48b188aa)"}, "bandwidth_m": 1000.0, "cell_size_m": 500.0}</w:t>
      </w:r>
    </w:p>
    <w:p>
      <w:pPr>
        <w:pStyle w:val="Heading1"/>
      </w:pPr>
      <w:r>
        <w:t>Calculate density</w:t>
      </w:r>
    </w:p>
    <w:p>
      <w:r>
        <w:rPr>
          <w:b/>
        </w:rPr>
        <w:t xml:space="preserve">What this analysis is. </w:t>
      </w:r>
      <w:r>
        <w:rPr>
          <w:i w:val="0"/>
        </w:rPr>
        <w:t>Calculate density: Kernel density per square kilometer on a grid [24]. In ArcGIS it is Calculate Density or Kernel Density; in QGIS, native:heatmapkerneldensityestimation [24].</w:t>
      </w:r>
    </w:p>
    <w:p>
      <w:r>
        <w:rPr>
          <w:b/>
        </w:rPr>
        <w:t xml:space="preserve">Why it was run on this data. </w:t>
      </w:r>
      <w:r>
        <w:rPr>
          <w:i w:val="0"/>
        </w:rPr>
        <w:t>120 points in Hotels: a density surface shows where they concentrate [27].</w:t>
      </w:r>
    </w:p>
    <w:p>
      <w:r>
        <w:rPr>
          <w:b/>
        </w:rPr>
        <w:t xml:space="preserve">What it found. </w:t>
      </w:r>
      <w:r>
        <w:rPr>
          <w:i w:val="0"/>
        </w:rPr>
        <w:t>Calculate density on Hotels: Calculate density: 1 layer saved: Calculate density: Hotels (160 features) [12][28]. It reported result, count 160; result, elapsed ms 5; result, bandwidth m 1,000; result, cell size m 500; result, excluded null 0; result, max density per km2 19.04 [28].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160</w:t>
            </w:r>
          </w:p>
        </w:tc>
      </w:tr>
      <w:tr>
        <w:tc>
          <w:tcPr>
            <w:tcW w:type="dxa" w:w="4320"/>
          </w:tcPr>
          <w:p>
            <w:r>
              <w:t>result, elapsed ms</w:t>
            </w:r>
          </w:p>
        </w:tc>
        <w:tc>
          <w:tcPr>
            <w:tcW w:type="dxa" w:w="4320"/>
          </w:tcPr>
          <w:p>
            <w:r>
              <w:t>5</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19.04</w:t>
            </w:r>
          </w:p>
        </w:tc>
      </w:tr>
      <w:tr>
        <w:tc>
          <w:tcPr>
            <w:tcW w:type="dxa" w:w="4320"/>
          </w:tcPr>
          <w:p>
            <w:r>
              <w:t>billing, cost</w:t>
            </w:r>
          </w:p>
        </w:tc>
        <w:tc>
          <w:tcPr>
            <w:tcW w:type="dxa" w:w="4320"/>
          </w:tcPr>
          <w:p>
            <w:r>
              <w:t>0.0524</w:t>
            </w:r>
          </w:p>
        </w:tc>
      </w:tr>
      <w:tr>
        <w:tc>
          <w:tcPr>
            <w:tcW w:type="dxa" w:w="4320"/>
          </w:tcPr>
          <w:p>
            <w:r>
              <w:t>billing, list price</w:t>
            </w:r>
          </w:p>
        </w:tc>
        <w:tc>
          <w:tcPr>
            <w:tcW w:type="dxa" w:w="4320"/>
          </w:tcPr>
          <w:p>
            <w:r>
              <w:t>0.0524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Hotels: Calculate density: 1 layer saved: Calculate density: Hotels (160 features) [12][28].</w:t>
      </w:r>
    </w:p>
    <w:p>
      <w:pPr>
        <w:pStyle w:val="ListBullet"/>
      </w:pPr>
      <w:r>
        <w:rPr>
          <w:b/>
        </w:rPr>
        <w:t xml:space="preserve">Evidenced: </w:t>
      </w:r>
      <w:r>
        <w:t>It reported result, count 160; result, elapsed ms 5; result, bandwidth m 1,000; result, cell size m 500; result, excluded null 0; result, max density per km2 19.04 [28].</w:t>
      </w:r>
    </w:p>
    <w:p>
      <w:r>
        <w:rPr>
          <w:i/>
          <w:color w:val="525252"/>
          <w:sz w:val="17"/>
        </w:rPr>
        <w:t>Tool gp_calculate_density; parameters {"kernel": "quartic", "project": "7e086c07-eb20-44ad-b602-c5958e8ee13e", "features": {"layer": "Hotels (3e8f4b82)"}, "bandwidth_m": 1000.0, "cell_size_m": 500.0}</w:t>
      </w:r>
    </w:p>
    <w:p>
      <w:pPr>
        <w:pStyle w:val="Heading1"/>
      </w:pPr>
      <w:r>
        <w:t>Pipeline</w:t>
      </w:r>
    </w:p>
    <w:p>
      <w:r>
        <w:rPr>
          <w:b/>
        </w:rPr>
        <w:t xml:space="preserve">What this analysis is. </w:t>
      </w:r>
      <w:r>
        <w:rPr>
          <w:i w:val="0"/>
        </w:rPr>
        <w:t>Pipeline: Run up to 20 GIS operations in one engine call; a step's params may use "$id" (an earlier step's result) or "$id.key", and layer references [6]. Every step's map outputs are saved as styled layers [6].</w:t>
      </w:r>
    </w:p>
    <w:p>
      <w:r>
        <w:rPr>
          <w:b/>
        </w:rPr>
        <w:t xml:space="preserve">Why it was run on this data. </w:t>
      </w:r>
      <w:r>
        <w:rPr>
          <w:i w:val="0"/>
        </w:rPr>
        <w:t>Districts holds population in 'residents': Transit stations per 10,000 people in each feature compares features of different size; mapped as a choropleth (natural breaks, sequential colors) [29].</w:t>
      </w:r>
    </w:p>
    <w:p>
      <w:r>
        <w:rPr>
          <w:b/>
        </w:rPr>
        <w:t xml:space="preserve">What it found. </w:t>
      </w:r>
      <w:r>
        <w:rPr>
          <w:i w:val="0"/>
        </w:rPr>
        <w:t>Pipeline on Transit stations, Districts: Pipeline of 2 steps (summarize_within &gt; calculate_field): 1 layer saved [10][30][31]. It reported result, count 10; result, elapsed ms 0; billing, cost 0.0208; billing, list price 0.0208; billing, upstream cost 0; list price 0.0208 [30].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0.0208</w:t>
            </w:r>
          </w:p>
        </w:tc>
      </w:tr>
      <w:tr>
        <w:tc>
          <w:tcPr>
            <w:tcW w:type="dxa" w:w="4320"/>
          </w:tcPr>
          <w:p>
            <w:r>
              <w:t>billing, list price</w:t>
            </w:r>
          </w:p>
        </w:tc>
        <w:tc>
          <w:tcPr>
            <w:tcW w:type="dxa" w:w="4320"/>
          </w:tcPr>
          <w:p>
            <w:r>
              <w:t>0.0208</w:t>
            </w:r>
          </w:p>
        </w:tc>
      </w:tr>
      <w:tr>
        <w:tc>
          <w:tcPr>
            <w:tcW w:type="dxa" w:w="4320"/>
          </w:tcPr>
          <w:p>
            <w:r>
              <w:t>billing, upstream cost</w:t>
            </w:r>
          </w:p>
        </w:tc>
        <w:tc>
          <w:tcPr>
            <w:tcW w:type="dxa" w:w="4320"/>
          </w:tcPr>
          <w:p>
            <w:r>
              <w:t>0</w:t>
            </w:r>
          </w:p>
        </w:tc>
      </w:tr>
      <w:tr>
        <w:tc>
          <w:tcPr>
            <w:tcW w:type="dxa" w:w="4320"/>
          </w:tcPr>
          <w:p>
            <w:r>
              <w:t>list price</w:t>
            </w:r>
          </w:p>
        </w:tc>
        <w:tc>
          <w:tcPr>
            <w:tcW w:type="dxa" w:w="4320"/>
          </w:tcPr>
          <w:p>
            <w:r>
              <w:t>0.0208</w:t>
            </w:r>
          </w:p>
        </w:tc>
      </w:tr>
    </w:tbl>
    <w:p/>
    <w:p>
      <w:r>
        <w:rPr>
          <w:b/>
        </w:rPr>
        <w:t>Findings</w:t>
      </w:r>
    </w:p>
    <w:p>
      <w:pPr>
        <w:pStyle w:val="ListBullet"/>
      </w:pPr>
      <w:r>
        <w:rPr>
          <w:b/>
        </w:rPr>
        <w:t xml:space="preserve">Evidenced: </w:t>
      </w:r>
      <w:r>
        <w:t>Pipeline on Transit stations, Districts: Pipeline of 2 steps (summarize_within &gt; calculate_field): 1 layer saved [10][30][31].</w:t>
      </w:r>
    </w:p>
    <w:p>
      <w:pPr>
        <w:pStyle w:val="ListBullet"/>
      </w:pPr>
      <w:r>
        <w:rPr>
          <w:b/>
        </w:rPr>
        <w:t xml:space="preserve">Evidenced: </w:t>
      </w:r>
      <w:r>
        <w:t>It reported result, count 10; result, elapsed ms 0; billing, cost 0.0208; billing, list price 0.0208; billing, upstream cost 0; list price 0.0208 [30].</w:t>
      </w:r>
    </w:p>
    <w:p>
      <w:r>
        <w:rPr>
          <w:i/>
          <w:color w:val="525252"/>
          <w:sz w:val="17"/>
        </w:rPr>
        <w:t>Tool gp_pipeline; parameters {"save": "final", "steps": [{"id": "counts", "params": {"features": {"layer": "Transit stations (05c69c10)"}, "polygons": {"layer": "Districts (2a6df822)"}}, "operation": "summarize_within"}, {"id": "rate", "params": {"field": "rate_per_10k", "features": "$counts", "expression": "count * 10000 / residents"}, "operation": "calculate_field"}], "project": "7e086c07-eb20-44ad-b602-c5958e8ee13e", "outp</w:t>
      </w:r>
    </w:p>
    <w:p>
      <w:pPr>
        <w:pStyle w:val="Heading1"/>
      </w:pPr>
      <w:r>
        <w:t>Hot spots</w:t>
      </w:r>
    </w:p>
    <w:p>
      <w:r>
        <w:rPr>
          <w:b/>
        </w:rPr>
        <w:t xml:space="preserve">What this analysis is. </w:t>
      </w:r>
      <w:r>
        <w:rPr>
          <w:i w:val="0"/>
        </w:rPr>
        <w:t>Hot spot analysis: Getis-Ord Gi* hot and cold spots with z-scores, p-values and confidence bins [13]. In ArcGIS it is Find Hot Spots or Hot Spot Analysis (Getis-Ord Gi*); in QGIS, qgis:hotspot (plugin) [13].</w:t>
      </w:r>
    </w:p>
    <w:p>
      <w:r>
        <w:rPr>
          <w:b/>
        </w:rPr>
        <w:t xml:space="preserve">Why it was run on this data. </w:t>
      </w:r>
      <w:r>
        <w:rPr>
          <w:i w:val="0"/>
        </w:rPr>
        <w:t>359 points: Getis-Ord Gi* tests whether the concentrations in Short-term rentals are statistically significant [32].</w:t>
      </w:r>
    </w:p>
    <w:p>
      <w:r>
        <w:rPr>
          <w:b/>
        </w:rPr>
        <w:t xml:space="preserve">What it found. </w:t>
      </w:r>
      <w:r>
        <w:rPr>
          <w:i w:val="0"/>
        </w:rPr>
        <w:t>Hot spots on Short-term rentals: Hot spot analysis: 1 layer saved: Hot spot analysis: Short-term rentals (120 features) [33][34]. It reported result, bins 120; result, count 120; result, elapsed ms 6; result, cell size m 500; result, incidents used 359; result, distance band m 500 [33].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120</w:t>
            </w:r>
          </w:p>
        </w:tc>
      </w:tr>
      <w:tr>
        <w:tc>
          <w:tcPr>
            <w:tcW w:type="dxa" w:w="4320"/>
          </w:tcPr>
          <w:p>
            <w:r>
              <w:t>result, count</w:t>
            </w:r>
          </w:p>
        </w:tc>
        <w:tc>
          <w:tcPr>
            <w:tcW w:type="dxa" w:w="4320"/>
          </w:tcPr>
          <w:p>
            <w:r>
              <w:t>120</w:t>
            </w:r>
          </w:p>
        </w:tc>
      </w:tr>
      <w:tr>
        <w:tc>
          <w:tcPr>
            <w:tcW w:type="dxa" w:w="4320"/>
          </w:tcPr>
          <w:p>
            <w:r>
              <w:t>result, elapsed ms</w:t>
            </w:r>
          </w:p>
        </w:tc>
        <w:tc>
          <w:tcPr>
            <w:tcW w:type="dxa" w:w="4320"/>
          </w:tcPr>
          <w:p>
            <w:r>
              <w:t>6</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359</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0.05718</w:t>
            </w:r>
          </w:p>
        </w:tc>
      </w:tr>
      <w:tr>
        <w:tc>
          <w:tcPr>
            <w:tcW w:type="dxa" w:w="4320"/>
          </w:tcPr>
          <w:p>
            <w:r>
              <w:t>billing, list price</w:t>
            </w:r>
          </w:p>
        </w:tc>
        <w:tc>
          <w:tcPr>
            <w:tcW w:type="dxa" w:w="4320"/>
          </w:tcPr>
          <w:p>
            <w:r>
              <w:t>0.05718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Short-term rentals: Hot spot analysis: 1 layer saved: Hot spot analysis: Short-term rentals (120 features) [33][34].</w:t>
      </w:r>
    </w:p>
    <w:p>
      <w:pPr>
        <w:pStyle w:val="ListBullet"/>
      </w:pPr>
      <w:r>
        <w:rPr>
          <w:b/>
        </w:rPr>
        <w:t xml:space="preserve">Evidenced: </w:t>
      </w:r>
      <w:r>
        <w:t>It reported result, bins 120; result, count 120; result, elapsed ms 6; result, cell size m 500; result, incidents used 359; result, distance band m 500 [33].</w:t>
      </w:r>
    </w:p>
    <w:p>
      <w:r>
        <w:rPr>
          <w:i/>
          <w:color w:val="525252"/>
          <w:sz w:val="17"/>
        </w:rPr>
        <w:t>Tool gp_hot_spots; parameters {"project": "7e086c07-eb20-44ad-b602-c5958e8ee13e", "features": {"layer": "Short-term rentals (cfe7bd58)"}, "aggregation": "hexagon", "cell_size_m": 500.0, "distance_band_m": 500.0}</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[35]. In ArcGIS it is Repeat and Near Repeat Classification or Near Repeat Calculator [35].</w:t>
      </w:r>
    </w:p>
    <w:p>
      <w:r>
        <w:rPr>
          <w:b/>
        </w:rPr>
        <w:t xml:space="preserve">Why it was run on this data. </w:t>
      </w:r>
      <w:r>
        <w:rPr>
          <w:i w:val="0"/>
        </w:rPr>
        <w:t>Near repeat analysis tests whether Events close in space also follow each other within 15 days [36].</w:t>
      </w:r>
    </w:p>
    <w:p>
      <w:r>
        <w:rPr>
          <w:b/>
        </w:rPr>
        <w:t xml:space="preserve">What it found. </w:t>
      </w:r>
      <w:r>
        <w:rPr>
          <w:i w:val="0"/>
        </w:rPr>
        <w:t>Near repeat on Events: Repeat and near repeat classification: 1 layer saved: Repeat and near repeat classification: Events (60 features) [9][37]. It reported result, days 15; result, count 60; result, chains 12; result, distance m 500; result, elapsed ms 4; result, pairs linked 27 [37].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15</w:t>
            </w:r>
          </w:p>
        </w:tc>
      </w:tr>
      <w:tr>
        <w:tc>
          <w:tcPr>
            <w:tcW w:type="dxa" w:w="4320"/>
          </w:tcPr>
          <w:p>
            <w:r>
              <w:t>result, count</w:t>
            </w:r>
          </w:p>
        </w:tc>
        <w:tc>
          <w:tcPr>
            <w:tcW w:type="dxa" w:w="4320"/>
          </w:tcPr>
          <w:p>
            <w:r>
              <w:t>60</w:t>
            </w:r>
          </w:p>
        </w:tc>
      </w:tr>
      <w:tr>
        <w:tc>
          <w:tcPr>
            <w:tcW w:type="dxa" w:w="4320"/>
          </w:tcPr>
          <w:p>
            <w:r>
              <w:t>result, chains</w:t>
            </w:r>
          </w:p>
        </w:tc>
        <w:tc>
          <w:tcPr>
            <w:tcW w:type="dxa" w:w="4320"/>
          </w:tcPr>
          <w:p>
            <w:r>
              <w:t>12</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4</w:t>
            </w:r>
          </w:p>
        </w:tc>
      </w:tr>
      <w:tr>
        <w:tc>
          <w:tcPr>
            <w:tcW w:type="dxa" w:w="4320"/>
          </w:tcPr>
          <w:p>
            <w:r>
              <w:t>result, pairs linked</w:t>
            </w:r>
          </w:p>
        </w:tc>
        <w:tc>
          <w:tcPr>
            <w:tcW w:type="dxa" w:w="4320"/>
          </w:tcPr>
          <w:p>
            <w:r>
              <w:t>27</w:t>
            </w:r>
          </w:p>
        </w:tc>
      </w:tr>
      <w:tr>
        <w:tc>
          <w:tcPr>
            <w:tcW w:type="dxa" w:w="4320"/>
          </w:tcPr>
          <w:p>
            <w:r>
              <w:t>billing, cost</w:t>
            </w:r>
          </w:p>
        </w:tc>
        <w:tc>
          <w:tcPr>
            <w:tcW w:type="dxa" w:w="4320"/>
          </w:tcPr>
          <w:p>
            <w:r>
              <w:t>0.0518</w:t>
            </w:r>
          </w:p>
        </w:tc>
      </w:tr>
      <w:tr>
        <w:tc>
          <w:tcPr>
            <w:tcW w:type="dxa" w:w="4320"/>
          </w:tcPr>
          <w:p>
            <w:r>
              <w:t>billing, list price</w:t>
            </w:r>
          </w:p>
        </w:tc>
        <w:tc>
          <w:tcPr>
            <w:tcW w:type="dxa" w:w="4320"/>
          </w:tcPr>
          <w:p>
            <w:r>
              <w:t>0.0518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Events: Repeat and near repeat classification: 1 layer saved: Repeat and near repeat classification: Events (60 features) [9][37].</w:t>
      </w:r>
    </w:p>
    <w:p>
      <w:pPr>
        <w:pStyle w:val="ListBullet"/>
      </w:pPr>
      <w:r>
        <w:rPr>
          <w:b/>
        </w:rPr>
        <w:t xml:space="preserve">Evidenced: </w:t>
      </w:r>
      <w:r>
        <w:t>It reported result, days 15; result, count 60; result, chains 12; result, distance m 500; result, elapsed ms 4; result, pairs linked 27 [37].</w:t>
      </w:r>
    </w:p>
    <w:p>
      <w:r>
        <w:rPr>
          <w:i/>
          <w:color w:val="525252"/>
          <w:sz w:val="17"/>
        </w:rPr>
        <w:t>Tool gp_near_repeat; parameters {"days": 15, "project": "7e086c07-eb20-44ad-b602-c5958e8ee13e", "features": {"layer": "Events (48b188aa)"}, "distance_m": 500.0, "time_field": "date"}</w:t>
      </w:r>
    </w:p>
    <w:p>
      <w:pPr>
        <w:pStyle w:val="Heading1"/>
      </w:pPr>
      <w:r>
        <w:t>Calculate density</w:t>
      </w:r>
    </w:p>
    <w:p>
      <w:r>
        <w:rPr>
          <w:b/>
        </w:rPr>
        <w:t xml:space="preserve">What this analysis is. </w:t>
      </w:r>
      <w:r>
        <w:rPr>
          <w:i w:val="0"/>
        </w:rPr>
        <w:t>Calculate density: Kernel density per square kilometer on a grid [24]. In ArcGIS it is Calculate Density or Kernel Density; in QGIS, native:heatmapkerneldensityestimation [24].</w:t>
      </w:r>
    </w:p>
    <w:p>
      <w:r>
        <w:rPr>
          <w:b/>
        </w:rPr>
        <w:t xml:space="preserve">Why it was run on this data. </w:t>
      </w:r>
      <w:r>
        <w:rPr>
          <w:i w:val="0"/>
        </w:rPr>
        <w:t>25 points in Transit stations: a density surface shows where they concentrate [38].</w:t>
      </w:r>
    </w:p>
    <w:p>
      <w:r>
        <w:rPr>
          <w:b/>
        </w:rPr>
        <w:t xml:space="preserve">What it found. </w:t>
      </w:r>
      <w:r>
        <w:rPr>
          <w:i w:val="0"/>
        </w:rPr>
        <w:t>The density calculation was run on the Transit stations input [39]. This process resulted in a count of 60 features, an elapsed time of 2 ms, and a bandwidth of 2,000 m [39]. The analysis reported a maximum density per km2 of 1.239 [39]. The operational cost for the density calculation was 0.0505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60</w:t>
            </w:r>
          </w:p>
        </w:tc>
      </w:tr>
      <w:tr>
        <w:tc>
          <w:tcPr>
            <w:tcW w:type="dxa" w:w="4320"/>
          </w:tcPr>
          <w:p>
            <w:r>
              <w:t>result, elapsed ms</w:t>
            </w:r>
          </w:p>
        </w:tc>
        <w:tc>
          <w:tcPr>
            <w:tcW w:type="dxa" w:w="4320"/>
          </w:tcPr>
          <w:p>
            <w:r>
              <w:t>2</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1.239</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Transit stations: Calculate density: 1 layer saved: Calculate density: Transit stations (60 features) [31][39].</w:t>
      </w:r>
    </w:p>
    <w:p>
      <w:pPr>
        <w:pStyle w:val="ListBullet"/>
      </w:pPr>
      <w:r>
        <w:rPr>
          <w:b/>
        </w:rPr>
        <w:t xml:space="preserve">Evidenced: </w:t>
      </w:r>
      <w:r>
        <w:t>It reported result, count 60; result, elapsed ms 2; result, bandwidth m 2,000; result, cell size m 1,000; result, excluded null 0; result, max density per km2 1.239 [39].</w:t>
      </w:r>
    </w:p>
    <w:p>
      <w:r>
        <w:rPr>
          <w:i/>
          <w:color w:val="525252"/>
          <w:sz w:val="17"/>
        </w:rPr>
        <w:t>Tool gp_calculate_density; parameters {"kernel": "quartic", "project": "7e086c07-eb20-44ad-b602-c5958e8ee13e", "features": {"layer": "Transit stations (05c69c10)"}, "bandwidth_m": 2000.0, "cell_size_m": 1000.0}</w:t>
      </w:r>
    </w:p>
    <w:p>
      <w:pPr>
        <w:pStyle w:val="Heading1"/>
      </w:pPr>
      <w:r>
        <w:t>Maps and charts</w:t>
      </w:r>
    </w:p>
    <w:p>
      <w:r>
        <w:rPr>
          <w:i w:val="0"/>
        </w:rPr>
        <w:t>The run also made 12 map image(s) [40][41][42][43][44][45][46][47][48][49][50][51] and 17 chart(s) [52][53][54][55][56][57][58][59][60][61][62][63][64][65][66][67][68].</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Events per 10,000 people by feature [40]</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Hotels per 10,000 people by feature [41]</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4.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Hot spot analysis: Events [42]</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Hot spot analysis: Hotels [43]</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Emerging hot spots: Events [44]</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1.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Emerging hot spots: Visitor check-ins [45]</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Calculate density: Events [46]</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Calculate density: Hotels [47]</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Transit stations per 10,000 people by feature [48]</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8.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Hot spot analysis: Short-term rentals [49]</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1.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Repeat and near repeat classification: Events [50]</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Calculate density: Transit stations [51]</w:t>
      </w:r>
    </w:p>
    <w:p>
      <w:r>
        <w:rPr>
          <w:b/>
        </w:rPr>
        <w:t xml:space="preserve">What the map shows. </w:t>
      </w:r>
      <w:r>
        <w:rPr>
          <w:i/>
        </w:rPr>
        <w:t>The map displays a [42]</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706368"/>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486400" cy="3706368"/>
                    </a:xfrm>
                    <a:prstGeom prst="rect"/>
                  </pic:spPr>
                </pic:pic>
              </a:graphicData>
            </a:graphic>
          </wp:inline>
        </w:drawing>
      </w:r>
    </w:p>
    <w:p>
      <w:r>
        <w:rPr>
          <w:i/>
          <w:color w:val="525252"/>
          <w:sz w:val="17"/>
        </w:rPr>
        <w:t>Figure 14. Footfall counters over time (installed_year) [52]. Source: Footfall counters (30 features). The data is in the appendix.</w:t>
      </w:r>
    </w:p>
    <w:p>
      <w:pPr>
        <w:jc w:val="center"/>
      </w:pPr>
      <w:r>
        <w:drawing>
          <wp:inline xmlns:a="http://schemas.openxmlformats.org/drawingml/2006/main" xmlns:pic="http://schemas.openxmlformats.org/drawingml/2006/picture">
            <wp:extent cx="5486400" cy="3596640"/>
            <wp:docPr id="15" name="Picture 15"/>
            <wp:cNvGraphicFramePr>
              <a:graphicFrameLocks noChangeAspect="1"/>
            </wp:cNvGraphicFramePr>
            <a:graphic>
              <a:graphicData uri="http://schemas.openxmlformats.org/drawingml/2006/picture">
                <pic:pic>
                  <pic:nvPicPr>
                    <pic:cNvPr id="0" name="025.jpg"/>
                    <pic:cNvPicPr/>
                  </pic:nvPicPr>
                  <pic:blipFill>
                    <a:blip r:embed="rId23"/>
                    <a:stretch>
                      <a:fillRect/>
                    </a:stretch>
                  </pic:blipFill>
                  <pic:spPr>
                    <a:xfrm>
                      <a:off x="0" y="0"/>
                      <a:ext cx="5486400" cy="3596640"/>
                    </a:xfrm>
                    <a:prstGeom prst="rect"/>
                  </pic:spPr>
                </pic:pic>
              </a:graphicData>
            </a:graphic>
          </wp:inline>
        </w:drawing>
      </w:r>
    </w:p>
    <w:p>
      <w:r>
        <w:rPr>
          <w:i/>
          <w:color w:val="525252"/>
          <w:sz w:val="17"/>
        </w:rPr>
        <w:t>Figure 15. Footfall by hour over time (timestamp) [53]. Per day, 2026-09-14 to 2026-09-20. Source: Footfall by hour (5,040 features). The data is in the appendix.</w:t>
      </w:r>
    </w:p>
    <w:p>
      <w:pPr>
        <w:jc w:val="center"/>
      </w:pPr>
      <w:r>
        <w:drawing>
          <wp:inline xmlns:a="http://schemas.openxmlformats.org/drawingml/2006/main" xmlns:pic="http://schemas.openxmlformats.org/drawingml/2006/picture">
            <wp:extent cx="5486400" cy="3883152"/>
            <wp:docPr id="16" name="Picture 16"/>
            <wp:cNvGraphicFramePr>
              <a:graphicFrameLocks noChangeAspect="1"/>
            </wp:cNvGraphicFramePr>
            <a:graphic>
              <a:graphicData uri="http://schemas.openxmlformats.org/drawingml/2006/picture">
                <pic:pic>
                  <pic:nvPicPr>
                    <pic:cNvPr id="0" name="026.jpg"/>
                    <pic:cNvPicPr/>
                  </pic:nvPicPr>
                  <pic:blipFill>
                    <a:blip r:embed="rId24"/>
                    <a:stretch>
                      <a:fillRect/>
                    </a:stretch>
                  </pic:blipFill>
                  <pic:spPr>
                    <a:xfrm>
                      <a:off x="0" y="0"/>
                      <a:ext cx="5486400" cy="3883152"/>
                    </a:xfrm>
                    <a:prstGeom prst="rect"/>
                  </pic:spPr>
                </pic:pic>
              </a:graphicData>
            </a:graphic>
          </wp:inline>
        </w:drawing>
      </w:r>
    </w:p>
    <w:p>
      <w:r>
        <w:rPr>
          <w:i/>
          <w:color w:val="525252"/>
          <w:sz w:val="17"/>
        </w:rPr>
        <w:t>Figure 16. Events over time (date) [54]. Per week, 2026-06-01 to 2026-10-26. Source: Events (60 features). The data is in the appendix.</w:t>
      </w:r>
    </w:p>
    <w:p>
      <w:pPr>
        <w:jc w:val="center"/>
      </w:pPr>
      <w:r>
        <w:drawing>
          <wp:inline xmlns:a="http://schemas.openxmlformats.org/drawingml/2006/main" xmlns:pic="http://schemas.openxmlformats.org/drawingml/2006/picture">
            <wp:extent cx="5486400" cy="3846576"/>
            <wp:docPr id="17" name="Picture 17"/>
            <wp:cNvGraphicFramePr>
              <a:graphicFrameLocks noChangeAspect="1"/>
            </wp:cNvGraphicFramePr>
            <a:graphic>
              <a:graphicData uri="http://schemas.openxmlformats.org/drawingml/2006/picture">
                <pic:pic>
                  <pic:nvPicPr>
                    <pic:cNvPr id="0" name="027.jpg"/>
                    <pic:cNvPicPr/>
                  </pic:nvPicPr>
                  <pic:blipFill>
                    <a:blip r:embed="rId25"/>
                    <a:stretch>
                      <a:fillRect/>
                    </a:stretch>
                  </pic:blipFill>
                  <pic:spPr>
                    <a:xfrm>
                      <a:off x="0" y="0"/>
                      <a:ext cx="5486400" cy="3846576"/>
                    </a:xfrm>
                    <a:prstGeom prst="rect"/>
                  </pic:spPr>
                </pic:pic>
              </a:graphicData>
            </a:graphic>
          </wp:inline>
        </w:drawing>
      </w:r>
    </w:p>
    <w:p>
      <w:r>
        <w:rPr>
          <w:i/>
          <w:color w:val="525252"/>
          <w:sz w:val="17"/>
        </w:rPr>
        <w:t>Figure 17. Hotel occupancy by district and month over time (month) [55]. Per week, 2025-09-29 to 2026-08-31. Source: Hotel occupancy by district and month (120 features). The data is in the appendix.</w:t>
      </w:r>
    </w:p>
    <w:p>
      <w:pPr>
        <w:jc w:val="center"/>
      </w:pPr>
      <w:r>
        <w:drawing>
          <wp:inline xmlns:a="http://schemas.openxmlformats.org/drawingml/2006/main" xmlns:pic="http://schemas.openxmlformats.org/drawingml/2006/picture">
            <wp:extent cx="5486400" cy="3730752"/>
            <wp:docPr id="18" name="Picture 18"/>
            <wp:cNvGraphicFramePr>
              <a:graphicFrameLocks noChangeAspect="1"/>
            </wp:cNvGraphicFramePr>
            <a:graphic>
              <a:graphicData uri="http://schemas.openxmlformats.org/drawingml/2006/picture">
                <pic:pic>
                  <pic:nvPicPr>
                    <pic:cNvPr id="0" name="028.jpg"/>
                    <pic:cNvPicPr/>
                  </pic:nvPicPr>
                  <pic:blipFill>
                    <a:blip r:embed="rId26"/>
                    <a:stretch>
                      <a:fillRect/>
                    </a:stretch>
                  </pic:blipFill>
                  <pic:spPr>
                    <a:xfrm>
                      <a:off x="0" y="0"/>
                      <a:ext cx="5486400" cy="3730752"/>
                    </a:xfrm>
                    <a:prstGeom prst="rect"/>
                  </pic:spPr>
                </pic:pic>
              </a:graphicData>
            </a:graphic>
          </wp:inline>
        </w:drawing>
      </w:r>
    </w:p>
    <w:p>
      <w:r>
        <w:rPr>
          <w:i/>
          <w:color w:val="525252"/>
          <w:sz w:val="17"/>
        </w:rPr>
        <w:t>Figure 18. Events per 10,000 people by feature [56]. Source: Events per 10,000 people by feature (10 features). The data is in the appendix.</w:t>
      </w:r>
    </w:p>
    <w:p>
      <w:pPr>
        <w:jc w:val="center"/>
      </w:pPr>
      <w:r>
        <w:drawing>
          <wp:inline xmlns:a="http://schemas.openxmlformats.org/drawingml/2006/main" xmlns:pic="http://schemas.openxmlformats.org/drawingml/2006/picture">
            <wp:extent cx="5486400" cy="3736848"/>
            <wp:docPr id="19" name="Picture 19"/>
            <wp:cNvGraphicFramePr>
              <a:graphicFrameLocks noChangeAspect="1"/>
            </wp:cNvGraphicFramePr>
            <a:graphic>
              <a:graphicData uri="http://schemas.openxmlformats.org/drawingml/2006/picture">
                <pic:pic>
                  <pic:nvPicPr>
                    <pic:cNvPr id="0" name="029.jpg"/>
                    <pic:cNvPicPr/>
                  </pic:nvPicPr>
                  <pic:blipFill>
                    <a:blip r:embed="rId27"/>
                    <a:stretch>
                      <a:fillRect/>
                    </a:stretch>
                  </pic:blipFill>
                  <pic:spPr>
                    <a:xfrm>
                      <a:off x="0" y="0"/>
                      <a:ext cx="5486400" cy="3736848"/>
                    </a:xfrm>
                    <a:prstGeom prst="rect"/>
                  </pic:spPr>
                </pic:pic>
              </a:graphicData>
            </a:graphic>
          </wp:inline>
        </w:drawing>
      </w:r>
    </w:p>
    <w:p>
      <w:r>
        <w:rPr>
          <w:i/>
          <w:color w:val="525252"/>
          <w:sz w:val="17"/>
        </w:rPr>
        <w:t>Figure 19. Hotels per 10,000 people by feature [57]. Source: Hotels per 10,000 people by feature (10 features). The data is in the appendix.</w:t>
      </w:r>
    </w:p>
    <w:p>
      <w:pPr>
        <w:jc w:val="center"/>
      </w:pPr>
      <w:r>
        <w:drawing>
          <wp:inline xmlns:a="http://schemas.openxmlformats.org/drawingml/2006/main" xmlns:pic="http://schemas.openxmlformats.org/drawingml/2006/picture">
            <wp:extent cx="5486400" cy="3907536"/>
            <wp:docPr id="20" name="Picture 20"/>
            <wp:cNvGraphicFramePr>
              <a:graphicFrameLocks noChangeAspect="1"/>
            </wp:cNvGraphicFramePr>
            <a:graphic>
              <a:graphicData uri="http://schemas.openxmlformats.org/drawingml/2006/picture">
                <pic:pic>
                  <pic:nvPicPr>
                    <pic:cNvPr id="0" name="030.jpg"/>
                    <pic:cNvPicPr/>
                  </pic:nvPicPr>
                  <pic:blipFill>
                    <a:blip r:embed="rId28"/>
                    <a:stretch>
                      <a:fillRect/>
                    </a:stretch>
                  </pic:blipFill>
                  <pic:spPr>
                    <a:xfrm>
                      <a:off x="0" y="0"/>
                      <a:ext cx="5486400" cy="3907536"/>
                    </a:xfrm>
                    <a:prstGeom prst="rect"/>
                  </pic:spPr>
                </pic:pic>
              </a:graphicData>
            </a:graphic>
          </wp:inline>
        </w:drawing>
      </w:r>
    </w:p>
    <w:p>
      <w:r>
        <w:rPr>
          <w:i/>
          <w:color w:val="525252"/>
          <w:sz w:val="17"/>
        </w:rPr>
        <w:t>Figure 20. Hot spot analysis: Events [58]. Source: Hot spot analysis: Events (21 features). The data is in the appendix.</w:t>
      </w:r>
    </w:p>
    <w:p>
      <w:pPr>
        <w:jc w:val="center"/>
      </w:pPr>
      <w:r>
        <w:drawing>
          <wp:inline xmlns:a="http://schemas.openxmlformats.org/drawingml/2006/main" xmlns:pic="http://schemas.openxmlformats.org/drawingml/2006/picture">
            <wp:extent cx="5486400" cy="3883152"/>
            <wp:docPr id="21" name="Picture 21"/>
            <wp:cNvGraphicFramePr>
              <a:graphicFrameLocks noChangeAspect="1"/>
            </wp:cNvGraphicFramePr>
            <a:graphic>
              <a:graphicData uri="http://schemas.openxmlformats.org/drawingml/2006/picture">
                <pic:pic>
                  <pic:nvPicPr>
                    <pic:cNvPr id="0" name="031.jpg"/>
                    <pic:cNvPicPr/>
                  </pic:nvPicPr>
                  <pic:blipFill>
                    <a:blip r:embed="rId29"/>
                    <a:stretch>
                      <a:fillRect/>
                    </a:stretch>
                  </pic:blipFill>
                  <pic:spPr>
                    <a:xfrm>
                      <a:off x="0" y="0"/>
                      <a:ext cx="5486400" cy="3883152"/>
                    </a:xfrm>
                    <a:prstGeom prst="rect"/>
                  </pic:spPr>
                </pic:pic>
              </a:graphicData>
            </a:graphic>
          </wp:inline>
        </w:drawing>
      </w:r>
    </w:p>
    <w:p>
      <w:r>
        <w:rPr>
          <w:i/>
          <w:color w:val="525252"/>
          <w:sz w:val="17"/>
        </w:rPr>
        <w:t>Figure 21. Hot spot analysis: Hotels [59]. Source: Hot spot analysis: Hotels (35 features). The data is in the appendix.</w:t>
      </w:r>
    </w:p>
    <w:p>
      <w:pPr>
        <w:jc w:val="center"/>
      </w:pPr>
      <w:r>
        <w:drawing>
          <wp:inline xmlns:a="http://schemas.openxmlformats.org/drawingml/2006/main" xmlns:pic="http://schemas.openxmlformats.org/drawingml/2006/picture">
            <wp:extent cx="5486400" cy="3688080"/>
            <wp:docPr id="22" name="Picture 22"/>
            <wp:cNvGraphicFramePr>
              <a:graphicFrameLocks noChangeAspect="1"/>
            </wp:cNvGraphicFramePr>
            <a:graphic>
              <a:graphicData uri="http://schemas.openxmlformats.org/drawingml/2006/picture">
                <pic:pic>
                  <pic:nvPicPr>
                    <pic:cNvPr id="0" name="032.jpg"/>
                    <pic:cNvPicPr/>
                  </pic:nvPicPr>
                  <pic:blipFill>
                    <a:blip r:embed="rId30"/>
                    <a:stretch>
                      <a:fillRect/>
                    </a:stretch>
                  </pic:blipFill>
                  <pic:spPr>
                    <a:xfrm>
                      <a:off x="0" y="0"/>
                      <a:ext cx="5486400" cy="3688080"/>
                    </a:xfrm>
                    <a:prstGeom prst="rect"/>
                  </pic:spPr>
                </pic:pic>
              </a:graphicData>
            </a:graphic>
          </wp:inline>
        </w:drawing>
      </w:r>
    </w:p>
    <w:p>
      <w:r>
        <w:rPr>
          <w:i/>
          <w:color w:val="525252"/>
          <w:sz w:val="17"/>
        </w:rPr>
        <w:t>Figure 22. Emerging hot spots: Events [60]. Source: Emerging hot spots: Events (12 features). The data is in the appendix.</w:t>
      </w:r>
    </w:p>
    <w:p>
      <w:pPr>
        <w:jc w:val="center"/>
      </w:pPr>
      <w:r>
        <w:drawing>
          <wp:inline xmlns:a="http://schemas.openxmlformats.org/drawingml/2006/main" xmlns:pic="http://schemas.openxmlformats.org/drawingml/2006/picture">
            <wp:extent cx="5486400" cy="3621024"/>
            <wp:docPr id="23" name="Picture 23"/>
            <wp:cNvGraphicFramePr>
              <a:graphicFrameLocks noChangeAspect="1"/>
            </wp:cNvGraphicFramePr>
            <a:graphic>
              <a:graphicData uri="http://schemas.openxmlformats.org/drawingml/2006/picture">
                <pic:pic>
                  <pic:nvPicPr>
                    <pic:cNvPr id="0" name="033.jpg"/>
                    <pic:cNvPicPr/>
                  </pic:nvPicPr>
                  <pic:blipFill>
                    <a:blip r:embed="rId31"/>
                    <a:stretch>
                      <a:fillRect/>
                    </a:stretch>
                  </pic:blipFill>
                  <pic:spPr>
                    <a:xfrm>
                      <a:off x="0" y="0"/>
                      <a:ext cx="5486400" cy="3621024"/>
                    </a:xfrm>
                    <a:prstGeom prst="rect"/>
                  </pic:spPr>
                </pic:pic>
              </a:graphicData>
            </a:graphic>
          </wp:inline>
        </w:drawing>
      </w:r>
    </w:p>
    <w:p>
      <w:r>
        <w:rPr>
          <w:i/>
          <w:color w:val="525252"/>
          <w:sz w:val="17"/>
        </w:rPr>
        <w:t>Figure 23. Emerging hot spots: Visitor check-ins [61]. Source: Emerging hot spots: Visitor check-ins (247 features). The data is in the appendix.</w:t>
      </w:r>
    </w:p>
    <w:p>
      <w:pPr>
        <w:jc w:val="center"/>
      </w:pPr>
      <w:r>
        <w:drawing>
          <wp:inline xmlns:a="http://schemas.openxmlformats.org/drawingml/2006/main" xmlns:pic="http://schemas.openxmlformats.org/drawingml/2006/picture">
            <wp:extent cx="5486400" cy="3700272"/>
            <wp:docPr id="24" name="Picture 24"/>
            <wp:cNvGraphicFramePr>
              <a:graphicFrameLocks noChangeAspect="1"/>
            </wp:cNvGraphicFramePr>
            <a:graphic>
              <a:graphicData uri="http://schemas.openxmlformats.org/drawingml/2006/picture">
                <pic:pic>
                  <pic:nvPicPr>
                    <pic:cNvPr id="0" name="034.jpg"/>
                    <pic:cNvPicPr/>
                  </pic:nvPicPr>
                  <pic:blipFill>
                    <a:blip r:embed="rId32"/>
                    <a:stretch>
                      <a:fillRect/>
                    </a:stretch>
                  </pic:blipFill>
                  <pic:spPr>
                    <a:xfrm>
                      <a:off x="0" y="0"/>
                      <a:ext cx="5486400" cy="3700272"/>
                    </a:xfrm>
                    <a:prstGeom prst="rect"/>
                  </pic:spPr>
                </pic:pic>
              </a:graphicData>
            </a:graphic>
          </wp:inline>
        </w:drawing>
      </w:r>
    </w:p>
    <w:p>
      <w:r>
        <w:rPr>
          <w:i/>
          <w:color w:val="525252"/>
          <w:sz w:val="17"/>
        </w:rPr>
        <w:t>Figure 24. Calculate density: Events [62]. Source: Calculate density: Events (105 features). The data is in the appendix.</w:t>
      </w:r>
    </w:p>
    <w:p>
      <w:pPr>
        <w:jc w:val="center"/>
      </w:pPr>
      <w:r>
        <w:drawing>
          <wp:inline xmlns:a="http://schemas.openxmlformats.org/drawingml/2006/main" xmlns:pic="http://schemas.openxmlformats.org/drawingml/2006/picture">
            <wp:extent cx="5486400" cy="3700272"/>
            <wp:docPr id="25" name="Picture 25"/>
            <wp:cNvGraphicFramePr>
              <a:graphicFrameLocks noChangeAspect="1"/>
            </wp:cNvGraphicFramePr>
            <a:graphic>
              <a:graphicData uri="http://schemas.openxmlformats.org/drawingml/2006/picture">
                <pic:pic>
                  <pic:nvPicPr>
                    <pic:cNvPr id="0" name="035.jpg"/>
                    <pic:cNvPicPr/>
                  </pic:nvPicPr>
                  <pic:blipFill>
                    <a:blip r:embed="rId33"/>
                    <a:stretch>
                      <a:fillRect/>
                    </a:stretch>
                  </pic:blipFill>
                  <pic:spPr>
                    <a:xfrm>
                      <a:off x="0" y="0"/>
                      <a:ext cx="5486400" cy="3700272"/>
                    </a:xfrm>
                    <a:prstGeom prst="rect"/>
                  </pic:spPr>
                </pic:pic>
              </a:graphicData>
            </a:graphic>
          </wp:inline>
        </w:drawing>
      </w:r>
    </w:p>
    <w:p>
      <w:r>
        <w:rPr>
          <w:i/>
          <w:color w:val="525252"/>
          <w:sz w:val="17"/>
        </w:rPr>
        <w:t>Figure 25. Calculate density: Hotels [63]. Source: Calculate density: Hotels (160 features). The data is in the appendix.</w:t>
      </w:r>
    </w:p>
    <w:p>
      <w:pPr>
        <w:jc w:val="center"/>
      </w:pPr>
      <w:r>
        <w:drawing>
          <wp:inline xmlns:a="http://schemas.openxmlformats.org/drawingml/2006/main" xmlns:pic="http://schemas.openxmlformats.org/drawingml/2006/picture">
            <wp:extent cx="5486400" cy="3681984"/>
            <wp:docPr id="26" name="Picture 26"/>
            <wp:cNvGraphicFramePr>
              <a:graphicFrameLocks noChangeAspect="1"/>
            </wp:cNvGraphicFramePr>
            <a:graphic>
              <a:graphicData uri="http://schemas.openxmlformats.org/drawingml/2006/picture">
                <pic:pic>
                  <pic:nvPicPr>
                    <pic:cNvPr id="0" name="036.jpg"/>
                    <pic:cNvPicPr/>
                  </pic:nvPicPr>
                  <pic:blipFill>
                    <a:blip r:embed="rId34"/>
                    <a:stretch>
                      <a:fillRect/>
                    </a:stretch>
                  </pic:blipFill>
                  <pic:spPr>
                    <a:xfrm>
                      <a:off x="0" y="0"/>
                      <a:ext cx="5486400" cy="3681984"/>
                    </a:xfrm>
                    <a:prstGeom prst="rect"/>
                  </pic:spPr>
                </pic:pic>
              </a:graphicData>
            </a:graphic>
          </wp:inline>
        </w:drawing>
      </w:r>
    </w:p>
    <w:p>
      <w:r>
        <w:rPr>
          <w:i/>
          <w:color w:val="525252"/>
          <w:sz w:val="17"/>
        </w:rPr>
        <w:t>Figure 26. Transit stations per 10,000 people by feature [64]. Source: Transit stations per 10,000 people by feature (10 features). The data is in the appendix.</w:t>
      </w:r>
    </w:p>
    <w:p>
      <w:pPr>
        <w:jc w:val="center"/>
      </w:pPr>
      <w:r>
        <w:drawing>
          <wp:inline xmlns:a="http://schemas.openxmlformats.org/drawingml/2006/main" xmlns:pic="http://schemas.openxmlformats.org/drawingml/2006/picture">
            <wp:extent cx="5486400" cy="3864864"/>
            <wp:docPr id="27" name="Picture 27"/>
            <wp:cNvGraphicFramePr>
              <a:graphicFrameLocks noChangeAspect="1"/>
            </wp:cNvGraphicFramePr>
            <a:graphic>
              <a:graphicData uri="http://schemas.openxmlformats.org/drawingml/2006/picture">
                <pic:pic>
                  <pic:nvPicPr>
                    <pic:cNvPr id="0" name="037.jpg"/>
                    <pic:cNvPicPr/>
                  </pic:nvPicPr>
                  <pic:blipFill>
                    <a:blip r:embed="rId35"/>
                    <a:stretch>
                      <a:fillRect/>
                    </a:stretch>
                  </pic:blipFill>
                  <pic:spPr>
                    <a:xfrm>
                      <a:off x="0" y="0"/>
                      <a:ext cx="5486400" cy="3864864"/>
                    </a:xfrm>
                    <a:prstGeom prst="rect"/>
                  </pic:spPr>
                </pic:pic>
              </a:graphicData>
            </a:graphic>
          </wp:inline>
        </w:drawing>
      </w:r>
    </w:p>
    <w:p>
      <w:r>
        <w:rPr>
          <w:i/>
          <w:color w:val="525252"/>
          <w:sz w:val="17"/>
        </w:rPr>
        <w:t>Figure 27. Hot spot analysis: Short-term rentals [65]. Source: Hot spot analysis: Short-term rentals (120 features). The data is in the appendix.</w:t>
      </w:r>
    </w:p>
    <w:p>
      <w:pPr>
        <w:jc w:val="center"/>
      </w:pPr>
      <w:r>
        <w:drawing>
          <wp:inline xmlns:a="http://schemas.openxmlformats.org/drawingml/2006/main" xmlns:pic="http://schemas.openxmlformats.org/drawingml/2006/picture">
            <wp:extent cx="5486400" cy="3883152"/>
            <wp:docPr id="28" name="Picture 28"/>
            <wp:cNvGraphicFramePr>
              <a:graphicFrameLocks noChangeAspect="1"/>
            </wp:cNvGraphicFramePr>
            <a:graphic>
              <a:graphicData uri="http://schemas.openxmlformats.org/drawingml/2006/picture">
                <pic:pic>
                  <pic:nvPicPr>
                    <pic:cNvPr id="0" name="038.jpg"/>
                    <pic:cNvPicPr/>
                  </pic:nvPicPr>
                  <pic:blipFill>
                    <a:blip r:embed="rId36"/>
                    <a:stretch>
                      <a:fillRect/>
                    </a:stretch>
                  </pic:blipFill>
                  <pic:spPr>
                    <a:xfrm>
                      <a:off x="0" y="0"/>
                      <a:ext cx="5486400" cy="3883152"/>
                    </a:xfrm>
                    <a:prstGeom prst="rect"/>
                  </pic:spPr>
                </pic:pic>
              </a:graphicData>
            </a:graphic>
          </wp:inline>
        </w:drawing>
      </w:r>
    </w:p>
    <w:p>
      <w:r>
        <w:rPr>
          <w:i/>
          <w:color w:val="525252"/>
          <w:sz w:val="17"/>
        </w:rPr>
        <w:t>Figure 28. Repeat and near repeat classification: Events [66]. Per week, 2026-06-01 to 2026-10-26. Source: Repeat and near repeat classification: Events (60 features). The data is in the appendix.</w:t>
      </w:r>
    </w:p>
    <w:p>
      <w:pPr>
        <w:jc w:val="center"/>
      </w:pPr>
      <w:r>
        <w:drawing>
          <wp:inline xmlns:a="http://schemas.openxmlformats.org/drawingml/2006/main" xmlns:pic="http://schemas.openxmlformats.org/drawingml/2006/picture">
            <wp:extent cx="5486400" cy="3602736"/>
            <wp:docPr id="29" name="Picture 29"/>
            <wp:cNvGraphicFramePr>
              <a:graphicFrameLocks noChangeAspect="1"/>
            </wp:cNvGraphicFramePr>
            <a:graphic>
              <a:graphicData uri="http://schemas.openxmlformats.org/drawingml/2006/picture">
                <pic:pic>
                  <pic:nvPicPr>
                    <pic:cNvPr id="0" name="039.jpg"/>
                    <pic:cNvPicPr/>
                  </pic:nvPicPr>
                  <pic:blipFill>
                    <a:blip r:embed="rId37"/>
                    <a:stretch>
                      <a:fillRect/>
                    </a:stretch>
                  </pic:blipFill>
                  <pic:spPr>
                    <a:xfrm>
                      <a:off x="0" y="0"/>
                      <a:ext cx="5486400" cy="3602736"/>
                    </a:xfrm>
                    <a:prstGeom prst="rect"/>
                  </pic:spPr>
                </pic:pic>
              </a:graphicData>
            </a:graphic>
          </wp:inline>
        </w:drawing>
      </w:r>
    </w:p>
    <w:p>
      <w:r>
        <w:rPr>
          <w:i/>
          <w:color w:val="525252"/>
          <w:sz w:val="17"/>
        </w:rPr>
        <w:t>Figure 29. Calculate density: Transit stations [67]. Source: Calculate density: Transit stations (60 features). The data is in the appendix.</w:t>
      </w:r>
    </w:p>
    <w:p>
      <w:pPr>
        <w:jc w:val="center"/>
      </w:pPr>
      <w:r>
        <w:drawing>
          <wp:inline xmlns:a="http://schemas.openxmlformats.org/drawingml/2006/main" xmlns:pic="http://schemas.openxmlformats.org/drawingml/2006/picture">
            <wp:extent cx="5486400" cy="3883152"/>
            <wp:docPr id="30" name="Picture 30"/>
            <wp:cNvGraphicFramePr>
              <a:graphicFrameLocks noChangeAspect="1"/>
            </wp:cNvGraphicFramePr>
            <a:graphic>
              <a:graphicData uri="http://schemas.openxmlformats.org/drawingml/2006/picture">
                <pic:pic>
                  <pic:nvPicPr>
                    <pic:cNvPr id="0" name="038.jpg"/>
                    <pic:cNvPicPr/>
                  </pic:nvPicPr>
                  <pic:blipFill>
                    <a:blip r:embed="rId36"/>
                    <a:stretch>
                      <a:fillRect/>
                    </a:stretch>
                  </pic:blipFill>
                  <pic:spPr>
                    <a:xfrm>
                      <a:off x="0" y="0"/>
                      <a:ext cx="5486400" cy="3883152"/>
                    </a:xfrm>
                    <a:prstGeom prst="rect"/>
                  </pic:spPr>
                </pic:pic>
              </a:graphicData>
            </a:graphic>
          </wp:inline>
        </w:drawing>
      </w:r>
    </w:p>
    <w:p>
      <w:r>
        <w:rPr>
          <w:i/>
          <w:color w:val="525252"/>
          <w:sz w:val="17"/>
        </w:rPr>
        <w:t>Figure 30. Repeat and near repeat classification: Events over time [68]. Per week, 2026-06-01 to 2026-10-26. Source: Repeat and near repeat classification: Events (60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month by dataset. 52 rows (id c28dd5e4-8e5d-4f58-bf01-ecf5befa059e)</w:t>
      </w:r>
    </w:p>
    <w:p>
      <w:pPr>
        <w:spacing w:after="40"/>
      </w:pPr>
      <w:r>
        <w:t>[2] Dataset: Footfall by hour. table, 5040 rows (id 14c3f63e-f77c-42c5-915f-d9c05adec323)</w:t>
      </w:r>
    </w:p>
    <w:p>
      <w:pPr>
        <w:spacing w:after="40"/>
      </w:pPr>
      <w:r>
        <w:t>[3] Dataset: Visitor check-ins. vector, 1787 rows (id c5304978-960d-40ec-bdc4-acd2ea178039)</w:t>
      </w:r>
    </w:p>
    <w:p>
      <w:pPr>
        <w:spacing w:after="40"/>
      </w:pPr>
      <w:r>
        <w:t>[4] Dataset: Events. vector, 60 rows (id 19eebb1c-a097-45a3-b65f-454a721735ff)</w:t>
      </w:r>
    </w:p>
    <w:p>
      <w:pPr>
        <w:spacing w:after="40"/>
      </w:pPr>
      <w:r>
        <w:t>[5] Dataset: Hotel occupancy by district and month. table, 120 rows (id ddefeb0f-7855-4d3a-bdbc-830daaef4145)</w:t>
      </w:r>
    </w:p>
    <w:p>
      <w:pPr>
        <w:spacing w:after="40"/>
      </w:pPr>
      <w:r>
        <w:t>[6] Catalog: Pipeline (tool description, gp_pipeline). Run up to 20 GIS operations in one engine call; a step's params may use "$id" (an earlier step's result) or "$id.key", and layer references. Every step's map outputs are saved as styled layers. Never calls Mapbox. (id gp_pipeline)</w:t>
      </w:r>
    </w:p>
    <w:p>
      <w:pPr>
        <w:spacing w:after="40"/>
      </w:pPr>
      <w:r>
        <w:t>[7] Plan: Events per 10,000 people per feature of Districts (the Start plan's candidate c_fc66f1dd9ab5). Districts holds population in 'residents': Events per 10,000 people in each feature compares features of different size; mapped as a choropleth (natural breaks, sequential colors). (id 0b51cb1d-362e-46b9-bce1-ee8d0334d0d1:c_fc66f1dd9ab5)</w:t>
      </w:r>
    </w:p>
    <w:p>
      <w:pPr>
        <w:spacing w:after="40"/>
      </w:pPr>
      <w:r>
        <w:t>[8] Tool result: gp_pipeline, step 0. Pipeline of 2 steps (summarize_within &gt; calculate_field): 1 layer saved. (id 6f508d4a-8ac6-43c5-a648-3a317b80b725:0)</w:t>
      </w:r>
    </w:p>
    <w:p>
      <w:pPr>
        <w:spacing w:after="40"/>
      </w:pPr>
      <w:r>
        <w:t>[9] Layer: Events. 60 features (id 48b188aa-e96c-47fa-8a28-11e7d0d1265b)</w:t>
      </w:r>
    </w:p>
    <w:p>
      <w:pPr>
        <w:spacing w:after="40"/>
      </w:pPr>
      <w:r>
        <w:t>[10] Layer: Districts. 10 features (id 2a6df822-dc6d-48ab-bb94-b4a34b363160)</w:t>
      </w:r>
    </w:p>
    <w:p>
      <w:pPr>
        <w:spacing w:after="40"/>
      </w:pPr>
      <w:r>
        <w:t>[11] Tool result: gp_pipeline, step 1. Pipeline of 2 steps (summarize_within &gt; calculate_field): 1 layer saved. (id 6f508d4a-8ac6-43c5-a648-3a317b80b725:1)</w:t>
      </w:r>
    </w:p>
    <w:p>
      <w:pPr>
        <w:spacing w:after="40"/>
      </w:pPr>
      <w:r>
        <w:t>[12] Layer: Hotels. 120 features (id 3e8f4b82-1559-4b63-821d-9911e2fb57de)</w:t>
      </w:r>
    </w:p>
    <w:p>
      <w:pPr>
        <w:spacing w:after="40"/>
      </w:pPr>
      <w:r>
        <w:t>[13] Catalog: Hot spot analysis (operation catalog, gp_hot_spots). Getis-Ord Gi* hot and cold spots with z-scores, p-values and confidence bins. ArcGIS: Find Hot Spots, Hot Spot Analysis (Getis-Ord Gi*). QGIS: qgis:hotspot (plugin). (id gp_hot_spots)</w:t>
      </w:r>
    </w:p>
    <w:p>
      <w:pPr>
        <w:spacing w:after="40"/>
      </w:pPr>
      <w:r>
        <w:t>[14] Plan: Hot spots of Events (the Start plan's candidate c_7a715b334a74). 60 points: Getis-Ord Gi* tests whether the concentrations in Events are statistically significant. (id 0b51cb1d-362e-46b9-bce1-ee8d0334d0d1:c_7a715b334a74)</w:t>
      </w:r>
    </w:p>
    <w:p>
      <w:pPr>
        <w:spacing w:after="40"/>
      </w:pPr>
      <w:r>
        <w:t>[15] Tool result: gp_hot_spots, step 0. Hot spot analysis: 1 layer saved: Hot spot analysis: Events (21 features). (id 84b08bee-0a26-46a8-aa31-3ab02a56479b:0)</w:t>
      </w:r>
    </w:p>
    <w:p>
      <w:pPr>
        <w:spacing w:after="40"/>
      </w:pPr>
      <w:r>
        <w:t>[16] Plan: Hot spots of Hotels (the Start plan's candidate c_79873e91203b). 120 points: Getis-Ord Gi* tests whether the concentrations in Hotels are statistically significant. (id 0b51cb1d-362e-46b9-bce1-ee8d0334d0d1:c_79873e91203b)</w:t>
      </w:r>
    </w:p>
    <w:p>
      <w:pPr>
        <w:spacing w:after="40"/>
      </w:pPr>
      <w:r>
        <w:t>[17] Tool result: gp_hot_spots, step 1. Hot spot analysis: 1 layer saved: Hot spot analysis: Hotels (35 features). (id 84b08bee-0a26-46a8-aa31-3ab02a56479b:1)</w:t>
      </w:r>
    </w:p>
    <w:p>
      <w:pPr>
        <w:spacing w:after="40"/>
      </w:pPr>
      <w:r>
        <w:t>[18]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[19] Plan: Space time hot spots of Events (the Start plan's candidate c_8f286e9af1c8). Events carry dates in 'date': emerging hot spot analysis finds new, intensifying and fading hot spots per week. (id 0b51cb1d-362e-46b9-bce1-ee8d0334d0d1:c_8f286e9af1c8)</w:t>
      </w:r>
    </w:p>
    <w:p>
      <w:pPr>
        <w:spacing w:after="40"/>
      </w:pPr>
      <w:r>
        <w:t>[20] Tool result: gp_space_time_hot_spots, step 0. Emerging hot spots: 1 layer saved: Emerging hot spots: Events (12 features). (id eb49d63a-8c38-41f3-ab9c-5e8f86d9baac:0)</w:t>
      </w:r>
    </w:p>
    <w:p>
      <w:pPr>
        <w:spacing w:after="40"/>
      </w:pPr>
      <w:r>
        <w:t>[21] Plan: Space time hot spots of Visitor check-ins (the Start plan's candidate c_20af318bcde6). Visitor check-ins carry dates in 'checked_in_at': emerging hot spot analysis finds new, intensifying and fading hot spots per week. (id 0b51cb1d-362e-46b9-bce1-ee8d0334d0d1:c_20af318bcde6)</w:t>
      </w:r>
    </w:p>
    <w:p>
      <w:pPr>
        <w:spacing w:after="40"/>
      </w:pPr>
      <w:r>
        <w:t>[22] Tool result: gp_space_time_hot_spots, step 1. Emerging hot spots: 1 layer saved: Emerging hot spots: Visitor check-ins (247 features). (id eb49d63a-8c38-41f3-ab9c-5e8f86d9baac:1)</w:t>
      </w:r>
    </w:p>
    <w:p>
      <w:pPr>
        <w:spacing w:after="40"/>
      </w:pPr>
      <w:r>
        <w:t>[23] Layer: Visitor check-ins. 1,787 features (id 517cd234-4309-4e40-a7fe-bfcb513649a0)</w:t>
      </w:r>
    </w:p>
    <w:p>
      <w:pPr>
        <w:spacing w:after="40"/>
      </w:pPr>
      <w:r>
        <w:t>[24] Catalog: Calculate density (operation catalog, gp_calculate_density). Kernel density per square kilometer on a grid. ArcGIS: Calculate Density, Kernel Density. QGIS: native:heatmapkerneldensityestimation. (id gp_calculate_density)</w:t>
      </w:r>
    </w:p>
    <w:p>
      <w:pPr>
        <w:spacing w:after="40"/>
      </w:pPr>
      <w:r>
        <w:t>[25] Plan: Kernel density of Events (the Start plan's candidate c_cf6f233cf11a). 60 points in Events: a density surface shows where they concentrate. (id 0b51cb1d-362e-46b9-bce1-ee8d0334d0d1:c_cf6f233cf11a)</w:t>
      </w:r>
    </w:p>
    <w:p>
      <w:pPr>
        <w:spacing w:after="40"/>
      </w:pPr>
      <w:r>
        <w:t>[26] Tool result: gp_calculate_density, step 0. Calculate density: 1 layer saved: Calculate density: Events (105 features). (id ffcce236-4ccf-4454-afd4-62fde6826f22:0)</w:t>
      </w:r>
    </w:p>
    <w:p>
      <w:pPr>
        <w:spacing w:after="40"/>
      </w:pPr>
      <w:r>
        <w:t>[27] Plan: Kernel density of Hotels (the Start plan's candidate c_f2a0da30a906). 120 points in Hotels: a density surface shows where they concentrate. (id 0b51cb1d-362e-46b9-bce1-ee8d0334d0d1:c_f2a0da30a906)</w:t>
      </w:r>
    </w:p>
    <w:p>
      <w:pPr>
        <w:spacing w:after="40"/>
      </w:pPr>
      <w:r>
        <w:t>[28] Tool result: gp_calculate_density, step 1. Calculate density: 1 layer saved: Calculate density: Hotels (160 features). (id ffcce236-4ccf-4454-afd4-62fde6826f22:1)</w:t>
      </w:r>
    </w:p>
    <w:p>
      <w:pPr>
        <w:spacing w:after="40"/>
      </w:pPr>
      <w:r>
        <w:t>[29] Plan: Transit stations per 10,000 people per feature of Districts (the Start plan's candidate c_058536b42c97). Districts holds population in 'residents': Transit stations per 10,000 people in each feature compares features of different size; mapped as a choropleth (natural breaks, sequential colors). (id 0b51cb1d-362e-46b9-bce1-ee8d0334d0d1:c_058536b42c97)</w:t>
      </w:r>
    </w:p>
    <w:p>
      <w:pPr>
        <w:spacing w:after="40"/>
      </w:pPr>
      <w:r>
        <w:t>[30] Tool result: gp_pipeline, step 0. Pipeline of 2 steps (summarize_within &gt; calculate_field): 1 layer saved. (id dd7063d1-b363-4d94-9eb7-b0637b02bd44:0)</w:t>
      </w:r>
    </w:p>
    <w:p>
      <w:pPr>
        <w:spacing w:after="40"/>
      </w:pPr>
      <w:r>
        <w:t>[31] Layer: Transit stations. 25 features (id 05c69c10-6b81-4264-aa80-dccc82f1a9c9)</w:t>
      </w:r>
    </w:p>
    <w:p>
      <w:pPr>
        <w:spacing w:after="40"/>
      </w:pPr>
      <w:r>
        <w:t>[32] Plan: Hot spots of Short-term rentals (the Start plan's candidate c_c8350b01ed0d). 359 points: Getis-Ord Gi* tests whether the concentrations in Short-term rentals are statistically significant. (id 0b51cb1d-362e-46b9-bce1-ee8d0334d0d1:c_c8350b01ed0d)</w:t>
      </w:r>
    </w:p>
    <w:p>
      <w:pPr>
        <w:spacing w:after="40"/>
      </w:pPr>
      <w:r>
        <w:t>[33] Tool result: gp_hot_spots, step 0. Hot spot analysis: 1 layer saved: Hot spot analysis: Short-term rentals (120 features). (id 90ed7ab8-143b-43f0-876d-def245599177:0)</w:t>
      </w:r>
    </w:p>
    <w:p>
      <w:pPr>
        <w:spacing w:after="40"/>
      </w:pPr>
      <w:r>
        <w:t>[34] Layer: Short-term rentals. 359 features (id cfe7bd58-22ce-4b7e-9b85-2abc3992354a)</w:t>
      </w:r>
    </w:p>
    <w:p>
      <w:pPr>
        <w:spacing w:after="40"/>
      </w:pPr>
      <w:r>
        <w:t>[35]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[36] Plan: Near repeat of Events (the Start plan's candidate c_f620f1a254d2). Near repeat analysis tests whether Events close in space also follow each other within 15 days. (id 0b51cb1d-362e-46b9-bce1-ee8d0334d0d1:c_f620f1a254d2)</w:t>
      </w:r>
    </w:p>
    <w:p>
      <w:pPr>
        <w:spacing w:after="40"/>
      </w:pPr>
      <w:r>
        <w:t>[37] Tool result: gp_near_repeat, step 0. Repeat and near repeat classification: 1 layer saved: Repeat and near repeat classification: Events (60 features). (id 70382b8c-45cd-4cea-8ff2-7b23d4ff890a:0)</w:t>
      </w:r>
    </w:p>
    <w:p>
      <w:pPr>
        <w:spacing w:after="40"/>
      </w:pPr>
      <w:r>
        <w:t>[38] Plan: Kernel density of Transit stations (the Start plan's candidate c_f08aaf8201f4). 25 points in Transit stations: a density surface shows where they concentrate. (id 0b51cb1d-362e-46b9-bce1-ee8d0334d0d1:c_f08aaf8201f4)</w:t>
      </w:r>
    </w:p>
    <w:p>
      <w:pPr>
        <w:spacing w:after="40"/>
      </w:pPr>
      <w:r>
        <w:t>[39] Tool result: gp_calculate_density, step 0. Calculate density: 1 layer saved: Calculate density: Transit stations (60 features). (id 2052a837-292a-4b03-bff0-c4b2801afc2e:0)</w:t>
      </w:r>
    </w:p>
    <w:p>
      <w:pPr>
        <w:spacing w:after="40"/>
      </w:pPr>
      <w:r>
        <w:t>[40] Rendering: Map: Events per 10,000 people by feature (id eec57722-0ad2-4980-8930-376540984ea4)</w:t>
      </w:r>
    </w:p>
    <w:p>
      <w:pPr>
        <w:spacing w:after="40"/>
      </w:pPr>
      <w:r>
        <w:t>[41] Rendering: Map: Hotels per 10,000 people by feature (id 63d6732e-910d-4395-a217-5bcea906df8f)</w:t>
      </w:r>
    </w:p>
    <w:p>
      <w:pPr>
        <w:spacing w:after="40"/>
      </w:pPr>
      <w:r>
        <w:t>[42] Rendering: Map: Hot spot analysis: Events (id 54872c4e-d24c-440f-8d17-ea1b17fedf7a)</w:t>
      </w:r>
    </w:p>
    <w:p>
      <w:pPr>
        <w:spacing w:after="40"/>
      </w:pPr>
      <w:r>
        <w:t>[43] Rendering: Map: Hot spot analysis: Hotels (id 0332ec77-f165-48dd-8f8b-f78eca70bd2e)</w:t>
      </w:r>
    </w:p>
    <w:p>
      <w:pPr>
        <w:spacing w:after="40"/>
      </w:pPr>
      <w:r>
        <w:t>[44] Rendering: Map: Emerging hot spots: Events (id a797e3a3-c203-46a0-adee-6ae0c49df6f7)</w:t>
      </w:r>
    </w:p>
    <w:p>
      <w:pPr>
        <w:spacing w:after="40"/>
      </w:pPr>
      <w:r>
        <w:t>[45] Rendering: Map: Emerging hot spots: Visitor check-ins (id c742998e-376d-4428-9cd8-ee43aff334d8)</w:t>
      </w:r>
    </w:p>
    <w:p>
      <w:pPr>
        <w:spacing w:after="40"/>
      </w:pPr>
      <w:r>
        <w:t>[46] Rendering: Map: Calculate density: Events (id c4858508-5b9c-4244-9da4-22c00b167e7d)</w:t>
      </w:r>
    </w:p>
    <w:p>
      <w:pPr>
        <w:spacing w:after="40"/>
      </w:pPr>
      <w:r>
        <w:t>[47] Rendering: Map: Calculate density: Hotels (id f95cc319-e8fc-4b4d-b94c-0f32f5d881ba)</w:t>
      </w:r>
    </w:p>
    <w:p>
      <w:pPr>
        <w:spacing w:after="40"/>
      </w:pPr>
      <w:r>
        <w:t>[48] Rendering: Map: Transit stations per 10,000 people by feature (id 490f3ebb-c4cf-4df7-a6b0-8a2608c0ce37)</w:t>
      </w:r>
    </w:p>
    <w:p>
      <w:pPr>
        <w:spacing w:after="40"/>
      </w:pPr>
      <w:r>
        <w:t>[49] Rendering: Map: Hot spot analysis: Short-term rentals (id 5f63f0eb-e874-46e7-9c16-5195d066b68e)</w:t>
      </w:r>
    </w:p>
    <w:p>
      <w:pPr>
        <w:spacing w:after="40"/>
      </w:pPr>
      <w:r>
        <w:t>[50] Rendering: Map: Repeat and near repeat classification: Events (id 6ead692c-c1bf-41c9-b506-1b85a1e7c4e7)</w:t>
      </w:r>
    </w:p>
    <w:p>
      <w:pPr>
        <w:spacing w:after="40"/>
      </w:pPr>
      <w:r>
        <w:t>[51] Rendering: Map: Calculate density: Transit stations (id 9c9b72cd-660b-4431-a878-d8ce46aa23b5)</w:t>
      </w:r>
    </w:p>
    <w:p>
      <w:pPr>
        <w:spacing w:after="40"/>
      </w:pPr>
      <w:r>
        <w:t>[52] Rendering: Chart: Footfall counters over time (installed_year). 1 rows (id c57481bf-4a67-476a-8f46-50e95ee01d34)</w:t>
      </w:r>
    </w:p>
    <w:p>
      <w:pPr>
        <w:spacing w:after="40"/>
      </w:pPr>
      <w:r>
        <w:t>[53] Rendering: Chart: Footfall by hour over time (timestamp). 7 rows (id 68fde6c5-f7cb-4519-beb5-fda2f50b9446)</w:t>
      </w:r>
    </w:p>
    <w:p>
      <w:pPr>
        <w:spacing w:after="40"/>
      </w:pPr>
      <w:r>
        <w:t>[54] Rendering: Chart: Events over time (date). 110 rows (id 7d7c5e9a-3392-4fe8-abd9-3e23dce93372)</w:t>
      </w:r>
    </w:p>
    <w:p>
      <w:pPr>
        <w:spacing w:after="40"/>
      </w:pPr>
      <w:r>
        <w:t>[55] Rendering: Chart: Hotel occupancy by district and month over time (month). 294 rows (id 16057d40-3ace-4329-a918-0640eb5a26c4)</w:t>
      </w:r>
    </w:p>
    <w:p>
      <w:pPr>
        <w:spacing w:after="40"/>
      </w:pPr>
      <w:r>
        <w:t>[56] Rendering: Chart: Events per 10,000 people by feature. 5 rows (id 4b2b3fe6-a4cc-4a5a-8f99-df4cfc48d3db)</w:t>
      </w:r>
    </w:p>
    <w:p>
      <w:pPr>
        <w:spacing w:after="40"/>
      </w:pPr>
      <w:r>
        <w:t>[57] Rendering: Chart: Hotels per 10,000 people by feature. 5 rows (id a4fb08df-9753-4dfe-ae78-a53901591524)</w:t>
      </w:r>
    </w:p>
    <w:p>
      <w:pPr>
        <w:spacing w:after="40"/>
      </w:pPr>
      <w:r>
        <w:t>[58] Rendering: Chart: Hot spot analysis: Events. 5 rows (id df76ff7e-00ff-4fc6-b41d-5534968aa408)</w:t>
      </w:r>
    </w:p>
    <w:p>
      <w:pPr>
        <w:spacing w:after="40"/>
      </w:pPr>
      <w:r>
        <w:t>[59] Rendering: Chart: Hot spot analysis: Hotels. 6 rows (id 49c30dd2-4afd-47ce-9cab-fd5b09afd3e2)</w:t>
      </w:r>
    </w:p>
    <w:p>
      <w:pPr>
        <w:spacing w:after="40"/>
      </w:pPr>
      <w:r>
        <w:t>[60] Rendering: Chart: Emerging hot spots: Events. 5 rows (id b15107ab-80aa-4641-95b1-be5375aa81e8)</w:t>
      </w:r>
    </w:p>
    <w:p>
      <w:pPr>
        <w:spacing w:after="40"/>
      </w:pPr>
      <w:r>
        <w:t>[61] Rendering: Chart: Emerging hot spots: Visitor check-ins. 9 rows (id c4087574-f496-4825-92c9-f13d8ca99c72)</w:t>
      </w:r>
    </w:p>
    <w:p>
      <w:pPr>
        <w:spacing w:after="40"/>
      </w:pPr>
      <w:r>
        <w:t>[62] Rendering: Chart: Calculate density: Events. 8 rows (id cd478e87-79f0-4685-a84f-ef9250389ac5)</w:t>
      </w:r>
    </w:p>
    <w:p>
      <w:pPr>
        <w:spacing w:after="40"/>
      </w:pPr>
      <w:r>
        <w:t>[63] Rendering: Chart: Calculate density: Hotels. 9 rows (id 01e6882d-fc1c-41fe-b9f0-d4c083f8ce50)</w:t>
      </w:r>
    </w:p>
    <w:p>
      <w:pPr>
        <w:spacing w:after="40"/>
      </w:pPr>
      <w:r>
        <w:t>[64] Rendering: Chart: Transit stations per 10,000 people by feature. 5 rows (id 4bfbc9fc-df18-4c54-a1e1-dc5127040af0)</w:t>
      </w:r>
    </w:p>
    <w:p>
      <w:pPr>
        <w:spacing w:after="40"/>
      </w:pPr>
      <w:r>
        <w:t>[65] Rendering: Chart: Hot spot analysis: Short-term rentals. 10 rows (id c2f2f8d1-b71f-40d0-96d6-7cd46f9331df)</w:t>
      </w:r>
    </w:p>
    <w:p>
      <w:pPr>
        <w:spacing w:after="40"/>
      </w:pPr>
      <w:r>
        <w:t>[66] Rendering: Chart: Repeat and near repeat classification: Events. 110 rows (id ae906476-4bb5-48f7-b8ac-00ca31455f0b)</w:t>
      </w:r>
    </w:p>
    <w:p>
      <w:pPr>
        <w:spacing w:after="40"/>
      </w:pPr>
      <w:r>
        <w:t>[67] Rendering: Chart: Calculate density: Transit stations. 7 rows (id d67b5707-4e19-4aa1-9943-011622237776)</w:t>
      </w:r>
    </w:p>
    <w:p>
      <w:pPr>
        <w:spacing w:after="40"/>
      </w:pPr>
      <w:r>
        <w:t>[68] Rendering: Chart: Repeat and near repeat classification: Events over time. 110 rows (id 2885d2a0-a6c2-4e19-8f57-418823738ddf)</w:t>
      </w:r>
    </w:p>
    <w:p>
      <w:pPr>
        <w:spacing w:after="40"/>
      </w:pPr>
      <w:r>
        <w:t>[69] Dataset: Venues. vector, 40 rows (id fc2cd39e-1054-4c59-b6b6-a2f324d6bb3e)</w:t>
      </w:r>
    </w:p>
    <w:p>
      <w:pPr>
        <w:spacing w:after="40"/>
      </w:pPr>
      <w:r>
        <w:t>[70] Dataset: Footfall counters. vector, 30 rows (id e0df87f0-4ea0-4648-bcf4-e339d9dd7a09)</w:t>
      </w:r>
    </w:p>
    <w:p>
      <w:pPr>
        <w:spacing w:after="40"/>
      </w:pPr>
      <w:r>
        <w:t>[71] Dataset: Hotels. vector, 120 rows (id 9b34f752-20f9-4be7-a9c5-ca3e89bf6438)</w:t>
      </w:r>
    </w:p>
    <w:p>
      <w:pPr>
        <w:spacing w:after="40"/>
      </w:pPr>
      <w:r>
        <w:t>[72] Dataset: Districts. vector, 10 rows (id 3113aeda-04c2-4be2-9eb4-1141e74fcf1d)</w:t>
      </w:r>
    </w:p>
    <w:p>
      <w:pPr>
        <w:spacing w:after="40"/>
      </w:pPr>
      <w:r>
        <w:t>[73] Dataset: Transit stations. vector, 25 rows (id a1a99e8d-74be-4d47-b8fc-3d2bc032a85e)</w:t>
      </w:r>
    </w:p>
    <w:p>
      <w:pPr>
        <w:spacing w:after="40"/>
      </w:pPr>
      <w:r>
        <w:t>[74] Dataset: Short-term rentals. vector, 359 rows (id bc26f941-1554-4b84-858e-db36a81426a5)</w:t>
      </w:r>
    </w:p>
    <w:p>
      <w:pPr>
        <w:spacing w:after="40"/>
      </w:pPr>
      <w:r>
        <w:t>[75] Dataset: Walking routes. vector, 7 rows (id 9c7a2aa2-432b-4ee7-8b1e-0b0bddcece5a)</w:t>
      </w:r>
    </w:p>
    <w:p>
      <w:pPr>
        <w:spacing w:after="40"/>
      </w:pPr>
      <w:r>
        <w:t>[76] Dataset: Event mobility plan. document, ? rows (id 552eef78-c8b9-412e-9863-a10cdaee4c8c)</w:t>
      </w:r>
    </w:p>
    <w:p>
      <w:pPr>
        <w:spacing w:after="40"/>
      </w:pPr>
      <w:r>
        <w:t>[77] Record: Sample: Tourism and events, Barcelona (id 7e086c07-eb20-44ad-b602-c5958e8ee13e)</w:t>
      </w:r>
    </w:p>
    <w:p>
      <w:pPr>
        <w:spacing w:after="40"/>
      </w:pPr>
      <w:r>
        <w:t>[78] Layer: Events per 10,000 people by feature. 10 features (id 405dd996-09a6-48ed-ba23-86c7253d6c5c)</w:t>
      </w:r>
    </w:p>
    <w:p>
      <w:pPr>
        <w:spacing w:after="40"/>
      </w:pPr>
      <w:r>
        <w:t>[79] Layer: Hotels per 10,000 people by feature. 10 features (id dafbe175-7ed5-414a-a851-63ce5848851d)</w:t>
      </w:r>
    </w:p>
    <w:p>
      <w:pPr>
        <w:spacing w:after="40"/>
      </w:pPr>
      <w:r>
        <w:t>[80] Layer: Hot spot analysis: Events. 21 features (id a5378e74-77ee-4f8e-af6b-f25d1bd7f814)</w:t>
      </w:r>
    </w:p>
    <w:p>
      <w:pPr>
        <w:spacing w:after="40"/>
      </w:pPr>
      <w:r>
        <w:t>[81] Layer: Hot spot analysis: Hotels. 35 features (id 5d3f8200-70e1-4127-b473-2986b030c3dc)</w:t>
      </w:r>
    </w:p>
    <w:p>
      <w:pPr>
        <w:spacing w:after="40"/>
      </w:pPr>
      <w:r>
        <w:t>[82] Layer: Emerging hot spots: Events. 12 features (id 4ef1cdee-955e-4bd5-8945-dcb53b0bb3b3)</w:t>
      </w:r>
    </w:p>
    <w:p>
      <w:pPr>
        <w:spacing w:after="40"/>
      </w:pPr>
      <w:r>
        <w:t>[83] Layer: Emerging hot spots: Visitor check-ins. 247 features (id 0550d911-8aec-447f-ad8b-d74332094159)</w:t>
      </w:r>
    </w:p>
    <w:p>
      <w:pPr>
        <w:spacing w:after="40"/>
      </w:pPr>
      <w:r>
        <w:t>[84] Layer: Calculate density: Events. 105 features (id db4f4d27-3ab9-4f41-8da9-01e00e1e05fd)</w:t>
      </w:r>
    </w:p>
    <w:p>
      <w:pPr>
        <w:spacing w:after="40"/>
      </w:pPr>
      <w:r>
        <w:t>[85] Layer: Calculate density: Hotels. 160 features (id 6a74aae2-e4d7-44bb-bae5-af7907cd724b)</w:t>
      </w:r>
    </w:p>
    <w:p>
      <w:pPr>
        <w:spacing w:after="40"/>
      </w:pPr>
      <w:r>
        <w:t>[86] Layer: Transit stations per 10,000 people by feature. 10 features (id dc9ada02-031c-44ad-aa58-f2cbb1ad1c06)</w:t>
      </w:r>
    </w:p>
    <w:p>
      <w:pPr>
        <w:spacing w:after="40"/>
      </w:pPr>
      <w:r>
        <w:t>[87] Layer: Hot spot analysis: Short-term rentals. 120 features (id 4e76223c-ab8d-4217-a68c-42960cd0306d)</w:t>
      </w:r>
    </w:p>
    <w:p>
      <w:pPr>
        <w:spacing w:after="40"/>
      </w:pPr>
      <w:r>
        <w:t>[88] Layer: Repeat and near repeat classification: Events. 60 features (id 095f2dfc-b0b5-4811-be3f-338320ff4791)</w:t>
      </w:r>
    </w:p>
    <w:p>
      <w:pPr>
        <w:spacing w:after="40"/>
      </w:pPr>
      <w:r>
        <w:t>[89] Layer: Calculate density: Transit stations. 60 features (id 68427dd3-936e-41d3-93aa-54b77e01fe32)</w:t>
      </w:r>
    </w:p>
    <w:p>
      <w:pPr>
        <w:pStyle w:val="Heading1"/>
      </w:pPr>
      <w:r>
        <w:t>Appendix: the data behind the charts</w:t>
      </w:r>
    </w:p>
    <w:p>
      <w:pPr>
        <w:pStyle w:val="Heading2"/>
      </w:pPr>
      <w:r>
        <w:t>Figure 1. Timeline: events per month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2025-10-01</w:t>
            </w:r>
          </w:p>
        </w:tc>
        <w:tc>
          <w:tcPr>
            <w:tcW w:type="dxa" w:w="2880"/>
          </w:tcPr>
          <w:p>
            <w:r>
              <w:t>Footfall by hour</w:t>
            </w:r>
          </w:p>
        </w:tc>
        <w:tc>
          <w:tcPr>
            <w:tcW w:type="dxa" w:w="2880"/>
          </w:tcPr>
          <w:p>
            <w:r>
              <w:t>0</w:t>
            </w:r>
          </w:p>
        </w:tc>
      </w:tr>
      <w:tr>
        <w:tc>
          <w:tcPr>
            <w:tcW w:type="dxa" w:w="2880"/>
          </w:tcPr>
          <w:p>
            <w:r>
              <w:t>2025-10-01</w:t>
            </w:r>
          </w:p>
        </w:tc>
        <w:tc>
          <w:tcPr>
            <w:tcW w:type="dxa" w:w="2880"/>
          </w:tcPr>
          <w:p>
            <w:r>
              <w:t>Visitor check-ins</w:t>
            </w:r>
          </w:p>
        </w:tc>
        <w:tc>
          <w:tcPr>
            <w:tcW w:type="dxa" w:w="2880"/>
          </w:tcPr>
          <w:p>
            <w:r>
              <w:t>0</w:t>
            </w:r>
          </w:p>
        </w:tc>
      </w:tr>
      <w:tr>
        <w:tc>
          <w:tcPr>
            <w:tcW w:type="dxa" w:w="2880"/>
          </w:tcPr>
          <w:p>
            <w:r>
              <w:t>2025-10-01</w:t>
            </w:r>
          </w:p>
        </w:tc>
        <w:tc>
          <w:tcPr>
            <w:tcW w:type="dxa" w:w="2880"/>
          </w:tcPr>
          <w:p>
            <w:r>
              <w:t>Hotel occupancy by district and month</w:t>
            </w:r>
          </w:p>
        </w:tc>
        <w:tc>
          <w:tcPr>
            <w:tcW w:type="dxa" w:w="2880"/>
          </w:tcPr>
          <w:p>
            <w:r>
              <w:t>10</w:t>
            </w:r>
          </w:p>
        </w:tc>
      </w:tr>
      <w:tr>
        <w:tc>
          <w:tcPr>
            <w:tcW w:type="dxa" w:w="2880"/>
          </w:tcPr>
          <w:p>
            <w:r>
              <w:t>2025-10-01</w:t>
            </w:r>
          </w:p>
        </w:tc>
        <w:tc>
          <w:tcPr>
            <w:tcW w:type="dxa" w:w="2880"/>
          </w:tcPr>
          <w:p>
            <w:r>
              <w:t>Events</w:t>
            </w:r>
          </w:p>
        </w:tc>
        <w:tc>
          <w:tcPr>
            <w:tcW w:type="dxa" w:w="2880"/>
          </w:tcPr>
          <w:p>
            <w:r>
              <w:t>0</w:t>
            </w:r>
          </w:p>
        </w:tc>
      </w:tr>
      <w:tr>
        <w:tc>
          <w:tcPr>
            <w:tcW w:type="dxa" w:w="2880"/>
          </w:tcPr>
          <w:p>
            <w:r>
              <w:t>2025-11-01</w:t>
            </w:r>
          </w:p>
        </w:tc>
        <w:tc>
          <w:tcPr>
            <w:tcW w:type="dxa" w:w="2880"/>
          </w:tcPr>
          <w:p>
            <w:r>
              <w:t>Footfall by hour</w:t>
            </w:r>
          </w:p>
        </w:tc>
        <w:tc>
          <w:tcPr>
            <w:tcW w:type="dxa" w:w="2880"/>
          </w:tcPr>
          <w:p>
            <w:r>
              <w:t>0</w:t>
            </w:r>
          </w:p>
        </w:tc>
      </w:tr>
      <w:tr>
        <w:tc>
          <w:tcPr>
            <w:tcW w:type="dxa" w:w="2880"/>
          </w:tcPr>
          <w:p>
            <w:r>
              <w:t>2025-11-01</w:t>
            </w:r>
          </w:p>
        </w:tc>
        <w:tc>
          <w:tcPr>
            <w:tcW w:type="dxa" w:w="2880"/>
          </w:tcPr>
          <w:p>
            <w:r>
              <w:t>Visitor check-ins</w:t>
            </w:r>
          </w:p>
        </w:tc>
        <w:tc>
          <w:tcPr>
            <w:tcW w:type="dxa" w:w="2880"/>
          </w:tcPr>
          <w:p>
            <w:r>
              <w:t>0</w:t>
            </w:r>
          </w:p>
        </w:tc>
      </w:tr>
      <w:tr>
        <w:tc>
          <w:tcPr>
            <w:tcW w:type="dxa" w:w="2880"/>
          </w:tcPr>
          <w:p>
            <w:r>
              <w:t>2025-11-01</w:t>
            </w:r>
          </w:p>
        </w:tc>
        <w:tc>
          <w:tcPr>
            <w:tcW w:type="dxa" w:w="2880"/>
          </w:tcPr>
          <w:p>
            <w:r>
              <w:t>Hotel occupancy by district and month</w:t>
            </w:r>
          </w:p>
        </w:tc>
        <w:tc>
          <w:tcPr>
            <w:tcW w:type="dxa" w:w="2880"/>
          </w:tcPr>
          <w:p>
            <w:r>
              <w:t>10</w:t>
            </w:r>
          </w:p>
        </w:tc>
      </w:tr>
      <w:tr>
        <w:tc>
          <w:tcPr>
            <w:tcW w:type="dxa" w:w="2880"/>
          </w:tcPr>
          <w:p>
            <w:r>
              <w:t>2025-11-01</w:t>
            </w:r>
          </w:p>
        </w:tc>
        <w:tc>
          <w:tcPr>
            <w:tcW w:type="dxa" w:w="2880"/>
          </w:tcPr>
          <w:p>
            <w:r>
              <w:t>Events</w:t>
            </w:r>
          </w:p>
        </w:tc>
        <w:tc>
          <w:tcPr>
            <w:tcW w:type="dxa" w:w="2880"/>
          </w:tcPr>
          <w:p>
            <w:r>
              <w:t>0</w:t>
            </w:r>
          </w:p>
        </w:tc>
      </w:tr>
      <w:tr>
        <w:tc>
          <w:tcPr>
            <w:tcW w:type="dxa" w:w="2880"/>
          </w:tcPr>
          <w:p>
            <w:r>
              <w:t>2025-12-01</w:t>
            </w:r>
          </w:p>
        </w:tc>
        <w:tc>
          <w:tcPr>
            <w:tcW w:type="dxa" w:w="2880"/>
          </w:tcPr>
          <w:p>
            <w:r>
              <w:t>Footfall by hour</w:t>
            </w:r>
          </w:p>
        </w:tc>
        <w:tc>
          <w:tcPr>
            <w:tcW w:type="dxa" w:w="2880"/>
          </w:tcPr>
          <w:p>
            <w:r>
              <w:t>0</w:t>
            </w:r>
          </w:p>
        </w:tc>
      </w:tr>
      <w:tr>
        <w:tc>
          <w:tcPr>
            <w:tcW w:type="dxa" w:w="2880"/>
          </w:tcPr>
          <w:p>
            <w:r>
              <w:t>2025-12-01</w:t>
            </w:r>
          </w:p>
        </w:tc>
        <w:tc>
          <w:tcPr>
            <w:tcW w:type="dxa" w:w="2880"/>
          </w:tcPr>
          <w:p>
            <w:r>
              <w:t>Visitor check-ins</w:t>
            </w:r>
          </w:p>
        </w:tc>
        <w:tc>
          <w:tcPr>
            <w:tcW w:type="dxa" w:w="2880"/>
          </w:tcPr>
          <w:p>
            <w:r>
              <w:t>0</w:t>
            </w:r>
          </w:p>
        </w:tc>
      </w:tr>
      <w:tr>
        <w:tc>
          <w:tcPr>
            <w:tcW w:type="dxa" w:w="2880"/>
          </w:tcPr>
          <w:p>
            <w:r>
              <w:t>2025-12-01</w:t>
            </w:r>
          </w:p>
        </w:tc>
        <w:tc>
          <w:tcPr>
            <w:tcW w:type="dxa" w:w="2880"/>
          </w:tcPr>
          <w:p>
            <w:r>
              <w:t>Hotel occupancy by district and month</w:t>
            </w:r>
          </w:p>
        </w:tc>
        <w:tc>
          <w:tcPr>
            <w:tcW w:type="dxa" w:w="2880"/>
          </w:tcPr>
          <w:p>
            <w:r>
              <w:t>10</w:t>
            </w:r>
          </w:p>
        </w:tc>
      </w:tr>
      <w:tr>
        <w:tc>
          <w:tcPr>
            <w:tcW w:type="dxa" w:w="2880"/>
          </w:tcPr>
          <w:p>
            <w:r>
              <w:t>2025-12-01</w:t>
            </w:r>
          </w:p>
        </w:tc>
        <w:tc>
          <w:tcPr>
            <w:tcW w:type="dxa" w:w="2880"/>
          </w:tcPr>
          <w:p>
            <w:r>
              <w:t>Events</w:t>
            </w:r>
          </w:p>
        </w:tc>
        <w:tc>
          <w:tcPr>
            <w:tcW w:type="dxa" w:w="2880"/>
          </w:tcPr>
          <w:p>
            <w:r>
              <w:t>0</w:t>
            </w:r>
          </w:p>
        </w:tc>
      </w:tr>
      <w:tr>
        <w:tc>
          <w:tcPr>
            <w:tcW w:type="dxa" w:w="2880"/>
          </w:tcPr>
          <w:p>
            <w:r>
              <w:t>2026-01-01</w:t>
            </w:r>
          </w:p>
        </w:tc>
        <w:tc>
          <w:tcPr>
            <w:tcW w:type="dxa" w:w="2880"/>
          </w:tcPr>
          <w:p>
            <w:r>
              <w:t>Footfall by hour</w:t>
            </w:r>
          </w:p>
        </w:tc>
        <w:tc>
          <w:tcPr>
            <w:tcW w:type="dxa" w:w="2880"/>
          </w:tcPr>
          <w:p>
            <w:r>
              <w:t>0</w:t>
            </w:r>
          </w:p>
        </w:tc>
      </w:tr>
      <w:tr>
        <w:tc>
          <w:tcPr>
            <w:tcW w:type="dxa" w:w="2880"/>
          </w:tcPr>
          <w:p>
            <w:r>
              <w:t>2026-01-01</w:t>
            </w:r>
          </w:p>
        </w:tc>
        <w:tc>
          <w:tcPr>
            <w:tcW w:type="dxa" w:w="2880"/>
          </w:tcPr>
          <w:p>
            <w:r>
              <w:t>Visitor check-ins</w:t>
            </w:r>
          </w:p>
        </w:tc>
        <w:tc>
          <w:tcPr>
            <w:tcW w:type="dxa" w:w="2880"/>
          </w:tcPr>
          <w:p>
            <w:r>
              <w:t>0</w:t>
            </w:r>
          </w:p>
        </w:tc>
      </w:tr>
      <w:tr>
        <w:tc>
          <w:tcPr>
            <w:tcW w:type="dxa" w:w="2880"/>
          </w:tcPr>
          <w:p>
            <w:r>
              <w:t>2026-01-01</w:t>
            </w:r>
          </w:p>
        </w:tc>
        <w:tc>
          <w:tcPr>
            <w:tcW w:type="dxa" w:w="2880"/>
          </w:tcPr>
          <w:p>
            <w:r>
              <w:t>Hotel occupancy by district and month</w:t>
            </w:r>
          </w:p>
        </w:tc>
        <w:tc>
          <w:tcPr>
            <w:tcW w:type="dxa" w:w="2880"/>
          </w:tcPr>
          <w:p>
            <w:r>
              <w:t>10</w:t>
            </w:r>
          </w:p>
        </w:tc>
      </w:tr>
      <w:tr>
        <w:tc>
          <w:tcPr>
            <w:tcW w:type="dxa" w:w="2880"/>
          </w:tcPr>
          <w:p>
            <w:r>
              <w:t>2026-01-01</w:t>
            </w:r>
          </w:p>
        </w:tc>
        <w:tc>
          <w:tcPr>
            <w:tcW w:type="dxa" w:w="2880"/>
          </w:tcPr>
          <w:p>
            <w:r>
              <w:t>Events</w:t>
            </w:r>
          </w:p>
        </w:tc>
        <w:tc>
          <w:tcPr>
            <w:tcW w:type="dxa" w:w="2880"/>
          </w:tcPr>
          <w:p>
            <w:r>
              <w:t>0</w:t>
            </w:r>
          </w:p>
        </w:tc>
      </w:tr>
      <w:tr>
        <w:tc>
          <w:tcPr>
            <w:tcW w:type="dxa" w:w="2880"/>
          </w:tcPr>
          <w:p>
            <w:r>
              <w:t>2026-02-01</w:t>
            </w:r>
          </w:p>
        </w:tc>
        <w:tc>
          <w:tcPr>
            <w:tcW w:type="dxa" w:w="2880"/>
          </w:tcPr>
          <w:p>
            <w:r>
              <w:t>Footfall by hour</w:t>
            </w:r>
          </w:p>
        </w:tc>
        <w:tc>
          <w:tcPr>
            <w:tcW w:type="dxa" w:w="2880"/>
          </w:tcPr>
          <w:p>
            <w:r>
              <w:t>0</w:t>
            </w:r>
          </w:p>
        </w:tc>
      </w:tr>
      <w:tr>
        <w:tc>
          <w:tcPr>
            <w:tcW w:type="dxa" w:w="2880"/>
          </w:tcPr>
          <w:p>
            <w:r>
              <w:t>2026-02-01</w:t>
            </w:r>
          </w:p>
        </w:tc>
        <w:tc>
          <w:tcPr>
            <w:tcW w:type="dxa" w:w="2880"/>
          </w:tcPr>
          <w:p>
            <w:r>
              <w:t>Visitor check-ins</w:t>
            </w:r>
          </w:p>
        </w:tc>
        <w:tc>
          <w:tcPr>
            <w:tcW w:type="dxa" w:w="2880"/>
          </w:tcPr>
          <w:p>
            <w:r>
              <w:t>0</w:t>
            </w:r>
          </w:p>
        </w:tc>
      </w:tr>
      <w:tr>
        <w:tc>
          <w:tcPr>
            <w:tcW w:type="dxa" w:w="2880"/>
          </w:tcPr>
          <w:p>
            <w:r>
              <w:t>2026-02-01</w:t>
            </w:r>
          </w:p>
        </w:tc>
        <w:tc>
          <w:tcPr>
            <w:tcW w:type="dxa" w:w="2880"/>
          </w:tcPr>
          <w:p>
            <w:r>
              <w:t>Hotel occupancy by district and month</w:t>
            </w:r>
          </w:p>
        </w:tc>
        <w:tc>
          <w:tcPr>
            <w:tcW w:type="dxa" w:w="2880"/>
          </w:tcPr>
          <w:p>
            <w:r>
              <w:t>10</w:t>
            </w:r>
          </w:p>
        </w:tc>
      </w:tr>
      <w:tr>
        <w:tc>
          <w:tcPr>
            <w:tcW w:type="dxa" w:w="2880"/>
          </w:tcPr>
          <w:p>
            <w:r>
              <w:t>2026-02-01</w:t>
            </w:r>
          </w:p>
        </w:tc>
        <w:tc>
          <w:tcPr>
            <w:tcW w:type="dxa" w:w="2880"/>
          </w:tcPr>
          <w:p>
            <w:r>
              <w:t>Events</w:t>
            </w:r>
          </w:p>
        </w:tc>
        <w:tc>
          <w:tcPr>
            <w:tcW w:type="dxa" w:w="2880"/>
          </w:tcPr>
          <w:p>
            <w:r>
              <w:t>0</w:t>
            </w:r>
          </w:p>
        </w:tc>
      </w:tr>
      <w:tr>
        <w:tc>
          <w:tcPr>
            <w:tcW w:type="dxa" w:w="2880"/>
          </w:tcPr>
          <w:p>
            <w:r>
              <w:t>2026-03-01</w:t>
            </w:r>
          </w:p>
        </w:tc>
        <w:tc>
          <w:tcPr>
            <w:tcW w:type="dxa" w:w="2880"/>
          </w:tcPr>
          <w:p>
            <w:r>
              <w:t>Footfall by hour</w:t>
            </w:r>
          </w:p>
        </w:tc>
        <w:tc>
          <w:tcPr>
            <w:tcW w:type="dxa" w:w="2880"/>
          </w:tcPr>
          <w:p>
            <w:r>
              <w:t>0</w:t>
            </w:r>
          </w:p>
        </w:tc>
      </w:tr>
      <w:tr>
        <w:tc>
          <w:tcPr>
            <w:tcW w:type="dxa" w:w="2880"/>
          </w:tcPr>
          <w:p>
            <w:r>
              <w:t>2026-03-01</w:t>
            </w:r>
          </w:p>
        </w:tc>
        <w:tc>
          <w:tcPr>
            <w:tcW w:type="dxa" w:w="2880"/>
          </w:tcPr>
          <w:p>
            <w:r>
              <w:t>Visitor check-ins</w:t>
            </w:r>
          </w:p>
        </w:tc>
        <w:tc>
          <w:tcPr>
            <w:tcW w:type="dxa" w:w="2880"/>
          </w:tcPr>
          <w:p>
            <w:r>
              <w:t>0</w:t>
            </w:r>
          </w:p>
        </w:tc>
      </w:tr>
      <w:tr>
        <w:tc>
          <w:tcPr>
            <w:tcW w:type="dxa" w:w="2880"/>
          </w:tcPr>
          <w:p>
            <w:r>
              <w:t>2026-03-01</w:t>
            </w:r>
          </w:p>
        </w:tc>
        <w:tc>
          <w:tcPr>
            <w:tcW w:type="dxa" w:w="2880"/>
          </w:tcPr>
          <w:p>
            <w:r>
              <w:t>Hotel occupancy by district and month</w:t>
            </w:r>
          </w:p>
        </w:tc>
        <w:tc>
          <w:tcPr>
            <w:tcW w:type="dxa" w:w="2880"/>
          </w:tcPr>
          <w:p>
            <w:r>
              <w:t>10</w:t>
            </w:r>
          </w:p>
        </w:tc>
      </w:tr>
      <w:tr>
        <w:tc>
          <w:tcPr>
            <w:tcW w:type="dxa" w:w="2880"/>
          </w:tcPr>
          <w:p>
            <w:r>
              <w:t>2026-03-01</w:t>
            </w:r>
          </w:p>
        </w:tc>
        <w:tc>
          <w:tcPr>
            <w:tcW w:type="dxa" w:w="2880"/>
          </w:tcPr>
          <w:p>
            <w:r>
              <w:t>Events</w:t>
            </w:r>
          </w:p>
        </w:tc>
        <w:tc>
          <w:tcPr>
            <w:tcW w:type="dxa" w:w="2880"/>
          </w:tcPr>
          <w:p>
            <w:r>
              <w:t>0</w:t>
            </w:r>
          </w:p>
        </w:tc>
      </w:tr>
      <w:tr>
        <w:tc>
          <w:tcPr>
            <w:tcW w:type="dxa" w:w="2880"/>
          </w:tcPr>
          <w:p>
            <w:r>
              <w:t>2026-04-01</w:t>
            </w:r>
          </w:p>
        </w:tc>
        <w:tc>
          <w:tcPr>
            <w:tcW w:type="dxa" w:w="2880"/>
          </w:tcPr>
          <w:p>
            <w:r>
              <w:t>Footfall by hour</w:t>
            </w:r>
          </w:p>
        </w:tc>
        <w:tc>
          <w:tcPr>
            <w:tcW w:type="dxa" w:w="2880"/>
          </w:tcPr>
          <w:p>
            <w:r>
              <w:t>0</w:t>
            </w:r>
          </w:p>
        </w:tc>
      </w:tr>
      <w:tr>
        <w:tc>
          <w:tcPr>
            <w:tcW w:type="dxa" w:w="2880"/>
          </w:tcPr>
          <w:p>
            <w:r>
              <w:t>2026-04-01</w:t>
            </w:r>
          </w:p>
        </w:tc>
        <w:tc>
          <w:tcPr>
            <w:tcW w:type="dxa" w:w="2880"/>
          </w:tcPr>
          <w:p>
            <w:r>
              <w:t>Visitor check-ins</w:t>
            </w:r>
          </w:p>
        </w:tc>
        <w:tc>
          <w:tcPr>
            <w:tcW w:type="dxa" w:w="2880"/>
          </w:tcPr>
          <w:p>
            <w:r>
              <w:t>0</w:t>
            </w:r>
          </w:p>
        </w:tc>
      </w:tr>
      <w:tr>
        <w:tc>
          <w:tcPr>
            <w:tcW w:type="dxa" w:w="2880"/>
          </w:tcPr>
          <w:p>
            <w:r>
              <w:t>2026-04-01</w:t>
            </w:r>
          </w:p>
        </w:tc>
        <w:tc>
          <w:tcPr>
            <w:tcW w:type="dxa" w:w="2880"/>
          </w:tcPr>
          <w:p>
            <w:r>
              <w:t>Hotel occupancy by district and month</w:t>
            </w:r>
          </w:p>
        </w:tc>
        <w:tc>
          <w:tcPr>
            <w:tcW w:type="dxa" w:w="2880"/>
          </w:tcPr>
          <w:p>
            <w:r>
              <w:t>10</w:t>
            </w:r>
          </w:p>
        </w:tc>
      </w:tr>
      <w:tr>
        <w:tc>
          <w:tcPr>
            <w:tcW w:type="dxa" w:w="2880"/>
          </w:tcPr>
          <w:p>
            <w:r>
              <w:t>2026-04-01</w:t>
            </w:r>
          </w:p>
        </w:tc>
        <w:tc>
          <w:tcPr>
            <w:tcW w:type="dxa" w:w="2880"/>
          </w:tcPr>
          <w:p>
            <w:r>
              <w:t>Events</w:t>
            </w:r>
          </w:p>
        </w:tc>
        <w:tc>
          <w:tcPr>
            <w:tcW w:type="dxa" w:w="2880"/>
          </w:tcPr>
          <w:p>
            <w:r>
              <w:t>0</w:t>
            </w:r>
          </w:p>
        </w:tc>
      </w:tr>
      <w:tr>
        <w:tc>
          <w:tcPr>
            <w:tcW w:type="dxa" w:w="2880"/>
          </w:tcPr>
          <w:p>
            <w:r>
              <w:t>2026-05-01</w:t>
            </w:r>
          </w:p>
        </w:tc>
        <w:tc>
          <w:tcPr>
            <w:tcW w:type="dxa" w:w="2880"/>
          </w:tcPr>
          <w:p>
            <w:r>
              <w:t>Footfall by hour</w:t>
            </w:r>
          </w:p>
        </w:tc>
        <w:tc>
          <w:tcPr>
            <w:tcW w:type="dxa" w:w="2880"/>
          </w:tcPr>
          <w:p>
            <w:r>
              <w:t>0</w:t>
            </w:r>
          </w:p>
        </w:tc>
      </w:tr>
      <w:tr>
        <w:tc>
          <w:tcPr>
            <w:tcW w:type="dxa" w:w="2880"/>
          </w:tcPr>
          <w:p>
            <w:r>
              <w:t>2026-05-01</w:t>
            </w:r>
          </w:p>
        </w:tc>
        <w:tc>
          <w:tcPr>
            <w:tcW w:type="dxa" w:w="2880"/>
          </w:tcPr>
          <w:p>
            <w:r>
              <w:t>Visitor check-ins</w:t>
            </w:r>
          </w:p>
        </w:tc>
        <w:tc>
          <w:tcPr>
            <w:tcW w:type="dxa" w:w="2880"/>
          </w:tcPr>
          <w:p>
            <w:r>
              <w:t>0</w:t>
            </w:r>
          </w:p>
        </w:tc>
      </w:tr>
      <w:tr>
        <w:tc>
          <w:tcPr>
            <w:tcW w:type="dxa" w:w="2880"/>
          </w:tcPr>
          <w:p>
            <w:r>
              <w:t>2026-05-01</w:t>
            </w:r>
          </w:p>
        </w:tc>
        <w:tc>
          <w:tcPr>
            <w:tcW w:type="dxa" w:w="2880"/>
          </w:tcPr>
          <w:p>
            <w:r>
              <w:t>Hotel occupancy by district and month</w:t>
            </w:r>
          </w:p>
        </w:tc>
        <w:tc>
          <w:tcPr>
            <w:tcW w:type="dxa" w:w="2880"/>
          </w:tcPr>
          <w:p>
            <w:r>
              <w:t>10</w:t>
            </w:r>
          </w:p>
        </w:tc>
      </w:tr>
      <w:tr>
        <w:tc>
          <w:tcPr>
            <w:tcW w:type="dxa" w:w="2880"/>
          </w:tcPr>
          <w:p>
            <w:r>
              <w:t>2026-05-01</w:t>
            </w:r>
          </w:p>
        </w:tc>
        <w:tc>
          <w:tcPr>
            <w:tcW w:type="dxa" w:w="2880"/>
          </w:tcPr>
          <w:p>
            <w:r>
              <w:t>Events</w:t>
            </w:r>
          </w:p>
        </w:tc>
        <w:tc>
          <w:tcPr>
            <w:tcW w:type="dxa" w:w="2880"/>
          </w:tcPr>
          <w:p>
            <w:r>
              <w:t>0</w:t>
            </w:r>
          </w:p>
        </w:tc>
      </w:tr>
      <w:tr>
        <w:tc>
          <w:tcPr>
            <w:tcW w:type="dxa" w:w="2880"/>
          </w:tcPr>
          <w:p>
            <w:r>
              <w:t>2026-06-01</w:t>
            </w:r>
          </w:p>
        </w:tc>
        <w:tc>
          <w:tcPr>
            <w:tcW w:type="dxa" w:w="2880"/>
          </w:tcPr>
          <w:p>
            <w:r>
              <w:t>Footfall by hour</w:t>
            </w:r>
          </w:p>
        </w:tc>
        <w:tc>
          <w:tcPr>
            <w:tcW w:type="dxa" w:w="2880"/>
          </w:tcPr>
          <w:p>
            <w:r>
              <w:t>0</w:t>
            </w:r>
          </w:p>
        </w:tc>
      </w:tr>
      <w:tr>
        <w:tc>
          <w:tcPr>
            <w:tcW w:type="dxa" w:w="2880"/>
          </w:tcPr>
          <w:p>
            <w:r>
              <w:t>2026-06-01</w:t>
            </w:r>
          </w:p>
        </w:tc>
        <w:tc>
          <w:tcPr>
            <w:tcW w:type="dxa" w:w="2880"/>
          </w:tcPr>
          <w:p>
            <w:r>
              <w:t>Visitor check-ins</w:t>
            </w:r>
          </w:p>
        </w:tc>
        <w:tc>
          <w:tcPr>
            <w:tcW w:type="dxa" w:w="2880"/>
          </w:tcPr>
          <w:p>
            <w:r>
              <w:t>0</w:t>
            </w:r>
          </w:p>
        </w:tc>
      </w:tr>
      <w:tr>
        <w:tc>
          <w:tcPr>
            <w:tcW w:type="dxa" w:w="2880"/>
          </w:tcPr>
          <w:p>
            <w:r>
              <w:t>2026-06-01</w:t>
            </w:r>
          </w:p>
        </w:tc>
        <w:tc>
          <w:tcPr>
            <w:tcW w:type="dxa" w:w="2880"/>
          </w:tcPr>
          <w:p>
            <w:r>
              <w:t>Hotel occupancy by district and month</w:t>
            </w:r>
          </w:p>
        </w:tc>
        <w:tc>
          <w:tcPr>
            <w:tcW w:type="dxa" w:w="2880"/>
          </w:tcPr>
          <w:p>
            <w:r>
              <w:t>10</w:t>
            </w:r>
          </w:p>
        </w:tc>
      </w:tr>
      <w:tr>
        <w:tc>
          <w:tcPr>
            <w:tcW w:type="dxa" w:w="2880"/>
          </w:tcPr>
          <w:p>
            <w:r>
              <w:t>2026-06-01</w:t>
            </w:r>
          </w:p>
        </w:tc>
        <w:tc>
          <w:tcPr>
            <w:tcW w:type="dxa" w:w="2880"/>
          </w:tcPr>
          <w:p>
            <w:r>
              <w:t>Events</w:t>
            </w:r>
          </w:p>
        </w:tc>
        <w:tc>
          <w:tcPr>
            <w:tcW w:type="dxa" w:w="2880"/>
          </w:tcPr>
          <w:p>
            <w:r>
              <w:t>11</w:t>
            </w:r>
          </w:p>
        </w:tc>
      </w:tr>
      <w:tr>
        <w:tc>
          <w:tcPr>
            <w:tcW w:type="dxa" w:w="2880"/>
          </w:tcPr>
          <w:p>
            <w:r>
              <w:t>2026-07-01</w:t>
            </w:r>
          </w:p>
        </w:tc>
        <w:tc>
          <w:tcPr>
            <w:tcW w:type="dxa" w:w="2880"/>
          </w:tcPr>
          <w:p>
            <w:r>
              <w:t>Footfall by hour</w:t>
            </w:r>
          </w:p>
        </w:tc>
        <w:tc>
          <w:tcPr>
            <w:tcW w:type="dxa" w:w="2880"/>
          </w:tcPr>
          <w:p>
            <w:r>
              <w:t>0</w:t>
            </w:r>
          </w:p>
        </w:tc>
      </w:tr>
      <w:tr>
        <w:tc>
          <w:tcPr>
            <w:tcW w:type="dxa" w:w="2880"/>
          </w:tcPr>
          <w:p>
            <w:r>
              <w:t>2026-07-01</w:t>
            </w:r>
          </w:p>
        </w:tc>
        <w:tc>
          <w:tcPr>
            <w:tcW w:type="dxa" w:w="2880"/>
          </w:tcPr>
          <w:p>
            <w:r>
              <w:t>Visitor check-ins</w:t>
            </w:r>
          </w:p>
        </w:tc>
        <w:tc>
          <w:tcPr>
            <w:tcW w:type="dxa" w:w="2880"/>
          </w:tcPr>
          <w:p>
            <w:r>
              <w:t>0</w:t>
            </w:r>
          </w:p>
        </w:tc>
      </w:tr>
      <w:tr>
        <w:tc>
          <w:tcPr>
            <w:tcW w:type="dxa" w:w="2880"/>
          </w:tcPr>
          <w:p>
            <w:r>
              <w:t>2026-07-01</w:t>
            </w:r>
          </w:p>
        </w:tc>
        <w:tc>
          <w:tcPr>
            <w:tcW w:type="dxa" w:w="2880"/>
          </w:tcPr>
          <w:p>
            <w:r>
              <w:t>Hotel occupancy by district and month</w:t>
            </w:r>
          </w:p>
        </w:tc>
        <w:tc>
          <w:tcPr>
            <w:tcW w:type="dxa" w:w="2880"/>
          </w:tcPr>
          <w:p>
            <w:r>
              <w:t>10</w:t>
            </w:r>
          </w:p>
        </w:tc>
      </w:tr>
      <w:tr>
        <w:tc>
          <w:tcPr>
            <w:tcW w:type="dxa" w:w="2880"/>
          </w:tcPr>
          <w:p>
            <w:r>
              <w:t>2026-07-01</w:t>
            </w:r>
          </w:p>
        </w:tc>
        <w:tc>
          <w:tcPr>
            <w:tcW w:type="dxa" w:w="2880"/>
          </w:tcPr>
          <w:p>
            <w:r>
              <w:t>Events</w:t>
            </w:r>
          </w:p>
        </w:tc>
        <w:tc>
          <w:tcPr>
            <w:tcW w:type="dxa" w:w="2880"/>
          </w:tcPr>
          <w:p>
            <w:r>
              <w:t>11</w:t>
            </w:r>
          </w:p>
        </w:tc>
      </w:tr>
      <w:tr>
        <w:tc>
          <w:tcPr>
            <w:tcW w:type="dxa" w:w="2880"/>
          </w:tcPr>
          <w:p>
            <w:r>
              <w:t>2026-08-01</w:t>
            </w:r>
          </w:p>
        </w:tc>
        <w:tc>
          <w:tcPr>
            <w:tcW w:type="dxa" w:w="2880"/>
          </w:tcPr>
          <w:p>
            <w:r>
              <w:t>Footfall by hour</w:t>
            </w:r>
          </w:p>
        </w:tc>
        <w:tc>
          <w:tcPr>
            <w:tcW w:type="dxa" w:w="2880"/>
          </w:tcPr>
          <w:p>
            <w:r>
              <w:t>0</w:t>
            </w:r>
          </w:p>
        </w:tc>
      </w:tr>
      <w:tr>
        <w:tc>
          <w:tcPr>
            <w:tcW w:type="dxa" w:w="2880"/>
          </w:tcPr>
          <w:p>
            <w:r>
              <w:t>2026-08-01</w:t>
            </w:r>
          </w:p>
        </w:tc>
        <w:tc>
          <w:tcPr>
            <w:tcW w:type="dxa" w:w="2880"/>
          </w:tcPr>
          <w:p>
            <w:r>
              <w:t>Visitor check-ins</w:t>
            </w:r>
          </w:p>
        </w:tc>
        <w:tc>
          <w:tcPr>
            <w:tcW w:type="dxa" w:w="2880"/>
          </w:tcPr>
          <w:p>
            <w:r>
              <w:t>736</w:t>
            </w:r>
          </w:p>
        </w:tc>
      </w:tr>
      <w:tr>
        <w:tc>
          <w:tcPr>
            <w:tcW w:type="dxa" w:w="2880"/>
          </w:tcPr>
          <w:p>
            <w:r>
              <w:t>2026-08-01</w:t>
            </w:r>
          </w:p>
        </w:tc>
        <w:tc>
          <w:tcPr>
            <w:tcW w:type="dxa" w:w="2880"/>
          </w:tcPr>
          <w:p>
            <w:r>
              <w:t>Hotel occupancy by district and month</w:t>
            </w:r>
          </w:p>
        </w:tc>
        <w:tc>
          <w:tcPr>
            <w:tcW w:type="dxa" w:w="2880"/>
          </w:tcPr>
          <w:p>
            <w:r>
              <w:t>10</w:t>
            </w:r>
          </w:p>
        </w:tc>
      </w:tr>
      <w:tr>
        <w:tc>
          <w:tcPr>
            <w:tcW w:type="dxa" w:w="2880"/>
          </w:tcPr>
          <w:p>
            <w:r>
              <w:t>2026-08-01</w:t>
            </w:r>
          </w:p>
        </w:tc>
        <w:tc>
          <w:tcPr>
            <w:tcW w:type="dxa" w:w="2880"/>
          </w:tcPr>
          <w:p>
            <w:r>
              <w:t>Events</w:t>
            </w:r>
          </w:p>
        </w:tc>
        <w:tc>
          <w:tcPr>
            <w:tcW w:type="dxa" w:w="2880"/>
          </w:tcPr>
          <w:p>
            <w:r>
              <w:t>10</w:t>
            </w:r>
          </w:p>
        </w:tc>
      </w:tr>
      <w:tr>
        <w:tc>
          <w:tcPr>
            <w:tcW w:type="dxa" w:w="2880"/>
          </w:tcPr>
          <w:p>
            <w:r>
              <w:t>2026-09-01</w:t>
            </w:r>
          </w:p>
        </w:tc>
        <w:tc>
          <w:tcPr>
            <w:tcW w:type="dxa" w:w="2880"/>
          </w:tcPr>
          <w:p>
            <w:r>
              <w:t>Footfall by hour</w:t>
            </w:r>
          </w:p>
        </w:tc>
        <w:tc>
          <w:tcPr>
            <w:tcW w:type="dxa" w:w="2880"/>
          </w:tcPr>
          <w:p>
            <w:r>
              <w:t>5,040</w:t>
            </w:r>
          </w:p>
        </w:tc>
      </w:tr>
      <w:tr>
        <w:tc>
          <w:tcPr>
            <w:tcW w:type="dxa" w:w="2880"/>
          </w:tcPr>
          <w:p>
            <w:r>
              <w:t>2026-09-01</w:t>
            </w:r>
          </w:p>
        </w:tc>
        <w:tc>
          <w:tcPr>
            <w:tcW w:type="dxa" w:w="2880"/>
          </w:tcPr>
          <w:p>
            <w:r>
              <w:t>Visitor check-ins</w:t>
            </w:r>
          </w:p>
        </w:tc>
        <w:tc>
          <w:tcPr>
            <w:tcW w:type="dxa" w:w="2880"/>
          </w:tcPr>
          <w:p>
            <w:r>
              <w:t>1,051</w:t>
            </w:r>
          </w:p>
        </w:tc>
      </w:tr>
      <w:tr>
        <w:tc>
          <w:tcPr>
            <w:tcW w:type="dxa" w:w="2880"/>
          </w:tcPr>
          <w:p>
            <w:r>
              <w:t>2026-09-01</w:t>
            </w:r>
          </w:p>
        </w:tc>
        <w:tc>
          <w:tcPr>
            <w:tcW w:type="dxa" w:w="2880"/>
          </w:tcPr>
          <w:p>
            <w:r>
              <w:t>Hotel occupancy by district and month</w:t>
            </w:r>
          </w:p>
        </w:tc>
        <w:tc>
          <w:tcPr>
            <w:tcW w:type="dxa" w:w="2880"/>
          </w:tcPr>
          <w:p>
            <w:r>
              <w:t>10</w:t>
            </w:r>
          </w:p>
        </w:tc>
      </w:tr>
      <w:tr>
        <w:tc>
          <w:tcPr>
            <w:tcW w:type="dxa" w:w="2880"/>
          </w:tcPr>
          <w:p>
            <w:r>
              <w:t>2026-09-01</w:t>
            </w:r>
          </w:p>
        </w:tc>
        <w:tc>
          <w:tcPr>
            <w:tcW w:type="dxa" w:w="2880"/>
          </w:tcPr>
          <w:p>
            <w:r>
              <w:t>Events</w:t>
            </w:r>
          </w:p>
        </w:tc>
        <w:tc>
          <w:tcPr>
            <w:tcW w:type="dxa" w:w="2880"/>
          </w:tcPr>
          <w:p>
            <w:r>
              <w:t>11</w:t>
            </w:r>
          </w:p>
        </w:tc>
      </w:tr>
      <w:tr>
        <w:tc>
          <w:tcPr>
            <w:tcW w:type="dxa" w:w="2880"/>
          </w:tcPr>
          <w:p>
            <w:r>
              <w:t>2026-10-01</w:t>
            </w:r>
          </w:p>
        </w:tc>
        <w:tc>
          <w:tcPr>
            <w:tcW w:type="dxa" w:w="2880"/>
          </w:tcPr>
          <w:p>
            <w:r>
              <w:t>Footfall by hour</w:t>
            </w:r>
          </w:p>
        </w:tc>
        <w:tc>
          <w:tcPr>
            <w:tcW w:type="dxa" w:w="2880"/>
          </w:tcPr>
          <w:p>
            <w:r>
              <w:t>0</w:t>
            </w:r>
          </w:p>
        </w:tc>
      </w:tr>
      <w:tr>
        <w:tc>
          <w:tcPr>
            <w:tcW w:type="dxa" w:w="2880"/>
          </w:tcPr>
          <w:p>
            <w:r>
              <w:t>2026-10-01</w:t>
            </w:r>
          </w:p>
        </w:tc>
        <w:tc>
          <w:tcPr>
            <w:tcW w:type="dxa" w:w="2880"/>
          </w:tcPr>
          <w:p>
            <w:r>
              <w:t>Visitor check-ins</w:t>
            </w:r>
          </w:p>
        </w:tc>
        <w:tc>
          <w:tcPr>
            <w:tcW w:type="dxa" w:w="2880"/>
          </w:tcPr>
          <w:p>
            <w:r>
              <w:t>0</w:t>
            </w:r>
          </w:p>
        </w:tc>
      </w:tr>
      <w:tr>
        <w:tc>
          <w:tcPr>
            <w:tcW w:type="dxa" w:w="2880"/>
          </w:tcPr>
          <w:p>
            <w:r>
              <w:t>2026-10-01</w:t>
            </w:r>
          </w:p>
        </w:tc>
        <w:tc>
          <w:tcPr>
            <w:tcW w:type="dxa" w:w="2880"/>
          </w:tcPr>
          <w:p>
            <w:r>
              <w:t>Hotel occupancy by district and month</w:t>
            </w:r>
          </w:p>
        </w:tc>
        <w:tc>
          <w:tcPr>
            <w:tcW w:type="dxa" w:w="2880"/>
          </w:tcPr>
          <w:p>
            <w:r>
              <w:t>0</w:t>
            </w:r>
          </w:p>
        </w:tc>
      </w:tr>
      <w:tr>
        <w:tc>
          <w:tcPr>
            <w:tcW w:type="dxa" w:w="2880"/>
          </w:tcPr>
          <w:p>
            <w:r>
              <w:t>2026-10-01</w:t>
            </w:r>
          </w:p>
        </w:tc>
        <w:tc>
          <w:tcPr>
            <w:tcW w:type="dxa" w:w="2880"/>
          </w:tcPr>
          <w:p>
            <w:r>
              <w:t>Events</w:t>
            </w:r>
          </w:p>
        </w:tc>
        <w:tc>
          <w:tcPr>
            <w:tcW w:type="dxa" w:w="2880"/>
          </w:tcPr>
          <w:p>
            <w:r>
              <w:t>17</w:t>
            </w:r>
          </w:p>
        </w:tc>
      </w:tr>
    </w:tbl>
    <w:p/>
    <w:p>
      <w:pPr>
        <w:pStyle w:val="Heading2"/>
      </w:pPr>
      <w:r>
        <w:t>Figure 14. Footfall counters over time (installed_year) [52]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2,025</w:t>
            </w:r>
          </w:p>
        </w:tc>
        <w:tc>
          <w:tcPr>
            <w:tcW w:type="dxa" w:w="2880"/>
          </w:tcPr>
          <w:p>
            <w:r>
              <w:t>2,025</w:t>
            </w:r>
          </w:p>
        </w:tc>
        <w:tc>
          <w:tcPr>
            <w:tcW w:type="dxa" w:w="2880"/>
          </w:tcPr>
          <w:p>
            <w:r>
              <w:t>30</w:t>
            </w:r>
          </w:p>
        </w:tc>
      </w:tr>
    </w:tbl>
    <w:p/>
    <w:p>
      <w:pPr>
        <w:pStyle w:val="Heading2"/>
      </w:pPr>
      <w:r>
        <w:t>Figure 15. Footfall by hour over time (timestamp) [53]</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2026-09-14</w:t>
            </w:r>
          </w:p>
        </w:tc>
        <w:tc>
          <w:tcPr>
            <w:tcW w:type="dxa" w:w="4320"/>
          </w:tcPr>
          <w:p>
            <w:r>
              <w:t>720</w:t>
            </w:r>
          </w:p>
        </w:tc>
      </w:tr>
      <w:tr>
        <w:tc>
          <w:tcPr>
            <w:tcW w:type="dxa" w:w="4320"/>
          </w:tcPr>
          <w:p>
            <w:r>
              <w:t>2026-09-15</w:t>
            </w:r>
          </w:p>
        </w:tc>
        <w:tc>
          <w:tcPr>
            <w:tcW w:type="dxa" w:w="4320"/>
          </w:tcPr>
          <w:p>
            <w:r>
              <w:t>720</w:t>
            </w:r>
          </w:p>
        </w:tc>
      </w:tr>
      <w:tr>
        <w:tc>
          <w:tcPr>
            <w:tcW w:type="dxa" w:w="4320"/>
          </w:tcPr>
          <w:p>
            <w:r>
              <w:t>2026-09-16</w:t>
            </w:r>
          </w:p>
        </w:tc>
        <w:tc>
          <w:tcPr>
            <w:tcW w:type="dxa" w:w="4320"/>
          </w:tcPr>
          <w:p>
            <w:r>
              <w:t>720</w:t>
            </w:r>
          </w:p>
        </w:tc>
      </w:tr>
      <w:tr>
        <w:tc>
          <w:tcPr>
            <w:tcW w:type="dxa" w:w="4320"/>
          </w:tcPr>
          <w:p>
            <w:r>
              <w:t>2026-09-17</w:t>
            </w:r>
          </w:p>
        </w:tc>
        <w:tc>
          <w:tcPr>
            <w:tcW w:type="dxa" w:w="4320"/>
          </w:tcPr>
          <w:p>
            <w:r>
              <w:t>720</w:t>
            </w:r>
          </w:p>
        </w:tc>
      </w:tr>
      <w:tr>
        <w:tc>
          <w:tcPr>
            <w:tcW w:type="dxa" w:w="4320"/>
          </w:tcPr>
          <w:p>
            <w:r>
              <w:t>2026-09-18</w:t>
            </w:r>
          </w:p>
        </w:tc>
        <w:tc>
          <w:tcPr>
            <w:tcW w:type="dxa" w:w="4320"/>
          </w:tcPr>
          <w:p>
            <w:r>
              <w:t>720</w:t>
            </w:r>
          </w:p>
        </w:tc>
      </w:tr>
      <w:tr>
        <w:tc>
          <w:tcPr>
            <w:tcW w:type="dxa" w:w="4320"/>
          </w:tcPr>
          <w:p>
            <w:r>
              <w:t>2026-09-19</w:t>
            </w:r>
          </w:p>
        </w:tc>
        <w:tc>
          <w:tcPr>
            <w:tcW w:type="dxa" w:w="4320"/>
          </w:tcPr>
          <w:p>
            <w:r>
              <w:t>720</w:t>
            </w:r>
          </w:p>
        </w:tc>
      </w:tr>
      <w:tr>
        <w:tc>
          <w:tcPr>
            <w:tcW w:type="dxa" w:w="4320"/>
          </w:tcPr>
          <w:p>
            <w:r>
              <w:t>2026-09-20</w:t>
            </w:r>
          </w:p>
        </w:tc>
        <w:tc>
          <w:tcPr>
            <w:tcW w:type="dxa" w:w="4320"/>
          </w:tcPr>
          <w:p>
            <w:r>
              <w:t>720</w:t>
            </w:r>
          </w:p>
        </w:tc>
      </w:tr>
    </w:tbl>
    <w:p/>
    <w:p>
      <w:pPr>
        <w:pStyle w:val="Heading2"/>
      </w:pPr>
      <w:r>
        <w:t>Figure 16. Events over time (date) [54]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exhibition</w:t>
            </w:r>
          </w:p>
        </w:tc>
        <w:tc>
          <w:tcPr>
            <w:tcW w:type="dxa" w:w="2880"/>
          </w:tcPr>
          <w:p>
            <w:r>
              <w:t>0</w:t>
            </w:r>
          </w:p>
        </w:tc>
      </w:tr>
      <w:tr>
        <w:tc>
          <w:tcPr>
            <w:tcW w:type="dxa" w:w="2880"/>
          </w:tcPr>
          <w:p>
            <w:r>
              <w:t>2026-06-01</w:t>
            </w:r>
          </w:p>
        </w:tc>
        <w:tc>
          <w:tcPr>
            <w:tcW w:type="dxa" w:w="2880"/>
          </w:tcPr>
          <w:p>
            <w:r>
              <w:t>concert</w:t>
            </w:r>
          </w:p>
        </w:tc>
        <w:tc>
          <w:tcPr>
            <w:tcW w:type="dxa" w:w="2880"/>
          </w:tcPr>
          <w:p>
            <w:r>
              <w:t>2</w:t>
            </w:r>
          </w:p>
        </w:tc>
      </w:tr>
      <w:tr>
        <w:tc>
          <w:tcPr>
            <w:tcW w:type="dxa" w:w="2880"/>
          </w:tcPr>
          <w:p>
            <w:r>
              <w:t>2026-06-01</w:t>
            </w:r>
          </w:p>
        </w:tc>
        <w:tc>
          <w:tcPr>
            <w:tcW w:type="dxa" w:w="2880"/>
          </w:tcPr>
          <w:p>
            <w:r>
              <w:t>match</w:t>
            </w:r>
          </w:p>
        </w:tc>
        <w:tc>
          <w:tcPr>
            <w:tcW w:type="dxa" w:w="2880"/>
          </w:tcPr>
          <w:p>
            <w:r>
              <w:t>1</w:t>
            </w:r>
          </w:p>
        </w:tc>
      </w:tr>
      <w:tr>
        <w:tc>
          <w:tcPr>
            <w:tcW w:type="dxa" w:w="2880"/>
          </w:tcPr>
          <w:p>
            <w:r>
              <w:t>2026-06-01</w:t>
            </w:r>
          </w:p>
        </w:tc>
        <w:tc>
          <w:tcPr>
            <w:tcW w:type="dxa" w:w="2880"/>
          </w:tcPr>
          <w:p>
            <w:r>
              <w:t>market</w:t>
            </w:r>
          </w:p>
        </w:tc>
        <w:tc>
          <w:tcPr>
            <w:tcW w:type="dxa" w:w="2880"/>
          </w:tcPr>
          <w:p>
            <w:r>
              <w:t>0</w:t>
            </w:r>
          </w:p>
        </w:tc>
      </w:tr>
      <w:tr>
        <w:tc>
          <w:tcPr>
            <w:tcW w:type="dxa" w:w="2880"/>
          </w:tcPr>
          <w:p>
            <w:r>
              <w:t>2026-06-01</w:t>
            </w:r>
          </w:p>
        </w:tc>
        <w:tc>
          <w:tcPr>
            <w:tcW w:type="dxa" w:w="2880"/>
          </w:tcPr>
          <w:p>
            <w:r>
              <w:t>festival</w:t>
            </w:r>
          </w:p>
        </w:tc>
        <w:tc>
          <w:tcPr>
            <w:tcW w:type="dxa" w:w="2880"/>
          </w:tcPr>
          <w:p>
            <w:r>
              <w:t>0</w:t>
            </w:r>
          </w:p>
        </w:tc>
      </w:tr>
      <w:tr>
        <w:tc>
          <w:tcPr>
            <w:tcW w:type="dxa" w:w="2880"/>
          </w:tcPr>
          <w:p>
            <w:r>
              <w:t>2026-06-08</w:t>
            </w:r>
          </w:p>
        </w:tc>
        <w:tc>
          <w:tcPr>
            <w:tcW w:type="dxa" w:w="2880"/>
          </w:tcPr>
          <w:p>
            <w:r>
              <w:t>exhibition</w:t>
            </w:r>
          </w:p>
        </w:tc>
        <w:tc>
          <w:tcPr>
            <w:tcW w:type="dxa" w:w="2880"/>
          </w:tcPr>
          <w:p>
            <w:r>
              <w:t>1</w:t>
            </w:r>
          </w:p>
        </w:tc>
      </w:tr>
      <w:tr>
        <w:tc>
          <w:tcPr>
            <w:tcW w:type="dxa" w:w="2880"/>
          </w:tcPr>
          <w:p>
            <w:r>
              <w:t>2026-06-08</w:t>
            </w:r>
          </w:p>
        </w:tc>
        <w:tc>
          <w:tcPr>
            <w:tcW w:type="dxa" w:w="2880"/>
          </w:tcPr>
          <w:p>
            <w:r>
              <w:t>concert</w:t>
            </w:r>
          </w:p>
        </w:tc>
        <w:tc>
          <w:tcPr>
            <w:tcW w:type="dxa" w:w="2880"/>
          </w:tcPr>
          <w:p>
            <w:r>
              <w:t>0</w:t>
            </w:r>
          </w:p>
        </w:tc>
      </w:tr>
      <w:tr>
        <w:tc>
          <w:tcPr>
            <w:tcW w:type="dxa" w:w="2880"/>
          </w:tcPr>
          <w:p>
            <w:r>
              <w:t>2026-06-08</w:t>
            </w:r>
          </w:p>
        </w:tc>
        <w:tc>
          <w:tcPr>
            <w:tcW w:type="dxa" w:w="2880"/>
          </w:tcPr>
          <w:p>
            <w:r>
              <w:t>match</w:t>
            </w:r>
          </w:p>
        </w:tc>
        <w:tc>
          <w:tcPr>
            <w:tcW w:type="dxa" w:w="2880"/>
          </w:tcPr>
          <w:p>
            <w:r>
              <w:t>1</w:t>
            </w:r>
          </w:p>
        </w:tc>
      </w:tr>
      <w:tr>
        <w:tc>
          <w:tcPr>
            <w:tcW w:type="dxa" w:w="2880"/>
          </w:tcPr>
          <w:p>
            <w:r>
              <w:t>2026-06-08</w:t>
            </w:r>
          </w:p>
        </w:tc>
        <w:tc>
          <w:tcPr>
            <w:tcW w:type="dxa" w:w="2880"/>
          </w:tcPr>
          <w:p>
            <w:r>
              <w:t>market</w:t>
            </w:r>
          </w:p>
        </w:tc>
        <w:tc>
          <w:tcPr>
            <w:tcW w:type="dxa" w:w="2880"/>
          </w:tcPr>
          <w:p>
            <w:r>
              <w:t>1</w:t>
            </w:r>
          </w:p>
        </w:tc>
      </w:tr>
      <w:tr>
        <w:tc>
          <w:tcPr>
            <w:tcW w:type="dxa" w:w="2880"/>
          </w:tcPr>
          <w:p>
            <w:r>
              <w:t>2026-06-08</w:t>
            </w:r>
          </w:p>
        </w:tc>
        <w:tc>
          <w:tcPr>
            <w:tcW w:type="dxa" w:w="2880"/>
          </w:tcPr>
          <w:p>
            <w:r>
              <w:t>festival</w:t>
            </w:r>
          </w:p>
        </w:tc>
        <w:tc>
          <w:tcPr>
            <w:tcW w:type="dxa" w:w="2880"/>
          </w:tcPr>
          <w:p>
            <w:r>
              <w:t>0</w:t>
            </w:r>
          </w:p>
        </w:tc>
      </w:tr>
      <w:tr>
        <w:tc>
          <w:tcPr>
            <w:tcW w:type="dxa" w:w="2880"/>
          </w:tcPr>
          <w:p>
            <w:r>
              <w:t>2026-06-15</w:t>
            </w:r>
          </w:p>
        </w:tc>
        <w:tc>
          <w:tcPr>
            <w:tcW w:type="dxa" w:w="2880"/>
          </w:tcPr>
          <w:p>
            <w:r>
              <w:t>exhibition</w:t>
            </w:r>
          </w:p>
        </w:tc>
        <w:tc>
          <w:tcPr>
            <w:tcW w:type="dxa" w:w="2880"/>
          </w:tcPr>
          <w:p>
            <w:r>
              <w:t>0</w:t>
            </w:r>
          </w:p>
        </w:tc>
      </w:tr>
      <w:tr>
        <w:tc>
          <w:tcPr>
            <w:tcW w:type="dxa" w:w="2880"/>
          </w:tcPr>
          <w:p>
            <w:r>
              <w:t>2026-06-15</w:t>
            </w:r>
          </w:p>
        </w:tc>
        <w:tc>
          <w:tcPr>
            <w:tcW w:type="dxa" w:w="2880"/>
          </w:tcPr>
          <w:p>
            <w:r>
              <w:t>concert</w:t>
            </w:r>
          </w:p>
        </w:tc>
        <w:tc>
          <w:tcPr>
            <w:tcW w:type="dxa" w:w="2880"/>
          </w:tcPr>
          <w:p>
            <w:r>
              <w:t>0</w:t>
            </w:r>
          </w:p>
        </w:tc>
      </w:tr>
      <w:tr>
        <w:tc>
          <w:tcPr>
            <w:tcW w:type="dxa" w:w="2880"/>
          </w:tcPr>
          <w:p>
            <w:r>
              <w:t>2026-06-15</w:t>
            </w:r>
          </w:p>
        </w:tc>
        <w:tc>
          <w:tcPr>
            <w:tcW w:type="dxa" w:w="2880"/>
          </w:tcPr>
          <w:p>
            <w:r>
              <w:t>match</w:t>
            </w:r>
          </w:p>
        </w:tc>
        <w:tc>
          <w:tcPr>
            <w:tcW w:type="dxa" w:w="2880"/>
          </w:tcPr>
          <w:p>
            <w:r>
              <w:t>1</w:t>
            </w:r>
          </w:p>
        </w:tc>
      </w:tr>
      <w:tr>
        <w:tc>
          <w:tcPr>
            <w:tcW w:type="dxa" w:w="2880"/>
          </w:tcPr>
          <w:p>
            <w:r>
              <w:t>2026-06-15</w:t>
            </w:r>
          </w:p>
        </w:tc>
        <w:tc>
          <w:tcPr>
            <w:tcW w:type="dxa" w:w="2880"/>
          </w:tcPr>
          <w:p>
            <w:r>
              <w:t>market</w:t>
            </w:r>
          </w:p>
        </w:tc>
        <w:tc>
          <w:tcPr>
            <w:tcW w:type="dxa" w:w="2880"/>
          </w:tcPr>
          <w:p>
            <w:r>
              <w:t>1</w:t>
            </w:r>
          </w:p>
        </w:tc>
      </w:tr>
      <w:tr>
        <w:tc>
          <w:tcPr>
            <w:tcW w:type="dxa" w:w="2880"/>
          </w:tcPr>
          <w:p>
            <w:r>
              <w:t>2026-06-15</w:t>
            </w:r>
          </w:p>
        </w:tc>
        <w:tc>
          <w:tcPr>
            <w:tcW w:type="dxa" w:w="2880"/>
          </w:tcPr>
          <w:p>
            <w:r>
              <w:t>festival</w:t>
            </w:r>
          </w:p>
        </w:tc>
        <w:tc>
          <w:tcPr>
            <w:tcW w:type="dxa" w:w="2880"/>
          </w:tcPr>
          <w:p>
            <w:r>
              <w:t>0</w:t>
            </w:r>
          </w:p>
        </w:tc>
      </w:tr>
      <w:tr>
        <w:tc>
          <w:tcPr>
            <w:tcW w:type="dxa" w:w="2880"/>
          </w:tcPr>
          <w:p>
            <w:r>
              <w:t>2026-06-22</w:t>
            </w:r>
          </w:p>
        </w:tc>
        <w:tc>
          <w:tcPr>
            <w:tcW w:type="dxa" w:w="2880"/>
          </w:tcPr>
          <w:p>
            <w:r>
              <w:t>exhibition</w:t>
            </w:r>
          </w:p>
        </w:tc>
        <w:tc>
          <w:tcPr>
            <w:tcW w:type="dxa" w:w="2880"/>
          </w:tcPr>
          <w:p>
            <w:r>
              <w:t>0</w:t>
            </w:r>
          </w:p>
        </w:tc>
      </w:tr>
      <w:tr>
        <w:tc>
          <w:tcPr>
            <w:tcW w:type="dxa" w:w="2880"/>
          </w:tcPr>
          <w:p>
            <w:r>
              <w:t>2026-06-22</w:t>
            </w:r>
          </w:p>
        </w:tc>
        <w:tc>
          <w:tcPr>
            <w:tcW w:type="dxa" w:w="2880"/>
          </w:tcPr>
          <w:p>
            <w:r>
              <w:t>concert</w:t>
            </w:r>
          </w:p>
        </w:tc>
        <w:tc>
          <w:tcPr>
            <w:tcW w:type="dxa" w:w="2880"/>
          </w:tcPr>
          <w:p>
            <w:r>
              <w:t>1</w:t>
            </w:r>
          </w:p>
        </w:tc>
      </w:tr>
      <w:tr>
        <w:tc>
          <w:tcPr>
            <w:tcW w:type="dxa" w:w="2880"/>
          </w:tcPr>
          <w:p>
            <w:r>
              <w:t>2026-06-22</w:t>
            </w:r>
          </w:p>
        </w:tc>
        <w:tc>
          <w:tcPr>
            <w:tcW w:type="dxa" w:w="2880"/>
          </w:tcPr>
          <w:p>
            <w:r>
              <w:t>match</w:t>
            </w:r>
          </w:p>
        </w:tc>
        <w:tc>
          <w:tcPr>
            <w:tcW w:type="dxa" w:w="2880"/>
          </w:tcPr>
          <w:p>
            <w:r>
              <w:t>0</w:t>
            </w:r>
          </w:p>
        </w:tc>
      </w:tr>
      <w:tr>
        <w:tc>
          <w:tcPr>
            <w:tcW w:type="dxa" w:w="2880"/>
          </w:tcPr>
          <w:p>
            <w:r>
              <w:t>2026-06-22</w:t>
            </w:r>
          </w:p>
        </w:tc>
        <w:tc>
          <w:tcPr>
            <w:tcW w:type="dxa" w:w="2880"/>
          </w:tcPr>
          <w:p>
            <w:r>
              <w:t>market</w:t>
            </w:r>
          </w:p>
        </w:tc>
        <w:tc>
          <w:tcPr>
            <w:tcW w:type="dxa" w:w="2880"/>
          </w:tcPr>
          <w:p>
            <w:r>
              <w:t>0</w:t>
            </w:r>
          </w:p>
        </w:tc>
      </w:tr>
      <w:tr>
        <w:tc>
          <w:tcPr>
            <w:tcW w:type="dxa" w:w="2880"/>
          </w:tcPr>
          <w:p>
            <w:r>
              <w:t>2026-06-22</w:t>
            </w:r>
          </w:p>
        </w:tc>
        <w:tc>
          <w:tcPr>
            <w:tcW w:type="dxa" w:w="2880"/>
          </w:tcPr>
          <w:p>
            <w:r>
              <w:t>festival</w:t>
            </w:r>
          </w:p>
        </w:tc>
        <w:tc>
          <w:tcPr>
            <w:tcW w:type="dxa" w:w="2880"/>
          </w:tcPr>
          <w:p>
            <w:r>
              <w:t>0</w:t>
            </w:r>
          </w:p>
        </w:tc>
      </w:tr>
      <w:tr>
        <w:tc>
          <w:tcPr>
            <w:tcW w:type="dxa" w:w="2880"/>
          </w:tcPr>
          <w:p>
            <w:r>
              <w:t>2026-06-29</w:t>
            </w:r>
          </w:p>
        </w:tc>
        <w:tc>
          <w:tcPr>
            <w:tcW w:type="dxa" w:w="2880"/>
          </w:tcPr>
          <w:p>
            <w:r>
              <w:t>exhibition</w:t>
            </w:r>
          </w:p>
        </w:tc>
        <w:tc>
          <w:tcPr>
            <w:tcW w:type="dxa" w:w="2880"/>
          </w:tcPr>
          <w:p>
            <w:r>
              <w:t>3</w:t>
            </w:r>
          </w:p>
        </w:tc>
      </w:tr>
      <w:tr>
        <w:tc>
          <w:tcPr>
            <w:tcW w:type="dxa" w:w="2880"/>
          </w:tcPr>
          <w:p>
            <w:r>
              <w:t>2026-06-29</w:t>
            </w:r>
          </w:p>
        </w:tc>
        <w:tc>
          <w:tcPr>
            <w:tcW w:type="dxa" w:w="2880"/>
          </w:tcPr>
          <w:p>
            <w:r>
              <w:t>concert</w:t>
            </w:r>
          </w:p>
        </w:tc>
        <w:tc>
          <w:tcPr>
            <w:tcW w:type="dxa" w:w="2880"/>
          </w:tcPr>
          <w:p>
            <w:r>
              <w:t>3</w:t>
            </w:r>
          </w:p>
        </w:tc>
      </w:tr>
      <w:tr>
        <w:tc>
          <w:tcPr>
            <w:tcW w:type="dxa" w:w="2880"/>
          </w:tcPr>
          <w:p>
            <w:r>
              <w:t>2026-06-29</w:t>
            </w:r>
          </w:p>
        </w:tc>
        <w:tc>
          <w:tcPr>
            <w:tcW w:type="dxa" w:w="2880"/>
          </w:tcPr>
          <w:p>
            <w:r>
              <w:t>match</w:t>
            </w:r>
          </w:p>
        </w:tc>
        <w:tc>
          <w:tcPr>
            <w:tcW w:type="dxa" w:w="2880"/>
          </w:tcPr>
          <w:p>
            <w:r>
              <w:t>0</w:t>
            </w:r>
          </w:p>
        </w:tc>
      </w:tr>
      <w:tr>
        <w:tc>
          <w:tcPr>
            <w:tcW w:type="dxa" w:w="2880"/>
          </w:tcPr>
          <w:p>
            <w:r>
              <w:t>2026-06-29</w:t>
            </w:r>
          </w:p>
        </w:tc>
        <w:tc>
          <w:tcPr>
            <w:tcW w:type="dxa" w:w="2880"/>
          </w:tcPr>
          <w:p>
            <w:r>
              <w:t>market</w:t>
            </w:r>
          </w:p>
        </w:tc>
        <w:tc>
          <w:tcPr>
            <w:tcW w:type="dxa" w:w="2880"/>
          </w:tcPr>
          <w:p>
            <w:r>
              <w:t>0</w:t>
            </w:r>
          </w:p>
        </w:tc>
      </w:tr>
      <w:tr>
        <w:tc>
          <w:tcPr>
            <w:tcW w:type="dxa" w:w="2880"/>
          </w:tcPr>
          <w:p>
            <w:r>
              <w:t>2026-06-29</w:t>
            </w:r>
          </w:p>
        </w:tc>
        <w:tc>
          <w:tcPr>
            <w:tcW w:type="dxa" w:w="2880"/>
          </w:tcPr>
          <w:p>
            <w:r>
              <w:t>festival</w:t>
            </w:r>
          </w:p>
        </w:tc>
        <w:tc>
          <w:tcPr>
            <w:tcW w:type="dxa" w:w="2880"/>
          </w:tcPr>
          <w:p>
            <w:r>
              <w:t>1</w:t>
            </w:r>
          </w:p>
        </w:tc>
      </w:tr>
      <w:tr>
        <w:tc>
          <w:tcPr>
            <w:tcW w:type="dxa" w:w="2880"/>
          </w:tcPr>
          <w:p>
            <w:r>
              <w:t>2026-07-06</w:t>
            </w:r>
          </w:p>
        </w:tc>
        <w:tc>
          <w:tcPr>
            <w:tcW w:type="dxa" w:w="2880"/>
          </w:tcPr>
          <w:p>
            <w:r>
              <w:t>exhibition</w:t>
            </w:r>
          </w:p>
        </w:tc>
        <w:tc>
          <w:tcPr>
            <w:tcW w:type="dxa" w:w="2880"/>
          </w:tcPr>
          <w:p>
            <w:r>
              <w:t>0</w:t>
            </w:r>
          </w:p>
        </w:tc>
      </w:tr>
      <w:tr>
        <w:tc>
          <w:tcPr>
            <w:tcW w:type="dxa" w:w="2880"/>
          </w:tcPr>
          <w:p>
            <w:r>
              <w:t>2026-07-06</w:t>
            </w:r>
          </w:p>
        </w:tc>
        <w:tc>
          <w:tcPr>
            <w:tcW w:type="dxa" w:w="2880"/>
          </w:tcPr>
          <w:p>
            <w:r>
              <w:t>concert</w:t>
            </w:r>
          </w:p>
        </w:tc>
        <w:tc>
          <w:tcPr>
            <w:tcW w:type="dxa" w:w="2880"/>
          </w:tcPr>
          <w:p>
            <w:r>
              <w:t>1</w:t>
            </w:r>
          </w:p>
        </w:tc>
      </w:tr>
      <w:tr>
        <w:tc>
          <w:tcPr>
            <w:tcW w:type="dxa" w:w="2880"/>
          </w:tcPr>
          <w:p>
            <w:r>
              <w:t>2026-07-06</w:t>
            </w:r>
          </w:p>
        </w:tc>
        <w:tc>
          <w:tcPr>
            <w:tcW w:type="dxa" w:w="2880"/>
          </w:tcPr>
          <w:p>
            <w:r>
              <w:t>match</w:t>
            </w:r>
          </w:p>
        </w:tc>
        <w:tc>
          <w:tcPr>
            <w:tcW w:type="dxa" w:w="2880"/>
          </w:tcPr>
          <w:p>
            <w:r>
              <w:t>0</w:t>
            </w:r>
          </w:p>
        </w:tc>
      </w:tr>
      <w:tr>
        <w:tc>
          <w:tcPr>
            <w:tcW w:type="dxa" w:w="2880"/>
          </w:tcPr>
          <w:p>
            <w:r>
              <w:t>2026-07-06</w:t>
            </w:r>
          </w:p>
        </w:tc>
        <w:tc>
          <w:tcPr>
            <w:tcW w:type="dxa" w:w="2880"/>
          </w:tcPr>
          <w:p>
            <w:r>
              <w:t>market</w:t>
            </w:r>
          </w:p>
        </w:tc>
        <w:tc>
          <w:tcPr>
            <w:tcW w:type="dxa" w:w="2880"/>
          </w:tcPr>
          <w:p>
            <w:r>
              <w:t>0</w:t>
            </w:r>
          </w:p>
        </w:tc>
      </w:tr>
      <w:tr>
        <w:tc>
          <w:tcPr>
            <w:tcW w:type="dxa" w:w="2880"/>
          </w:tcPr>
          <w:p>
            <w:r>
              <w:t>2026-07-06</w:t>
            </w:r>
          </w:p>
        </w:tc>
        <w:tc>
          <w:tcPr>
            <w:tcW w:type="dxa" w:w="2880"/>
          </w:tcPr>
          <w:p>
            <w:r>
              <w:t>festival</w:t>
            </w:r>
          </w:p>
        </w:tc>
        <w:tc>
          <w:tcPr>
            <w:tcW w:type="dxa" w:w="2880"/>
          </w:tcPr>
          <w:p>
            <w:r>
              <w:t>0</w:t>
            </w:r>
          </w:p>
        </w:tc>
      </w:tr>
      <w:tr>
        <w:tc>
          <w:tcPr>
            <w:tcW w:type="dxa" w:w="2880"/>
          </w:tcPr>
          <w:p>
            <w:r>
              <w:t>2026-07-13</w:t>
            </w:r>
          </w:p>
        </w:tc>
        <w:tc>
          <w:tcPr>
            <w:tcW w:type="dxa" w:w="2880"/>
          </w:tcPr>
          <w:p>
            <w:r>
              <w:t>exhibition</w:t>
            </w:r>
          </w:p>
        </w:tc>
        <w:tc>
          <w:tcPr>
            <w:tcW w:type="dxa" w:w="2880"/>
          </w:tcPr>
          <w:p>
            <w:r>
              <w:t>1</w:t>
            </w:r>
          </w:p>
        </w:tc>
      </w:tr>
      <w:tr>
        <w:tc>
          <w:tcPr>
            <w:tcW w:type="dxa" w:w="2880"/>
          </w:tcPr>
          <w:p>
            <w:r>
              <w:t>2026-07-13</w:t>
            </w:r>
          </w:p>
        </w:tc>
        <w:tc>
          <w:tcPr>
            <w:tcW w:type="dxa" w:w="2880"/>
          </w:tcPr>
          <w:p>
            <w:r>
              <w:t>concert</w:t>
            </w:r>
          </w:p>
        </w:tc>
        <w:tc>
          <w:tcPr>
            <w:tcW w:type="dxa" w:w="2880"/>
          </w:tcPr>
          <w:p>
            <w:r>
              <w:t>0</w:t>
            </w:r>
          </w:p>
        </w:tc>
      </w:tr>
      <w:tr>
        <w:tc>
          <w:tcPr>
            <w:tcW w:type="dxa" w:w="2880"/>
          </w:tcPr>
          <w:p>
            <w:r>
              <w:t>2026-07-13</w:t>
            </w:r>
          </w:p>
        </w:tc>
        <w:tc>
          <w:tcPr>
            <w:tcW w:type="dxa" w:w="2880"/>
          </w:tcPr>
          <w:p>
            <w:r>
              <w:t>match</w:t>
            </w:r>
          </w:p>
        </w:tc>
        <w:tc>
          <w:tcPr>
            <w:tcW w:type="dxa" w:w="2880"/>
          </w:tcPr>
          <w:p>
            <w:r>
              <w:t>1</w:t>
            </w:r>
          </w:p>
        </w:tc>
      </w:tr>
      <w:tr>
        <w:tc>
          <w:tcPr>
            <w:tcW w:type="dxa" w:w="2880"/>
          </w:tcPr>
          <w:p>
            <w:r>
              <w:t>2026-07-13</w:t>
            </w:r>
          </w:p>
        </w:tc>
        <w:tc>
          <w:tcPr>
            <w:tcW w:type="dxa" w:w="2880"/>
          </w:tcPr>
          <w:p>
            <w:r>
              <w:t>market</w:t>
            </w:r>
          </w:p>
        </w:tc>
        <w:tc>
          <w:tcPr>
            <w:tcW w:type="dxa" w:w="2880"/>
          </w:tcPr>
          <w:p>
            <w:r>
              <w:t>0</w:t>
            </w:r>
          </w:p>
        </w:tc>
      </w:tr>
      <w:tr>
        <w:tc>
          <w:tcPr>
            <w:tcW w:type="dxa" w:w="2880"/>
          </w:tcPr>
          <w:p>
            <w:r>
              <w:t>2026-07-13</w:t>
            </w:r>
          </w:p>
        </w:tc>
        <w:tc>
          <w:tcPr>
            <w:tcW w:type="dxa" w:w="2880"/>
          </w:tcPr>
          <w:p>
            <w:r>
              <w:t>festival</w:t>
            </w:r>
          </w:p>
        </w:tc>
        <w:tc>
          <w:tcPr>
            <w:tcW w:type="dxa" w:w="2880"/>
          </w:tcPr>
          <w:p>
            <w:r>
              <w:t>0</w:t>
            </w:r>
          </w:p>
        </w:tc>
      </w:tr>
      <w:tr>
        <w:tc>
          <w:tcPr>
            <w:tcW w:type="dxa" w:w="2880"/>
          </w:tcPr>
          <w:p>
            <w:r>
              <w:t>2026-07-20</w:t>
            </w:r>
          </w:p>
        </w:tc>
        <w:tc>
          <w:tcPr>
            <w:tcW w:type="dxa" w:w="2880"/>
          </w:tcPr>
          <w:p>
            <w:r>
              <w:t>exhibition</w:t>
            </w:r>
          </w:p>
        </w:tc>
        <w:tc>
          <w:tcPr>
            <w:tcW w:type="dxa" w:w="2880"/>
          </w:tcPr>
          <w:p>
            <w:r>
              <w:t>0</w:t>
            </w:r>
          </w:p>
        </w:tc>
      </w:tr>
      <w:tr>
        <w:tc>
          <w:tcPr>
            <w:tcW w:type="dxa" w:w="2880"/>
          </w:tcPr>
          <w:p>
            <w:r>
              <w:t>2026-07-20</w:t>
            </w:r>
          </w:p>
        </w:tc>
        <w:tc>
          <w:tcPr>
            <w:tcW w:type="dxa" w:w="2880"/>
          </w:tcPr>
          <w:p>
            <w:r>
              <w:t>concert</w:t>
            </w:r>
          </w:p>
        </w:tc>
        <w:tc>
          <w:tcPr>
            <w:tcW w:type="dxa" w:w="2880"/>
          </w:tcPr>
          <w:p>
            <w:r>
              <w:t>0</w:t>
            </w:r>
          </w:p>
        </w:tc>
      </w:tr>
      <w:tr>
        <w:tc>
          <w:tcPr>
            <w:tcW w:type="dxa" w:w="2880"/>
          </w:tcPr>
          <w:p>
            <w:r>
              <w:t>2026-07-20</w:t>
            </w:r>
          </w:p>
        </w:tc>
        <w:tc>
          <w:tcPr>
            <w:tcW w:type="dxa" w:w="2880"/>
          </w:tcPr>
          <w:p>
            <w:r>
              <w:t>match</w:t>
            </w:r>
          </w:p>
        </w:tc>
        <w:tc>
          <w:tcPr>
            <w:tcW w:type="dxa" w:w="2880"/>
          </w:tcPr>
          <w:p>
            <w:r>
              <w:t>0</w:t>
            </w:r>
          </w:p>
        </w:tc>
      </w:tr>
      <w:tr>
        <w:tc>
          <w:tcPr>
            <w:tcW w:type="dxa" w:w="2880"/>
          </w:tcPr>
          <w:p>
            <w:r>
              <w:t>2026-07-20</w:t>
            </w:r>
          </w:p>
        </w:tc>
        <w:tc>
          <w:tcPr>
            <w:tcW w:type="dxa" w:w="2880"/>
          </w:tcPr>
          <w:p>
            <w:r>
              <w:t>market</w:t>
            </w:r>
          </w:p>
        </w:tc>
        <w:tc>
          <w:tcPr>
            <w:tcW w:type="dxa" w:w="2880"/>
          </w:tcPr>
          <w:p>
            <w:r>
              <w:t>2</w:t>
            </w:r>
          </w:p>
        </w:tc>
      </w:tr>
      <w:tr>
        <w:tc>
          <w:tcPr>
            <w:tcW w:type="dxa" w:w="2880"/>
          </w:tcPr>
          <w:p>
            <w:r>
              <w:t>2026-07-20</w:t>
            </w:r>
          </w:p>
        </w:tc>
        <w:tc>
          <w:tcPr>
            <w:tcW w:type="dxa" w:w="2880"/>
          </w:tcPr>
          <w:p>
            <w:r>
              <w:t>festival</w:t>
            </w:r>
          </w:p>
        </w:tc>
        <w:tc>
          <w:tcPr>
            <w:tcW w:type="dxa" w:w="2880"/>
          </w:tcPr>
          <w:p>
            <w:r>
              <w:t>0</w:t>
            </w:r>
          </w:p>
        </w:tc>
      </w:tr>
      <w:tr>
        <w:tc>
          <w:tcPr>
            <w:tcW w:type="dxa" w:w="2880"/>
          </w:tcPr>
          <w:p>
            <w:r>
              <w:t>2026-07-27</w:t>
            </w:r>
          </w:p>
        </w:tc>
        <w:tc>
          <w:tcPr>
            <w:tcW w:type="dxa" w:w="2880"/>
          </w:tcPr>
          <w:p>
            <w:r>
              <w:t>exhibition</w:t>
            </w:r>
          </w:p>
        </w:tc>
        <w:tc>
          <w:tcPr>
            <w:tcW w:type="dxa" w:w="2880"/>
          </w:tcPr>
          <w:p>
            <w:r>
              <w:t>1</w:t>
            </w:r>
          </w:p>
        </w:tc>
      </w:tr>
      <w:tr>
        <w:tc>
          <w:tcPr>
            <w:tcW w:type="dxa" w:w="2880"/>
          </w:tcPr>
          <w:p>
            <w:r>
              <w:t>2026-07-27</w:t>
            </w:r>
          </w:p>
        </w:tc>
        <w:tc>
          <w:tcPr>
            <w:tcW w:type="dxa" w:w="2880"/>
          </w:tcPr>
          <w:p>
            <w:r>
              <w:t>concert</w:t>
            </w:r>
          </w:p>
        </w:tc>
        <w:tc>
          <w:tcPr>
            <w:tcW w:type="dxa" w:w="2880"/>
          </w:tcPr>
          <w:p>
            <w:r>
              <w:t>0</w:t>
            </w:r>
          </w:p>
        </w:tc>
      </w:tr>
      <w:tr>
        <w:tc>
          <w:tcPr>
            <w:tcW w:type="dxa" w:w="2880"/>
          </w:tcPr>
          <w:p>
            <w:r>
              <w:t>2026-07-27</w:t>
            </w:r>
          </w:p>
        </w:tc>
        <w:tc>
          <w:tcPr>
            <w:tcW w:type="dxa" w:w="2880"/>
          </w:tcPr>
          <w:p>
            <w:r>
              <w:t>match</w:t>
            </w:r>
          </w:p>
        </w:tc>
        <w:tc>
          <w:tcPr>
            <w:tcW w:type="dxa" w:w="2880"/>
          </w:tcPr>
          <w:p>
            <w:r>
              <w:t>0</w:t>
            </w:r>
          </w:p>
        </w:tc>
      </w:tr>
      <w:tr>
        <w:tc>
          <w:tcPr>
            <w:tcW w:type="dxa" w:w="2880"/>
          </w:tcPr>
          <w:p>
            <w:r>
              <w:t>2026-07-27</w:t>
            </w:r>
          </w:p>
        </w:tc>
        <w:tc>
          <w:tcPr>
            <w:tcW w:type="dxa" w:w="2880"/>
          </w:tcPr>
          <w:p>
            <w:r>
              <w:t>market</w:t>
            </w:r>
          </w:p>
        </w:tc>
        <w:tc>
          <w:tcPr>
            <w:tcW w:type="dxa" w:w="2880"/>
          </w:tcPr>
          <w:p>
            <w:r>
              <w:t>0</w:t>
            </w:r>
          </w:p>
        </w:tc>
      </w:tr>
      <w:tr>
        <w:tc>
          <w:tcPr>
            <w:tcW w:type="dxa" w:w="2880"/>
          </w:tcPr>
          <w:p>
            <w:r>
              <w:t>2026-07-27</w:t>
            </w:r>
          </w:p>
        </w:tc>
        <w:tc>
          <w:tcPr>
            <w:tcW w:type="dxa" w:w="2880"/>
          </w:tcPr>
          <w:p>
            <w:r>
              <w:t>festival</w:t>
            </w:r>
          </w:p>
        </w:tc>
        <w:tc>
          <w:tcPr>
            <w:tcW w:type="dxa" w:w="2880"/>
          </w:tcPr>
          <w:p>
            <w:r>
              <w:t>0</w:t>
            </w:r>
          </w:p>
        </w:tc>
      </w:tr>
      <w:tr>
        <w:tc>
          <w:tcPr>
            <w:tcW w:type="dxa" w:w="2880"/>
          </w:tcPr>
          <w:p>
            <w:r>
              <w:t>2026-08-03</w:t>
            </w:r>
          </w:p>
        </w:tc>
        <w:tc>
          <w:tcPr>
            <w:tcW w:type="dxa" w:w="2880"/>
          </w:tcPr>
          <w:p>
            <w:r>
              <w:t>exhibition</w:t>
            </w:r>
          </w:p>
        </w:tc>
        <w:tc>
          <w:tcPr>
            <w:tcW w:type="dxa" w:w="2880"/>
          </w:tcPr>
          <w:p>
            <w:r>
              <w:t>0</w:t>
            </w:r>
          </w:p>
        </w:tc>
      </w:tr>
      <w:tr>
        <w:tc>
          <w:tcPr>
            <w:tcW w:type="dxa" w:w="2880"/>
          </w:tcPr>
          <w:p>
            <w:r>
              <w:t>2026-08-03</w:t>
            </w:r>
          </w:p>
        </w:tc>
        <w:tc>
          <w:tcPr>
            <w:tcW w:type="dxa" w:w="2880"/>
          </w:tcPr>
          <w:p>
            <w:r>
              <w:t>concert</w:t>
            </w:r>
          </w:p>
        </w:tc>
        <w:tc>
          <w:tcPr>
            <w:tcW w:type="dxa" w:w="2880"/>
          </w:tcPr>
          <w:p>
            <w:r>
              <w:t>0</w:t>
            </w:r>
          </w:p>
        </w:tc>
      </w:tr>
      <w:tr>
        <w:tc>
          <w:tcPr>
            <w:tcW w:type="dxa" w:w="2880"/>
          </w:tcPr>
          <w:p>
            <w:r>
              <w:t>2026-08-03</w:t>
            </w:r>
          </w:p>
        </w:tc>
        <w:tc>
          <w:tcPr>
            <w:tcW w:type="dxa" w:w="2880"/>
          </w:tcPr>
          <w:p>
            <w:r>
              <w:t>match</w:t>
            </w:r>
          </w:p>
        </w:tc>
        <w:tc>
          <w:tcPr>
            <w:tcW w:type="dxa" w:w="2880"/>
          </w:tcPr>
          <w:p>
            <w:r>
              <w:t>1</w:t>
            </w:r>
          </w:p>
        </w:tc>
      </w:tr>
      <w:tr>
        <w:tc>
          <w:tcPr>
            <w:tcW w:type="dxa" w:w="2880"/>
          </w:tcPr>
          <w:p>
            <w:r>
              <w:t>2026-08-03</w:t>
            </w:r>
          </w:p>
        </w:tc>
        <w:tc>
          <w:tcPr>
            <w:tcW w:type="dxa" w:w="2880"/>
          </w:tcPr>
          <w:p>
            <w:r>
              <w:t>market</w:t>
            </w:r>
          </w:p>
        </w:tc>
        <w:tc>
          <w:tcPr>
            <w:tcW w:type="dxa" w:w="2880"/>
          </w:tcPr>
          <w:p>
            <w:r>
              <w:t>1</w:t>
            </w:r>
          </w:p>
        </w:tc>
      </w:tr>
      <w:tr>
        <w:tc>
          <w:tcPr>
            <w:tcW w:type="dxa" w:w="2880"/>
          </w:tcPr>
          <w:p>
            <w:r>
              <w:t>2026-08-03</w:t>
            </w:r>
          </w:p>
        </w:tc>
        <w:tc>
          <w:tcPr>
            <w:tcW w:type="dxa" w:w="2880"/>
          </w:tcPr>
          <w:p>
            <w:r>
              <w:t>festival</w:t>
            </w:r>
          </w:p>
        </w:tc>
        <w:tc>
          <w:tcPr>
            <w:tcW w:type="dxa" w:w="2880"/>
          </w:tcPr>
          <w:p>
            <w:r>
              <w:t>0</w:t>
            </w:r>
          </w:p>
        </w:tc>
      </w:tr>
      <w:tr>
        <w:tc>
          <w:tcPr>
            <w:tcW w:type="dxa" w:w="2880"/>
          </w:tcPr>
          <w:p>
            <w:r>
              <w:t>2026-08-10</w:t>
            </w:r>
          </w:p>
        </w:tc>
        <w:tc>
          <w:tcPr>
            <w:tcW w:type="dxa" w:w="2880"/>
          </w:tcPr>
          <w:p>
            <w:r>
              <w:t>exhibition</w:t>
            </w:r>
          </w:p>
        </w:tc>
        <w:tc>
          <w:tcPr>
            <w:tcW w:type="dxa" w:w="2880"/>
          </w:tcPr>
          <w:p>
            <w:r>
              <w:t>1</w:t>
            </w:r>
          </w:p>
        </w:tc>
      </w:tr>
      <w:tr>
        <w:tc>
          <w:tcPr>
            <w:tcW w:type="dxa" w:w="2880"/>
          </w:tcPr>
          <w:p>
            <w:r>
              <w:t>2026-08-10</w:t>
            </w:r>
          </w:p>
        </w:tc>
        <w:tc>
          <w:tcPr>
            <w:tcW w:type="dxa" w:w="2880"/>
          </w:tcPr>
          <w:p>
            <w:r>
              <w:t>concert</w:t>
            </w:r>
          </w:p>
        </w:tc>
        <w:tc>
          <w:tcPr>
            <w:tcW w:type="dxa" w:w="2880"/>
          </w:tcPr>
          <w:p>
            <w:r>
              <w:t>0</w:t>
            </w:r>
          </w:p>
        </w:tc>
      </w:tr>
      <w:tr>
        <w:tc>
          <w:tcPr>
            <w:tcW w:type="dxa" w:w="2880"/>
          </w:tcPr>
          <w:p>
            <w:r>
              <w:t>2026-08-10</w:t>
            </w:r>
          </w:p>
        </w:tc>
        <w:tc>
          <w:tcPr>
            <w:tcW w:type="dxa" w:w="2880"/>
          </w:tcPr>
          <w:p>
            <w:r>
              <w:t>match</w:t>
            </w:r>
          </w:p>
        </w:tc>
        <w:tc>
          <w:tcPr>
            <w:tcW w:type="dxa" w:w="2880"/>
          </w:tcPr>
          <w:p>
            <w:r>
              <w:t>2</w:t>
            </w:r>
          </w:p>
        </w:tc>
      </w:tr>
      <w:tr>
        <w:tc>
          <w:tcPr>
            <w:tcW w:type="dxa" w:w="2880"/>
          </w:tcPr>
          <w:p>
            <w:r>
              <w:t>2026-08-10</w:t>
            </w:r>
          </w:p>
        </w:tc>
        <w:tc>
          <w:tcPr>
            <w:tcW w:type="dxa" w:w="2880"/>
          </w:tcPr>
          <w:p>
            <w:r>
              <w:t>market</w:t>
            </w:r>
          </w:p>
        </w:tc>
        <w:tc>
          <w:tcPr>
            <w:tcW w:type="dxa" w:w="2880"/>
          </w:tcPr>
          <w:p>
            <w:r>
              <w:t>0</w:t>
            </w:r>
          </w:p>
        </w:tc>
      </w:tr>
      <w:tr>
        <w:tc>
          <w:tcPr>
            <w:tcW w:type="dxa" w:w="2880"/>
          </w:tcPr>
          <w:p>
            <w:r>
              <w:t>2026-08-10</w:t>
            </w:r>
          </w:p>
        </w:tc>
        <w:tc>
          <w:tcPr>
            <w:tcW w:type="dxa" w:w="2880"/>
          </w:tcPr>
          <w:p>
            <w:r>
              <w:t>festival</w:t>
            </w:r>
          </w:p>
        </w:tc>
        <w:tc>
          <w:tcPr>
            <w:tcW w:type="dxa" w:w="2880"/>
          </w:tcPr>
          <w:p>
            <w:r>
              <w:t>0</w:t>
            </w:r>
          </w:p>
        </w:tc>
      </w:tr>
      <w:tr>
        <w:tc>
          <w:tcPr>
            <w:tcW w:type="dxa" w:w="2880"/>
          </w:tcPr>
          <w:p>
            <w:r>
              <w:t>2026-08-17</w:t>
            </w:r>
          </w:p>
        </w:tc>
        <w:tc>
          <w:tcPr>
            <w:tcW w:type="dxa" w:w="2880"/>
          </w:tcPr>
          <w:p>
            <w:r>
              <w:t>exhibition</w:t>
            </w:r>
          </w:p>
        </w:tc>
        <w:tc>
          <w:tcPr>
            <w:tcW w:type="dxa" w:w="2880"/>
          </w:tcPr>
          <w:p>
            <w:r>
              <w:t>1</w:t>
            </w:r>
          </w:p>
        </w:tc>
      </w:tr>
      <w:tr>
        <w:tc>
          <w:tcPr>
            <w:tcW w:type="dxa" w:w="2880"/>
          </w:tcPr>
          <w:p>
            <w:r>
              <w:t>2026-08-17</w:t>
            </w:r>
          </w:p>
        </w:tc>
        <w:tc>
          <w:tcPr>
            <w:tcW w:type="dxa" w:w="2880"/>
          </w:tcPr>
          <w:p>
            <w:r>
              <w:t>concert</w:t>
            </w:r>
          </w:p>
        </w:tc>
        <w:tc>
          <w:tcPr>
            <w:tcW w:type="dxa" w:w="2880"/>
          </w:tcPr>
          <w:p>
            <w:r>
              <w:t>1</w:t>
            </w:r>
          </w:p>
        </w:tc>
      </w:tr>
      <w:tr>
        <w:tc>
          <w:tcPr>
            <w:tcW w:type="dxa" w:w="2880"/>
          </w:tcPr>
          <w:p>
            <w:r>
              <w:t>2026-08-17</w:t>
            </w:r>
          </w:p>
        </w:tc>
        <w:tc>
          <w:tcPr>
            <w:tcW w:type="dxa" w:w="2880"/>
          </w:tcPr>
          <w:p>
            <w:r>
              <w:t>match</w:t>
            </w:r>
          </w:p>
        </w:tc>
        <w:tc>
          <w:tcPr>
            <w:tcW w:type="dxa" w:w="2880"/>
          </w:tcPr>
          <w:p>
            <w:r>
              <w:t>0</w:t>
            </w:r>
          </w:p>
        </w:tc>
      </w:tr>
      <w:tr>
        <w:tc>
          <w:tcPr>
            <w:tcW w:type="dxa" w:w="2880"/>
          </w:tcPr>
          <w:p>
            <w:r>
              <w:t>2026-08-17</w:t>
            </w:r>
          </w:p>
        </w:tc>
        <w:tc>
          <w:tcPr>
            <w:tcW w:type="dxa" w:w="2880"/>
          </w:tcPr>
          <w:p>
            <w:r>
              <w:t>market</w:t>
            </w:r>
          </w:p>
        </w:tc>
        <w:tc>
          <w:tcPr>
            <w:tcW w:type="dxa" w:w="2880"/>
          </w:tcPr>
          <w:p>
            <w:r>
              <w:t>0</w:t>
            </w:r>
          </w:p>
        </w:tc>
      </w:tr>
      <w:tr>
        <w:tc>
          <w:tcPr>
            <w:tcW w:type="dxa" w:w="2880"/>
          </w:tcPr>
          <w:p>
            <w:r>
              <w:t>2026-08-17</w:t>
            </w:r>
          </w:p>
        </w:tc>
        <w:tc>
          <w:tcPr>
            <w:tcW w:type="dxa" w:w="2880"/>
          </w:tcPr>
          <w:p>
            <w:r>
              <w:t>festival</w:t>
            </w:r>
          </w:p>
        </w:tc>
        <w:tc>
          <w:tcPr>
            <w:tcW w:type="dxa" w:w="2880"/>
          </w:tcPr>
          <w:p>
            <w:r>
              <w:t>0</w:t>
            </w:r>
          </w:p>
        </w:tc>
      </w:tr>
      <w:tr>
        <w:tc>
          <w:tcPr>
            <w:tcW w:type="dxa" w:w="2880"/>
          </w:tcPr>
          <w:p>
            <w:r>
              <w:t>2026-08-24</w:t>
            </w:r>
          </w:p>
        </w:tc>
        <w:tc>
          <w:tcPr>
            <w:tcW w:type="dxa" w:w="2880"/>
          </w:tcPr>
          <w:p>
            <w:r>
              <w:t>exhibition</w:t>
            </w:r>
          </w:p>
        </w:tc>
        <w:tc>
          <w:tcPr>
            <w:tcW w:type="dxa" w:w="2880"/>
          </w:tcPr>
          <w:p>
            <w:r>
              <w:t>0</w:t>
            </w:r>
          </w:p>
        </w:tc>
      </w:tr>
      <w:tr>
        <w:tc>
          <w:tcPr>
            <w:tcW w:type="dxa" w:w="2880"/>
          </w:tcPr>
          <w:p>
            <w:r>
              <w:t>2026-08-24</w:t>
            </w:r>
          </w:p>
        </w:tc>
        <w:tc>
          <w:tcPr>
            <w:tcW w:type="dxa" w:w="2880"/>
          </w:tcPr>
          <w:p>
            <w:r>
              <w:t>concert</w:t>
            </w:r>
          </w:p>
        </w:tc>
        <w:tc>
          <w:tcPr>
            <w:tcW w:type="dxa" w:w="2880"/>
          </w:tcPr>
          <w:p>
            <w:r>
              <w:t>1</w:t>
            </w:r>
          </w:p>
        </w:tc>
      </w:tr>
      <w:tr>
        <w:tc>
          <w:tcPr>
            <w:tcW w:type="dxa" w:w="2880"/>
          </w:tcPr>
          <w:p>
            <w:r>
              <w:t>2026-08-24</w:t>
            </w:r>
          </w:p>
        </w:tc>
        <w:tc>
          <w:tcPr>
            <w:tcW w:type="dxa" w:w="2880"/>
          </w:tcPr>
          <w:p>
            <w:r>
              <w:t>match</w:t>
            </w:r>
          </w:p>
        </w:tc>
        <w:tc>
          <w:tcPr>
            <w:tcW w:type="dxa" w:w="2880"/>
          </w:tcPr>
          <w:p>
            <w:r>
              <w:t>1</w:t>
            </w:r>
          </w:p>
        </w:tc>
      </w:tr>
      <w:tr>
        <w:tc>
          <w:tcPr>
            <w:tcW w:type="dxa" w:w="2880"/>
          </w:tcPr>
          <w:p>
            <w:r>
              <w:t>2026-08-24</w:t>
            </w:r>
          </w:p>
        </w:tc>
        <w:tc>
          <w:tcPr>
            <w:tcW w:type="dxa" w:w="2880"/>
          </w:tcPr>
          <w:p>
            <w:r>
              <w:t>market</w:t>
            </w:r>
          </w:p>
        </w:tc>
        <w:tc>
          <w:tcPr>
            <w:tcW w:type="dxa" w:w="2880"/>
          </w:tcPr>
          <w:p>
            <w:r>
              <w:t>0</w:t>
            </w:r>
          </w:p>
        </w:tc>
      </w:tr>
      <w:tr>
        <w:tc>
          <w:tcPr>
            <w:tcW w:type="dxa" w:w="2880"/>
          </w:tcPr>
          <w:p>
            <w:r>
              <w:t>2026-08-24</w:t>
            </w:r>
          </w:p>
        </w:tc>
        <w:tc>
          <w:tcPr>
            <w:tcW w:type="dxa" w:w="2880"/>
          </w:tcPr>
          <w:p>
            <w:r>
              <w:t>festival</w:t>
            </w:r>
          </w:p>
        </w:tc>
        <w:tc>
          <w:tcPr>
            <w:tcW w:type="dxa" w:w="2880"/>
          </w:tcPr>
          <w:p>
            <w:r>
              <w:t>1</w:t>
            </w:r>
          </w:p>
        </w:tc>
      </w:tr>
      <w:tr>
        <w:tc>
          <w:tcPr>
            <w:tcW w:type="dxa" w:w="2880"/>
          </w:tcPr>
          <w:p>
            <w:r>
              <w:t>2026-08-31</w:t>
            </w:r>
          </w:p>
        </w:tc>
        <w:tc>
          <w:tcPr>
            <w:tcW w:type="dxa" w:w="2880"/>
          </w:tcPr>
          <w:p>
            <w:r>
              <w:t>exhibition</w:t>
            </w:r>
          </w:p>
        </w:tc>
        <w:tc>
          <w:tcPr>
            <w:tcW w:type="dxa" w:w="2880"/>
          </w:tcPr>
          <w:p>
            <w:r>
              <w:t>1</w:t>
            </w:r>
          </w:p>
        </w:tc>
      </w:tr>
      <w:tr>
        <w:tc>
          <w:tcPr>
            <w:tcW w:type="dxa" w:w="2880"/>
          </w:tcPr>
          <w:p>
            <w:r>
              <w:t>2026-08-31</w:t>
            </w:r>
          </w:p>
        </w:tc>
        <w:tc>
          <w:tcPr>
            <w:tcW w:type="dxa" w:w="2880"/>
          </w:tcPr>
          <w:p>
            <w:r>
              <w:t>concert</w:t>
            </w:r>
          </w:p>
        </w:tc>
        <w:tc>
          <w:tcPr>
            <w:tcW w:type="dxa" w:w="2880"/>
          </w:tcPr>
          <w:p>
            <w:r>
              <w:t>1</w:t>
            </w:r>
          </w:p>
        </w:tc>
      </w:tr>
      <w:tr>
        <w:tc>
          <w:tcPr>
            <w:tcW w:type="dxa" w:w="2880"/>
          </w:tcPr>
          <w:p>
            <w:r>
              <w:t>2026-08-31</w:t>
            </w:r>
          </w:p>
        </w:tc>
        <w:tc>
          <w:tcPr>
            <w:tcW w:type="dxa" w:w="2880"/>
          </w:tcPr>
          <w:p>
            <w:r>
              <w:t>match</w:t>
            </w:r>
          </w:p>
        </w:tc>
        <w:tc>
          <w:tcPr>
            <w:tcW w:type="dxa" w:w="2880"/>
          </w:tcPr>
          <w:p>
            <w:r>
              <w:t>0</w:t>
            </w:r>
          </w:p>
        </w:tc>
      </w:tr>
      <w:tr>
        <w:tc>
          <w:tcPr>
            <w:tcW w:type="dxa" w:w="2880"/>
          </w:tcPr>
          <w:p>
            <w:r>
              <w:t>2026-08-31</w:t>
            </w:r>
          </w:p>
        </w:tc>
        <w:tc>
          <w:tcPr>
            <w:tcW w:type="dxa" w:w="2880"/>
          </w:tcPr>
          <w:p>
            <w:r>
              <w:t>market</w:t>
            </w:r>
          </w:p>
        </w:tc>
        <w:tc>
          <w:tcPr>
            <w:tcW w:type="dxa" w:w="2880"/>
          </w:tcPr>
          <w:p>
            <w:r>
              <w:t>0</w:t>
            </w:r>
          </w:p>
        </w:tc>
      </w:tr>
      <w:tr>
        <w:tc>
          <w:tcPr>
            <w:tcW w:type="dxa" w:w="2880"/>
          </w:tcPr>
          <w:p>
            <w:r>
              <w:t>2026-08-31</w:t>
            </w:r>
          </w:p>
        </w:tc>
        <w:tc>
          <w:tcPr>
            <w:tcW w:type="dxa" w:w="2880"/>
          </w:tcPr>
          <w:p>
            <w:r>
              <w:t>festival</w:t>
            </w:r>
          </w:p>
        </w:tc>
        <w:tc>
          <w:tcPr>
            <w:tcW w:type="dxa" w:w="2880"/>
          </w:tcPr>
          <w:p>
            <w:r>
              <w:t>0</w:t>
            </w:r>
          </w:p>
        </w:tc>
      </w:tr>
      <w:tr>
        <w:tc>
          <w:tcPr>
            <w:tcW w:type="dxa" w:w="2880"/>
          </w:tcPr>
          <w:p>
            <w:r>
              <w:t>2026-09-07</w:t>
            </w:r>
          </w:p>
        </w:tc>
        <w:tc>
          <w:tcPr>
            <w:tcW w:type="dxa" w:w="2880"/>
          </w:tcPr>
          <w:p>
            <w:r>
              <w:t>exhibition</w:t>
            </w:r>
          </w:p>
        </w:tc>
        <w:tc>
          <w:tcPr>
            <w:tcW w:type="dxa" w:w="2880"/>
          </w:tcPr>
          <w:p>
            <w:r>
              <w:t>1</w:t>
            </w:r>
          </w:p>
        </w:tc>
      </w:tr>
      <w:tr>
        <w:tc>
          <w:tcPr>
            <w:tcW w:type="dxa" w:w="2880"/>
          </w:tcPr>
          <w:p>
            <w:r>
              <w:t>2026-09-07</w:t>
            </w:r>
          </w:p>
        </w:tc>
        <w:tc>
          <w:tcPr>
            <w:tcW w:type="dxa" w:w="2880"/>
          </w:tcPr>
          <w:p>
            <w:r>
              <w:t>concert</w:t>
            </w:r>
          </w:p>
        </w:tc>
        <w:tc>
          <w:tcPr>
            <w:tcW w:type="dxa" w:w="2880"/>
          </w:tcPr>
          <w:p>
            <w:r>
              <w:t>0</w:t>
            </w:r>
          </w:p>
        </w:tc>
      </w:tr>
      <w:tr>
        <w:tc>
          <w:tcPr>
            <w:tcW w:type="dxa" w:w="2880"/>
          </w:tcPr>
          <w:p>
            <w:r>
              <w:t>2026-09-07</w:t>
            </w:r>
          </w:p>
        </w:tc>
        <w:tc>
          <w:tcPr>
            <w:tcW w:type="dxa" w:w="2880"/>
          </w:tcPr>
          <w:p>
            <w:r>
              <w:t>match</w:t>
            </w:r>
          </w:p>
        </w:tc>
        <w:tc>
          <w:tcPr>
            <w:tcW w:type="dxa" w:w="2880"/>
          </w:tcPr>
          <w:p>
            <w:r>
              <w:t>1</w:t>
            </w:r>
          </w:p>
        </w:tc>
      </w:tr>
      <w:tr>
        <w:tc>
          <w:tcPr>
            <w:tcW w:type="dxa" w:w="2880"/>
          </w:tcPr>
          <w:p>
            <w:r>
              <w:t>2026-09-07</w:t>
            </w:r>
          </w:p>
        </w:tc>
        <w:tc>
          <w:tcPr>
            <w:tcW w:type="dxa" w:w="2880"/>
          </w:tcPr>
          <w:p>
            <w:r>
              <w:t>market</w:t>
            </w:r>
          </w:p>
        </w:tc>
        <w:tc>
          <w:tcPr>
            <w:tcW w:type="dxa" w:w="2880"/>
          </w:tcPr>
          <w:p>
            <w:r>
              <w:t>1</w:t>
            </w:r>
          </w:p>
        </w:tc>
      </w:tr>
      <w:tr>
        <w:tc>
          <w:tcPr>
            <w:tcW w:type="dxa" w:w="2880"/>
          </w:tcPr>
          <w:p>
            <w:r>
              <w:t>2026-09-07</w:t>
            </w:r>
          </w:p>
        </w:tc>
        <w:tc>
          <w:tcPr>
            <w:tcW w:type="dxa" w:w="2880"/>
          </w:tcPr>
          <w:p>
            <w:r>
              <w:t>festival</w:t>
            </w:r>
          </w:p>
        </w:tc>
        <w:tc>
          <w:tcPr>
            <w:tcW w:type="dxa" w:w="2880"/>
          </w:tcPr>
          <w:p>
            <w:r>
              <w:t>0</w:t>
            </w:r>
          </w:p>
        </w:tc>
      </w:tr>
      <w:tr>
        <w:tc>
          <w:tcPr>
            <w:tcW w:type="dxa" w:w="2880"/>
          </w:tcPr>
          <w:p>
            <w:r>
              <w:t>2026-09-14</w:t>
            </w:r>
          </w:p>
        </w:tc>
        <w:tc>
          <w:tcPr>
            <w:tcW w:type="dxa" w:w="2880"/>
          </w:tcPr>
          <w:p>
            <w:r>
              <w:t>exhibition</w:t>
            </w:r>
          </w:p>
        </w:tc>
        <w:tc>
          <w:tcPr>
            <w:tcW w:type="dxa" w:w="2880"/>
          </w:tcPr>
          <w:p>
            <w:r>
              <w:t>1</w:t>
            </w:r>
          </w:p>
        </w:tc>
      </w:tr>
      <w:tr>
        <w:tc>
          <w:tcPr>
            <w:tcW w:type="dxa" w:w="2880"/>
          </w:tcPr>
          <w:p>
            <w:r>
              <w:t>2026-09-14</w:t>
            </w:r>
          </w:p>
        </w:tc>
        <w:tc>
          <w:tcPr>
            <w:tcW w:type="dxa" w:w="2880"/>
          </w:tcPr>
          <w:p>
            <w:r>
              <w:t>concert</w:t>
            </w:r>
          </w:p>
        </w:tc>
        <w:tc>
          <w:tcPr>
            <w:tcW w:type="dxa" w:w="2880"/>
          </w:tcPr>
          <w:p>
            <w:r>
              <w:t>0</w:t>
            </w:r>
          </w:p>
        </w:tc>
      </w:tr>
      <w:tr>
        <w:tc>
          <w:tcPr>
            <w:tcW w:type="dxa" w:w="2880"/>
          </w:tcPr>
          <w:p>
            <w:r>
              <w:t>2026-09-14</w:t>
            </w:r>
          </w:p>
        </w:tc>
        <w:tc>
          <w:tcPr>
            <w:tcW w:type="dxa" w:w="2880"/>
          </w:tcPr>
          <w:p>
            <w:r>
              <w:t>match</w:t>
            </w:r>
          </w:p>
        </w:tc>
        <w:tc>
          <w:tcPr>
            <w:tcW w:type="dxa" w:w="2880"/>
          </w:tcPr>
          <w:p>
            <w:r>
              <w:t>1</w:t>
            </w:r>
          </w:p>
        </w:tc>
      </w:tr>
      <w:tr>
        <w:tc>
          <w:tcPr>
            <w:tcW w:type="dxa" w:w="2880"/>
          </w:tcPr>
          <w:p>
            <w:r>
              <w:t>2026-09-14</w:t>
            </w:r>
          </w:p>
        </w:tc>
        <w:tc>
          <w:tcPr>
            <w:tcW w:type="dxa" w:w="2880"/>
          </w:tcPr>
          <w:p>
            <w:r>
              <w:t>market</w:t>
            </w:r>
          </w:p>
        </w:tc>
        <w:tc>
          <w:tcPr>
            <w:tcW w:type="dxa" w:w="2880"/>
          </w:tcPr>
          <w:p>
            <w:r>
              <w:t>1</w:t>
            </w:r>
          </w:p>
        </w:tc>
      </w:tr>
      <w:tr>
        <w:tc>
          <w:tcPr>
            <w:tcW w:type="dxa" w:w="2880"/>
          </w:tcPr>
          <w:p>
            <w:r>
              <w:t>2026-09-14</w:t>
            </w:r>
          </w:p>
        </w:tc>
        <w:tc>
          <w:tcPr>
            <w:tcW w:type="dxa" w:w="2880"/>
          </w:tcPr>
          <w:p>
            <w:r>
              <w:t>festival</w:t>
            </w:r>
          </w:p>
        </w:tc>
        <w:tc>
          <w:tcPr>
            <w:tcW w:type="dxa" w:w="2880"/>
          </w:tcPr>
          <w:p>
            <w:r>
              <w:t>3</w:t>
            </w:r>
          </w:p>
        </w:tc>
      </w:tr>
      <w:tr>
        <w:tc>
          <w:tcPr>
            <w:tcW w:type="dxa" w:w="2880"/>
          </w:tcPr>
          <w:p>
            <w:r>
              <w:t>2026-09-21</w:t>
            </w:r>
          </w:p>
        </w:tc>
        <w:tc>
          <w:tcPr>
            <w:tcW w:type="dxa" w:w="2880"/>
          </w:tcPr>
          <w:p>
            <w:r>
              <w:t>exhibition</w:t>
            </w:r>
          </w:p>
        </w:tc>
        <w:tc>
          <w:tcPr>
            <w:tcW w:type="dxa" w:w="2880"/>
          </w:tcPr>
          <w:p>
            <w:r>
              <w:t>0</w:t>
            </w:r>
          </w:p>
        </w:tc>
      </w:tr>
      <w:tr>
        <w:tc>
          <w:tcPr>
            <w:tcW w:type="dxa" w:w="2880"/>
          </w:tcPr>
          <w:p>
            <w:r>
              <w:t>2026-09-21</w:t>
            </w:r>
          </w:p>
        </w:tc>
        <w:tc>
          <w:tcPr>
            <w:tcW w:type="dxa" w:w="2880"/>
          </w:tcPr>
          <w:p>
            <w:r>
              <w:t>concert</w:t>
            </w:r>
          </w:p>
        </w:tc>
        <w:tc>
          <w:tcPr>
            <w:tcW w:type="dxa" w:w="2880"/>
          </w:tcPr>
          <w:p>
            <w:r>
              <w:t>0</w:t>
            </w:r>
          </w:p>
        </w:tc>
      </w:tr>
      <w:tr>
        <w:tc>
          <w:tcPr>
            <w:tcW w:type="dxa" w:w="2880"/>
          </w:tcPr>
          <w:p>
            <w:r>
              <w:t>2026-09-21</w:t>
            </w:r>
          </w:p>
        </w:tc>
        <w:tc>
          <w:tcPr>
            <w:tcW w:type="dxa" w:w="2880"/>
          </w:tcPr>
          <w:p>
            <w:r>
              <w:t>match</w:t>
            </w:r>
          </w:p>
        </w:tc>
        <w:tc>
          <w:tcPr>
            <w:tcW w:type="dxa" w:w="2880"/>
          </w:tcPr>
          <w:p>
            <w:r>
              <w:t>0</w:t>
            </w:r>
          </w:p>
        </w:tc>
      </w:tr>
      <w:tr>
        <w:tc>
          <w:tcPr>
            <w:tcW w:type="dxa" w:w="2880"/>
          </w:tcPr>
          <w:p>
            <w:r>
              <w:t>2026-09-21</w:t>
            </w:r>
          </w:p>
        </w:tc>
        <w:tc>
          <w:tcPr>
            <w:tcW w:type="dxa" w:w="2880"/>
          </w:tcPr>
          <w:p>
            <w:r>
              <w:t>market</w:t>
            </w:r>
          </w:p>
        </w:tc>
        <w:tc>
          <w:tcPr>
            <w:tcW w:type="dxa" w:w="2880"/>
          </w:tcPr>
          <w:p>
            <w:r>
              <w:t>0</w:t>
            </w:r>
          </w:p>
        </w:tc>
      </w:tr>
      <w:tr>
        <w:tc>
          <w:tcPr>
            <w:tcW w:type="dxa" w:w="2880"/>
          </w:tcPr>
          <w:p>
            <w:r>
              <w:t>2026-09-21</w:t>
            </w:r>
          </w:p>
        </w:tc>
        <w:tc>
          <w:tcPr>
            <w:tcW w:type="dxa" w:w="2880"/>
          </w:tcPr>
          <w:p>
            <w:r>
              <w:t>festival</w:t>
            </w:r>
          </w:p>
        </w:tc>
        <w:tc>
          <w:tcPr>
            <w:tcW w:type="dxa" w:w="2880"/>
          </w:tcPr>
          <w:p>
            <w:r>
              <w:t>0</w:t>
            </w:r>
          </w:p>
        </w:tc>
      </w:tr>
      <w:tr>
        <w:tc>
          <w:tcPr>
            <w:tcW w:type="dxa" w:w="2880"/>
          </w:tcPr>
          <w:p>
            <w:r>
              <w:t>2026-09-28</w:t>
            </w:r>
          </w:p>
        </w:tc>
        <w:tc>
          <w:tcPr>
            <w:tcW w:type="dxa" w:w="2880"/>
          </w:tcPr>
          <w:p>
            <w:r>
              <w:t>exhibition</w:t>
            </w:r>
          </w:p>
        </w:tc>
        <w:tc>
          <w:tcPr>
            <w:tcW w:type="dxa" w:w="2880"/>
          </w:tcPr>
          <w:p>
            <w:r>
              <w:t>0</w:t>
            </w:r>
          </w:p>
        </w:tc>
      </w:tr>
      <w:tr>
        <w:tc>
          <w:tcPr>
            <w:tcW w:type="dxa" w:w="2880"/>
          </w:tcPr>
          <w:p>
            <w:r>
              <w:t>2026-09-28</w:t>
            </w:r>
          </w:p>
        </w:tc>
        <w:tc>
          <w:tcPr>
            <w:tcW w:type="dxa" w:w="2880"/>
          </w:tcPr>
          <w:p>
            <w:r>
              <w:t>concert</w:t>
            </w:r>
          </w:p>
        </w:tc>
        <w:tc>
          <w:tcPr>
            <w:tcW w:type="dxa" w:w="2880"/>
          </w:tcPr>
          <w:p>
            <w:r>
              <w:t>0</w:t>
            </w:r>
          </w:p>
        </w:tc>
      </w:tr>
      <w:tr>
        <w:tc>
          <w:tcPr>
            <w:tcW w:type="dxa" w:w="2880"/>
          </w:tcPr>
          <w:p>
            <w:r>
              <w:t>2026-09-28</w:t>
            </w:r>
          </w:p>
        </w:tc>
        <w:tc>
          <w:tcPr>
            <w:tcW w:type="dxa" w:w="2880"/>
          </w:tcPr>
          <w:p>
            <w:r>
              <w:t>match</w:t>
            </w:r>
          </w:p>
        </w:tc>
        <w:tc>
          <w:tcPr>
            <w:tcW w:type="dxa" w:w="2880"/>
          </w:tcPr>
          <w:p>
            <w:r>
              <w:t>0</w:t>
            </w:r>
          </w:p>
        </w:tc>
      </w:tr>
      <w:tr>
        <w:tc>
          <w:tcPr>
            <w:tcW w:type="dxa" w:w="2880"/>
          </w:tcPr>
          <w:p>
            <w:r>
              <w:t>2026-09-28</w:t>
            </w:r>
          </w:p>
        </w:tc>
        <w:tc>
          <w:tcPr>
            <w:tcW w:type="dxa" w:w="2880"/>
          </w:tcPr>
          <w:p>
            <w:r>
              <w:t>market</w:t>
            </w:r>
          </w:p>
        </w:tc>
        <w:tc>
          <w:tcPr>
            <w:tcW w:type="dxa" w:w="2880"/>
          </w:tcPr>
          <w:p>
            <w:r>
              <w:t>0</w:t>
            </w:r>
          </w:p>
        </w:tc>
      </w:tr>
      <w:tr>
        <w:tc>
          <w:tcPr>
            <w:tcW w:type="dxa" w:w="2880"/>
          </w:tcPr>
          <w:p>
            <w:r>
              <w:t>2026-09-28</w:t>
            </w:r>
          </w:p>
        </w:tc>
        <w:tc>
          <w:tcPr>
            <w:tcW w:type="dxa" w:w="2880"/>
          </w:tcPr>
          <w:p>
            <w:r>
              <w:t>festival</w:t>
            </w:r>
          </w:p>
        </w:tc>
        <w:tc>
          <w:tcPr>
            <w:tcW w:type="dxa" w:w="2880"/>
          </w:tcPr>
          <w:p>
            <w:r>
              <w:t>0</w:t>
            </w:r>
          </w:p>
        </w:tc>
      </w:tr>
      <w:tr>
        <w:tc>
          <w:tcPr>
            <w:tcW w:type="dxa" w:w="2880"/>
          </w:tcPr>
          <w:p>
            <w:r>
              <w:t>2026-10-05</w:t>
            </w:r>
          </w:p>
        </w:tc>
        <w:tc>
          <w:tcPr>
            <w:tcW w:type="dxa" w:w="2880"/>
          </w:tcPr>
          <w:p>
            <w:r>
              <w:t>exhibition</w:t>
            </w:r>
          </w:p>
        </w:tc>
        <w:tc>
          <w:tcPr>
            <w:tcW w:type="dxa" w:w="2880"/>
          </w:tcPr>
          <w:p>
            <w:r>
              <w:t>0</w:t>
            </w:r>
          </w:p>
        </w:tc>
      </w:tr>
      <w:tr>
        <w:tc>
          <w:tcPr>
            <w:tcW w:type="dxa" w:w="2880"/>
          </w:tcPr>
          <w:p>
            <w:r>
              <w:t>2026-10-05</w:t>
            </w:r>
          </w:p>
        </w:tc>
        <w:tc>
          <w:tcPr>
            <w:tcW w:type="dxa" w:w="2880"/>
          </w:tcPr>
          <w:p>
            <w:r>
              <w:t>concert</w:t>
            </w:r>
          </w:p>
        </w:tc>
        <w:tc>
          <w:tcPr>
            <w:tcW w:type="dxa" w:w="2880"/>
          </w:tcPr>
          <w:p>
            <w:r>
              <w:t>2</w:t>
            </w:r>
          </w:p>
        </w:tc>
      </w:tr>
      <w:tr>
        <w:tc>
          <w:tcPr>
            <w:tcW w:type="dxa" w:w="2880"/>
          </w:tcPr>
          <w:p>
            <w:r>
              <w:t>2026-10-05</w:t>
            </w:r>
          </w:p>
        </w:tc>
        <w:tc>
          <w:tcPr>
            <w:tcW w:type="dxa" w:w="2880"/>
          </w:tcPr>
          <w:p>
            <w:r>
              <w:t>match</w:t>
            </w:r>
          </w:p>
        </w:tc>
        <w:tc>
          <w:tcPr>
            <w:tcW w:type="dxa" w:w="2880"/>
          </w:tcPr>
          <w:p>
            <w:r>
              <w:t>0</w:t>
            </w:r>
          </w:p>
        </w:tc>
      </w:tr>
      <w:tr>
        <w:tc>
          <w:tcPr>
            <w:tcW w:type="dxa" w:w="2880"/>
          </w:tcPr>
          <w:p>
            <w:r>
              <w:t>2026-10-05</w:t>
            </w:r>
          </w:p>
        </w:tc>
        <w:tc>
          <w:tcPr>
            <w:tcW w:type="dxa" w:w="2880"/>
          </w:tcPr>
          <w:p>
            <w:r>
              <w:t>market</w:t>
            </w:r>
          </w:p>
        </w:tc>
        <w:tc>
          <w:tcPr>
            <w:tcW w:type="dxa" w:w="2880"/>
          </w:tcPr>
          <w:p>
            <w:r>
              <w:t>1</w:t>
            </w:r>
          </w:p>
        </w:tc>
      </w:tr>
      <w:tr>
        <w:tc>
          <w:tcPr>
            <w:tcW w:type="dxa" w:w="2880"/>
          </w:tcPr>
          <w:p>
            <w:r>
              <w:t>2026-10-05</w:t>
            </w:r>
          </w:p>
        </w:tc>
        <w:tc>
          <w:tcPr>
            <w:tcW w:type="dxa" w:w="2880"/>
          </w:tcPr>
          <w:p>
            <w:r>
              <w:t>festival</w:t>
            </w:r>
          </w:p>
        </w:tc>
        <w:tc>
          <w:tcPr>
            <w:tcW w:type="dxa" w:w="2880"/>
          </w:tcPr>
          <w:p>
            <w:r>
              <w:t>1</w:t>
            </w:r>
          </w:p>
        </w:tc>
      </w:tr>
      <w:tr>
        <w:tc>
          <w:tcPr>
            <w:tcW w:type="dxa" w:w="2880"/>
          </w:tcPr>
          <w:p>
            <w:r>
              <w:t>2026-10-12</w:t>
            </w:r>
          </w:p>
        </w:tc>
        <w:tc>
          <w:tcPr>
            <w:tcW w:type="dxa" w:w="2880"/>
          </w:tcPr>
          <w:p>
            <w:r>
              <w:t>exhibition</w:t>
            </w:r>
          </w:p>
        </w:tc>
        <w:tc>
          <w:tcPr>
            <w:tcW w:type="dxa" w:w="2880"/>
          </w:tcPr>
          <w:p>
            <w:r>
              <w:t>1</w:t>
            </w:r>
          </w:p>
        </w:tc>
      </w:tr>
      <w:tr>
        <w:tc>
          <w:tcPr>
            <w:tcW w:type="dxa" w:w="2880"/>
          </w:tcPr>
          <w:p>
            <w:r>
              <w:t>2026-10-12</w:t>
            </w:r>
          </w:p>
        </w:tc>
        <w:tc>
          <w:tcPr>
            <w:tcW w:type="dxa" w:w="2880"/>
          </w:tcPr>
          <w:p>
            <w:r>
              <w:t>concert</w:t>
            </w:r>
          </w:p>
        </w:tc>
        <w:tc>
          <w:tcPr>
            <w:tcW w:type="dxa" w:w="2880"/>
          </w:tcPr>
          <w:p>
            <w:r>
              <w:t>0</w:t>
            </w:r>
          </w:p>
        </w:tc>
      </w:tr>
      <w:tr>
        <w:tc>
          <w:tcPr>
            <w:tcW w:type="dxa" w:w="2880"/>
          </w:tcPr>
          <w:p>
            <w:r>
              <w:t>2026-10-12</w:t>
            </w:r>
          </w:p>
        </w:tc>
        <w:tc>
          <w:tcPr>
            <w:tcW w:type="dxa" w:w="2880"/>
          </w:tcPr>
          <w:p>
            <w:r>
              <w:t>match</w:t>
            </w:r>
          </w:p>
        </w:tc>
        <w:tc>
          <w:tcPr>
            <w:tcW w:type="dxa" w:w="2880"/>
          </w:tcPr>
          <w:p>
            <w:r>
              <w:t>1</w:t>
            </w:r>
          </w:p>
        </w:tc>
      </w:tr>
      <w:tr>
        <w:tc>
          <w:tcPr>
            <w:tcW w:type="dxa" w:w="2880"/>
          </w:tcPr>
          <w:p>
            <w:r>
              <w:t>2026-10-12</w:t>
            </w:r>
          </w:p>
        </w:tc>
        <w:tc>
          <w:tcPr>
            <w:tcW w:type="dxa" w:w="2880"/>
          </w:tcPr>
          <w:p>
            <w:r>
              <w:t>market</w:t>
            </w:r>
          </w:p>
        </w:tc>
        <w:tc>
          <w:tcPr>
            <w:tcW w:type="dxa" w:w="2880"/>
          </w:tcPr>
          <w:p>
            <w:r>
              <w:t>2</w:t>
            </w:r>
          </w:p>
        </w:tc>
      </w:tr>
      <w:tr>
        <w:tc>
          <w:tcPr>
            <w:tcW w:type="dxa" w:w="2880"/>
          </w:tcPr>
          <w:p>
            <w:r>
              <w:t>2026-10-12</w:t>
            </w:r>
          </w:p>
        </w:tc>
        <w:tc>
          <w:tcPr>
            <w:tcW w:type="dxa" w:w="2880"/>
          </w:tcPr>
          <w:p>
            <w:r>
              <w:t>festival</w:t>
            </w:r>
          </w:p>
        </w:tc>
        <w:tc>
          <w:tcPr>
            <w:tcW w:type="dxa" w:w="2880"/>
          </w:tcPr>
          <w:p>
            <w:r>
              <w:t>0</w:t>
            </w:r>
          </w:p>
        </w:tc>
      </w:tr>
      <w:tr>
        <w:tc>
          <w:tcPr>
            <w:tcW w:type="dxa" w:w="2880"/>
          </w:tcPr>
          <w:p>
            <w:r>
              <w:t>2026-10-19</w:t>
            </w:r>
          </w:p>
        </w:tc>
        <w:tc>
          <w:tcPr>
            <w:tcW w:type="dxa" w:w="2880"/>
          </w:tcPr>
          <w:p>
            <w:r>
              <w:t>exhibition</w:t>
            </w:r>
          </w:p>
        </w:tc>
        <w:tc>
          <w:tcPr>
            <w:tcW w:type="dxa" w:w="2880"/>
          </w:tcPr>
          <w:p>
            <w:r>
              <w:t>2</w:t>
            </w:r>
          </w:p>
        </w:tc>
      </w:tr>
      <w:tr>
        <w:tc>
          <w:tcPr>
            <w:tcW w:type="dxa" w:w="2880"/>
          </w:tcPr>
          <w:p>
            <w:r>
              <w:t>2026-10-19</w:t>
            </w:r>
          </w:p>
        </w:tc>
        <w:tc>
          <w:tcPr>
            <w:tcW w:type="dxa" w:w="2880"/>
          </w:tcPr>
          <w:p>
            <w:r>
              <w:t>concert</w:t>
            </w:r>
          </w:p>
        </w:tc>
        <w:tc>
          <w:tcPr>
            <w:tcW w:type="dxa" w:w="2880"/>
          </w:tcPr>
          <w:p>
            <w:r>
              <w:t>1</w:t>
            </w:r>
          </w:p>
        </w:tc>
      </w:tr>
      <w:tr>
        <w:tc>
          <w:tcPr>
            <w:tcW w:type="dxa" w:w="2880"/>
          </w:tcPr>
          <w:p>
            <w:r>
              <w:t>2026-10-19</w:t>
            </w:r>
          </w:p>
        </w:tc>
        <w:tc>
          <w:tcPr>
            <w:tcW w:type="dxa" w:w="2880"/>
          </w:tcPr>
          <w:p>
            <w:r>
              <w:t>match</w:t>
            </w:r>
          </w:p>
        </w:tc>
        <w:tc>
          <w:tcPr>
            <w:tcW w:type="dxa" w:w="2880"/>
          </w:tcPr>
          <w:p>
            <w:r>
              <w:t>0</w:t>
            </w:r>
          </w:p>
        </w:tc>
      </w:tr>
      <w:tr>
        <w:tc>
          <w:tcPr>
            <w:tcW w:type="dxa" w:w="2880"/>
          </w:tcPr>
          <w:p>
            <w:r>
              <w:t>2026-10-19</w:t>
            </w:r>
          </w:p>
        </w:tc>
        <w:tc>
          <w:tcPr>
            <w:tcW w:type="dxa" w:w="2880"/>
          </w:tcPr>
          <w:p>
            <w:r>
              <w:t>market</w:t>
            </w:r>
          </w:p>
        </w:tc>
        <w:tc>
          <w:tcPr>
            <w:tcW w:type="dxa" w:w="2880"/>
          </w:tcPr>
          <w:p>
            <w:r>
              <w:t>0</w:t>
            </w:r>
          </w:p>
        </w:tc>
      </w:tr>
      <w:tr>
        <w:tc>
          <w:tcPr>
            <w:tcW w:type="dxa" w:w="2880"/>
          </w:tcPr>
          <w:p>
            <w:r>
              <w:t>2026-10-19</w:t>
            </w:r>
          </w:p>
        </w:tc>
        <w:tc>
          <w:tcPr>
            <w:tcW w:type="dxa" w:w="2880"/>
          </w:tcPr>
          <w:p>
            <w:r>
              <w:t>festival</w:t>
            </w:r>
          </w:p>
        </w:tc>
        <w:tc>
          <w:tcPr>
            <w:tcW w:type="dxa" w:w="2880"/>
          </w:tcPr>
          <w:p>
            <w:r>
              <w:t>1</w:t>
            </w:r>
          </w:p>
        </w:tc>
      </w:tr>
      <w:tr>
        <w:tc>
          <w:tcPr>
            <w:tcW w:type="dxa" w:w="2880"/>
          </w:tcPr>
          <w:p>
            <w:r>
              <w:t>2026-10-26</w:t>
            </w:r>
          </w:p>
        </w:tc>
        <w:tc>
          <w:tcPr>
            <w:tcW w:type="dxa" w:w="2880"/>
          </w:tcPr>
          <w:p>
            <w:r>
              <w:t>exhibition</w:t>
            </w:r>
          </w:p>
        </w:tc>
        <w:tc>
          <w:tcPr>
            <w:tcW w:type="dxa" w:w="2880"/>
          </w:tcPr>
          <w:p>
            <w:r>
              <w:t>2</w:t>
            </w:r>
          </w:p>
        </w:tc>
      </w:tr>
      <w:tr>
        <w:tc>
          <w:tcPr>
            <w:tcW w:type="dxa" w:w="2880"/>
          </w:tcPr>
          <w:p>
            <w:r>
              <w:t>2026-10-26</w:t>
            </w:r>
          </w:p>
        </w:tc>
        <w:tc>
          <w:tcPr>
            <w:tcW w:type="dxa" w:w="2880"/>
          </w:tcPr>
          <w:p>
            <w:r>
              <w:t>concert</w:t>
            </w:r>
          </w:p>
        </w:tc>
        <w:tc>
          <w:tcPr>
            <w:tcW w:type="dxa" w:w="2880"/>
          </w:tcPr>
          <w:p>
            <w:r>
              <w:t>1</w:t>
            </w:r>
          </w:p>
        </w:tc>
      </w:tr>
      <w:tr>
        <w:tc>
          <w:tcPr>
            <w:tcW w:type="dxa" w:w="2880"/>
          </w:tcPr>
          <w:p>
            <w:r>
              <w:t>2026-10-26</w:t>
            </w:r>
          </w:p>
        </w:tc>
        <w:tc>
          <w:tcPr>
            <w:tcW w:type="dxa" w:w="2880"/>
          </w:tcPr>
          <w:p>
            <w:r>
              <w:t>match</w:t>
            </w:r>
          </w:p>
        </w:tc>
        <w:tc>
          <w:tcPr>
            <w:tcW w:type="dxa" w:w="2880"/>
          </w:tcPr>
          <w:p>
            <w:r>
              <w:t>2</w:t>
            </w:r>
          </w:p>
        </w:tc>
      </w:tr>
      <w:tr>
        <w:tc>
          <w:tcPr>
            <w:tcW w:type="dxa" w:w="2880"/>
          </w:tcPr>
          <w:p>
            <w:r>
              <w:t>2026-10-26</w:t>
            </w:r>
          </w:p>
        </w:tc>
        <w:tc>
          <w:tcPr>
            <w:tcW w:type="dxa" w:w="2880"/>
          </w:tcPr>
          <w:p>
            <w:r>
              <w:t>market</w:t>
            </w:r>
          </w:p>
        </w:tc>
        <w:tc>
          <w:tcPr>
            <w:tcW w:type="dxa" w:w="2880"/>
          </w:tcPr>
          <w:p>
            <w:r>
              <w:t>0</w:t>
            </w:r>
          </w:p>
        </w:tc>
      </w:tr>
      <w:tr>
        <w:tc>
          <w:tcPr>
            <w:tcW w:type="dxa" w:w="2880"/>
          </w:tcPr>
          <w:p>
            <w:r>
              <w:t>2026-10-26</w:t>
            </w:r>
          </w:p>
        </w:tc>
        <w:tc>
          <w:tcPr>
            <w:tcW w:type="dxa" w:w="2880"/>
          </w:tcPr>
          <w:p>
            <w:r>
              <w:t>festival</w:t>
            </w:r>
          </w:p>
        </w:tc>
        <w:tc>
          <w:tcPr>
            <w:tcW w:type="dxa" w:w="2880"/>
          </w:tcPr>
          <w:p>
            <w:r>
              <w:t>0</w:t>
            </w:r>
          </w:p>
        </w:tc>
      </w:tr>
    </w:tbl>
    <w:p/>
    <w:p>
      <w:pPr>
        <w:pStyle w:val="Heading2"/>
      </w:pPr>
      <w:r>
        <w:t>Figure 17. Hotel occupancy by district and month over time (month) [55]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2025-09-29</w:t>
            </w:r>
          </w:p>
        </w:tc>
        <w:tc>
          <w:tcPr>
            <w:tcW w:type="dxa" w:w="2880"/>
          </w:tcPr>
          <w:p>
            <w:r>
              <w:t>DT06</w:t>
            </w:r>
          </w:p>
        </w:tc>
        <w:tc>
          <w:tcPr>
            <w:tcW w:type="dxa" w:w="2880"/>
          </w:tcPr>
          <w:p>
            <w:r>
              <w:t>2,138</w:t>
            </w:r>
          </w:p>
        </w:tc>
      </w:tr>
      <w:tr>
        <w:tc>
          <w:tcPr>
            <w:tcW w:type="dxa" w:w="2880"/>
          </w:tcPr>
          <w:p>
            <w:r>
              <w:t>2025-09-29</w:t>
            </w:r>
          </w:p>
        </w:tc>
        <w:tc>
          <w:tcPr>
            <w:tcW w:type="dxa" w:w="2880"/>
          </w:tcPr>
          <w:p>
            <w:r>
              <w:t>DT04</w:t>
            </w:r>
          </w:p>
        </w:tc>
        <w:tc>
          <w:tcPr>
            <w:tcW w:type="dxa" w:w="2880"/>
          </w:tcPr>
          <w:p>
            <w:r>
              <w:t>1,034</w:t>
            </w:r>
          </w:p>
        </w:tc>
      </w:tr>
      <w:tr>
        <w:tc>
          <w:tcPr>
            <w:tcW w:type="dxa" w:w="2880"/>
          </w:tcPr>
          <w:p>
            <w:r>
              <w:t>2025-09-29</w:t>
            </w:r>
          </w:p>
        </w:tc>
        <w:tc>
          <w:tcPr>
            <w:tcW w:type="dxa" w:w="2880"/>
          </w:tcPr>
          <w:p>
            <w:r>
              <w:t>DT05</w:t>
            </w:r>
          </w:p>
        </w:tc>
        <w:tc>
          <w:tcPr>
            <w:tcW w:type="dxa" w:w="2880"/>
          </w:tcPr>
          <w:p>
            <w:r>
              <w:t>2,817</w:t>
            </w:r>
          </w:p>
        </w:tc>
      </w:tr>
      <w:tr>
        <w:tc>
          <w:tcPr>
            <w:tcW w:type="dxa" w:w="2880"/>
          </w:tcPr>
          <w:p>
            <w:r>
              <w:t>2025-09-29</w:t>
            </w:r>
          </w:p>
        </w:tc>
        <w:tc>
          <w:tcPr>
            <w:tcW w:type="dxa" w:w="2880"/>
          </w:tcPr>
          <w:p>
            <w:r>
              <w:t>DT10</w:t>
            </w:r>
          </w:p>
        </w:tc>
        <w:tc>
          <w:tcPr>
            <w:tcW w:type="dxa" w:w="2880"/>
          </w:tcPr>
          <w:p>
            <w:r>
              <w:t>1,781</w:t>
            </w:r>
          </w:p>
        </w:tc>
      </w:tr>
      <w:tr>
        <w:tc>
          <w:tcPr>
            <w:tcW w:type="dxa" w:w="2880"/>
          </w:tcPr>
          <w:p>
            <w:r>
              <w:t>2025-09-29</w:t>
            </w:r>
          </w:p>
        </w:tc>
        <w:tc>
          <w:tcPr>
            <w:tcW w:type="dxa" w:w="2880"/>
          </w:tcPr>
          <w:p>
            <w:r>
              <w:t>DT02</w:t>
            </w:r>
          </w:p>
        </w:tc>
        <w:tc>
          <w:tcPr>
            <w:tcW w:type="dxa" w:w="2880"/>
          </w:tcPr>
          <w:p>
            <w:r>
              <w:t>1,728</w:t>
            </w:r>
          </w:p>
        </w:tc>
      </w:tr>
      <w:tr>
        <w:tc>
          <w:tcPr>
            <w:tcW w:type="dxa" w:w="2880"/>
          </w:tcPr>
          <w:p>
            <w:r>
              <w:t>2025-09-29</w:t>
            </w:r>
          </w:p>
        </w:tc>
        <w:tc>
          <w:tcPr>
            <w:tcW w:type="dxa" w:w="2880"/>
          </w:tcPr>
          <w:p>
            <w:r>
              <w:t>Other</w:t>
            </w:r>
          </w:p>
        </w:tc>
        <w:tc>
          <w:tcPr>
            <w:tcW w:type="dxa" w:w="2880"/>
          </w:tcPr>
          <w:p>
            <w:r>
              <w:t>1.651e+04</w:t>
            </w:r>
          </w:p>
        </w:tc>
      </w:tr>
      <w:tr>
        <w:tc>
          <w:tcPr>
            <w:tcW w:type="dxa" w:w="2880"/>
          </w:tcPr>
          <w:p>
            <w:r>
              <w:t>2025-10-06</w:t>
            </w:r>
          </w:p>
        </w:tc>
        <w:tc>
          <w:tcPr>
            <w:tcW w:type="dxa" w:w="2880"/>
          </w:tcPr>
          <w:p>
            <w:r>
              <w:t>DT06</w:t>
            </w:r>
          </w:p>
        </w:tc>
        <w:tc>
          <w:tcPr>
            <w:tcW w:type="dxa" w:w="2880"/>
          </w:tcPr>
          <w:p>
            <w:r>
              <w:t>0</w:t>
            </w:r>
          </w:p>
        </w:tc>
      </w:tr>
      <w:tr>
        <w:tc>
          <w:tcPr>
            <w:tcW w:type="dxa" w:w="2880"/>
          </w:tcPr>
          <w:p>
            <w:r>
              <w:t>2025-10-06</w:t>
            </w:r>
          </w:p>
        </w:tc>
        <w:tc>
          <w:tcPr>
            <w:tcW w:type="dxa" w:w="2880"/>
          </w:tcPr>
          <w:p>
            <w:r>
              <w:t>DT04</w:t>
            </w:r>
          </w:p>
        </w:tc>
        <w:tc>
          <w:tcPr>
            <w:tcW w:type="dxa" w:w="2880"/>
          </w:tcPr>
          <w:p>
            <w:r>
              <w:t>0</w:t>
            </w:r>
          </w:p>
        </w:tc>
      </w:tr>
      <w:tr>
        <w:tc>
          <w:tcPr>
            <w:tcW w:type="dxa" w:w="2880"/>
          </w:tcPr>
          <w:p>
            <w:r>
              <w:t>2025-10-06</w:t>
            </w:r>
          </w:p>
        </w:tc>
        <w:tc>
          <w:tcPr>
            <w:tcW w:type="dxa" w:w="2880"/>
          </w:tcPr>
          <w:p>
            <w:r>
              <w:t>DT05</w:t>
            </w:r>
          </w:p>
        </w:tc>
        <w:tc>
          <w:tcPr>
            <w:tcW w:type="dxa" w:w="2880"/>
          </w:tcPr>
          <w:p>
            <w:r>
              <w:t>0</w:t>
            </w:r>
          </w:p>
        </w:tc>
      </w:tr>
      <w:tr>
        <w:tc>
          <w:tcPr>
            <w:tcW w:type="dxa" w:w="2880"/>
          </w:tcPr>
          <w:p>
            <w:r>
              <w:t>2025-10-06</w:t>
            </w:r>
          </w:p>
        </w:tc>
        <w:tc>
          <w:tcPr>
            <w:tcW w:type="dxa" w:w="2880"/>
          </w:tcPr>
          <w:p>
            <w:r>
              <w:t>DT10</w:t>
            </w:r>
          </w:p>
        </w:tc>
        <w:tc>
          <w:tcPr>
            <w:tcW w:type="dxa" w:w="2880"/>
          </w:tcPr>
          <w:p>
            <w:r>
              <w:t>0</w:t>
            </w:r>
          </w:p>
        </w:tc>
      </w:tr>
      <w:tr>
        <w:tc>
          <w:tcPr>
            <w:tcW w:type="dxa" w:w="2880"/>
          </w:tcPr>
          <w:p>
            <w:r>
              <w:t>2025-10-06</w:t>
            </w:r>
          </w:p>
        </w:tc>
        <w:tc>
          <w:tcPr>
            <w:tcW w:type="dxa" w:w="2880"/>
          </w:tcPr>
          <w:p>
            <w:r>
              <w:t>DT02</w:t>
            </w:r>
          </w:p>
        </w:tc>
        <w:tc>
          <w:tcPr>
            <w:tcW w:type="dxa" w:w="2880"/>
          </w:tcPr>
          <w:p>
            <w:r>
              <w:t>0</w:t>
            </w:r>
          </w:p>
        </w:tc>
      </w:tr>
      <w:tr>
        <w:tc>
          <w:tcPr>
            <w:tcW w:type="dxa" w:w="2880"/>
          </w:tcPr>
          <w:p>
            <w:r>
              <w:t>2025-10-06</w:t>
            </w:r>
          </w:p>
        </w:tc>
        <w:tc>
          <w:tcPr>
            <w:tcW w:type="dxa" w:w="2880"/>
          </w:tcPr>
          <w:p>
            <w:r>
              <w:t>Other</w:t>
            </w:r>
          </w:p>
        </w:tc>
        <w:tc>
          <w:tcPr>
            <w:tcW w:type="dxa" w:w="2880"/>
          </w:tcPr>
          <w:p>
            <w:r>
              <w:t>0</w:t>
            </w:r>
          </w:p>
        </w:tc>
      </w:tr>
      <w:tr>
        <w:tc>
          <w:tcPr>
            <w:tcW w:type="dxa" w:w="2880"/>
          </w:tcPr>
          <w:p>
            <w:r>
              <w:t>2025-10-13</w:t>
            </w:r>
          </w:p>
        </w:tc>
        <w:tc>
          <w:tcPr>
            <w:tcW w:type="dxa" w:w="2880"/>
          </w:tcPr>
          <w:p>
            <w:r>
              <w:t>DT06</w:t>
            </w:r>
          </w:p>
        </w:tc>
        <w:tc>
          <w:tcPr>
            <w:tcW w:type="dxa" w:w="2880"/>
          </w:tcPr>
          <w:p>
            <w:r>
              <w:t>0</w:t>
            </w:r>
          </w:p>
        </w:tc>
      </w:tr>
      <w:tr>
        <w:tc>
          <w:tcPr>
            <w:tcW w:type="dxa" w:w="2880"/>
          </w:tcPr>
          <w:p>
            <w:r>
              <w:t>2025-10-13</w:t>
            </w:r>
          </w:p>
        </w:tc>
        <w:tc>
          <w:tcPr>
            <w:tcW w:type="dxa" w:w="2880"/>
          </w:tcPr>
          <w:p>
            <w:r>
              <w:t>DT04</w:t>
            </w:r>
          </w:p>
        </w:tc>
        <w:tc>
          <w:tcPr>
            <w:tcW w:type="dxa" w:w="2880"/>
          </w:tcPr>
          <w:p>
            <w:r>
              <w:t>0</w:t>
            </w:r>
          </w:p>
        </w:tc>
      </w:tr>
      <w:tr>
        <w:tc>
          <w:tcPr>
            <w:tcW w:type="dxa" w:w="2880"/>
          </w:tcPr>
          <w:p>
            <w:r>
              <w:t>2025-10-13</w:t>
            </w:r>
          </w:p>
        </w:tc>
        <w:tc>
          <w:tcPr>
            <w:tcW w:type="dxa" w:w="2880"/>
          </w:tcPr>
          <w:p>
            <w:r>
              <w:t>DT05</w:t>
            </w:r>
          </w:p>
        </w:tc>
        <w:tc>
          <w:tcPr>
            <w:tcW w:type="dxa" w:w="2880"/>
          </w:tcPr>
          <w:p>
            <w:r>
              <w:t>0</w:t>
            </w:r>
          </w:p>
        </w:tc>
      </w:tr>
      <w:tr>
        <w:tc>
          <w:tcPr>
            <w:tcW w:type="dxa" w:w="2880"/>
          </w:tcPr>
          <w:p>
            <w:r>
              <w:t>2025-10-13</w:t>
            </w:r>
          </w:p>
        </w:tc>
        <w:tc>
          <w:tcPr>
            <w:tcW w:type="dxa" w:w="2880"/>
          </w:tcPr>
          <w:p>
            <w:r>
              <w:t>DT10</w:t>
            </w:r>
          </w:p>
        </w:tc>
        <w:tc>
          <w:tcPr>
            <w:tcW w:type="dxa" w:w="2880"/>
          </w:tcPr>
          <w:p>
            <w:r>
              <w:t>0</w:t>
            </w:r>
          </w:p>
        </w:tc>
      </w:tr>
      <w:tr>
        <w:tc>
          <w:tcPr>
            <w:tcW w:type="dxa" w:w="2880"/>
          </w:tcPr>
          <w:p>
            <w:r>
              <w:t>2025-10-13</w:t>
            </w:r>
          </w:p>
        </w:tc>
        <w:tc>
          <w:tcPr>
            <w:tcW w:type="dxa" w:w="2880"/>
          </w:tcPr>
          <w:p>
            <w:r>
              <w:t>DT02</w:t>
            </w:r>
          </w:p>
        </w:tc>
        <w:tc>
          <w:tcPr>
            <w:tcW w:type="dxa" w:w="2880"/>
          </w:tcPr>
          <w:p>
            <w:r>
              <w:t>0</w:t>
            </w:r>
          </w:p>
        </w:tc>
      </w:tr>
      <w:tr>
        <w:tc>
          <w:tcPr>
            <w:tcW w:type="dxa" w:w="2880"/>
          </w:tcPr>
          <w:p>
            <w:r>
              <w:t>2025-10-13</w:t>
            </w:r>
          </w:p>
        </w:tc>
        <w:tc>
          <w:tcPr>
            <w:tcW w:type="dxa" w:w="2880"/>
          </w:tcPr>
          <w:p>
            <w:r>
              <w:t>Other</w:t>
            </w:r>
          </w:p>
        </w:tc>
        <w:tc>
          <w:tcPr>
            <w:tcW w:type="dxa" w:w="2880"/>
          </w:tcPr>
          <w:p>
            <w:r>
              <w:t>0</w:t>
            </w:r>
          </w:p>
        </w:tc>
      </w:tr>
      <w:tr>
        <w:tc>
          <w:tcPr>
            <w:tcW w:type="dxa" w:w="2880"/>
          </w:tcPr>
          <w:p>
            <w:r>
              <w:t>2025-10-20</w:t>
            </w:r>
          </w:p>
        </w:tc>
        <w:tc>
          <w:tcPr>
            <w:tcW w:type="dxa" w:w="2880"/>
          </w:tcPr>
          <w:p>
            <w:r>
              <w:t>DT06</w:t>
            </w:r>
          </w:p>
        </w:tc>
        <w:tc>
          <w:tcPr>
            <w:tcW w:type="dxa" w:w="2880"/>
          </w:tcPr>
          <w:p>
            <w:r>
              <w:t>0</w:t>
            </w:r>
          </w:p>
        </w:tc>
      </w:tr>
      <w:tr>
        <w:tc>
          <w:tcPr>
            <w:tcW w:type="dxa" w:w="2880"/>
          </w:tcPr>
          <w:p>
            <w:r>
              <w:t>2025-10-20</w:t>
            </w:r>
          </w:p>
        </w:tc>
        <w:tc>
          <w:tcPr>
            <w:tcW w:type="dxa" w:w="2880"/>
          </w:tcPr>
          <w:p>
            <w:r>
              <w:t>DT04</w:t>
            </w:r>
          </w:p>
        </w:tc>
        <w:tc>
          <w:tcPr>
            <w:tcW w:type="dxa" w:w="2880"/>
          </w:tcPr>
          <w:p>
            <w:r>
              <w:t>0</w:t>
            </w:r>
          </w:p>
        </w:tc>
      </w:tr>
      <w:tr>
        <w:tc>
          <w:tcPr>
            <w:tcW w:type="dxa" w:w="2880"/>
          </w:tcPr>
          <w:p>
            <w:r>
              <w:t>2025-10-20</w:t>
            </w:r>
          </w:p>
        </w:tc>
        <w:tc>
          <w:tcPr>
            <w:tcW w:type="dxa" w:w="2880"/>
          </w:tcPr>
          <w:p>
            <w:r>
              <w:t>DT05</w:t>
            </w:r>
          </w:p>
        </w:tc>
        <w:tc>
          <w:tcPr>
            <w:tcW w:type="dxa" w:w="2880"/>
          </w:tcPr>
          <w:p>
            <w:r>
              <w:t>0</w:t>
            </w:r>
          </w:p>
        </w:tc>
      </w:tr>
      <w:tr>
        <w:tc>
          <w:tcPr>
            <w:tcW w:type="dxa" w:w="2880"/>
          </w:tcPr>
          <w:p>
            <w:r>
              <w:t>2025-10-20</w:t>
            </w:r>
          </w:p>
        </w:tc>
        <w:tc>
          <w:tcPr>
            <w:tcW w:type="dxa" w:w="2880"/>
          </w:tcPr>
          <w:p>
            <w:r>
              <w:t>DT10</w:t>
            </w:r>
          </w:p>
        </w:tc>
        <w:tc>
          <w:tcPr>
            <w:tcW w:type="dxa" w:w="2880"/>
          </w:tcPr>
          <w:p>
            <w:r>
              <w:t>0</w:t>
            </w:r>
          </w:p>
        </w:tc>
      </w:tr>
      <w:tr>
        <w:tc>
          <w:tcPr>
            <w:tcW w:type="dxa" w:w="2880"/>
          </w:tcPr>
          <w:p>
            <w:r>
              <w:t>2025-10-20</w:t>
            </w:r>
          </w:p>
        </w:tc>
        <w:tc>
          <w:tcPr>
            <w:tcW w:type="dxa" w:w="2880"/>
          </w:tcPr>
          <w:p>
            <w:r>
              <w:t>DT02</w:t>
            </w:r>
          </w:p>
        </w:tc>
        <w:tc>
          <w:tcPr>
            <w:tcW w:type="dxa" w:w="2880"/>
          </w:tcPr>
          <w:p>
            <w:r>
              <w:t>0</w:t>
            </w:r>
          </w:p>
        </w:tc>
      </w:tr>
      <w:tr>
        <w:tc>
          <w:tcPr>
            <w:tcW w:type="dxa" w:w="2880"/>
          </w:tcPr>
          <w:p>
            <w:r>
              <w:t>2025-10-20</w:t>
            </w:r>
          </w:p>
        </w:tc>
        <w:tc>
          <w:tcPr>
            <w:tcW w:type="dxa" w:w="2880"/>
          </w:tcPr>
          <w:p>
            <w:r>
              <w:t>Other</w:t>
            </w:r>
          </w:p>
        </w:tc>
        <w:tc>
          <w:tcPr>
            <w:tcW w:type="dxa" w:w="2880"/>
          </w:tcPr>
          <w:p>
            <w:r>
              <w:t>0</w:t>
            </w:r>
          </w:p>
        </w:tc>
      </w:tr>
      <w:tr>
        <w:tc>
          <w:tcPr>
            <w:tcW w:type="dxa" w:w="2880"/>
          </w:tcPr>
          <w:p>
            <w:r>
              <w:t>2025-10-27</w:t>
            </w:r>
          </w:p>
        </w:tc>
        <w:tc>
          <w:tcPr>
            <w:tcW w:type="dxa" w:w="2880"/>
          </w:tcPr>
          <w:p>
            <w:r>
              <w:t>DT06</w:t>
            </w:r>
          </w:p>
        </w:tc>
        <w:tc>
          <w:tcPr>
            <w:tcW w:type="dxa" w:w="2880"/>
          </w:tcPr>
          <w:p>
            <w:r>
              <w:t>7,226</w:t>
            </w:r>
          </w:p>
        </w:tc>
      </w:tr>
      <w:tr>
        <w:tc>
          <w:tcPr>
            <w:tcW w:type="dxa" w:w="2880"/>
          </w:tcPr>
          <w:p>
            <w:r>
              <w:t>2025-10-27</w:t>
            </w:r>
          </w:p>
        </w:tc>
        <w:tc>
          <w:tcPr>
            <w:tcW w:type="dxa" w:w="2880"/>
          </w:tcPr>
          <w:p>
            <w:r>
              <w:t>DT04</w:t>
            </w:r>
          </w:p>
        </w:tc>
        <w:tc>
          <w:tcPr>
            <w:tcW w:type="dxa" w:w="2880"/>
          </w:tcPr>
          <w:p>
            <w:r>
              <w:t>8,472</w:t>
            </w:r>
          </w:p>
        </w:tc>
      </w:tr>
      <w:tr>
        <w:tc>
          <w:tcPr>
            <w:tcW w:type="dxa" w:w="2880"/>
          </w:tcPr>
          <w:p>
            <w:r>
              <w:t>2025-10-27</w:t>
            </w:r>
          </w:p>
        </w:tc>
        <w:tc>
          <w:tcPr>
            <w:tcW w:type="dxa" w:w="2880"/>
          </w:tcPr>
          <w:p>
            <w:r>
              <w:t>DT05</w:t>
            </w:r>
          </w:p>
        </w:tc>
        <w:tc>
          <w:tcPr>
            <w:tcW w:type="dxa" w:w="2880"/>
          </w:tcPr>
          <w:p>
            <w:r>
              <w:t>4,464</w:t>
            </w:r>
          </w:p>
        </w:tc>
      </w:tr>
      <w:tr>
        <w:tc>
          <w:tcPr>
            <w:tcW w:type="dxa" w:w="2880"/>
          </w:tcPr>
          <w:p>
            <w:r>
              <w:t>2025-10-27</w:t>
            </w:r>
          </w:p>
        </w:tc>
        <w:tc>
          <w:tcPr>
            <w:tcW w:type="dxa" w:w="2880"/>
          </w:tcPr>
          <w:p>
            <w:r>
              <w:t>DT10</w:t>
            </w:r>
          </w:p>
        </w:tc>
        <w:tc>
          <w:tcPr>
            <w:tcW w:type="dxa" w:w="2880"/>
          </w:tcPr>
          <w:p>
            <w:r>
              <w:t>6,345</w:t>
            </w:r>
          </w:p>
        </w:tc>
      </w:tr>
      <w:tr>
        <w:tc>
          <w:tcPr>
            <w:tcW w:type="dxa" w:w="2880"/>
          </w:tcPr>
          <w:p>
            <w:r>
              <w:t>2025-10-27</w:t>
            </w:r>
          </w:p>
        </w:tc>
        <w:tc>
          <w:tcPr>
            <w:tcW w:type="dxa" w:w="2880"/>
          </w:tcPr>
          <w:p>
            <w:r>
              <w:t>DT02</w:t>
            </w:r>
          </w:p>
        </w:tc>
        <w:tc>
          <w:tcPr>
            <w:tcW w:type="dxa" w:w="2880"/>
          </w:tcPr>
          <w:p>
            <w:r>
              <w:t>2,589</w:t>
            </w:r>
          </w:p>
        </w:tc>
      </w:tr>
      <w:tr>
        <w:tc>
          <w:tcPr>
            <w:tcW w:type="dxa" w:w="2880"/>
          </w:tcPr>
          <w:p>
            <w:r>
              <w:t>2025-10-27</w:t>
            </w:r>
          </w:p>
        </w:tc>
        <w:tc>
          <w:tcPr>
            <w:tcW w:type="dxa" w:w="2880"/>
          </w:tcPr>
          <w:p>
            <w:r>
              <w:t>Other</w:t>
            </w:r>
          </w:p>
        </w:tc>
        <w:tc>
          <w:tcPr>
            <w:tcW w:type="dxa" w:w="2880"/>
          </w:tcPr>
          <w:p>
            <w:r>
              <w:t>1.248e+04</w:t>
            </w:r>
          </w:p>
        </w:tc>
      </w:tr>
      <w:tr>
        <w:tc>
          <w:tcPr>
            <w:tcW w:type="dxa" w:w="2880"/>
          </w:tcPr>
          <w:p>
            <w:r>
              <w:t>2025-11-03</w:t>
            </w:r>
          </w:p>
        </w:tc>
        <w:tc>
          <w:tcPr>
            <w:tcW w:type="dxa" w:w="2880"/>
          </w:tcPr>
          <w:p>
            <w:r>
              <w:t>DT06</w:t>
            </w:r>
          </w:p>
        </w:tc>
        <w:tc>
          <w:tcPr>
            <w:tcW w:type="dxa" w:w="2880"/>
          </w:tcPr>
          <w:p>
            <w:r>
              <w:t>0</w:t>
            </w:r>
          </w:p>
        </w:tc>
      </w:tr>
      <w:tr>
        <w:tc>
          <w:tcPr>
            <w:tcW w:type="dxa" w:w="2880"/>
          </w:tcPr>
          <w:p>
            <w:r>
              <w:t>2025-11-03</w:t>
            </w:r>
          </w:p>
        </w:tc>
        <w:tc>
          <w:tcPr>
            <w:tcW w:type="dxa" w:w="2880"/>
          </w:tcPr>
          <w:p>
            <w:r>
              <w:t>DT04</w:t>
            </w:r>
          </w:p>
        </w:tc>
        <w:tc>
          <w:tcPr>
            <w:tcW w:type="dxa" w:w="2880"/>
          </w:tcPr>
          <w:p>
            <w:r>
              <w:t>0</w:t>
            </w:r>
          </w:p>
        </w:tc>
      </w:tr>
      <w:tr>
        <w:tc>
          <w:tcPr>
            <w:tcW w:type="dxa" w:w="2880"/>
          </w:tcPr>
          <w:p>
            <w:r>
              <w:t>2025-11-03</w:t>
            </w:r>
          </w:p>
        </w:tc>
        <w:tc>
          <w:tcPr>
            <w:tcW w:type="dxa" w:w="2880"/>
          </w:tcPr>
          <w:p>
            <w:r>
              <w:t>DT05</w:t>
            </w:r>
          </w:p>
        </w:tc>
        <w:tc>
          <w:tcPr>
            <w:tcW w:type="dxa" w:w="2880"/>
          </w:tcPr>
          <w:p>
            <w:r>
              <w:t>0</w:t>
            </w:r>
          </w:p>
        </w:tc>
      </w:tr>
      <w:tr>
        <w:tc>
          <w:tcPr>
            <w:tcW w:type="dxa" w:w="2880"/>
          </w:tcPr>
          <w:p>
            <w:r>
              <w:t>2025-11-03</w:t>
            </w:r>
          </w:p>
        </w:tc>
        <w:tc>
          <w:tcPr>
            <w:tcW w:type="dxa" w:w="2880"/>
          </w:tcPr>
          <w:p>
            <w:r>
              <w:t>DT10</w:t>
            </w:r>
          </w:p>
        </w:tc>
        <w:tc>
          <w:tcPr>
            <w:tcW w:type="dxa" w:w="2880"/>
          </w:tcPr>
          <w:p>
            <w:r>
              <w:t>0</w:t>
            </w:r>
          </w:p>
        </w:tc>
      </w:tr>
      <w:tr>
        <w:tc>
          <w:tcPr>
            <w:tcW w:type="dxa" w:w="2880"/>
          </w:tcPr>
          <w:p>
            <w:r>
              <w:t>2025-11-03</w:t>
            </w:r>
          </w:p>
        </w:tc>
        <w:tc>
          <w:tcPr>
            <w:tcW w:type="dxa" w:w="2880"/>
          </w:tcPr>
          <w:p>
            <w:r>
              <w:t>DT02</w:t>
            </w:r>
          </w:p>
        </w:tc>
        <w:tc>
          <w:tcPr>
            <w:tcW w:type="dxa" w:w="2880"/>
          </w:tcPr>
          <w:p>
            <w:r>
              <w:t>0</w:t>
            </w:r>
          </w:p>
        </w:tc>
      </w:tr>
      <w:tr>
        <w:tc>
          <w:tcPr>
            <w:tcW w:type="dxa" w:w="2880"/>
          </w:tcPr>
          <w:p>
            <w:r>
              <w:t>2025-11-03</w:t>
            </w:r>
          </w:p>
        </w:tc>
        <w:tc>
          <w:tcPr>
            <w:tcW w:type="dxa" w:w="2880"/>
          </w:tcPr>
          <w:p>
            <w:r>
              <w:t>Other</w:t>
            </w:r>
          </w:p>
        </w:tc>
        <w:tc>
          <w:tcPr>
            <w:tcW w:type="dxa" w:w="2880"/>
          </w:tcPr>
          <w:p>
            <w:r>
              <w:t>0</w:t>
            </w:r>
          </w:p>
        </w:tc>
      </w:tr>
      <w:tr>
        <w:tc>
          <w:tcPr>
            <w:tcW w:type="dxa" w:w="2880"/>
          </w:tcPr>
          <w:p>
            <w:r>
              <w:t>2025-11-10</w:t>
            </w:r>
          </w:p>
        </w:tc>
        <w:tc>
          <w:tcPr>
            <w:tcW w:type="dxa" w:w="2880"/>
          </w:tcPr>
          <w:p>
            <w:r>
              <w:t>DT06</w:t>
            </w:r>
          </w:p>
        </w:tc>
        <w:tc>
          <w:tcPr>
            <w:tcW w:type="dxa" w:w="2880"/>
          </w:tcPr>
          <w:p>
            <w:r>
              <w:t>0</w:t>
            </w:r>
          </w:p>
        </w:tc>
      </w:tr>
      <w:tr>
        <w:tc>
          <w:tcPr>
            <w:tcW w:type="dxa" w:w="2880"/>
          </w:tcPr>
          <w:p>
            <w:r>
              <w:t>2025-11-10</w:t>
            </w:r>
          </w:p>
        </w:tc>
        <w:tc>
          <w:tcPr>
            <w:tcW w:type="dxa" w:w="2880"/>
          </w:tcPr>
          <w:p>
            <w:r>
              <w:t>DT04</w:t>
            </w:r>
          </w:p>
        </w:tc>
        <w:tc>
          <w:tcPr>
            <w:tcW w:type="dxa" w:w="2880"/>
          </w:tcPr>
          <w:p>
            <w:r>
              <w:t>0</w:t>
            </w:r>
          </w:p>
        </w:tc>
      </w:tr>
      <w:tr>
        <w:tc>
          <w:tcPr>
            <w:tcW w:type="dxa" w:w="2880"/>
          </w:tcPr>
          <w:p>
            <w:r>
              <w:t>2025-11-10</w:t>
            </w:r>
          </w:p>
        </w:tc>
        <w:tc>
          <w:tcPr>
            <w:tcW w:type="dxa" w:w="2880"/>
          </w:tcPr>
          <w:p>
            <w:r>
              <w:t>DT05</w:t>
            </w:r>
          </w:p>
        </w:tc>
        <w:tc>
          <w:tcPr>
            <w:tcW w:type="dxa" w:w="2880"/>
          </w:tcPr>
          <w:p>
            <w:r>
              <w:t>0</w:t>
            </w:r>
          </w:p>
        </w:tc>
      </w:tr>
      <w:tr>
        <w:tc>
          <w:tcPr>
            <w:tcW w:type="dxa" w:w="2880"/>
          </w:tcPr>
          <w:p>
            <w:r>
              <w:t>2025-11-10</w:t>
            </w:r>
          </w:p>
        </w:tc>
        <w:tc>
          <w:tcPr>
            <w:tcW w:type="dxa" w:w="2880"/>
          </w:tcPr>
          <w:p>
            <w:r>
              <w:t>DT10</w:t>
            </w:r>
          </w:p>
        </w:tc>
        <w:tc>
          <w:tcPr>
            <w:tcW w:type="dxa" w:w="2880"/>
          </w:tcPr>
          <w:p>
            <w:r>
              <w:t>0</w:t>
            </w:r>
          </w:p>
        </w:tc>
      </w:tr>
      <w:tr>
        <w:tc>
          <w:tcPr>
            <w:tcW w:type="dxa" w:w="2880"/>
          </w:tcPr>
          <w:p>
            <w:r>
              <w:t>2025-11-10</w:t>
            </w:r>
          </w:p>
        </w:tc>
        <w:tc>
          <w:tcPr>
            <w:tcW w:type="dxa" w:w="2880"/>
          </w:tcPr>
          <w:p>
            <w:r>
              <w:t>DT02</w:t>
            </w:r>
          </w:p>
        </w:tc>
        <w:tc>
          <w:tcPr>
            <w:tcW w:type="dxa" w:w="2880"/>
          </w:tcPr>
          <w:p>
            <w:r>
              <w:t>0</w:t>
            </w:r>
          </w:p>
        </w:tc>
      </w:tr>
      <w:tr>
        <w:tc>
          <w:tcPr>
            <w:tcW w:type="dxa" w:w="2880"/>
          </w:tcPr>
          <w:p>
            <w:r>
              <w:t>2025-11-10</w:t>
            </w:r>
          </w:p>
        </w:tc>
        <w:tc>
          <w:tcPr>
            <w:tcW w:type="dxa" w:w="2880"/>
          </w:tcPr>
          <w:p>
            <w:r>
              <w:t>Other</w:t>
            </w:r>
          </w:p>
        </w:tc>
        <w:tc>
          <w:tcPr>
            <w:tcW w:type="dxa" w:w="2880"/>
          </w:tcPr>
          <w:p>
            <w:r>
              <w:t>0</w:t>
            </w:r>
          </w:p>
        </w:tc>
      </w:tr>
      <w:tr>
        <w:tc>
          <w:tcPr>
            <w:tcW w:type="dxa" w:w="2880"/>
          </w:tcPr>
          <w:p>
            <w:r>
              <w:t>2025-11-17</w:t>
            </w:r>
          </w:p>
        </w:tc>
        <w:tc>
          <w:tcPr>
            <w:tcW w:type="dxa" w:w="2880"/>
          </w:tcPr>
          <w:p>
            <w:r>
              <w:t>DT06</w:t>
            </w:r>
          </w:p>
        </w:tc>
        <w:tc>
          <w:tcPr>
            <w:tcW w:type="dxa" w:w="2880"/>
          </w:tcPr>
          <w:p>
            <w:r>
              <w:t>0</w:t>
            </w:r>
          </w:p>
        </w:tc>
      </w:tr>
      <w:tr>
        <w:tc>
          <w:tcPr>
            <w:tcW w:type="dxa" w:w="2880"/>
          </w:tcPr>
          <w:p>
            <w:r>
              <w:t>2025-11-17</w:t>
            </w:r>
          </w:p>
        </w:tc>
        <w:tc>
          <w:tcPr>
            <w:tcW w:type="dxa" w:w="2880"/>
          </w:tcPr>
          <w:p>
            <w:r>
              <w:t>DT04</w:t>
            </w:r>
          </w:p>
        </w:tc>
        <w:tc>
          <w:tcPr>
            <w:tcW w:type="dxa" w:w="2880"/>
          </w:tcPr>
          <w:p>
            <w:r>
              <w:t>0</w:t>
            </w:r>
          </w:p>
        </w:tc>
      </w:tr>
      <w:tr>
        <w:tc>
          <w:tcPr>
            <w:tcW w:type="dxa" w:w="2880"/>
          </w:tcPr>
          <w:p>
            <w:r>
              <w:t>2025-11-17</w:t>
            </w:r>
          </w:p>
        </w:tc>
        <w:tc>
          <w:tcPr>
            <w:tcW w:type="dxa" w:w="2880"/>
          </w:tcPr>
          <w:p>
            <w:r>
              <w:t>DT05</w:t>
            </w:r>
          </w:p>
        </w:tc>
        <w:tc>
          <w:tcPr>
            <w:tcW w:type="dxa" w:w="2880"/>
          </w:tcPr>
          <w:p>
            <w:r>
              <w:t>0</w:t>
            </w:r>
          </w:p>
        </w:tc>
      </w:tr>
      <w:tr>
        <w:tc>
          <w:tcPr>
            <w:tcW w:type="dxa" w:w="2880"/>
          </w:tcPr>
          <w:p>
            <w:r>
              <w:t>2025-11-17</w:t>
            </w:r>
          </w:p>
        </w:tc>
        <w:tc>
          <w:tcPr>
            <w:tcW w:type="dxa" w:w="2880"/>
          </w:tcPr>
          <w:p>
            <w:r>
              <w:t>DT10</w:t>
            </w:r>
          </w:p>
        </w:tc>
        <w:tc>
          <w:tcPr>
            <w:tcW w:type="dxa" w:w="2880"/>
          </w:tcPr>
          <w:p>
            <w:r>
              <w:t>0</w:t>
            </w:r>
          </w:p>
        </w:tc>
      </w:tr>
      <w:tr>
        <w:tc>
          <w:tcPr>
            <w:tcW w:type="dxa" w:w="2880"/>
          </w:tcPr>
          <w:p>
            <w:r>
              <w:t>2025-11-17</w:t>
            </w:r>
          </w:p>
        </w:tc>
        <w:tc>
          <w:tcPr>
            <w:tcW w:type="dxa" w:w="2880"/>
          </w:tcPr>
          <w:p>
            <w:r>
              <w:t>DT02</w:t>
            </w:r>
          </w:p>
        </w:tc>
        <w:tc>
          <w:tcPr>
            <w:tcW w:type="dxa" w:w="2880"/>
          </w:tcPr>
          <w:p>
            <w:r>
              <w:t>0</w:t>
            </w:r>
          </w:p>
        </w:tc>
      </w:tr>
      <w:tr>
        <w:tc>
          <w:tcPr>
            <w:tcW w:type="dxa" w:w="2880"/>
          </w:tcPr>
          <w:p>
            <w:r>
              <w:t>2025-11-17</w:t>
            </w:r>
          </w:p>
        </w:tc>
        <w:tc>
          <w:tcPr>
            <w:tcW w:type="dxa" w:w="2880"/>
          </w:tcPr>
          <w:p>
            <w:r>
              <w:t>Other</w:t>
            </w:r>
          </w:p>
        </w:tc>
        <w:tc>
          <w:tcPr>
            <w:tcW w:type="dxa" w:w="2880"/>
          </w:tcPr>
          <w:p>
            <w:r>
              <w:t>0</w:t>
            </w:r>
          </w:p>
        </w:tc>
      </w:tr>
      <w:tr>
        <w:tc>
          <w:tcPr>
            <w:tcW w:type="dxa" w:w="2880"/>
          </w:tcPr>
          <w:p>
            <w:r>
              <w:t>2025-11-24</w:t>
            </w:r>
          </w:p>
        </w:tc>
        <w:tc>
          <w:tcPr>
            <w:tcW w:type="dxa" w:w="2880"/>
          </w:tcPr>
          <w:p>
            <w:r>
              <w:t>DT06</w:t>
            </w:r>
          </w:p>
        </w:tc>
        <w:tc>
          <w:tcPr>
            <w:tcW w:type="dxa" w:w="2880"/>
          </w:tcPr>
          <w:p>
            <w:r>
              <w:t>0</w:t>
            </w:r>
          </w:p>
        </w:tc>
      </w:tr>
      <w:tr>
        <w:tc>
          <w:tcPr>
            <w:tcW w:type="dxa" w:w="2880"/>
          </w:tcPr>
          <w:p>
            <w:r>
              <w:t>2025-11-24</w:t>
            </w:r>
          </w:p>
        </w:tc>
        <w:tc>
          <w:tcPr>
            <w:tcW w:type="dxa" w:w="2880"/>
          </w:tcPr>
          <w:p>
            <w:r>
              <w:t>DT04</w:t>
            </w:r>
          </w:p>
        </w:tc>
        <w:tc>
          <w:tcPr>
            <w:tcW w:type="dxa" w:w="2880"/>
          </w:tcPr>
          <w:p>
            <w:r>
              <w:t>0</w:t>
            </w:r>
          </w:p>
        </w:tc>
      </w:tr>
      <w:tr>
        <w:tc>
          <w:tcPr>
            <w:tcW w:type="dxa" w:w="2880"/>
          </w:tcPr>
          <w:p>
            <w:r>
              <w:t>2025-11-24</w:t>
            </w:r>
          </w:p>
        </w:tc>
        <w:tc>
          <w:tcPr>
            <w:tcW w:type="dxa" w:w="2880"/>
          </w:tcPr>
          <w:p>
            <w:r>
              <w:t>DT05</w:t>
            </w:r>
          </w:p>
        </w:tc>
        <w:tc>
          <w:tcPr>
            <w:tcW w:type="dxa" w:w="2880"/>
          </w:tcPr>
          <w:p>
            <w:r>
              <w:t>0</w:t>
            </w:r>
          </w:p>
        </w:tc>
      </w:tr>
      <w:tr>
        <w:tc>
          <w:tcPr>
            <w:tcW w:type="dxa" w:w="2880"/>
          </w:tcPr>
          <w:p>
            <w:r>
              <w:t>2025-11-24</w:t>
            </w:r>
          </w:p>
        </w:tc>
        <w:tc>
          <w:tcPr>
            <w:tcW w:type="dxa" w:w="2880"/>
          </w:tcPr>
          <w:p>
            <w:r>
              <w:t>DT10</w:t>
            </w:r>
          </w:p>
        </w:tc>
        <w:tc>
          <w:tcPr>
            <w:tcW w:type="dxa" w:w="2880"/>
          </w:tcPr>
          <w:p>
            <w:r>
              <w:t>0</w:t>
            </w:r>
          </w:p>
        </w:tc>
      </w:tr>
      <w:tr>
        <w:tc>
          <w:tcPr>
            <w:tcW w:type="dxa" w:w="2880"/>
          </w:tcPr>
          <w:p>
            <w:r>
              <w:t>2025-11-24</w:t>
            </w:r>
          </w:p>
        </w:tc>
        <w:tc>
          <w:tcPr>
            <w:tcW w:type="dxa" w:w="2880"/>
          </w:tcPr>
          <w:p>
            <w:r>
              <w:t>DT02</w:t>
            </w:r>
          </w:p>
        </w:tc>
        <w:tc>
          <w:tcPr>
            <w:tcW w:type="dxa" w:w="2880"/>
          </w:tcPr>
          <w:p>
            <w:r>
              <w:t>0</w:t>
            </w:r>
          </w:p>
        </w:tc>
      </w:tr>
      <w:tr>
        <w:tc>
          <w:tcPr>
            <w:tcW w:type="dxa" w:w="2880"/>
          </w:tcPr>
          <w:p>
            <w:r>
              <w:t>2025-11-24</w:t>
            </w:r>
          </w:p>
        </w:tc>
        <w:tc>
          <w:tcPr>
            <w:tcW w:type="dxa" w:w="2880"/>
          </w:tcPr>
          <w:p>
            <w:r>
              <w:t>Other</w:t>
            </w:r>
          </w:p>
        </w:tc>
        <w:tc>
          <w:tcPr>
            <w:tcW w:type="dxa" w:w="2880"/>
          </w:tcPr>
          <w:p>
            <w:r>
              <w:t>0</w:t>
            </w:r>
          </w:p>
        </w:tc>
      </w:tr>
      <w:tr>
        <w:tc>
          <w:tcPr>
            <w:tcW w:type="dxa" w:w="2880"/>
          </w:tcPr>
          <w:p>
            <w:r>
              <w:t>2025-12-01</w:t>
            </w:r>
          </w:p>
        </w:tc>
        <w:tc>
          <w:tcPr>
            <w:tcW w:type="dxa" w:w="2880"/>
          </w:tcPr>
          <w:p>
            <w:r>
              <w:t>DT06</w:t>
            </w:r>
          </w:p>
        </w:tc>
        <w:tc>
          <w:tcPr>
            <w:tcW w:type="dxa" w:w="2880"/>
          </w:tcPr>
          <w:p>
            <w:r>
              <w:t>8,013</w:t>
            </w:r>
          </w:p>
        </w:tc>
      </w:tr>
      <w:tr>
        <w:tc>
          <w:tcPr>
            <w:tcW w:type="dxa" w:w="2880"/>
          </w:tcPr>
          <w:p>
            <w:r>
              <w:t>2025-12-01</w:t>
            </w:r>
          </w:p>
        </w:tc>
        <w:tc>
          <w:tcPr>
            <w:tcW w:type="dxa" w:w="2880"/>
          </w:tcPr>
          <w:p>
            <w:r>
              <w:t>DT04</w:t>
            </w:r>
          </w:p>
        </w:tc>
        <w:tc>
          <w:tcPr>
            <w:tcW w:type="dxa" w:w="2880"/>
          </w:tcPr>
          <w:p>
            <w:r>
              <w:t>3,856</w:t>
            </w:r>
          </w:p>
        </w:tc>
      </w:tr>
      <w:tr>
        <w:tc>
          <w:tcPr>
            <w:tcW w:type="dxa" w:w="2880"/>
          </w:tcPr>
          <w:p>
            <w:r>
              <w:t>2025-12-01</w:t>
            </w:r>
          </w:p>
        </w:tc>
        <w:tc>
          <w:tcPr>
            <w:tcW w:type="dxa" w:w="2880"/>
          </w:tcPr>
          <w:p>
            <w:r>
              <w:t>DT05</w:t>
            </w:r>
          </w:p>
        </w:tc>
        <w:tc>
          <w:tcPr>
            <w:tcW w:type="dxa" w:w="2880"/>
          </w:tcPr>
          <w:p>
            <w:r>
              <w:t>5,653</w:t>
            </w:r>
          </w:p>
        </w:tc>
      </w:tr>
      <w:tr>
        <w:tc>
          <w:tcPr>
            <w:tcW w:type="dxa" w:w="2880"/>
          </w:tcPr>
          <w:p>
            <w:r>
              <w:t>2025-12-01</w:t>
            </w:r>
          </w:p>
        </w:tc>
        <w:tc>
          <w:tcPr>
            <w:tcW w:type="dxa" w:w="2880"/>
          </w:tcPr>
          <w:p>
            <w:r>
              <w:t>DT10</w:t>
            </w:r>
          </w:p>
        </w:tc>
        <w:tc>
          <w:tcPr>
            <w:tcW w:type="dxa" w:w="2880"/>
          </w:tcPr>
          <w:p>
            <w:r>
              <w:t>8,983</w:t>
            </w:r>
          </w:p>
        </w:tc>
      </w:tr>
      <w:tr>
        <w:tc>
          <w:tcPr>
            <w:tcW w:type="dxa" w:w="2880"/>
          </w:tcPr>
          <w:p>
            <w:r>
              <w:t>2025-12-01</w:t>
            </w:r>
          </w:p>
        </w:tc>
        <w:tc>
          <w:tcPr>
            <w:tcW w:type="dxa" w:w="2880"/>
          </w:tcPr>
          <w:p>
            <w:r>
              <w:t>DT02</w:t>
            </w:r>
          </w:p>
        </w:tc>
        <w:tc>
          <w:tcPr>
            <w:tcW w:type="dxa" w:w="2880"/>
          </w:tcPr>
          <w:p>
            <w:r>
              <w:t>8,363</w:t>
            </w:r>
          </w:p>
        </w:tc>
      </w:tr>
      <w:tr>
        <w:tc>
          <w:tcPr>
            <w:tcW w:type="dxa" w:w="2880"/>
          </w:tcPr>
          <w:p>
            <w:r>
              <w:t>2025-12-01</w:t>
            </w:r>
          </w:p>
        </w:tc>
        <w:tc>
          <w:tcPr>
            <w:tcW w:type="dxa" w:w="2880"/>
          </w:tcPr>
          <w:p>
            <w:r>
              <w:t>Other</w:t>
            </w:r>
          </w:p>
        </w:tc>
        <w:tc>
          <w:tcPr>
            <w:tcW w:type="dxa" w:w="2880"/>
          </w:tcPr>
          <w:p>
            <w:r>
              <w:t>2.188e+04</w:t>
            </w:r>
          </w:p>
        </w:tc>
      </w:tr>
      <w:tr>
        <w:tc>
          <w:tcPr>
            <w:tcW w:type="dxa" w:w="2880"/>
          </w:tcPr>
          <w:p>
            <w:r>
              <w:t>2025-12-08</w:t>
            </w:r>
          </w:p>
        </w:tc>
        <w:tc>
          <w:tcPr>
            <w:tcW w:type="dxa" w:w="2880"/>
          </w:tcPr>
          <w:p>
            <w:r>
              <w:t>DT06</w:t>
            </w:r>
          </w:p>
        </w:tc>
        <w:tc>
          <w:tcPr>
            <w:tcW w:type="dxa" w:w="2880"/>
          </w:tcPr>
          <w:p>
            <w:r>
              <w:t>0</w:t>
            </w:r>
          </w:p>
        </w:tc>
      </w:tr>
      <w:tr>
        <w:tc>
          <w:tcPr>
            <w:tcW w:type="dxa" w:w="2880"/>
          </w:tcPr>
          <w:p>
            <w:r>
              <w:t>2025-12-08</w:t>
            </w:r>
          </w:p>
        </w:tc>
        <w:tc>
          <w:tcPr>
            <w:tcW w:type="dxa" w:w="2880"/>
          </w:tcPr>
          <w:p>
            <w:r>
              <w:t>DT04</w:t>
            </w:r>
          </w:p>
        </w:tc>
        <w:tc>
          <w:tcPr>
            <w:tcW w:type="dxa" w:w="2880"/>
          </w:tcPr>
          <w:p>
            <w:r>
              <w:t>0</w:t>
            </w:r>
          </w:p>
        </w:tc>
      </w:tr>
      <w:tr>
        <w:tc>
          <w:tcPr>
            <w:tcW w:type="dxa" w:w="2880"/>
          </w:tcPr>
          <w:p>
            <w:r>
              <w:t>2025-12-08</w:t>
            </w:r>
          </w:p>
        </w:tc>
        <w:tc>
          <w:tcPr>
            <w:tcW w:type="dxa" w:w="2880"/>
          </w:tcPr>
          <w:p>
            <w:r>
              <w:t>DT05</w:t>
            </w:r>
          </w:p>
        </w:tc>
        <w:tc>
          <w:tcPr>
            <w:tcW w:type="dxa" w:w="2880"/>
          </w:tcPr>
          <w:p>
            <w:r>
              <w:t>0</w:t>
            </w:r>
          </w:p>
        </w:tc>
      </w:tr>
      <w:tr>
        <w:tc>
          <w:tcPr>
            <w:tcW w:type="dxa" w:w="2880"/>
          </w:tcPr>
          <w:p>
            <w:r>
              <w:t>2025-12-08</w:t>
            </w:r>
          </w:p>
        </w:tc>
        <w:tc>
          <w:tcPr>
            <w:tcW w:type="dxa" w:w="2880"/>
          </w:tcPr>
          <w:p>
            <w:r>
              <w:t>DT10</w:t>
            </w:r>
          </w:p>
        </w:tc>
        <w:tc>
          <w:tcPr>
            <w:tcW w:type="dxa" w:w="2880"/>
          </w:tcPr>
          <w:p>
            <w:r>
              <w:t>0</w:t>
            </w:r>
          </w:p>
        </w:tc>
      </w:tr>
      <w:tr>
        <w:tc>
          <w:tcPr>
            <w:tcW w:type="dxa" w:w="2880"/>
          </w:tcPr>
          <w:p>
            <w:r>
              <w:t>2025-12-08</w:t>
            </w:r>
          </w:p>
        </w:tc>
        <w:tc>
          <w:tcPr>
            <w:tcW w:type="dxa" w:w="2880"/>
          </w:tcPr>
          <w:p>
            <w:r>
              <w:t>DT02</w:t>
            </w:r>
          </w:p>
        </w:tc>
        <w:tc>
          <w:tcPr>
            <w:tcW w:type="dxa" w:w="2880"/>
          </w:tcPr>
          <w:p>
            <w:r>
              <w:t>0</w:t>
            </w:r>
          </w:p>
        </w:tc>
      </w:tr>
      <w:tr>
        <w:tc>
          <w:tcPr>
            <w:tcW w:type="dxa" w:w="2880"/>
          </w:tcPr>
          <w:p>
            <w:r>
              <w:t>2025-12-08</w:t>
            </w:r>
          </w:p>
        </w:tc>
        <w:tc>
          <w:tcPr>
            <w:tcW w:type="dxa" w:w="2880"/>
          </w:tcPr>
          <w:p>
            <w:r>
              <w:t>Other</w:t>
            </w:r>
          </w:p>
        </w:tc>
        <w:tc>
          <w:tcPr>
            <w:tcW w:type="dxa" w:w="2880"/>
          </w:tcPr>
          <w:p>
            <w:r>
              <w:t>0</w:t>
            </w:r>
          </w:p>
        </w:tc>
      </w:tr>
      <w:tr>
        <w:tc>
          <w:tcPr>
            <w:tcW w:type="dxa" w:w="2880"/>
          </w:tcPr>
          <w:p>
            <w:r>
              <w:t>2025-12-15</w:t>
            </w:r>
          </w:p>
        </w:tc>
        <w:tc>
          <w:tcPr>
            <w:tcW w:type="dxa" w:w="2880"/>
          </w:tcPr>
          <w:p>
            <w:r>
              <w:t>DT06</w:t>
            </w:r>
          </w:p>
        </w:tc>
        <w:tc>
          <w:tcPr>
            <w:tcW w:type="dxa" w:w="2880"/>
          </w:tcPr>
          <w:p>
            <w:r>
              <w:t>0</w:t>
            </w:r>
          </w:p>
        </w:tc>
      </w:tr>
      <w:tr>
        <w:tc>
          <w:tcPr>
            <w:tcW w:type="dxa" w:w="2880"/>
          </w:tcPr>
          <w:p>
            <w:r>
              <w:t>2025-12-15</w:t>
            </w:r>
          </w:p>
        </w:tc>
        <w:tc>
          <w:tcPr>
            <w:tcW w:type="dxa" w:w="2880"/>
          </w:tcPr>
          <w:p>
            <w:r>
              <w:t>DT04</w:t>
            </w:r>
          </w:p>
        </w:tc>
        <w:tc>
          <w:tcPr>
            <w:tcW w:type="dxa" w:w="2880"/>
          </w:tcPr>
          <w:p>
            <w:r>
              <w:t>0</w:t>
            </w:r>
          </w:p>
        </w:tc>
      </w:tr>
      <w:tr>
        <w:tc>
          <w:tcPr>
            <w:tcW w:type="dxa" w:w="2880"/>
          </w:tcPr>
          <w:p>
            <w:r>
              <w:t>2025-12-15</w:t>
            </w:r>
          </w:p>
        </w:tc>
        <w:tc>
          <w:tcPr>
            <w:tcW w:type="dxa" w:w="2880"/>
          </w:tcPr>
          <w:p>
            <w:r>
              <w:t>DT05</w:t>
            </w:r>
          </w:p>
        </w:tc>
        <w:tc>
          <w:tcPr>
            <w:tcW w:type="dxa" w:w="2880"/>
          </w:tcPr>
          <w:p>
            <w:r>
              <w:t>0</w:t>
            </w:r>
          </w:p>
        </w:tc>
      </w:tr>
      <w:tr>
        <w:tc>
          <w:tcPr>
            <w:tcW w:type="dxa" w:w="2880"/>
          </w:tcPr>
          <w:p>
            <w:r>
              <w:t>2025-12-15</w:t>
            </w:r>
          </w:p>
        </w:tc>
        <w:tc>
          <w:tcPr>
            <w:tcW w:type="dxa" w:w="2880"/>
          </w:tcPr>
          <w:p>
            <w:r>
              <w:t>DT10</w:t>
            </w:r>
          </w:p>
        </w:tc>
        <w:tc>
          <w:tcPr>
            <w:tcW w:type="dxa" w:w="2880"/>
          </w:tcPr>
          <w:p>
            <w:r>
              <w:t>0</w:t>
            </w:r>
          </w:p>
        </w:tc>
      </w:tr>
      <w:tr>
        <w:tc>
          <w:tcPr>
            <w:tcW w:type="dxa" w:w="2880"/>
          </w:tcPr>
          <w:p>
            <w:r>
              <w:t>2025-12-15</w:t>
            </w:r>
          </w:p>
        </w:tc>
        <w:tc>
          <w:tcPr>
            <w:tcW w:type="dxa" w:w="2880"/>
          </w:tcPr>
          <w:p>
            <w:r>
              <w:t>DT02</w:t>
            </w:r>
          </w:p>
        </w:tc>
        <w:tc>
          <w:tcPr>
            <w:tcW w:type="dxa" w:w="2880"/>
          </w:tcPr>
          <w:p>
            <w:r>
              <w:t>0</w:t>
            </w:r>
          </w:p>
        </w:tc>
      </w:tr>
      <w:tr>
        <w:tc>
          <w:tcPr>
            <w:tcW w:type="dxa" w:w="2880"/>
          </w:tcPr>
          <w:p>
            <w:r>
              <w:t>2025-12-15</w:t>
            </w:r>
          </w:p>
        </w:tc>
        <w:tc>
          <w:tcPr>
            <w:tcW w:type="dxa" w:w="2880"/>
          </w:tcPr>
          <w:p>
            <w:r>
              <w:t>Other</w:t>
            </w:r>
          </w:p>
        </w:tc>
        <w:tc>
          <w:tcPr>
            <w:tcW w:type="dxa" w:w="2880"/>
          </w:tcPr>
          <w:p>
            <w:r>
              <w:t>0</w:t>
            </w:r>
          </w:p>
        </w:tc>
      </w:tr>
      <w:tr>
        <w:tc>
          <w:tcPr>
            <w:tcW w:type="dxa" w:w="2880"/>
          </w:tcPr>
          <w:p>
            <w:r>
              <w:t>2025-12-22</w:t>
            </w:r>
          </w:p>
        </w:tc>
        <w:tc>
          <w:tcPr>
            <w:tcW w:type="dxa" w:w="2880"/>
          </w:tcPr>
          <w:p>
            <w:r>
              <w:t>DT06</w:t>
            </w:r>
          </w:p>
        </w:tc>
        <w:tc>
          <w:tcPr>
            <w:tcW w:type="dxa" w:w="2880"/>
          </w:tcPr>
          <w:p>
            <w:r>
              <w:t>0</w:t>
            </w:r>
          </w:p>
        </w:tc>
      </w:tr>
      <w:tr>
        <w:tc>
          <w:tcPr>
            <w:tcW w:type="dxa" w:w="2880"/>
          </w:tcPr>
          <w:p>
            <w:r>
              <w:t>2025-12-22</w:t>
            </w:r>
          </w:p>
        </w:tc>
        <w:tc>
          <w:tcPr>
            <w:tcW w:type="dxa" w:w="2880"/>
          </w:tcPr>
          <w:p>
            <w:r>
              <w:t>DT04</w:t>
            </w:r>
          </w:p>
        </w:tc>
        <w:tc>
          <w:tcPr>
            <w:tcW w:type="dxa" w:w="2880"/>
          </w:tcPr>
          <w:p>
            <w:r>
              <w:t>0</w:t>
            </w:r>
          </w:p>
        </w:tc>
      </w:tr>
      <w:tr>
        <w:tc>
          <w:tcPr>
            <w:tcW w:type="dxa" w:w="2880"/>
          </w:tcPr>
          <w:p>
            <w:r>
              <w:t>2025-12-22</w:t>
            </w:r>
          </w:p>
        </w:tc>
        <w:tc>
          <w:tcPr>
            <w:tcW w:type="dxa" w:w="2880"/>
          </w:tcPr>
          <w:p>
            <w:r>
              <w:t>DT05</w:t>
            </w:r>
          </w:p>
        </w:tc>
        <w:tc>
          <w:tcPr>
            <w:tcW w:type="dxa" w:w="2880"/>
          </w:tcPr>
          <w:p>
            <w:r>
              <w:t>0</w:t>
            </w:r>
          </w:p>
        </w:tc>
      </w:tr>
      <w:tr>
        <w:tc>
          <w:tcPr>
            <w:tcW w:type="dxa" w:w="2880"/>
          </w:tcPr>
          <w:p>
            <w:r>
              <w:t>2025-12-22</w:t>
            </w:r>
          </w:p>
        </w:tc>
        <w:tc>
          <w:tcPr>
            <w:tcW w:type="dxa" w:w="2880"/>
          </w:tcPr>
          <w:p>
            <w:r>
              <w:t>DT10</w:t>
            </w:r>
          </w:p>
        </w:tc>
        <w:tc>
          <w:tcPr>
            <w:tcW w:type="dxa" w:w="2880"/>
          </w:tcPr>
          <w:p>
            <w:r>
              <w:t>0</w:t>
            </w:r>
          </w:p>
        </w:tc>
      </w:tr>
      <w:tr>
        <w:tc>
          <w:tcPr>
            <w:tcW w:type="dxa" w:w="2880"/>
          </w:tcPr>
          <w:p>
            <w:r>
              <w:t>2025-12-22</w:t>
            </w:r>
          </w:p>
        </w:tc>
        <w:tc>
          <w:tcPr>
            <w:tcW w:type="dxa" w:w="2880"/>
          </w:tcPr>
          <w:p>
            <w:r>
              <w:t>DT02</w:t>
            </w:r>
          </w:p>
        </w:tc>
        <w:tc>
          <w:tcPr>
            <w:tcW w:type="dxa" w:w="2880"/>
          </w:tcPr>
          <w:p>
            <w:r>
              <w:t>0</w:t>
            </w:r>
          </w:p>
        </w:tc>
      </w:tr>
      <w:tr>
        <w:tc>
          <w:tcPr>
            <w:tcW w:type="dxa" w:w="2880"/>
          </w:tcPr>
          <w:p>
            <w:r>
              <w:t>2025-12-22</w:t>
            </w:r>
          </w:p>
        </w:tc>
        <w:tc>
          <w:tcPr>
            <w:tcW w:type="dxa" w:w="2880"/>
          </w:tcPr>
          <w:p>
            <w:r>
              <w:t>Other</w:t>
            </w:r>
          </w:p>
        </w:tc>
        <w:tc>
          <w:tcPr>
            <w:tcW w:type="dxa" w:w="2880"/>
          </w:tcPr>
          <w:p>
            <w:r>
              <w:t>0</w:t>
            </w:r>
          </w:p>
        </w:tc>
      </w:tr>
      <w:tr>
        <w:tc>
          <w:tcPr>
            <w:tcW w:type="dxa" w:w="2880"/>
          </w:tcPr>
          <w:p>
            <w:r>
              <w:t>2025-12-29</w:t>
            </w:r>
          </w:p>
        </w:tc>
        <w:tc>
          <w:tcPr>
            <w:tcW w:type="dxa" w:w="2880"/>
          </w:tcPr>
          <w:p>
            <w:r>
              <w:t>DT06</w:t>
            </w:r>
          </w:p>
        </w:tc>
        <w:tc>
          <w:tcPr>
            <w:tcW w:type="dxa" w:w="2880"/>
          </w:tcPr>
          <w:p>
            <w:r>
              <w:t>8,732</w:t>
            </w:r>
          </w:p>
        </w:tc>
      </w:tr>
      <w:tr>
        <w:tc>
          <w:tcPr>
            <w:tcW w:type="dxa" w:w="2880"/>
          </w:tcPr>
          <w:p>
            <w:r>
              <w:t>2025-12-29</w:t>
            </w:r>
          </w:p>
        </w:tc>
        <w:tc>
          <w:tcPr>
            <w:tcW w:type="dxa" w:w="2880"/>
          </w:tcPr>
          <w:p>
            <w:r>
              <w:t>DT04</w:t>
            </w:r>
          </w:p>
        </w:tc>
        <w:tc>
          <w:tcPr>
            <w:tcW w:type="dxa" w:w="2880"/>
          </w:tcPr>
          <w:p>
            <w:r>
              <w:t>3,728</w:t>
            </w:r>
          </w:p>
        </w:tc>
      </w:tr>
      <w:tr>
        <w:tc>
          <w:tcPr>
            <w:tcW w:type="dxa" w:w="2880"/>
          </w:tcPr>
          <w:p>
            <w:r>
              <w:t>2025-12-29</w:t>
            </w:r>
          </w:p>
        </w:tc>
        <w:tc>
          <w:tcPr>
            <w:tcW w:type="dxa" w:w="2880"/>
          </w:tcPr>
          <w:p>
            <w:r>
              <w:t>DT05</w:t>
            </w:r>
          </w:p>
        </w:tc>
        <w:tc>
          <w:tcPr>
            <w:tcW w:type="dxa" w:w="2880"/>
          </w:tcPr>
          <w:p>
            <w:r>
              <w:t>2,054</w:t>
            </w:r>
          </w:p>
        </w:tc>
      </w:tr>
      <w:tr>
        <w:tc>
          <w:tcPr>
            <w:tcW w:type="dxa" w:w="2880"/>
          </w:tcPr>
          <w:p>
            <w:r>
              <w:t>2025-12-29</w:t>
            </w:r>
          </w:p>
        </w:tc>
        <w:tc>
          <w:tcPr>
            <w:tcW w:type="dxa" w:w="2880"/>
          </w:tcPr>
          <w:p>
            <w:r>
              <w:t>DT10</w:t>
            </w:r>
          </w:p>
        </w:tc>
        <w:tc>
          <w:tcPr>
            <w:tcW w:type="dxa" w:w="2880"/>
          </w:tcPr>
          <w:p>
            <w:r>
              <w:t>6,927</w:t>
            </w:r>
          </w:p>
        </w:tc>
      </w:tr>
      <w:tr>
        <w:tc>
          <w:tcPr>
            <w:tcW w:type="dxa" w:w="2880"/>
          </w:tcPr>
          <w:p>
            <w:r>
              <w:t>2025-12-29</w:t>
            </w:r>
          </w:p>
        </w:tc>
        <w:tc>
          <w:tcPr>
            <w:tcW w:type="dxa" w:w="2880"/>
          </w:tcPr>
          <w:p>
            <w:r>
              <w:t>DT02</w:t>
            </w:r>
          </w:p>
        </w:tc>
        <w:tc>
          <w:tcPr>
            <w:tcW w:type="dxa" w:w="2880"/>
          </w:tcPr>
          <w:p>
            <w:r>
              <w:t>7,321</w:t>
            </w:r>
          </w:p>
        </w:tc>
      </w:tr>
      <w:tr>
        <w:tc>
          <w:tcPr>
            <w:tcW w:type="dxa" w:w="2880"/>
          </w:tcPr>
          <w:p>
            <w:r>
              <w:t>2025-12-29</w:t>
            </w:r>
          </w:p>
        </w:tc>
        <w:tc>
          <w:tcPr>
            <w:tcW w:type="dxa" w:w="2880"/>
          </w:tcPr>
          <w:p>
            <w:r>
              <w:t>Other</w:t>
            </w:r>
          </w:p>
        </w:tc>
        <w:tc>
          <w:tcPr>
            <w:tcW w:type="dxa" w:w="2880"/>
          </w:tcPr>
          <w:p>
            <w:r>
              <w:t>2.694e+04</w:t>
            </w:r>
          </w:p>
        </w:tc>
      </w:tr>
      <w:tr>
        <w:tc>
          <w:tcPr>
            <w:tcW w:type="dxa" w:w="2880"/>
          </w:tcPr>
          <w:p>
            <w:r>
              <w:t>2026-01-05</w:t>
            </w:r>
          </w:p>
        </w:tc>
        <w:tc>
          <w:tcPr>
            <w:tcW w:type="dxa" w:w="2880"/>
          </w:tcPr>
          <w:p>
            <w:r>
              <w:t>DT06</w:t>
            </w:r>
          </w:p>
        </w:tc>
        <w:tc>
          <w:tcPr>
            <w:tcW w:type="dxa" w:w="2880"/>
          </w:tcPr>
          <w:p>
            <w:r>
              <w:t>0</w:t>
            </w:r>
          </w:p>
        </w:tc>
      </w:tr>
      <w:tr>
        <w:tc>
          <w:tcPr>
            <w:tcW w:type="dxa" w:w="2880"/>
          </w:tcPr>
          <w:p>
            <w:r>
              <w:t>2026-01-05</w:t>
            </w:r>
          </w:p>
        </w:tc>
        <w:tc>
          <w:tcPr>
            <w:tcW w:type="dxa" w:w="2880"/>
          </w:tcPr>
          <w:p>
            <w:r>
              <w:t>DT04</w:t>
            </w:r>
          </w:p>
        </w:tc>
        <w:tc>
          <w:tcPr>
            <w:tcW w:type="dxa" w:w="2880"/>
          </w:tcPr>
          <w:p>
            <w:r>
              <w:t>0</w:t>
            </w:r>
          </w:p>
        </w:tc>
      </w:tr>
      <w:tr>
        <w:tc>
          <w:tcPr>
            <w:tcW w:type="dxa" w:w="2880"/>
          </w:tcPr>
          <w:p>
            <w:r>
              <w:t>2026-01-05</w:t>
            </w:r>
          </w:p>
        </w:tc>
        <w:tc>
          <w:tcPr>
            <w:tcW w:type="dxa" w:w="2880"/>
          </w:tcPr>
          <w:p>
            <w:r>
              <w:t>DT05</w:t>
            </w:r>
          </w:p>
        </w:tc>
        <w:tc>
          <w:tcPr>
            <w:tcW w:type="dxa" w:w="2880"/>
          </w:tcPr>
          <w:p>
            <w:r>
              <w:t>0</w:t>
            </w:r>
          </w:p>
        </w:tc>
      </w:tr>
      <w:tr>
        <w:tc>
          <w:tcPr>
            <w:tcW w:type="dxa" w:w="2880"/>
          </w:tcPr>
          <w:p>
            <w:r>
              <w:t>2026-01-05</w:t>
            </w:r>
          </w:p>
        </w:tc>
        <w:tc>
          <w:tcPr>
            <w:tcW w:type="dxa" w:w="2880"/>
          </w:tcPr>
          <w:p>
            <w:r>
              <w:t>DT10</w:t>
            </w:r>
          </w:p>
        </w:tc>
        <w:tc>
          <w:tcPr>
            <w:tcW w:type="dxa" w:w="2880"/>
          </w:tcPr>
          <w:p>
            <w:r>
              <w:t>0</w:t>
            </w:r>
          </w:p>
        </w:tc>
      </w:tr>
      <w:tr>
        <w:tc>
          <w:tcPr>
            <w:tcW w:type="dxa" w:w="2880"/>
          </w:tcPr>
          <w:p>
            <w:r>
              <w:t>2026-01-05</w:t>
            </w:r>
          </w:p>
        </w:tc>
        <w:tc>
          <w:tcPr>
            <w:tcW w:type="dxa" w:w="2880"/>
          </w:tcPr>
          <w:p>
            <w:r>
              <w:t>DT02</w:t>
            </w:r>
          </w:p>
        </w:tc>
        <w:tc>
          <w:tcPr>
            <w:tcW w:type="dxa" w:w="2880"/>
          </w:tcPr>
          <w:p>
            <w:r>
              <w:t>0</w:t>
            </w:r>
          </w:p>
        </w:tc>
      </w:tr>
      <w:tr>
        <w:tc>
          <w:tcPr>
            <w:tcW w:type="dxa" w:w="2880"/>
          </w:tcPr>
          <w:p>
            <w:r>
              <w:t>2026-01-05</w:t>
            </w:r>
          </w:p>
        </w:tc>
        <w:tc>
          <w:tcPr>
            <w:tcW w:type="dxa" w:w="2880"/>
          </w:tcPr>
          <w:p>
            <w:r>
              <w:t>Other</w:t>
            </w:r>
          </w:p>
        </w:tc>
        <w:tc>
          <w:tcPr>
            <w:tcW w:type="dxa" w:w="2880"/>
          </w:tcPr>
          <w:p>
            <w:r>
              <w:t>0</w:t>
            </w:r>
          </w:p>
        </w:tc>
      </w:tr>
      <w:tr>
        <w:tc>
          <w:tcPr>
            <w:tcW w:type="dxa" w:w="2880"/>
          </w:tcPr>
          <w:p>
            <w:r>
              <w:t>2026-01-12</w:t>
            </w:r>
          </w:p>
        </w:tc>
        <w:tc>
          <w:tcPr>
            <w:tcW w:type="dxa" w:w="2880"/>
          </w:tcPr>
          <w:p>
            <w:r>
              <w:t>DT06</w:t>
            </w:r>
          </w:p>
        </w:tc>
        <w:tc>
          <w:tcPr>
            <w:tcW w:type="dxa" w:w="2880"/>
          </w:tcPr>
          <w:p>
            <w:r>
              <w:t>0</w:t>
            </w:r>
          </w:p>
        </w:tc>
      </w:tr>
      <w:tr>
        <w:tc>
          <w:tcPr>
            <w:tcW w:type="dxa" w:w="2880"/>
          </w:tcPr>
          <w:p>
            <w:r>
              <w:t>2026-01-12</w:t>
            </w:r>
          </w:p>
        </w:tc>
        <w:tc>
          <w:tcPr>
            <w:tcW w:type="dxa" w:w="2880"/>
          </w:tcPr>
          <w:p>
            <w:r>
              <w:t>DT04</w:t>
            </w:r>
          </w:p>
        </w:tc>
        <w:tc>
          <w:tcPr>
            <w:tcW w:type="dxa" w:w="2880"/>
          </w:tcPr>
          <w:p>
            <w:r>
              <w:t>0</w:t>
            </w:r>
          </w:p>
        </w:tc>
      </w:tr>
      <w:tr>
        <w:tc>
          <w:tcPr>
            <w:tcW w:type="dxa" w:w="2880"/>
          </w:tcPr>
          <w:p>
            <w:r>
              <w:t>2026-01-12</w:t>
            </w:r>
          </w:p>
        </w:tc>
        <w:tc>
          <w:tcPr>
            <w:tcW w:type="dxa" w:w="2880"/>
          </w:tcPr>
          <w:p>
            <w:r>
              <w:t>DT05</w:t>
            </w:r>
          </w:p>
        </w:tc>
        <w:tc>
          <w:tcPr>
            <w:tcW w:type="dxa" w:w="2880"/>
          </w:tcPr>
          <w:p>
            <w:r>
              <w:t>0</w:t>
            </w:r>
          </w:p>
        </w:tc>
      </w:tr>
      <w:tr>
        <w:tc>
          <w:tcPr>
            <w:tcW w:type="dxa" w:w="2880"/>
          </w:tcPr>
          <w:p>
            <w:r>
              <w:t>2026-01-12</w:t>
            </w:r>
          </w:p>
        </w:tc>
        <w:tc>
          <w:tcPr>
            <w:tcW w:type="dxa" w:w="2880"/>
          </w:tcPr>
          <w:p>
            <w:r>
              <w:t>DT10</w:t>
            </w:r>
          </w:p>
        </w:tc>
        <w:tc>
          <w:tcPr>
            <w:tcW w:type="dxa" w:w="2880"/>
          </w:tcPr>
          <w:p>
            <w:r>
              <w:t>0</w:t>
            </w:r>
          </w:p>
        </w:tc>
      </w:tr>
      <w:tr>
        <w:tc>
          <w:tcPr>
            <w:tcW w:type="dxa" w:w="2880"/>
          </w:tcPr>
          <w:p>
            <w:r>
              <w:t>2026-01-12</w:t>
            </w:r>
          </w:p>
        </w:tc>
        <w:tc>
          <w:tcPr>
            <w:tcW w:type="dxa" w:w="2880"/>
          </w:tcPr>
          <w:p>
            <w:r>
              <w:t>DT02</w:t>
            </w:r>
          </w:p>
        </w:tc>
        <w:tc>
          <w:tcPr>
            <w:tcW w:type="dxa" w:w="2880"/>
          </w:tcPr>
          <w:p>
            <w:r>
              <w:t>0</w:t>
            </w:r>
          </w:p>
        </w:tc>
      </w:tr>
      <w:tr>
        <w:tc>
          <w:tcPr>
            <w:tcW w:type="dxa" w:w="2880"/>
          </w:tcPr>
          <w:p>
            <w:r>
              <w:t>2026-01-12</w:t>
            </w:r>
          </w:p>
        </w:tc>
        <w:tc>
          <w:tcPr>
            <w:tcW w:type="dxa" w:w="2880"/>
          </w:tcPr>
          <w:p>
            <w:r>
              <w:t>Other</w:t>
            </w:r>
          </w:p>
        </w:tc>
        <w:tc>
          <w:tcPr>
            <w:tcW w:type="dxa" w:w="2880"/>
          </w:tcPr>
          <w:p>
            <w:r>
              <w:t>0</w:t>
            </w:r>
          </w:p>
        </w:tc>
      </w:tr>
      <w:tr>
        <w:tc>
          <w:tcPr>
            <w:tcW w:type="dxa" w:w="2880"/>
          </w:tcPr>
          <w:p>
            <w:r>
              <w:t>2026-01-19</w:t>
            </w:r>
          </w:p>
        </w:tc>
        <w:tc>
          <w:tcPr>
            <w:tcW w:type="dxa" w:w="2880"/>
          </w:tcPr>
          <w:p>
            <w:r>
              <w:t>DT06</w:t>
            </w:r>
          </w:p>
        </w:tc>
        <w:tc>
          <w:tcPr>
            <w:tcW w:type="dxa" w:w="2880"/>
          </w:tcPr>
          <w:p>
            <w:r>
              <w:t>0</w:t>
            </w:r>
          </w:p>
        </w:tc>
      </w:tr>
      <w:tr>
        <w:tc>
          <w:tcPr>
            <w:tcW w:type="dxa" w:w="2880"/>
          </w:tcPr>
          <w:p>
            <w:r>
              <w:t>2026-01-19</w:t>
            </w:r>
          </w:p>
        </w:tc>
        <w:tc>
          <w:tcPr>
            <w:tcW w:type="dxa" w:w="2880"/>
          </w:tcPr>
          <w:p>
            <w:r>
              <w:t>DT04</w:t>
            </w:r>
          </w:p>
        </w:tc>
        <w:tc>
          <w:tcPr>
            <w:tcW w:type="dxa" w:w="2880"/>
          </w:tcPr>
          <w:p>
            <w:r>
              <w:t>0</w:t>
            </w:r>
          </w:p>
        </w:tc>
      </w:tr>
      <w:tr>
        <w:tc>
          <w:tcPr>
            <w:tcW w:type="dxa" w:w="2880"/>
          </w:tcPr>
          <w:p>
            <w:r>
              <w:t>2026-01-19</w:t>
            </w:r>
          </w:p>
        </w:tc>
        <w:tc>
          <w:tcPr>
            <w:tcW w:type="dxa" w:w="2880"/>
          </w:tcPr>
          <w:p>
            <w:r>
              <w:t>DT05</w:t>
            </w:r>
          </w:p>
        </w:tc>
        <w:tc>
          <w:tcPr>
            <w:tcW w:type="dxa" w:w="2880"/>
          </w:tcPr>
          <w:p>
            <w:r>
              <w:t>0</w:t>
            </w:r>
          </w:p>
        </w:tc>
      </w:tr>
      <w:tr>
        <w:tc>
          <w:tcPr>
            <w:tcW w:type="dxa" w:w="2880"/>
          </w:tcPr>
          <w:p>
            <w:r>
              <w:t>2026-01-19</w:t>
            </w:r>
          </w:p>
        </w:tc>
        <w:tc>
          <w:tcPr>
            <w:tcW w:type="dxa" w:w="2880"/>
          </w:tcPr>
          <w:p>
            <w:r>
              <w:t>DT10</w:t>
            </w:r>
          </w:p>
        </w:tc>
        <w:tc>
          <w:tcPr>
            <w:tcW w:type="dxa" w:w="2880"/>
          </w:tcPr>
          <w:p>
            <w:r>
              <w:t>0</w:t>
            </w:r>
          </w:p>
        </w:tc>
      </w:tr>
      <w:tr>
        <w:tc>
          <w:tcPr>
            <w:tcW w:type="dxa" w:w="2880"/>
          </w:tcPr>
          <w:p>
            <w:r>
              <w:t>2026-01-19</w:t>
            </w:r>
          </w:p>
        </w:tc>
        <w:tc>
          <w:tcPr>
            <w:tcW w:type="dxa" w:w="2880"/>
          </w:tcPr>
          <w:p>
            <w:r>
              <w:t>DT02</w:t>
            </w:r>
          </w:p>
        </w:tc>
        <w:tc>
          <w:tcPr>
            <w:tcW w:type="dxa" w:w="2880"/>
          </w:tcPr>
          <w:p>
            <w:r>
              <w:t>0</w:t>
            </w:r>
          </w:p>
        </w:tc>
      </w:tr>
      <w:tr>
        <w:tc>
          <w:tcPr>
            <w:tcW w:type="dxa" w:w="2880"/>
          </w:tcPr>
          <w:p>
            <w:r>
              <w:t>2026-01-19</w:t>
            </w:r>
          </w:p>
        </w:tc>
        <w:tc>
          <w:tcPr>
            <w:tcW w:type="dxa" w:w="2880"/>
          </w:tcPr>
          <w:p>
            <w:r>
              <w:t>Other</w:t>
            </w:r>
          </w:p>
        </w:tc>
        <w:tc>
          <w:tcPr>
            <w:tcW w:type="dxa" w:w="2880"/>
          </w:tcPr>
          <w:p>
            <w:r>
              <w:t>0</w:t>
            </w:r>
          </w:p>
        </w:tc>
      </w:tr>
      <w:tr>
        <w:tc>
          <w:tcPr>
            <w:tcW w:type="dxa" w:w="2880"/>
          </w:tcPr>
          <w:p>
            <w:r>
              <w:t>2026-01-26</w:t>
            </w:r>
          </w:p>
        </w:tc>
        <w:tc>
          <w:tcPr>
            <w:tcW w:type="dxa" w:w="2880"/>
          </w:tcPr>
          <w:p>
            <w:r>
              <w:t>DT06</w:t>
            </w:r>
          </w:p>
        </w:tc>
        <w:tc>
          <w:tcPr>
            <w:tcW w:type="dxa" w:w="2880"/>
          </w:tcPr>
          <w:p>
            <w:r>
              <w:t>2,115</w:t>
            </w:r>
          </w:p>
        </w:tc>
      </w:tr>
      <w:tr>
        <w:tc>
          <w:tcPr>
            <w:tcW w:type="dxa" w:w="2880"/>
          </w:tcPr>
          <w:p>
            <w:r>
              <w:t>2026-01-26</w:t>
            </w:r>
          </w:p>
        </w:tc>
        <w:tc>
          <w:tcPr>
            <w:tcW w:type="dxa" w:w="2880"/>
          </w:tcPr>
          <w:p>
            <w:r>
              <w:t>DT04</w:t>
            </w:r>
          </w:p>
        </w:tc>
        <w:tc>
          <w:tcPr>
            <w:tcW w:type="dxa" w:w="2880"/>
          </w:tcPr>
          <w:p>
            <w:r>
              <w:t>5,118</w:t>
            </w:r>
          </w:p>
        </w:tc>
      </w:tr>
      <w:tr>
        <w:tc>
          <w:tcPr>
            <w:tcW w:type="dxa" w:w="2880"/>
          </w:tcPr>
          <w:p>
            <w:r>
              <w:t>2026-01-26</w:t>
            </w:r>
          </w:p>
        </w:tc>
        <w:tc>
          <w:tcPr>
            <w:tcW w:type="dxa" w:w="2880"/>
          </w:tcPr>
          <w:p>
            <w:r>
              <w:t>DT05</w:t>
            </w:r>
          </w:p>
        </w:tc>
        <w:tc>
          <w:tcPr>
            <w:tcW w:type="dxa" w:w="2880"/>
          </w:tcPr>
          <w:p>
            <w:r>
              <w:t>3,277</w:t>
            </w:r>
          </w:p>
        </w:tc>
      </w:tr>
      <w:tr>
        <w:tc>
          <w:tcPr>
            <w:tcW w:type="dxa" w:w="2880"/>
          </w:tcPr>
          <w:p>
            <w:r>
              <w:t>2026-01-26</w:t>
            </w:r>
          </w:p>
        </w:tc>
        <w:tc>
          <w:tcPr>
            <w:tcW w:type="dxa" w:w="2880"/>
          </w:tcPr>
          <w:p>
            <w:r>
              <w:t>DT10</w:t>
            </w:r>
          </w:p>
        </w:tc>
        <w:tc>
          <w:tcPr>
            <w:tcW w:type="dxa" w:w="2880"/>
          </w:tcPr>
          <w:p>
            <w:r>
              <w:t>5,816</w:t>
            </w:r>
          </w:p>
        </w:tc>
      </w:tr>
      <w:tr>
        <w:tc>
          <w:tcPr>
            <w:tcW w:type="dxa" w:w="2880"/>
          </w:tcPr>
          <w:p>
            <w:r>
              <w:t>2026-01-26</w:t>
            </w:r>
          </w:p>
        </w:tc>
        <w:tc>
          <w:tcPr>
            <w:tcW w:type="dxa" w:w="2880"/>
          </w:tcPr>
          <w:p>
            <w:r>
              <w:t>DT02</w:t>
            </w:r>
          </w:p>
        </w:tc>
        <w:tc>
          <w:tcPr>
            <w:tcW w:type="dxa" w:w="2880"/>
          </w:tcPr>
          <w:p>
            <w:r>
              <w:t>7,018</w:t>
            </w:r>
          </w:p>
        </w:tc>
      </w:tr>
      <w:tr>
        <w:tc>
          <w:tcPr>
            <w:tcW w:type="dxa" w:w="2880"/>
          </w:tcPr>
          <w:p>
            <w:r>
              <w:t>2026-01-26</w:t>
            </w:r>
          </w:p>
        </w:tc>
        <w:tc>
          <w:tcPr>
            <w:tcW w:type="dxa" w:w="2880"/>
          </w:tcPr>
          <w:p>
            <w:r>
              <w:t>Other</w:t>
            </w:r>
          </w:p>
        </w:tc>
        <w:tc>
          <w:tcPr>
            <w:tcW w:type="dxa" w:w="2880"/>
          </w:tcPr>
          <w:p>
            <w:r>
              <w:t>2.137e+04</w:t>
            </w:r>
          </w:p>
        </w:tc>
      </w:tr>
      <w:tr>
        <w:tc>
          <w:tcPr>
            <w:tcW w:type="dxa" w:w="2880"/>
          </w:tcPr>
          <w:p>
            <w:r>
              <w:t>2026-02-02</w:t>
            </w:r>
          </w:p>
        </w:tc>
        <w:tc>
          <w:tcPr>
            <w:tcW w:type="dxa" w:w="2880"/>
          </w:tcPr>
          <w:p>
            <w:r>
              <w:t>DT06</w:t>
            </w:r>
          </w:p>
        </w:tc>
        <w:tc>
          <w:tcPr>
            <w:tcW w:type="dxa" w:w="2880"/>
          </w:tcPr>
          <w:p>
            <w:r>
              <w:t>0</w:t>
            </w:r>
          </w:p>
        </w:tc>
      </w:tr>
      <w:tr>
        <w:tc>
          <w:tcPr>
            <w:tcW w:type="dxa" w:w="2880"/>
          </w:tcPr>
          <w:p>
            <w:r>
              <w:t>2026-02-02</w:t>
            </w:r>
          </w:p>
        </w:tc>
        <w:tc>
          <w:tcPr>
            <w:tcW w:type="dxa" w:w="2880"/>
          </w:tcPr>
          <w:p>
            <w:r>
              <w:t>DT04</w:t>
            </w:r>
          </w:p>
        </w:tc>
        <w:tc>
          <w:tcPr>
            <w:tcW w:type="dxa" w:w="2880"/>
          </w:tcPr>
          <w:p>
            <w:r>
              <w:t>0</w:t>
            </w:r>
          </w:p>
        </w:tc>
      </w:tr>
      <w:tr>
        <w:tc>
          <w:tcPr>
            <w:tcW w:type="dxa" w:w="2880"/>
          </w:tcPr>
          <w:p>
            <w:r>
              <w:t>2026-02-02</w:t>
            </w:r>
          </w:p>
        </w:tc>
        <w:tc>
          <w:tcPr>
            <w:tcW w:type="dxa" w:w="2880"/>
          </w:tcPr>
          <w:p>
            <w:r>
              <w:t>DT05</w:t>
            </w:r>
          </w:p>
        </w:tc>
        <w:tc>
          <w:tcPr>
            <w:tcW w:type="dxa" w:w="2880"/>
          </w:tcPr>
          <w:p>
            <w:r>
              <w:t>0</w:t>
            </w:r>
          </w:p>
        </w:tc>
      </w:tr>
      <w:tr>
        <w:tc>
          <w:tcPr>
            <w:tcW w:type="dxa" w:w="2880"/>
          </w:tcPr>
          <w:p>
            <w:r>
              <w:t>2026-02-02</w:t>
            </w:r>
          </w:p>
        </w:tc>
        <w:tc>
          <w:tcPr>
            <w:tcW w:type="dxa" w:w="2880"/>
          </w:tcPr>
          <w:p>
            <w:r>
              <w:t>DT10</w:t>
            </w:r>
          </w:p>
        </w:tc>
        <w:tc>
          <w:tcPr>
            <w:tcW w:type="dxa" w:w="2880"/>
          </w:tcPr>
          <w:p>
            <w:r>
              <w:t>0</w:t>
            </w:r>
          </w:p>
        </w:tc>
      </w:tr>
      <w:tr>
        <w:tc>
          <w:tcPr>
            <w:tcW w:type="dxa" w:w="2880"/>
          </w:tcPr>
          <w:p>
            <w:r>
              <w:t>2026-02-02</w:t>
            </w:r>
          </w:p>
        </w:tc>
        <w:tc>
          <w:tcPr>
            <w:tcW w:type="dxa" w:w="2880"/>
          </w:tcPr>
          <w:p>
            <w:r>
              <w:t>DT02</w:t>
            </w:r>
          </w:p>
        </w:tc>
        <w:tc>
          <w:tcPr>
            <w:tcW w:type="dxa" w:w="2880"/>
          </w:tcPr>
          <w:p>
            <w:r>
              <w:t>0</w:t>
            </w:r>
          </w:p>
        </w:tc>
      </w:tr>
      <w:tr>
        <w:tc>
          <w:tcPr>
            <w:tcW w:type="dxa" w:w="2880"/>
          </w:tcPr>
          <w:p>
            <w:r>
              <w:t>2026-02-02</w:t>
            </w:r>
          </w:p>
        </w:tc>
        <w:tc>
          <w:tcPr>
            <w:tcW w:type="dxa" w:w="2880"/>
          </w:tcPr>
          <w:p>
            <w:r>
              <w:t>Other</w:t>
            </w:r>
          </w:p>
        </w:tc>
        <w:tc>
          <w:tcPr>
            <w:tcW w:type="dxa" w:w="2880"/>
          </w:tcPr>
          <w:p>
            <w:r>
              <w:t>0</w:t>
            </w:r>
          </w:p>
        </w:tc>
      </w:tr>
      <w:tr>
        <w:tc>
          <w:tcPr>
            <w:tcW w:type="dxa" w:w="2880"/>
          </w:tcPr>
          <w:p>
            <w:r>
              <w:t>2026-02-09</w:t>
            </w:r>
          </w:p>
        </w:tc>
        <w:tc>
          <w:tcPr>
            <w:tcW w:type="dxa" w:w="2880"/>
          </w:tcPr>
          <w:p>
            <w:r>
              <w:t>DT06</w:t>
            </w:r>
          </w:p>
        </w:tc>
        <w:tc>
          <w:tcPr>
            <w:tcW w:type="dxa" w:w="2880"/>
          </w:tcPr>
          <w:p>
            <w:r>
              <w:t>0</w:t>
            </w:r>
          </w:p>
        </w:tc>
      </w:tr>
      <w:tr>
        <w:tc>
          <w:tcPr>
            <w:tcW w:type="dxa" w:w="2880"/>
          </w:tcPr>
          <w:p>
            <w:r>
              <w:t>2026-02-09</w:t>
            </w:r>
          </w:p>
        </w:tc>
        <w:tc>
          <w:tcPr>
            <w:tcW w:type="dxa" w:w="2880"/>
          </w:tcPr>
          <w:p>
            <w:r>
              <w:t>DT04</w:t>
            </w:r>
          </w:p>
        </w:tc>
        <w:tc>
          <w:tcPr>
            <w:tcW w:type="dxa" w:w="2880"/>
          </w:tcPr>
          <w:p>
            <w:r>
              <w:t>0</w:t>
            </w:r>
          </w:p>
        </w:tc>
      </w:tr>
      <w:tr>
        <w:tc>
          <w:tcPr>
            <w:tcW w:type="dxa" w:w="2880"/>
          </w:tcPr>
          <w:p>
            <w:r>
              <w:t>2026-02-09</w:t>
            </w:r>
          </w:p>
        </w:tc>
        <w:tc>
          <w:tcPr>
            <w:tcW w:type="dxa" w:w="2880"/>
          </w:tcPr>
          <w:p>
            <w:r>
              <w:t>DT05</w:t>
            </w:r>
          </w:p>
        </w:tc>
        <w:tc>
          <w:tcPr>
            <w:tcW w:type="dxa" w:w="2880"/>
          </w:tcPr>
          <w:p>
            <w:r>
              <w:t>0</w:t>
            </w:r>
          </w:p>
        </w:tc>
      </w:tr>
      <w:tr>
        <w:tc>
          <w:tcPr>
            <w:tcW w:type="dxa" w:w="2880"/>
          </w:tcPr>
          <w:p>
            <w:r>
              <w:t>2026-02-09</w:t>
            </w:r>
          </w:p>
        </w:tc>
        <w:tc>
          <w:tcPr>
            <w:tcW w:type="dxa" w:w="2880"/>
          </w:tcPr>
          <w:p>
            <w:r>
              <w:t>DT10</w:t>
            </w:r>
          </w:p>
        </w:tc>
        <w:tc>
          <w:tcPr>
            <w:tcW w:type="dxa" w:w="2880"/>
          </w:tcPr>
          <w:p>
            <w:r>
              <w:t>0</w:t>
            </w:r>
          </w:p>
        </w:tc>
      </w:tr>
      <w:tr>
        <w:tc>
          <w:tcPr>
            <w:tcW w:type="dxa" w:w="2880"/>
          </w:tcPr>
          <w:p>
            <w:r>
              <w:t>2026-02-09</w:t>
            </w:r>
          </w:p>
        </w:tc>
        <w:tc>
          <w:tcPr>
            <w:tcW w:type="dxa" w:w="2880"/>
          </w:tcPr>
          <w:p>
            <w:r>
              <w:t>DT02</w:t>
            </w:r>
          </w:p>
        </w:tc>
        <w:tc>
          <w:tcPr>
            <w:tcW w:type="dxa" w:w="2880"/>
          </w:tcPr>
          <w:p>
            <w:r>
              <w:t>0</w:t>
            </w:r>
          </w:p>
        </w:tc>
      </w:tr>
      <w:tr>
        <w:tc>
          <w:tcPr>
            <w:tcW w:type="dxa" w:w="2880"/>
          </w:tcPr>
          <w:p>
            <w:r>
              <w:t>2026-02-09</w:t>
            </w:r>
          </w:p>
        </w:tc>
        <w:tc>
          <w:tcPr>
            <w:tcW w:type="dxa" w:w="2880"/>
          </w:tcPr>
          <w:p>
            <w:r>
              <w:t>Other</w:t>
            </w:r>
          </w:p>
        </w:tc>
        <w:tc>
          <w:tcPr>
            <w:tcW w:type="dxa" w:w="2880"/>
          </w:tcPr>
          <w:p>
            <w:r>
              <w:t>0</w:t>
            </w:r>
          </w:p>
        </w:tc>
      </w:tr>
      <w:tr>
        <w:tc>
          <w:tcPr>
            <w:tcW w:type="dxa" w:w="2880"/>
          </w:tcPr>
          <w:p>
            <w:r>
              <w:t>2026-02-16</w:t>
            </w:r>
          </w:p>
        </w:tc>
        <w:tc>
          <w:tcPr>
            <w:tcW w:type="dxa" w:w="2880"/>
          </w:tcPr>
          <w:p>
            <w:r>
              <w:t>DT06</w:t>
            </w:r>
          </w:p>
        </w:tc>
        <w:tc>
          <w:tcPr>
            <w:tcW w:type="dxa" w:w="2880"/>
          </w:tcPr>
          <w:p>
            <w:r>
              <w:t>0</w:t>
            </w:r>
          </w:p>
        </w:tc>
      </w:tr>
      <w:tr>
        <w:tc>
          <w:tcPr>
            <w:tcW w:type="dxa" w:w="2880"/>
          </w:tcPr>
          <w:p>
            <w:r>
              <w:t>2026-02-16</w:t>
            </w:r>
          </w:p>
        </w:tc>
        <w:tc>
          <w:tcPr>
            <w:tcW w:type="dxa" w:w="2880"/>
          </w:tcPr>
          <w:p>
            <w:r>
              <w:t>DT04</w:t>
            </w:r>
          </w:p>
        </w:tc>
        <w:tc>
          <w:tcPr>
            <w:tcW w:type="dxa" w:w="2880"/>
          </w:tcPr>
          <w:p>
            <w:r>
              <w:t>0</w:t>
            </w:r>
          </w:p>
        </w:tc>
      </w:tr>
      <w:tr>
        <w:tc>
          <w:tcPr>
            <w:tcW w:type="dxa" w:w="2880"/>
          </w:tcPr>
          <w:p>
            <w:r>
              <w:t>2026-02-16</w:t>
            </w:r>
          </w:p>
        </w:tc>
        <w:tc>
          <w:tcPr>
            <w:tcW w:type="dxa" w:w="2880"/>
          </w:tcPr>
          <w:p>
            <w:r>
              <w:t>DT05</w:t>
            </w:r>
          </w:p>
        </w:tc>
        <w:tc>
          <w:tcPr>
            <w:tcW w:type="dxa" w:w="2880"/>
          </w:tcPr>
          <w:p>
            <w:r>
              <w:t>0</w:t>
            </w:r>
          </w:p>
        </w:tc>
      </w:tr>
      <w:tr>
        <w:tc>
          <w:tcPr>
            <w:tcW w:type="dxa" w:w="2880"/>
          </w:tcPr>
          <w:p>
            <w:r>
              <w:t>2026-02-16</w:t>
            </w:r>
          </w:p>
        </w:tc>
        <w:tc>
          <w:tcPr>
            <w:tcW w:type="dxa" w:w="2880"/>
          </w:tcPr>
          <w:p>
            <w:r>
              <w:t>DT10</w:t>
            </w:r>
          </w:p>
        </w:tc>
        <w:tc>
          <w:tcPr>
            <w:tcW w:type="dxa" w:w="2880"/>
          </w:tcPr>
          <w:p>
            <w:r>
              <w:t>0</w:t>
            </w:r>
          </w:p>
        </w:tc>
      </w:tr>
      <w:tr>
        <w:tc>
          <w:tcPr>
            <w:tcW w:type="dxa" w:w="2880"/>
          </w:tcPr>
          <w:p>
            <w:r>
              <w:t>2026-02-16</w:t>
            </w:r>
          </w:p>
        </w:tc>
        <w:tc>
          <w:tcPr>
            <w:tcW w:type="dxa" w:w="2880"/>
          </w:tcPr>
          <w:p>
            <w:r>
              <w:t>DT02</w:t>
            </w:r>
          </w:p>
        </w:tc>
        <w:tc>
          <w:tcPr>
            <w:tcW w:type="dxa" w:w="2880"/>
          </w:tcPr>
          <w:p>
            <w:r>
              <w:t>0</w:t>
            </w:r>
          </w:p>
        </w:tc>
      </w:tr>
      <w:tr>
        <w:tc>
          <w:tcPr>
            <w:tcW w:type="dxa" w:w="2880"/>
          </w:tcPr>
          <w:p>
            <w:r>
              <w:t>2026-02-16</w:t>
            </w:r>
          </w:p>
        </w:tc>
        <w:tc>
          <w:tcPr>
            <w:tcW w:type="dxa" w:w="2880"/>
          </w:tcPr>
          <w:p>
            <w:r>
              <w:t>Other</w:t>
            </w:r>
          </w:p>
        </w:tc>
        <w:tc>
          <w:tcPr>
            <w:tcW w:type="dxa" w:w="2880"/>
          </w:tcPr>
          <w:p>
            <w:r>
              <w:t>0</w:t>
            </w:r>
          </w:p>
        </w:tc>
      </w:tr>
      <w:tr>
        <w:tc>
          <w:tcPr>
            <w:tcW w:type="dxa" w:w="2880"/>
          </w:tcPr>
          <w:p>
            <w:r>
              <w:t>2026-02-23</w:t>
            </w:r>
          </w:p>
        </w:tc>
        <w:tc>
          <w:tcPr>
            <w:tcW w:type="dxa" w:w="2880"/>
          </w:tcPr>
          <w:p>
            <w:r>
              <w:t>DT06</w:t>
            </w:r>
          </w:p>
        </w:tc>
        <w:tc>
          <w:tcPr>
            <w:tcW w:type="dxa" w:w="2880"/>
          </w:tcPr>
          <w:p>
            <w:r>
              <w:t>3,579</w:t>
            </w:r>
          </w:p>
        </w:tc>
      </w:tr>
      <w:tr>
        <w:tc>
          <w:tcPr>
            <w:tcW w:type="dxa" w:w="2880"/>
          </w:tcPr>
          <w:p>
            <w:r>
              <w:t>2026-02-23</w:t>
            </w:r>
          </w:p>
        </w:tc>
        <w:tc>
          <w:tcPr>
            <w:tcW w:type="dxa" w:w="2880"/>
          </w:tcPr>
          <w:p>
            <w:r>
              <w:t>DT04</w:t>
            </w:r>
          </w:p>
        </w:tc>
        <w:tc>
          <w:tcPr>
            <w:tcW w:type="dxa" w:w="2880"/>
          </w:tcPr>
          <w:p>
            <w:r>
              <w:t>2,962</w:t>
            </w:r>
          </w:p>
        </w:tc>
      </w:tr>
      <w:tr>
        <w:tc>
          <w:tcPr>
            <w:tcW w:type="dxa" w:w="2880"/>
          </w:tcPr>
          <w:p>
            <w:r>
              <w:t>2026-02-23</w:t>
            </w:r>
          </w:p>
        </w:tc>
        <w:tc>
          <w:tcPr>
            <w:tcW w:type="dxa" w:w="2880"/>
          </w:tcPr>
          <w:p>
            <w:r>
              <w:t>DT05</w:t>
            </w:r>
          </w:p>
        </w:tc>
        <w:tc>
          <w:tcPr>
            <w:tcW w:type="dxa" w:w="2880"/>
          </w:tcPr>
          <w:p>
            <w:r>
              <w:t>7,288</w:t>
            </w:r>
          </w:p>
        </w:tc>
      </w:tr>
      <w:tr>
        <w:tc>
          <w:tcPr>
            <w:tcW w:type="dxa" w:w="2880"/>
          </w:tcPr>
          <w:p>
            <w:r>
              <w:t>2026-02-23</w:t>
            </w:r>
          </w:p>
        </w:tc>
        <w:tc>
          <w:tcPr>
            <w:tcW w:type="dxa" w:w="2880"/>
          </w:tcPr>
          <w:p>
            <w:r>
              <w:t>DT10</w:t>
            </w:r>
          </w:p>
        </w:tc>
        <w:tc>
          <w:tcPr>
            <w:tcW w:type="dxa" w:w="2880"/>
          </w:tcPr>
          <w:p>
            <w:r>
              <w:t>3,713</w:t>
            </w:r>
          </w:p>
        </w:tc>
      </w:tr>
      <w:tr>
        <w:tc>
          <w:tcPr>
            <w:tcW w:type="dxa" w:w="2880"/>
          </w:tcPr>
          <w:p>
            <w:r>
              <w:t>2026-02-23</w:t>
            </w:r>
          </w:p>
        </w:tc>
        <w:tc>
          <w:tcPr>
            <w:tcW w:type="dxa" w:w="2880"/>
          </w:tcPr>
          <w:p>
            <w:r>
              <w:t>DT02</w:t>
            </w:r>
          </w:p>
        </w:tc>
        <w:tc>
          <w:tcPr>
            <w:tcW w:type="dxa" w:w="2880"/>
          </w:tcPr>
          <w:p>
            <w:r>
              <w:t>2,970</w:t>
            </w:r>
          </w:p>
        </w:tc>
      </w:tr>
      <w:tr>
        <w:tc>
          <w:tcPr>
            <w:tcW w:type="dxa" w:w="2880"/>
          </w:tcPr>
          <w:p>
            <w:r>
              <w:t>2026-02-23</w:t>
            </w:r>
          </w:p>
        </w:tc>
        <w:tc>
          <w:tcPr>
            <w:tcW w:type="dxa" w:w="2880"/>
          </w:tcPr>
          <w:p>
            <w:r>
              <w:t>Other</w:t>
            </w:r>
          </w:p>
        </w:tc>
        <w:tc>
          <w:tcPr>
            <w:tcW w:type="dxa" w:w="2880"/>
          </w:tcPr>
          <w:p>
            <w:r>
              <w:t>3.058e+04</w:t>
            </w:r>
          </w:p>
        </w:tc>
      </w:tr>
      <w:tr>
        <w:tc>
          <w:tcPr>
            <w:tcW w:type="dxa" w:w="2880"/>
          </w:tcPr>
          <w:p>
            <w:r>
              <w:t>2026-03-02</w:t>
            </w:r>
          </w:p>
        </w:tc>
        <w:tc>
          <w:tcPr>
            <w:tcW w:type="dxa" w:w="2880"/>
          </w:tcPr>
          <w:p>
            <w:r>
              <w:t>DT06</w:t>
            </w:r>
          </w:p>
        </w:tc>
        <w:tc>
          <w:tcPr>
            <w:tcW w:type="dxa" w:w="2880"/>
          </w:tcPr>
          <w:p>
            <w:r>
              <w:t>0</w:t>
            </w:r>
          </w:p>
        </w:tc>
      </w:tr>
      <w:tr>
        <w:tc>
          <w:tcPr>
            <w:tcW w:type="dxa" w:w="2880"/>
          </w:tcPr>
          <w:p>
            <w:r>
              <w:t>2026-03-02</w:t>
            </w:r>
          </w:p>
        </w:tc>
        <w:tc>
          <w:tcPr>
            <w:tcW w:type="dxa" w:w="2880"/>
          </w:tcPr>
          <w:p>
            <w:r>
              <w:t>DT04</w:t>
            </w:r>
          </w:p>
        </w:tc>
        <w:tc>
          <w:tcPr>
            <w:tcW w:type="dxa" w:w="2880"/>
          </w:tcPr>
          <w:p>
            <w:r>
              <w:t>0</w:t>
            </w:r>
          </w:p>
        </w:tc>
      </w:tr>
      <w:tr>
        <w:tc>
          <w:tcPr>
            <w:tcW w:type="dxa" w:w="2880"/>
          </w:tcPr>
          <w:p>
            <w:r>
              <w:t>2026-03-02</w:t>
            </w:r>
          </w:p>
        </w:tc>
        <w:tc>
          <w:tcPr>
            <w:tcW w:type="dxa" w:w="2880"/>
          </w:tcPr>
          <w:p>
            <w:r>
              <w:t>DT05</w:t>
            </w:r>
          </w:p>
        </w:tc>
        <w:tc>
          <w:tcPr>
            <w:tcW w:type="dxa" w:w="2880"/>
          </w:tcPr>
          <w:p>
            <w:r>
              <w:t>0</w:t>
            </w:r>
          </w:p>
        </w:tc>
      </w:tr>
      <w:tr>
        <w:tc>
          <w:tcPr>
            <w:tcW w:type="dxa" w:w="2880"/>
          </w:tcPr>
          <w:p>
            <w:r>
              <w:t>2026-03-02</w:t>
            </w:r>
          </w:p>
        </w:tc>
        <w:tc>
          <w:tcPr>
            <w:tcW w:type="dxa" w:w="2880"/>
          </w:tcPr>
          <w:p>
            <w:r>
              <w:t>DT10</w:t>
            </w:r>
          </w:p>
        </w:tc>
        <w:tc>
          <w:tcPr>
            <w:tcW w:type="dxa" w:w="2880"/>
          </w:tcPr>
          <w:p>
            <w:r>
              <w:t>0</w:t>
            </w:r>
          </w:p>
        </w:tc>
      </w:tr>
      <w:tr>
        <w:tc>
          <w:tcPr>
            <w:tcW w:type="dxa" w:w="2880"/>
          </w:tcPr>
          <w:p>
            <w:r>
              <w:t>2026-03-02</w:t>
            </w:r>
          </w:p>
        </w:tc>
        <w:tc>
          <w:tcPr>
            <w:tcW w:type="dxa" w:w="2880"/>
          </w:tcPr>
          <w:p>
            <w:r>
              <w:t>DT02</w:t>
            </w:r>
          </w:p>
        </w:tc>
        <w:tc>
          <w:tcPr>
            <w:tcW w:type="dxa" w:w="2880"/>
          </w:tcPr>
          <w:p>
            <w:r>
              <w:t>0</w:t>
            </w:r>
          </w:p>
        </w:tc>
      </w:tr>
      <w:tr>
        <w:tc>
          <w:tcPr>
            <w:tcW w:type="dxa" w:w="2880"/>
          </w:tcPr>
          <w:p>
            <w:r>
              <w:t>2026-03-02</w:t>
            </w:r>
          </w:p>
        </w:tc>
        <w:tc>
          <w:tcPr>
            <w:tcW w:type="dxa" w:w="2880"/>
          </w:tcPr>
          <w:p>
            <w:r>
              <w:t>Other</w:t>
            </w:r>
          </w:p>
        </w:tc>
        <w:tc>
          <w:tcPr>
            <w:tcW w:type="dxa" w:w="2880"/>
          </w:tcPr>
          <w:p>
            <w:r>
              <w:t>0</w:t>
            </w:r>
          </w:p>
        </w:tc>
      </w:tr>
      <w:tr>
        <w:tc>
          <w:tcPr>
            <w:tcW w:type="dxa" w:w="2880"/>
          </w:tcPr>
          <w:p>
            <w:r>
              <w:t>2026-03-09</w:t>
            </w:r>
          </w:p>
        </w:tc>
        <w:tc>
          <w:tcPr>
            <w:tcW w:type="dxa" w:w="2880"/>
          </w:tcPr>
          <w:p>
            <w:r>
              <w:t>DT06</w:t>
            </w:r>
          </w:p>
        </w:tc>
        <w:tc>
          <w:tcPr>
            <w:tcW w:type="dxa" w:w="2880"/>
          </w:tcPr>
          <w:p>
            <w:r>
              <w:t>0</w:t>
            </w:r>
          </w:p>
        </w:tc>
      </w:tr>
      <w:tr>
        <w:tc>
          <w:tcPr>
            <w:tcW w:type="dxa" w:w="2880"/>
          </w:tcPr>
          <w:p>
            <w:r>
              <w:t>2026-03-09</w:t>
            </w:r>
          </w:p>
        </w:tc>
        <w:tc>
          <w:tcPr>
            <w:tcW w:type="dxa" w:w="2880"/>
          </w:tcPr>
          <w:p>
            <w:r>
              <w:t>DT04</w:t>
            </w:r>
          </w:p>
        </w:tc>
        <w:tc>
          <w:tcPr>
            <w:tcW w:type="dxa" w:w="2880"/>
          </w:tcPr>
          <w:p>
            <w:r>
              <w:t>0</w:t>
            </w:r>
          </w:p>
        </w:tc>
      </w:tr>
      <w:tr>
        <w:tc>
          <w:tcPr>
            <w:tcW w:type="dxa" w:w="2880"/>
          </w:tcPr>
          <w:p>
            <w:r>
              <w:t>2026-03-09</w:t>
            </w:r>
          </w:p>
        </w:tc>
        <w:tc>
          <w:tcPr>
            <w:tcW w:type="dxa" w:w="2880"/>
          </w:tcPr>
          <w:p>
            <w:r>
              <w:t>DT05</w:t>
            </w:r>
          </w:p>
        </w:tc>
        <w:tc>
          <w:tcPr>
            <w:tcW w:type="dxa" w:w="2880"/>
          </w:tcPr>
          <w:p>
            <w:r>
              <w:t>0</w:t>
            </w:r>
          </w:p>
        </w:tc>
      </w:tr>
      <w:tr>
        <w:tc>
          <w:tcPr>
            <w:tcW w:type="dxa" w:w="2880"/>
          </w:tcPr>
          <w:p>
            <w:r>
              <w:t>2026-03-09</w:t>
            </w:r>
          </w:p>
        </w:tc>
        <w:tc>
          <w:tcPr>
            <w:tcW w:type="dxa" w:w="2880"/>
          </w:tcPr>
          <w:p>
            <w:r>
              <w:t>DT10</w:t>
            </w:r>
          </w:p>
        </w:tc>
        <w:tc>
          <w:tcPr>
            <w:tcW w:type="dxa" w:w="2880"/>
          </w:tcPr>
          <w:p>
            <w:r>
              <w:t>0</w:t>
            </w:r>
          </w:p>
        </w:tc>
      </w:tr>
      <w:tr>
        <w:tc>
          <w:tcPr>
            <w:tcW w:type="dxa" w:w="2880"/>
          </w:tcPr>
          <w:p>
            <w:r>
              <w:t>2026-03-09</w:t>
            </w:r>
          </w:p>
        </w:tc>
        <w:tc>
          <w:tcPr>
            <w:tcW w:type="dxa" w:w="2880"/>
          </w:tcPr>
          <w:p>
            <w:r>
              <w:t>DT02</w:t>
            </w:r>
          </w:p>
        </w:tc>
        <w:tc>
          <w:tcPr>
            <w:tcW w:type="dxa" w:w="2880"/>
          </w:tcPr>
          <w:p>
            <w:r>
              <w:t>0</w:t>
            </w:r>
          </w:p>
        </w:tc>
      </w:tr>
      <w:tr>
        <w:tc>
          <w:tcPr>
            <w:tcW w:type="dxa" w:w="2880"/>
          </w:tcPr>
          <w:p>
            <w:r>
              <w:t>2026-03-09</w:t>
            </w:r>
          </w:p>
        </w:tc>
        <w:tc>
          <w:tcPr>
            <w:tcW w:type="dxa" w:w="2880"/>
          </w:tcPr>
          <w:p>
            <w:r>
              <w:t>Other</w:t>
            </w:r>
          </w:p>
        </w:tc>
        <w:tc>
          <w:tcPr>
            <w:tcW w:type="dxa" w:w="2880"/>
          </w:tcPr>
          <w:p>
            <w:r>
              <w:t>0</w:t>
            </w:r>
          </w:p>
        </w:tc>
      </w:tr>
      <w:tr>
        <w:tc>
          <w:tcPr>
            <w:tcW w:type="dxa" w:w="2880"/>
          </w:tcPr>
          <w:p>
            <w:r>
              <w:t>2026-03-16</w:t>
            </w:r>
          </w:p>
        </w:tc>
        <w:tc>
          <w:tcPr>
            <w:tcW w:type="dxa" w:w="2880"/>
          </w:tcPr>
          <w:p>
            <w:r>
              <w:t>DT06</w:t>
            </w:r>
          </w:p>
        </w:tc>
        <w:tc>
          <w:tcPr>
            <w:tcW w:type="dxa" w:w="2880"/>
          </w:tcPr>
          <w:p>
            <w:r>
              <w:t>0</w:t>
            </w:r>
          </w:p>
        </w:tc>
      </w:tr>
      <w:tr>
        <w:tc>
          <w:tcPr>
            <w:tcW w:type="dxa" w:w="2880"/>
          </w:tcPr>
          <w:p>
            <w:r>
              <w:t>2026-03-16</w:t>
            </w:r>
          </w:p>
        </w:tc>
        <w:tc>
          <w:tcPr>
            <w:tcW w:type="dxa" w:w="2880"/>
          </w:tcPr>
          <w:p>
            <w:r>
              <w:t>DT04</w:t>
            </w:r>
          </w:p>
        </w:tc>
        <w:tc>
          <w:tcPr>
            <w:tcW w:type="dxa" w:w="2880"/>
          </w:tcPr>
          <w:p>
            <w:r>
              <w:t>0</w:t>
            </w:r>
          </w:p>
        </w:tc>
      </w:tr>
      <w:tr>
        <w:tc>
          <w:tcPr>
            <w:tcW w:type="dxa" w:w="2880"/>
          </w:tcPr>
          <w:p>
            <w:r>
              <w:t>2026-03-16</w:t>
            </w:r>
          </w:p>
        </w:tc>
        <w:tc>
          <w:tcPr>
            <w:tcW w:type="dxa" w:w="2880"/>
          </w:tcPr>
          <w:p>
            <w:r>
              <w:t>DT05</w:t>
            </w:r>
          </w:p>
        </w:tc>
        <w:tc>
          <w:tcPr>
            <w:tcW w:type="dxa" w:w="2880"/>
          </w:tcPr>
          <w:p>
            <w:r>
              <w:t>0</w:t>
            </w:r>
          </w:p>
        </w:tc>
      </w:tr>
      <w:tr>
        <w:tc>
          <w:tcPr>
            <w:tcW w:type="dxa" w:w="2880"/>
          </w:tcPr>
          <w:p>
            <w:r>
              <w:t>2026-03-16</w:t>
            </w:r>
          </w:p>
        </w:tc>
        <w:tc>
          <w:tcPr>
            <w:tcW w:type="dxa" w:w="2880"/>
          </w:tcPr>
          <w:p>
            <w:r>
              <w:t>DT10</w:t>
            </w:r>
          </w:p>
        </w:tc>
        <w:tc>
          <w:tcPr>
            <w:tcW w:type="dxa" w:w="2880"/>
          </w:tcPr>
          <w:p>
            <w:r>
              <w:t>0</w:t>
            </w:r>
          </w:p>
        </w:tc>
      </w:tr>
      <w:tr>
        <w:tc>
          <w:tcPr>
            <w:tcW w:type="dxa" w:w="2880"/>
          </w:tcPr>
          <w:p>
            <w:r>
              <w:t>2026-03-16</w:t>
            </w:r>
          </w:p>
        </w:tc>
        <w:tc>
          <w:tcPr>
            <w:tcW w:type="dxa" w:w="2880"/>
          </w:tcPr>
          <w:p>
            <w:r>
              <w:t>DT02</w:t>
            </w:r>
          </w:p>
        </w:tc>
        <w:tc>
          <w:tcPr>
            <w:tcW w:type="dxa" w:w="2880"/>
          </w:tcPr>
          <w:p>
            <w:r>
              <w:t>0</w:t>
            </w:r>
          </w:p>
        </w:tc>
      </w:tr>
      <w:tr>
        <w:tc>
          <w:tcPr>
            <w:tcW w:type="dxa" w:w="2880"/>
          </w:tcPr>
          <w:p>
            <w:r>
              <w:t>2026-03-16</w:t>
            </w:r>
          </w:p>
        </w:tc>
        <w:tc>
          <w:tcPr>
            <w:tcW w:type="dxa" w:w="2880"/>
          </w:tcPr>
          <w:p>
            <w:r>
              <w:t>Other</w:t>
            </w:r>
          </w:p>
        </w:tc>
        <w:tc>
          <w:tcPr>
            <w:tcW w:type="dxa" w:w="2880"/>
          </w:tcPr>
          <w:p>
            <w:r>
              <w:t>0</w:t>
            </w:r>
          </w:p>
        </w:tc>
      </w:tr>
      <w:tr>
        <w:tc>
          <w:tcPr>
            <w:tcW w:type="dxa" w:w="2880"/>
          </w:tcPr>
          <w:p>
            <w:r>
              <w:t>2026-03-23</w:t>
            </w:r>
          </w:p>
        </w:tc>
        <w:tc>
          <w:tcPr>
            <w:tcW w:type="dxa" w:w="2880"/>
          </w:tcPr>
          <w:p>
            <w:r>
              <w:t>DT06</w:t>
            </w:r>
          </w:p>
        </w:tc>
        <w:tc>
          <w:tcPr>
            <w:tcW w:type="dxa" w:w="2880"/>
          </w:tcPr>
          <w:p>
            <w:r>
              <w:t>0</w:t>
            </w:r>
          </w:p>
        </w:tc>
      </w:tr>
      <w:tr>
        <w:tc>
          <w:tcPr>
            <w:tcW w:type="dxa" w:w="2880"/>
          </w:tcPr>
          <w:p>
            <w:r>
              <w:t>2026-03-23</w:t>
            </w:r>
          </w:p>
        </w:tc>
        <w:tc>
          <w:tcPr>
            <w:tcW w:type="dxa" w:w="2880"/>
          </w:tcPr>
          <w:p>
            <w:r>
              <w:t>DT04</w:t>
            </w:r>
          </w:p>
        </w:tc>
        <w:tc>
          <w:tcPr>
            <w:tcW w:type="dxa" w:w="2880"/>
          </w:tcPr>
          <w:p>
            <w:r>
              <w:t>0</w:t>
            </w:r>
          </w:p>
        </w:tc>
      </w:tr>
      <w:tr>
        <w:tc>
          <w:tcPr>
            <w:tcW w:type="dxa" w:w="2880"/>
          </w:tcPr>
          <w:p>
            <w:r>
              <w:t>2026-03-23</w:t>
            </w:r>
          </w:p>
        </w:tc>
        <w:tc>
          <w:tcPr>
            <w:tcW w:type="dxa" w:w="2880"/>
          </w:tcPr>
          <w:p>
            <w:r>
              <w:t>DT05</w:t>
            </w:r>
          </w:p>
        </w:tc>
        <w:tc>
          <w:tcPr>
            <w:tcW w:type="dxa" w:w="2880"/>
          </w:tcPr>
          <w:p>
            <w:r>
              <w:t>0</w:t>
            </w:r>
          </w:p>
        </w:tc>
      </w:tr>
      <w:tr>
        <w:tc>
          <w:tcPr>
            <w:tcW w:type="dxa" w:w="2880"/>
          </w:tcPr>
          <w:p>
            <w:r>
              <w:t>2026-03-23</w:t>
            </w:r>
          </w:p>
        </w:tc>
        <w:tc>
          <w:tcPr>
            <w:tcW w:type="dxa" w:w="2880"/>
          </w:tcPr>
          <w:p>
            <w:r>
              <w:t>DT10</w:t>
            </w:r>
          </w:p>
        </w:tc>
        <w:tc>
          <w:tcPr>
            <w:tcW w:type="dxa" w:w="2880"/>
          </w:tcPr>
          <w:p>
            <w:r>
              <w:t>0</w:t>
            </w:r>
          </w:p>
        </w:tc>
      </w:tr>
      <w:tr>
        <w:tc>
          <w:tcPr>
            <w:tcW w:type="dxa" w:w="2880"/>
          </w:tcPr>
          <w:p>
            <w:r>
              <w:t>2026-03-23</w:t>
            </w:r>
          </w:p>
        </w:tc>
        <w:tc>
          <w:tcPr>
            <w:tcW w:type="dxa" w:w="2880"/>
          </w:tcPr>
          <w:p>
            <w:r>
              <w:t>DT02</w:t>
            </w:r>
          </w:p>
        </w:tc>
        <w:tc>
          <w:tcPr>
            <w:tcW w:type="dxa" w:w="2880"/>
          </w:tcPr>
          <w:p>
            <w:r>
              <w:t>0</w:t>
            </w:r>
          </w:p>
        </w:tc>
      </w:tr>
      <w:tr>
        <w:tc>
          <w:tcPr>
            <w:tcW w:type="dxa" w:w="2880"/>
          </w:tcPr>
          <w:p>
            <w:r>
              <w:t>2026-03-23</w:t>
            </w:r>
          </w:p>
        </w:tc>
        <w:tc>
          <w:tcPr>
            <w:tcW w:type="dxa" w:w="2880"/>
          </w:tcPr>
          <w:p>
            <w:r>
              <w:t>Other</w:t>
            </w:r>
          </w:p>
        </w:tc>
        <w:tc>
          <w:tcPr>
            <w:tcW w:type="dxa" w:w="2880"/>
          </w:tcPr>
          <w:p>
            <w:r>
              <w:t>0</w:t>
            </w:r>
          </w:p>
        </w:tc>
      </w:tr>
      <w:tr>
        <w:tc>
          <w:tcPr>
            <w:tcW w:type="dxa" w:w="2880"/>
          </w:tcPr>
          <w:p>
            <w:r>
              <w:t>2026-03-30</w:t>
            </w:r>
          </w:p>
        </w:tc>
        <w:tc>
          <w:tcPr>
            <w:tcW w:type="dxa" w:w="2880"/>
          </w:tcPr>
          <w:p>
            <w:r>
              <w:t>DT06</w:t>
            </w:r>
          </w:p>
        </w:tc>
        <w:tc>
          <w:tcPr>
            <w:tcW w:type="dxa" w:w="2880"/>
          </w:tcPr>
          <w:p>
            <w:r>
              <w:t>5,650</w:t>
            </w:r>
          </w:p>
        </w:tc>
      </w:tr>
      <w:tr>
        <w:tc>
          <w:tcPr>
            <w:tcW w:type="dxa" w:w="2880"/>
          </w:tcPr>
          <w:p>
            <w:r>
              <w:t>2026-03-30</w:t>
            </w:r>
          </w:p>
        </w:tc>
        <w:tc>
          <w:tcPr>
            <w:tcW w:type="dxa" w:w="2880"/>
          </w:tcPr>
          <w:p>
            <w:r>
              <w:t>DT04</w:t>
            </w:r>
          </w:p>
        </w:tc>
        <w:tc>
          <w:tcPr>
            <w:tcW w:type="dxa" w:w="2880"/>
          </w:tcPr>
          <w:p>
            <w:r>
              <w:t>6,950</w:t>
            </w:r>
          </w:p>
        </w:tc>
      </w:tr>
      <w:tr>
        <w:tc>
          <w:tcPr>
            <w:tcW w:type="dxa" w:w="2880"/>
          </w:tcPr>
          <w:p>
            <w:r>
              <w:t>2026-03-30</w:t>
            </w:r>
          </w:p>
        </w:tc>
        <w:tc>
          <w:tcPr>
            <w:tcW w:type="dxa" w:w="2880"/>
          </w:tcPr>
          <w:p>
            <w:r>
              <w:t>DT05</w:t>
            </w:r>
          </w:p>
        </w:tc>
        <w:tc>
          <w:tcPr>
            <w:tcW w:type="dxa" w:w="2880"/>
          </w:tcPr>
          <w:p>
            <w:r>
              <w:t>6,796</w:t>
            </w:r>
          </w:p>
        </w:tc>
      </w:tr>
      <w:tr>
        <w:tc>
          <w:tcPr>
            <w:tcW w:type="dxa" w:w="2880"/>
          </w:tcPr>
          <w:p>
            <w:r>
              <w:t>2026-03-30</w:t>
            </w:r>
          </w:p>
        </w:tc>
        <w:tc>
          <w:tcPr>
            <w:tcW w:type="dxa" w:w="2880"/>
          </w:tcPr>
          <w:p>
            <w:r>
              <w:t>DT10</w:t>
            </w:r>
          </w:p>
        </w:tc>
        <w:tc>
          <w:tcPr>
            <w:tcW w:type="dxa" w:w="2880"/>
          </w:tcPr>
          <w:p>
            <w:r>
              <w:t>4,404</w:t>
            </w:r>
          </w:p>
        </w:tc>
      </w:tr>
      <w:tr>
        <w:tc>
          <w:tcPr>
            <w:tcW w:type="dxa" w:w="2880"/>
          </w:tcPr>
          <w:p>
            <w:r>
              <w:t>2026-03-30</w:t>
            </w:r>
          </w:p>
        </w:tc>
        <w:tc>
          <w:tcPr>
            <w:tcW w:type="dxa" w:w="2880"/>
          </w:tcPr>
          <w:p>
            <w:r>
              <w:t>DT02</w:t>
            </w:r>
          </w:p>
        </w:tc>
        <w:tc>
          <w:tcPr>
            <w:tcW w:type="dxa" w:w="2880"/>
          </w:tcPr>
          <w:p>
            <w:r>
              <w:t>3,479</w:t>
            </w:r>
          </w:p>
        </w:tc>
      </w:tr>
      <w:tr>
        <w:tc>
          <w:tcPr>
            <w:tcW w:type="dxa" w:w="2880"/>
          </w:tcPr>
          <w:p>
            <w:r>
              <w:t>2026-03-30</w:t>
            </w:r>
          </w:p>
        </w:tc>
        <w:tc>
          <w:tcPr>
            <w:tcW w:type="dxa" w:w="2880"/>
          </w:tcPr>
          <w:p>
            <w:r>
              <w:t>Other</w:t>
            </w:r>
          </w:p>
        </w:tc>
        <w:tc>
          <w:tcPr>
            <w:tcW w:type="dxa" w:w="2880"/>
          </w:tcPr>
          <w:p>
            <w:r>
              <w:t>1.511e+04</w:t>
            </w:r>
          </w:p>
        </w:tc>
      </w:tr>
      <w:tr>
        <w:tc>
          <w:tcPr>
            <w:tcW w:type="dxa" w:w="2880"/>
          </w:tcPr>
          <w:p>
            <w:r>
              <w:t>2026-04-06</w:t>
            </w:r>
          </w:p>
        </w:tc>
        <w:tc>
          <w:tcPr>
            <w:tcW w:type="dxa" w:w="2880"/>
          </w:tcPr>
          <w:p>
            <w:r>
              <w:t>DT06</w:t>
            </w:r>
          </w:p>
        </w:tc>
        <w:tc>
          <w:tcPr>
            <w:tcW w:type="dxa" w:w="2880"/>
          </w:tcPr>
          <w:p>
            <w:r>
              <w:t>0</w:t>
            </w:r>
          </w:p>
        </w:tc>
      </w:tr>
      <w:tr>
        <w:tc>
          <w:tcPr>
            <w:tcW w:type="dxa" w:w="2880"/>
          </w:tcPr>
          <w:p>
            <w:r>
              <w:t>2026-04-06</w:t>
            </w:r>
          </w:p>
        </w:tc>
        <w:tc>
          <w:tcPr>
            <w:tcW w:type="dxa" w:w="2880"/>
          </w:tcPr>
          <w:p>
            <w:r>
              <w:t>DT04</w:t>
            </w:r>
          </w:p>
        </w:tc>
        <w:tc>
          <w:tcPr>
            <w:tcW w:type="dxa" w:w="2880"/>
          </w:tcPr>
          <w:p>
            <w:r>
              <w:t>0</w:t>
            </w:r>
          </w:p>
        </w:tc>
      </w:tr>
      <w:tr>
        <w:tc>
          <w:tcPr>
            <w:tcW w:type="dxa" w:w="2880"/>
          </w:tcPr>
          <w:p>
            <w:r>
              <w:t>2026-04-06</w:t>
            </w:r>
          </w:p>
        </w:tc>
        <w:tc>
          <w:tcPr>
            <w:tcW w:type="dxa" w:w="2880"/>
          </w:tcPr>
          <w:p>
            <w:r>
              <w:t>DT05</w:t>
            </w:r>
          </w:p>
        </w:tc>
        <w:tc>
          <w:tcPr>
            <w:tcW w:type="dxa" w:w="2880"/>
          </w:tcPr>
          <w:p>
            <w:r>
              <w:t>0</w:t>
            </w:r>
          </w:p>
        </w:tc>
      </w:tr>
      <w:tr>
        <w:tc>
          <w:tcPr>
            <w:tcW w:type="dxa" w:w="2880"/>
          </w:tcPr>
          <w:p>
            <w:r>
              <w:t>2026-04-06</w:t>
            </w:r>
          </w:p>
        </w:tc>
        <w:tc>
          <w:tcPr>
            <w:tcW w:type="dxa" w:w="2880"/>
          </w:tcPr>
          <w:p>
            <w:r>
              <w:t>DT10</w:t>
            </w:r>
          </w:p>
        </w:tc>
        <w:tc>
          <w:tcPr>
            <w:tcW w:type="dxa" w:w="2880"/>
          </w:tcPr>
          <w:p>
            <w:r>
              <w:t>0</w:t>
            </w:r>
          </w:p>
        </w:tc>
      </w:tr>
      <w:tr>
        <w:tc>
          <w:tcPr>
            <w:tcW w:type="dxa" w:w="2880"/>
          </w:tcPr>
          <w:p>
            <w:r>
              <w:t>2026-04-06</w:t>
            </w:r>
          </w:p>
        </w:tc>
        <w:tc>
          <w:tcPr>
            <w:tcW w:type="dxa" w:w="2880"/>
          </w:tcPr>
          <w:p>
            <w:r>
              <w:t>DT02</w:t>
            </w:r>
          </w:p>
        </w:tc>
        <w:tc>
          <w:tcPr>
            <w:tcW w:type="dxa" w:w="2880"/>
          </w:tcPr>
          <w:p>
            <w:r>
              <w:t>0</w:t>
            </w:r>
          </w:p>
        </w:tc>
      </w:tr>
      <w:tr>
        <w:tc>
          <w:tcPr>
            <w:tcW w:type="dxa" w:w="2880"/>
          </w:tcPr>
          <w:p>
            <w:r>
              <w:t>2026-04-06</w:t>
            </w:r>
          </w:p>
        </w:tc>
        <w:tc>
          <w:tcPr>
            <w:tcW w:type="dxa" w:w="2880"/>
          </w:tcPr>
          <w:p>
            <w:r>
              <w:t>Other</w:t>
            </w:r>
          </w:p>
        </w:tc>
        <w:tc>
          <w:tcPr>
            <w:tcW w:type="dxa" w:w="2880"/>
          </w:tcPr>
          <w:p>
            <w:r>
              <w:t>0</w:t>
            </w:r>
          </w:p>
        </w:tc>
      </w:tr>
      <w:tr>
        <w:tc>
          <w:tcPr>
            <w:tcW w:type="dxa" w:w="2880"/>
          </w:tcPr>
          <w:p>
            <w:r>
              <w:t>2026-04-13</w:t>
            </w:r>
          </w:p>
        </w:tc>
        <w:tc>
          <w:tcPr>
            <w:tcW w:type="dxa" w:w="2880"/>
          </w:tcPr>
          <w:p>
            <w:r>
              <w:t>DT06</w:t>
            </w:r>
          </w:p>
        </w:tc>
        <w:tc>
          <w:tcPr>
            <w:tcW w:type="dxa" w:w="2880"/>
          </w:tcPr>
          <w:p>
            <w:r>
              <w:t>0</w:t>
            </w:r>
          </w:p>
        </w:tc>
      </w:tr>
      <w:tr>
        <w:tc>
          <w:tcPr>
            <w:tcW w:type="dxa" w:w="2880"/>
          </w:tcPr>
          <w:p>
            <w:r>
              <w:t>2026-04-13</w:t>
            </w:r>
          </w:p>
        </w:tc>
        <w:tc>
          <w:tcPr>
            <w:tcW w:type="dxa" w:w="2880"/>
          </w:tcPr>
          <w:p>
            <w:r>
              <w:t>DT04</w:t>
            </w:r>
          </w:p>
        </w:tc>
        <w:tc>
          <w:tcPr>
            <w:tcW w:type="dxa" w:w="2880"/>
          </w:tcPr>
          <w:p>
            <w:r>
              <w:t>0</w:t>
            </w:r>
          </w:p>
        </w:tc>
      </w:tr>
      <w:tr>
        <w:tc>
          <w:tcPr>
            <w:tcW w:type="dxa" w:w="2880"/>
          </w:tcPr>
          <w:p>
            <w:r>
              <w:t>2026-04-13</w:t>
            </w:r>
          </w:p>
        </w:tc>
        <w:tc>
          <w:tcPr>
            <w:tcW w:type="dxa" w:w="2880"/>
          </w:tcPr>
          <w:p>
            <w:r>
              <w:t>DT05</w:t>
            </w:r>
          </w:p>
        </w:tc>
        <w:tc>
          <w:tcPr>
            <w:tcW w:type="dxa" w:w="2880"/>
          </w:tcPr>
          <w:p>
            <w:r>
              <w:t>0</w:t>
            </w:r>
          </w:p>
        </w:tc>
      </w:tr>
      <w:tr>
        <w:tc>
          <w:tcPr>
            <w:tcW w:type="dxa" w:w="2880"/>
          </w:tcPr>
          <w:p>
            <w:r>
              <w:t>2026-04-13</w:t>
            </w:r>
          </w:p>
        </w:tc>
        <w:tc>
          <w:tcPr>
            <w:tcW w:type="dxa" w:w="2880"/>
          </w:tcPr>
          <w:p>
            <w:r>
              <w:t>DT10</w:t>
            </w:r>
          </w:p>
        </w:tc>
        <w:tc>
          <w:tcPr>
            <w:tcW w:type="dxa" w:w="2880"/>
          </w:tcPr>
          <w:p>
            <w:r>
              <w:t>0</w:t>
            </w:r>
          </w:p>
        </w:tc>
      </w:tr>
      <w:tr>
        <w:tc>
          <w:tcPr>
            <w:tcW w:type="dxa" w:w="2880"/>
          </w:tcPr>
          <w:p>
            <w:r>
              <w:t>2026-04-13</w:t>
            </w:r>
          </w:p>
        </w:tc>
        <w:tc>
          <w:tcPr>
            <w:tcW w:type="dxa" w:w="2880"/>
          </w:tcPr>
          <w:p>
            <w:r>
              <w:t>DT02</w:t>
            </w:r>
          </w:p>
        </w:tc>
        <w:tc>
          <w:tcPr>
            <w:tcW w:type="dxa" w:w="2880"/>
          </w:tcPr>
          <w:p>
            <w:r>
              <w:t>0</w:t>
            </w:r>
          </w:p>
        </w:tc>
      </w:tr>
      <w:tr>
        <w:tc>
          <w:tcPr>
            <w:tcW w:type="dxa" w:w="2880"/>
          </w:tcPr>
          <w:p>
            <w:r>
              <w:t>2026-04-13</w:t>
            </w:r>
          </w:p>
        </w:tc>
        <w:tc>
          <w:tcPr>
            <w:tcW w:type="dxa" w:w="2880"/>
          </w:tcPr>
          <w:p>
            <w:r>
              <w:t>Other</w:t>
            </w:r>
          </w:p>
        </w:tc>
        <w:tc>
          <w:tcPr>
            <w:tcW w:type="dxa" w:w="2880"/>
          </w:tcPr>
          <w:p>
            <w:r>
              <w:t>0</w:t>
            </w:r>
          </w:p>
        </w:tc>
      </w:tr>
      <w:tr>
        <w:tc>
          <w:tcPr>
            <w:tcW w:type="dxa" w:w="2880"/>
          </w:tcPr>
          <w:p>
            <w:r>
              <w:t>2026-04-20</w:t>
            </w:r>
          </w:p>
        </w:tc>
        <w:tc>
          <w:tcPr>
            <w:tcW w:type="dxa" w:w="2880"/>
          </w:tcPr>
          <w:p>
            <w:r>
              <w:t>DT06</w:t>
            </w:r>
          </w:p>
        </w:tc>
        <w:tc>
          <w:tcPr>
            <w:tcW w:type="dxa" w:w="2880"/>
          </w:tcPr>
          <w:p>
            <w:r>
              <w:t>0</w:t>
            </w:r>
          </w:p>
        </w:tc>
      </w:tr>
      <w:tr>
        <w:tc>
          <w:tcPr>
            <w:tcW w:type="dxa" w:w="2880"/>
          </w:tcPr>
          <w:p>
            <w:r>
              <w:t>2026-04-20</w:t>
            </w:r>
          </w:p>
        </w:tc>
        <w:tc>
          <w:tcPr>
            <w:tcW w:type="dxa" w:w="2880"/>
          </w:tcPr>
          <w:p>
            <w:r>
              <w:t>DT04</w:t>
            </w:r>
          </w:p>
        </w:tc>
        <w:tc>
          <w:tcPr>
            <w:tcW w:type="dxa" w:w="2880"/>
          </w:tcPr>
          <w:p>
            <w:r>
              <w:t>0</w:t>
            </w:r>
          </w:p>
        </w:tc>
      </w:tr>
      <w:tr>
        <w:tc>
          <w:tcPr>
            <w:tcW w:type="dxa" w:w="2880"/>
          </w:tcPr>
          <w:p>
            <w:r>
              <w:t>2026-04-20</w:t>
            </w:r>
          </w:p>
        </w:tc>
        <w:tc>
          <w:tcPr>
            <w:tcW w:type="dxa" w:w="2880"/>
          </w:tcPr>
          <w:p>
            <w:r>
              <w:t>DT05</w:t>
            </w:r>
          </w:p>
        </w:tc>
        <w:tc>
          <w:tcPr>
            <w:tcW w:type="dxa" w:w="2880"/>
          </w:tcPr>
          <w:p>
            <w:r>
              <w:t>0</w:t>
            </w:r>
          </w:p>
        </w:tc>
      </w:tr>
      <w:tr>
        <w:tc>
          <w:tcPr>
            <w:tcW w:type="dxa" w:w="2880"/>
          </w:tcPr>
          <w:p>
            <w:r>
              <w:t>2026-04-20</w:t>
            </w:r>
          </w:p>
        </w:tc>
        <w:tc>
          <w:tcPr>
            <w:tcW w:type="dxa" w:w="2880"/>
          </w:tcPr>
          <w:p>
            <w:r>
              <w:t>DT10</w:t>
            </w:r>
          </w:p>
        </w:tc>
        <w:tc>
          <w:tcPr>
            <w:tcW w:type="dxa" w:w="2880"/>
          </w:tcPr>
          <w:p>
            <w:r>
              <w:t>0</w:t>
            </w:r>
          </w:p>
        </w:tc>
      </w:tr>
      <w:tr>
        <w:tc>
          <w:tcPr>
            <w:tcW w:type="dxa" w:w="2880"/>
          </w:tcPr>
          <w:p>
            <w:r>
              <w:t>2026-04-20</w:t>
            </w:r>
          </w:p>
        </w:tc>
        <w:tc>
          <w:tcPr>
            <w:tcW w:type="dxa" w:w="2880"/>
          </w:tcPr>
          <w:p>
            <w:r>
              <w:t>DT02</w:t>
            </w:r>
          </w:p>
        </w:tc>
        <w:tc>
          <w:tcPr>
            <w:tcW w:type="dxa" w:w="2880"/>
          </w:tcPr>
          <w:p>
            <w:r>
              <w:t>0</w:t>
            </w:r>
          </w:p>
        </w:tc>
      </w:tr>
      <w:tr>
        <w:tc>
          <w:tcPr>
            <w:tcW w:type="dxa" w:w="2880"/>
          </w:tcPr>
          <w:p>
            <w:r>
              <w:t>2026-04-20</w:t>
            </w:r>
          </w:p>
        </w:tc>
        <w:tc>
          <w:tcPr>
            <w:tcW w:type="dxa" w:w="2880"/>
          </w:tcPr>
          <w:p>
            <w:r>
              <w:t>Other</w:t>
            </w:r>
          </w:p>
        </w:tc>
        <w:tc>
          <w:tcPr>
            <w:tcW w:type="dxa" w:w="2880"/>
          </w:tcPr>
          <w:p>
            <w:r>
              <w:t>0</w:t>
            </w:r>
          </w:p>
        </w:tc>
      </w:tr>
      <w:tr>
        <w:tc>
          <w:tcPr>
            <w:tcW w:type="dxa" w:w="2880"/>
          </w:tcPr>
          <w:p>
            <w:r>
              <w:t>2026-04-27</w:t>
            </w:r>
          </w:p>
        </w:tc>
        <w:tc>
          <w:tcPr>
            <w:tcW w:type="dxa" w:w="2880"/>
          </w:tcPr>
          <w:p>
            <w:r>
              <w:t>DT06</w:t>
            </w:r>
          </w:p>
        </w:tc>
        <w:tc>
          <w:tcPr>
            <w:tcW w:type="dxa" w:w="2880"/>
          </w:tcPr>
          <w:p>
            <w:r>
              <w:t>7,955</w:t>
            </w:r>
          </w:p>
        </w:tc>
      </w:tr>
      <w:tr>
        <w:tc>
          <w:tcPr>
            <w:tcW w:type="dxa" w:w="2880"/>
          </w:tcPr>
          <w:p>
            <w:r>
              <w:t>2026-04-27</w:t>
            </w:r>
          </w:p>
        </w:tc>
        <w:tc>
          <w:tcPr>
            <w:tcW w:type="dxa" w:w="2880"/>
          </w:tcPr>
          <w:p>
            <w:r>
              <w:t>DT04</w:t>
            </w:r>
          </w:p>
        </w:tc>
        <w:tc>
          <w:tcPr>
            <w:tcW w:type="dxa" w:w="2880"/>
          </w:tcPr>
          <w:p>
            <w:r>
              <w:t>2,998</w:t>
            </w:r>
          </w:p>
        </w:tc>
      </w:tr>
      <w:tr>
        <w:tc>
          <w:tcPr>
            <w:tcW w:type="dxa" w:w="2880"/>
          </w:tcPr>
          <w:p>
            <w:r>
              <w:t>2026-04-27</w:t>
            </w:r>
          </w:p>
        </w:tc>
        <w:tc>
          <w:tcPr>
            <w:tcW w:type="dxa" w:w="2880"/>
          </w:tcPr>
          <w:p>
            <w:r>
              <w:t>DT05</w:t>
            </w:r>
          </w:p>
        </w:tc>
        <w:tc>
          <w:tcPr>
            <w:tcW w:type="dxa" w:w="2880"/>
          </w:tcPr>
          <w:p>
            <w:r>
              <w:t>2,479</w:t>
            </w:r>
          </w:p>
        </w:tc>
      </w:tr>
      <w:tr>
        <w:tc>
          <w:tcPr>
            <w:tcW w:type="dxa" w:w="2880"/>
          </w:tcPr>
          <w:p>
            <w:r>
              <w:t>2026-04-27</w:t>
            </w:r>
          </w:p>
        </w:tc>
        <w:tc>
          <w:tcPr>
            <w:tcW w:type="dxa" w:w="2880"/>
          </w:tcPr>
          <w:p>
            <w:r>
              <w:t>DT10</w:t>
            </w:r>
          </w:p>
        </w:tc>
        <w:tc>
          <w:tcPr>
            <w:tcW w:type="dxa" w:w="2880"/>
          </w:tcPr>
          <w:p>
            <w:r>
              <w:t>3,806</w:t>
            </w:r>
          </w:p>
        </w:tc>
      </w:tr>
      <w:tr>
        <w:tc>
          <w:tcPr>
            <w:tcW w:type="dxa" w:w="2880"/>
          </w:tcPr>
          <w:p>
            <w:r>
              <w:t>2026-04-27</w:t>
            </w:r>
          </w:p>
        </w:tc>
        <w:tc>
          <w:tcPr>
            <w:tcW w:type="dxa" w:w="2880"/>
          </w:tcPr>
          <w:p>
            <w:r>
              <w:t>DT02</w:t>
            </w:r>
          </w:p>
        </w:tc>
        <w:tc>
          <w:tcPr>
            <w:tcW w:type="dxa" w:w="2880"/>
          </w:tcPr>
          <w:p>
            <w:r>
              <w:t>4,230</w:t>
            </w:r>
          </w:p>
        </w:tc>
      </w:tr>
      <w:tr>
        <w:tc>
          <w:tcPr>
            <w:tcW w:type="dxa" w:w="2880"/>
          </w:tcPr>
          <w:p>
            <w:r>
              <w:t>2026-04-27</w:t>
            </w:r>
          </w:p>
        </w:tc>
        <w:tc>
          <w:tcPr>
            <w:tcW w:type="dxa" w:w="2880"/>
          </w:tcPr>
          <w:p>
            <w:r>
              <w:t>Other</w:t>
            </w:r>
          </w:p>
        </w:tc>
        <w:tc>
          <w:tcPr>
            <w:tcW w:type="dxa" w:w="2880"/>
          </w:tcPr>
          <w:p>
            <w:r>
              <w:t>2.721e+04</w:t>
            </w:r>
          </w:p>
        </w:tc>
      </w:tr>
      <w:tr>
        <w:tc>
          <w:tcPr>
            <w:tcW w:type="dxa" w:w="2880"/>
          </w:tcPr>
          <w:p>
            <w:r>
              <w:t>2026-05-04</w:t>
            </w:r>
          </w:p>
        </w:tc>
        <w:tc>
          <w:tcPr>
            <w:tcW w:type="dxa" w:w="2880"/>
          </w:tcPr>
          <w:p>
            <w:r>
              <w:t>DT06</w:t>
            </w:r>
          </w:p>
        </w:tc>
        <w:tc>
          <w:tcPr>
            <w:tcW w:type="dxa" w:w="2880"/>
          </w:tcPr>
          <w:p>
            <w:r>
              <w:t>0</w:t>
            </w:r>
          </w:p>
        </w:tc>
      </w:tr>
      <w:tr>
        <w:tc>
          <w:tcPr>
            <w:tcW w:type="dxa" w:w="2880"/>
          </w:tcPr>
          <w:p>
            <w:r>
              <w:t>2026-05-04</w:t>
            </w:r>
          </w:p>
        </w:tc>
        <w:tc>
          <w:tcPr>
            <w:tcW w:type="dxa" w:w="2880"/>
          </w:tcPr>
          <w:p>
            <w:r>
              <w:t>DT04</w:t>
            </w:r>
          </w:p>
        </w:tc>
        <w:tc>
          <w:tcPr>
            <w:tcW w:type="dxa" w:w="2880"/>
          </w:tcPr>
          <w:p>
            <w:r>
              <w:t>0</w:t>
            </w:r>
          </w:p>
        </w:tc>
      </w:tr>
      <w:tr>
        <w:tc>
          <w:tcPr>
            <w:tcW w:type="dxa" w:w="2880"/>
          </w:tcPr>
          <w:p>
            <w:r>
              <w:t>2026-05-04</w:t>
            </w:r>
          </w:p>
        </w:tc>
        <w:tc>
          <w:tcPr>
            <w:tcW w:type="dxa" w:w="2880"/>
          </w:tcPr>
          <w:p>
            <w:r>
              <w:t>DT05</w:t>
            </w:r>
          </w:p>
        </w:tc>
        <w:tc>
          <w:tcPr>
            <w:tcW w:type="dxa" w:w="2880"/>
          </w:tcPr>
          <w:p>
            <w:r>
              <w:t>0</w:t>
            </w:r>
          </w:p>
        </w:tc>
      </w:tr>
      <w:tr>
        <w:tc>
          <w:tcPr>
            <w:tcW w:type="dxa" w:w="2880"/>
          </w:tcPr>
          <w:p>
            <w:r>
              <w:t>2026-05-04</w:t>
            </w:r>
          </w:p>
        </w:tc>
        <w:tc>
          <w:tcPr>
            <w:tcW w:type="dxa" w:w="2880"/>
          </w:tcPr>
          <w:p>
            <w:r>
              <w:t>DT10</w:t>
            </w:r>
          </w:p>
        </w:tc>
        <w:tc>
          <w:tcPr>
            <w:tcW w:type="dxa" w:w="2880"/>
          </w:tcPr>
          <w:p>
            <w:r>
              <w:t>0</w:t>
            </w:r>
          </w:p>
        </w:tc>
      </w:tr>
      <w:tr>
        <w:tc>
          <w:tcPr>
            <w:tcW w:type="dxa" w:w="2880"/>
          </w:tcPr>
          <w:p>
            <w:r>
              <w:t>2026-05-04</w:t>
            </w:r>
          </w:p>
        </w:tc>
        <w:tc>
          <w:tcPr>
            <w:tcW w:type="dxa" w:w="2880"/>
          </w:tcPr>
          <w:p>
            <w:r>
              <w:t>DT02</w:t>
            </w:r>
          </w:p>
        </w:tc>
        <w:tc>
          <w:tcPr>
            <w:tcW w:type="dxa" w:w="2880"/>
          </w:tcPr>
          <w:p>
            <w:r>
              <w:t>0</w:t>
            </w:r>
          </w:p>
        </w:tc>
      </w:tr>
      <w:tr>
        <w:tc>
          <w:tcPr>
            <w:tcW w:type="dxa" w:w="2880"/>
          </w:tcPr>
          <w:p>
            <w:r>
              <w:t>2026-05-04</w:t>
            </w:r>
          </w:p>
        </w:tc>
        <w:tc>
          <w:tcPr>
            <w:tcW w:type="dxa" w:w="2880"/>
          </w:tcPr>
          <w:p>
            <w:r>
              <w:t>Other</w:t>
            </w:r>
          </w:p>
        </w:tc>
        <w:tc>
          <w:tcPr>
            <w:tcW w:type="dxa" w:w="2880"/>
          </w:tcPr>
          <w:p>
            <w:r>
              <w:t>0</w:t>
            </w:r>
          </w:p>
        </w:tc>
      </w:tr>
      <w:tr>
        <w:tc>
          <w:tcPr>
            <w:tcW w:type="dxa" w:w="2880"/>
          </w:tcPr>
          <w:p>
            <w:r>
              <w:t>2026-05-11</w:t>
            </w:r>
          </w:p>
        </w:tc>
        <w:tc>
          <w:tcPr>
            <w:tcW w:type="dxa" w:w="2880"/>
          </w:tcPr>
          <w:p>
            <w:r>
              <w:t>DT06</w:t>
            </w:r>
          </w:p>
        </w:tc>
        <w:tc>
          <w:tcPr>
            <w:tcW w:type="dxa" w:w="2880"/>
          </w:tcPr>
          <w:p>
            <w:r>
              <w:t>0</w:t>
            </w:r>
          </w:p>
        </w:tc>
      </w:tr>
      <w:tr>
        <w:tc>
          <w:tcPr>
            <w:tcW w:type="dxa" w:w="2880"/>
          </w:tcPr>
          <w:p>
            <w:r>
              <w:t>2026-05-11</w:t>
            </w:r>
          </w:p>
        </w:tc>
        <w:tc>
          <w:tcPr>
            <w:tcW w:type="dxa" w:w="2880"/>
          </w:tcPr>
          <w:p>
            <w:r>
              <w:t>DT04</w:t>
            </w:r>
          </w:p>
        </w:tc>
        <w:tc>
          <w:tcPr>
            <w:tcW w:type="dxa" w:w="2880"/>
          </w:tcPr>
          <w:p>
            <w:r>
              <w:t>0</w:t>
            </w:r>
          </w:p>
        </w:tc>
      </w:tr>
      <w:tr>
        <w:tc>
          <w:tcPr>
            <w:tcW w:type="dxa" w:w="2880"/>
          </w:tcPr>
          <w:p>
            <w:r>
              <w:t>2026-05-11</w:t>
            </w:r>
          </w:p>
        </w:tc>
        <w:tc>
          <w:tcPr>
            <w:tcW w:type="dxa" w:w="2880"/>
          </w:tcPr>
          <w:p>
            <w:r>
              <w:t>DT05</w:t>
            </w:r>
          </w:p>
        </w:tc>
        <w:tc>
          <w:tcPr>
            <w:tcW w:type="dxa" w:w="2880"/>
          </w:tcPr>
          <w:p>
            <w:r>
              <w:t>0</w:t>
            </w:r>
          </w:p>
        </w:tc>
      </w:tr>
      <w:tr>
        <w:tc>
          <w:tcPr>
            <w:tcW w:type="dxa" w:w="2880"/>
          </w:tcPr>
          <w:p>
            <w:r>
              <w:t>2026-05-11</w:t>
            </w:r>
          </w:p>
        </w:tc>
        <w:tc>
          <w:tcPr>
            <w:tcW w:type="dxa" w:w="2880"/>
          </w:tcPr>
          <w:p>
            <w:r>
              <w:t>DT10</w:t>
            </w:r>
          </w:p>
        </w:tc>
        <w:tc>
          <w:tcPr>
            <w:tcW w:type="dxa" w:w="2880"/>
          </w:tcPr>
          <w:p>
            <w:r>
              <w:t>0</w:t>
            </w:r>
          </w:p>
        </w:tc>
      </w:tr>
      <w:tr>
        <w:tc>
          <w:tcPr>
            <w:tcW w:type="dxa" w:w="2880"/>
          </w:tcPr>
          <w:p>
            <w:r>
              <w:t>2026-05-11</w:t>
            </w:r>
          </w:p>
        </w:tc>
        <w:tc>
          <w:tcPr>
            <w:tcW w:type="dxa" w:w="2880"/>
          </w:tcPr>
          <w:p>
            <w:r>
              <w:t>DT02</w:t>
            </w:r>
          </w:p>
        </w:tc>
        <w:tc>
          <w:tcPr>
            <w:tcW w:type="dxa" w:w="2880"/>
          </w:tcPr>
          <w:p>
            <w:r>
              <w:t>0</w:t>
            </w:r>
          </w:p>
        </w:tc>
      </w:tr>
      <w:tr>
        <w:tc>
          <w:tcPr>
            <w:tcW w:type="dxa" w:w="2880"/>
          </w:tcPr>
          <w:p>
            <w:r>
              <w:t>2026-05-11</w:t>
            </w:r>
          </w:p>
        </w:tc>
        <w:tc>
          <w:tcPr>
            <w:tcW w:type="dxa" w:w="2880"/>
          </w:tcPr>
          <w:p>
            <w:r>
              <w:t>Other</w:t>
            </w:r>
          </w:p>
        </w:tc>
        <w:tc>
          <w:tcPr>
            <w:tcW w:type="dxa" w:w="2880"/>
          </w:tcPr>
          <w:p>
            <w:r>
              <w:t>0</w:t>
            </w:r>
          </w:p>
        </w:tc>
      </w:tr>
      <w:tr>
        <w:tc>
          <w:tcPr>
            <w:tcW w:type="dxa" w:w="2880"/>
          </w:tcPr>
          <w:p>
            <w:r>
              <w:t>2026-05-18</w:t>
            </w:r>
          </w:p>
        </w:tc>
        <w:tc>
          <w:tcPr>
            <w:tcW w:type="dxa" w:w="2880"/>
          </w:tcPr>
          <w:p>
            <w:r>
              <w:t>DT06</w:t>
            </w:r>
          </w:p>
        </w:tc>
        <w:tc>
          <w:tcPr>
            <w:tcW w:type="dxa" w:w="2880"/>
          </w:tcPr>
          <w:p>
            <w:r>
              <w:t>0</w:t>
            </w:r>
          </w:p>
        </w:tc>
      </w:tr>
      <w:tr>
        <w:tc>
          <w:tcPr>
            <w:tcW w:type="dxa" w:w="2880"/>
          </w:tcPr>
          <w:p>
            <w:r>
              <w:t>2026-05-18</w:t>
            </w:r>
          </w:p>
        </w:tc>
        <w:tc>
          <w:tcPr>
            <w:tcW w:type="dxa" w:w="2880"/>
          </w:tcPr>
          <w:p>
            <w:r>
              <w:t>DT04</w:t>
            </w:r>
          </w:p>
        </w:tc>
        <w:tc>
          <w:tcPr>
            <w:tcW w:type="dxa" w:w="2880"/>
          </w:tcPr>
          <w:p>
            <w:r>
              <w:t>0</w:t>
            </w:r>
          </w:p>
        </w:tc>
      </w:tr>
      <w:tr>
        <w:tc>
          <w:tcPr>
            <w:tcW w:type="dxa" w:w="2880"/>
          </w:tcPr>
          <w:p>
            <w:r>
              <w:t>2026-05-18</w:t>
            </w:r>
          </w:p>
        </w:tc>
        <w:tc>
          <w:tcPr>
            <w:tcW w:type="dxa" w:w="2880"/>
          </w:tcPr>
          <w:p>
            <w:r>
              <w:t>DT05</w:t>
            </w:r>
          </w:p>
        </w:tc>
        <w:tc>
          <w:tcPr>
            <w:tcW w:type="dxa" w:w="2880"/>
          </w:tcPr>
          <w:p>
            <w:r>
              <w:t>0</w:t>
            </w:r>
          </w:p>
        </w:tc>
      </w:tr>
      <w:tr>
        <w:tc>
          <w:tcPr>
            <w:tcW w:type="dxa" w:w="2880"/>
          </w:tcPr>
          <w:p>
            <w:r>
              <w:t>2026-05-18</w:t>
            </w:r>
          </w:p>
        </w:tc>
        <w:tc>
          <w:tcPr>
            <w:tcW w:type="dxa" w:w="2880"/>
          </w:tcPr>
          <w:p>
            <w:r>
              <w:t>DT10</w:t>
            </w:r>
          </w:p>
        </w:tc>
        <w:tc>
          <w:tcPr>
            <w:tcW w:type="dxa" w:w="2880"/>
          </w:tcPr>
          <w:p>
            <w:r>
              <w:t>0</w:t>
            </w:r>
          </w:p>
        </w:tc>
      </w:tr>
      <w:tr>
        <w:tc>
          <w:tcPr>
            <w:tcW w:type="dxa" w:w="2880"/>
          </w:tcPr>
          <w:p>
            <w:r>
              <w:t>2026-05-18</w:t>
            </w:r>
          </w:p>
        </w:tc>
        <w:tc>
          <w:tcPr>
            <w:tcW w:type="dxa" w:w="2880"/>
          </w:tcPr>
          <w:p>
            <w:r>
              <w:t>DT02</w:t>
            </w:r>
          </w:p>
        </w:tc>
        <w:tc>
          <w:tcPr>
            <w:tcW w:type="dxa" w:w="2880"/>
          </w:tcPr>
          <w:p>
            <w:r>
              <w:t>0</w:t>
            </w:r>
          </w:p>
        </w:tc>
      </w:tr>
      <w:tr>
        <w:tc>
          <w:tcPr>
            <w:tcW w:type="dxa" w:w="2880"/>
          </w:tcPr>
          <w:p>
            <w:r>
              <w:t>2026-05-18</w:t>
            </w:r>
          </w:p>
        </w:tc>
        <w:tc>
          <w:tcPr>
            <w:tcW w:type="dxa" w:w="2880"/>
          </w:tcPr>
          <w:p>
            <w:r>
              <w:t>Other</w:t>
            </w:r>
          </w:p>
        </w:tc>
        <w:tc>
          <w:tcPr>
            <w:tcW w:type="dxa" w:w="2880"/>
          </w:tcPr>
          <w:p>
            <w:r>
              <w:t>0</w:t>
            </w:r>
          </w:p>
        </w:tc>
      </w:tr>
      <w:tr>
        <w:tc>
          <w:tcPr>
            <w:tcW w:type="dxa" w:w="2880"/>
          </w:tcPr>
          <w:p>
            <w:r>
              <w:t>2026-05-25</w:t>
            </w:r>
          </w:p>
        </w:tc>
        <w:tc>
          <w:tcPr>
            <w:tcW w:type="dxa" w:w="2880"/>
          </w:tcPr>
          <w:p>
            <w:r>
              <w:t>DT06</w:t>
            </w:r>
          </w:p>
        </w:tc>
        <w:tc>
          <w:tcPr>
            <w:tcW w:type="dxa" w:w="2880"/>
          </w:tcPr>
          <w:p>
            <w:r>
              <w:t>0</w:t>
            </w:r>
          </w:p>
        </w:tc>
      </w:tr>
      <w:tr>
        <w:tc>
          <w:tcPr>
            <w:tcW w:type="dxa" w:w="2880"/>
          </w:tcPr>
          <w:p>
            <w:r>
              <w:t>2026-05-25</w:t>
            </w:r>
          </w:p>
        </w:tc>
        <w:tc>
          <w:tcPr>
            <w:tcW w:type="dxa" w:w="2880"/>
          </w:tcPr>
          <w:p>
            <w:r>
              <w:t>DT04</w:t>
            </w:r>
          </w:p>
        </w:tc>
        <w:tc>
          <w:tcPr>
            <w:tcW w:type="dxa" w:w="2880"/>
          </w:tcPr>
          <w:p>
            <w:r>
              <w:t>0</w:t>
            </w:r>
          </w:p>
        </w:tc>
      </w:tr>
      <w:tr>
        <w:tc>
          <w:tcPr>
            <w:tcW w:type="dxa" w:w="2880"/>
          </w:tcPr>
          <w:p>
            <w:r>
              <w:t>2026-05-25</w:t>
            </w:r>
          </w:p>
        </w:tc>
        <w:tc>
          <w:tcPr>
            <w:tcW w:type="dxa" w:w="2880"/>
          </w:tcPr>
          <w:p>
            <w:r>
              <w:t>DT05</w:t>
            </w:r>
          </w:p>
        </w:tc>
        <w:tc>
          <w:tcPr>
            <w:tcW w:type="dxa" w:w="2880"/>
          </w:tcPr>
          <w:p>
            <w:r>
              <w:t>0</w:t>
            </w:r>
          </w:p>
        </w:tc>
      </w:tr>
      <w:tr>
        <w:tc>
          <w:tcPr>
            <w:tcW w:type="dxa" w:w="2880"/>
          </w:tcPr>
          <w:p>
            <w:r>
              <w:t>2026-05-25</w:t>
            </w:r>
          </w:p>
        </w:tc>
        <w:tc>
          <w:tcPr>
            <w:tcW w:type="dxa" w:w="2880"/>
          </w:tcPr>
          <w:p>
            <w:r>
              <w:t>DT10</w:t>
            </w:r>
          </w:p>
        </w:tc>
        <w:tc>
          <w:tcPr>
            <w:tcW w:type="dxa" w:w="2880"/>
          </w:tcPr>
          <w:p>
            <w:r>
              <w:t>0</w:t>
            </w:r>
          </w:p>
        </w:tc>
      </w:tr>
      <w:tr>
        <w:tc>
          <w:tcPr>
            <w:tcW w:type="dxa" w:w="2880"/>
          </w:tcPr>
          <w:p>
            <w:r>
              <w:t>2026-05-25</w:t>
            </w:r>
          </w:p>
        </w:tc>
        <w:tc>
          <w:tcPr>
            <w:tcW w:type="dxa" w:w="2880"/>
          </w:tcPr>
          <w:p>
            <w:r>
              <w:t>DT02</w:t>
            </w:r>
          </w:p>
        </w:tc>
        <w:tc>
          <w:tcPr>
            <w:tcW w:type="dxa" w:w="2880"/>
          </w:tcPr>
          <w:p>
            <w:r>
              <w:t>0</w:t>
            </w:r>
          </w:p>
        </w:tc>
      </w:tr>
      <w:tr>
        <w:tc>
          <w:tcPr>
            <w:tcW w:type="dxa" w:w="2880"/>
          </w:tcPr>
          <w:p>
            <w:r>
              <w:t>2026-05-25</w:t>
            </w:r>
          </w:p>
        </w:tc>
        <w:tc>
          <w:tcPr>
            <w:tcW w:type="dxa" w:w="2880"/>
          </w:tcPr>
          <w:p>
            <w:r>
              <w:t>Other</w:t>
            </w:r>
          </w:p>
        </w:tc>
        <w:tc>
          <w:tcPr>
            <w:tcW w:type="dxa" w:w="2880"/>
          </w:tcPr>
          <w:p>
            <w:r>
              <w:t>0</w:t>
            </w:r>
          </w:p>
        </w:tc>
      </w:tr>
      <w:tr>
        <w:tc>
          <w:tcPr>
            <w:tcW w:type="dxa" w:w="2880"/>
          </w:tcPr>
          <w:p>
            <w:r>
              <w:t>2026-06-01</w:t>
            </w:r>
          </w:p>
        </w:tc>
        <w:tc>
          <w:tcPr>
            <w:tcW w:type="dxa" w:w="2880"/>
          </w:tcPr>
          <w:p>
            <w:r>
              <w:t>DT06</w:t>
            </w:r>
          </w:p>
        </w:tc>
        <w:tc>
          <w:tcPr>
            <w:tcW w:type="dxa" w:w="2880"/>
          </w:tcPr>
          <w:p>
            <w:r>
              <w:t>5,440</w:t>
            </w:r>
          </w:p>
        </w:tc>
      </w:tr>
      <w:tr>
        <w:tc>
          <w:tcPr>
            <w:tcW w:type="dxa" w:w="2880"/>
          </w:tcPr>
          <w:p>
            <w:r>
              <w:t>2026-06-01</w:t>
            </w:r>
          </w:p>
        </w:tc>
        <w:tc>
          <w:tcPr>
            <w:tcW w:type="dxa" w:w="2880"/>
          </w:tcPr>
          <w:p>
            <w:r>
              <w:t>DT04</w:t>
            </w:r>
          </w:p>
        </w:tc>
        <w:tc>
          <w:tcPr>
            <w:tcW w:type="dxa" w:w="2880"/>
          </w:tcPr>
          <w:p>
            <w:r>
              <w:t>6,136</w:t>
            </w:r>
          </w:p>
        </w:tc>
      </w:tr>
      <w:tr>
        <w:tc>
          <w:tcPr>
            <w:tcW w:type="dxa" w:w="2880"/>
          </w:tcPr>
          <w:p>
            <w:r>
              <w:t>2026-06-01</w:t>
            </w:r>
          </w:p>
        </w:tc>
        <w:tc>
          <w:tcPr>
            <w:tcW w:type="dxa" w:w="2880"/>
          </w:tcPr>
          <w:p>
            <w:r>
              <w:t>DT05</w:t>
            </w:r>
          </w:p>
        </w:tc>
        <w:tc>
          <w:tcPr>
            <w:tcW w:type="dxa" w:w="2880"/>
          </w:tcPr>
          <w:p>
            <w:r>
              <w:t>7,347</w:t>
            </w:r>
          </w:p>
        </w:tc>
      </w:tr>
      <w:tr>
        <w:tc>
          <w:tcPr>
            <w:tcW w:type="dxa" w:w="2880"/>
          </w:tcPr>
          <w:p>
            <w:r>
              <w:t>2026-06-01</w:t>
            </w:r>
          </w:p>
        </w:tc>
        <w:tc>
          <w:tcPr>
            <w:tcW w:type="dxa" w:w="2880"/>
          </w:tcPr>
          <w:p>
            <w:r>
              <w:t>DT10</w:t>
            </w:r>
          </w:p>
        </w:tc>
        <w:tc>
          <w:tcPr>
            <w:tcW w:type="dxa" w:w="2880"/>
          </w:tcPr>
          <w:p>
            <w:r>
              <w:t>3,873</w:t>
            </w:r>
          </w:p>
        </w:tc>
      </w:tr>
      <w:tr>
        <w:tc>
          <w:tcPr>
            <w:tcW w:type="dxa" w:w="2880"/>
          </w:tcPr>
          <w:p>
            <w:r>
              <w:t>2026-06-01</w:t>
            </w:r>
          </w:p>
        </w:tc>
        <w:tc>
          <w:tcPr>
            <w:tcW w:type="dxa" w:w="2880"/>
          </w:tcPr>
          <w:p>
            <w:r>
              <w:t>DT02</w:t>
            </w:r>
          </w:p>
        </w:tc>
        <w:tc>
          <w:tcPr>
            <w:tcW w:type="dxa" w:w="2880"/>
          </w:tcPr>
          <w:p>
            <w:r>
              <w:t>4,157</w:t>
            </w:r>
          </w:p>
        </w:tc>
      </w:tr>
      <w:tr>
        <w:tc>
          <w:tcPr>
            <w:tcW w:type="dxa" w:w="2880"/>
          </w:tcPr>
          <w:p>
            <w:r>
              <w:t>2026-06-01</w:t>
            </w:r>
          </w:p>
        </w:tc>
        <w:tc>
          <w:tcPr>
            <w:tcW w:type="dxa" w:w="2880"/>
          </w:tcPr>
          <w:p>
            <w:r>
              <w:t>Other</w:t>
            </w:r>
          </w:p>
        </w:tc>
        <w:tc>
          <w:tcPr>
            <w:tcW w:type="dxa" w:w="2880"/>
          </w:tcPr>
          <w:p>
            <w:r>
              <w:t>2.078e+04</w:t>
            </w:r>
          </w:p>
        </w:tc>
      </w:tr>
      <w:tr>
        <w:tc>
          <w:tcPr>
            <w:tcW w:type="dxa" w:w="2880"/>
          </w:tcPr>
          <w:p>
            <w:r>
              <w:t>2026-06-08</w:t>
            </w:r>
          </w:p>
        </w:tc>
        <w:tc>
          <w:tcPr>
            <w:tcW w:type="dxa" w:w="2880"/>
          </w:tcPr>
          <w:p>
            <w:r>
              <w:t>DT06</w:t>
            </w:r>
          </w:p>
        </w:tc>
        <w:tc>
          <w:tcPr>
            <w:tcW w:type="dxa" w:w="2880"/>
          </w:tcPr>
          <w:p>
            <w:r>
              <w:t>0</w:t>
            </w:r>
          </w:p>
        </w:tc>
      </w:tr>
      <w:tr>
        <w:tc>
          <w:tcPr>
            <w:tcW w:type="dxa" w:w="2880"/>
          </w:tcPr>
          <w:p>
            <w:r>
              <w:t>2026-06-08</w:t>
            </w:r>
          </w:p>
        </w:tc>
        <w:tc>
          <w:tcPr>
            <w:tcW w:type="dxa" w:w="2880"/>
          </w:tcPr>
          <w:p>
            <w:r>
              <w:t>DT04</w:t>
            </w:r>
          </w:p>
        </w:tc>
        <w:tc>
          <w:tcPr>
            <w:tcW w:type="dxa" w:w="2880"/>
          </w:tcPr>
          <w:p>
            <w:r>
              <w:t>0</w:t>
            </w:r>
          </w:p>
        </w:tc>
      </w:tr>
      <w:tr>
        <w:tc>
          <w:tcPr>
            <w:tcW w:type="dxa" w:w="2880"/>
          </w:tcPr>
          <w:p>
            <w:r>
              <w:t>2026-06-08</w:t>
            </w:r>
          </w:p>
        </w:tc>
        <w:tc>
          <w:tcPr>
            <w:tcW w:type="dxa" w:w="2880"/>
          </w:tcPr>
          <w:p>
            <w:r>
              <w:t>DT05</w:t>
            </w:r>
          </w:p>
        </w:tc>
        <w:tc>
          <w:tcPr>
            <w:tcW w:type="dxa" w:w="2880"/>
          </w:tcPr>
          <w:p>
            <w:r>
              <w:t>0</w:t>
            </w:r>
          </w:p>
        </w:tc>
      </w:tr>
      <w:tr>
        <w:tc>
          <w:tcPr>
            <w:tcW w:type="dxa" w:w="2880"/>
          </w:tcPr>
          <w:p>
            <w:r>
              <w:t>2026-06-08</w:t>
            </w:r>
          </w:p>
        </w:tc>
        <w:tc>
          <w:tcPr>
            <w:tcW w:type="dxa" w:w="2880"/>
          </w:tcPr>
          <w:p>
            <w:r>
              <w:t>DT10</w:t>
            </w:r>
          </w:p>
        </w:tc>
        <w:tc>
          <w:tcPr>
            <w:tcW w:type="dxa" w:w="2880"/>
          </w:tcPr>
          <w:p>
            <w:r>
              <w:t>0</w:t>
            </w:r>
          </w:p>
        </w:tc>
      </w:tr>
      <w:tr>
        <w:tc>
          <w:tcPr>
            <w:tcW w:type="dxa" w:w="2880"/>
          </w:tcPr>
          <w:p>
            <w:r>
              <w:t>2026-06-08</w:t>
            </w:r>
          </w:p>
        </w:tc>
        <w:tc>
          <w:tcPr>
            <w:tcW w:type="dxa" w:w="2880"/>
          </w:tcPr>
          <w:p>
            <w:r>
              <w:t>DT02</w:t>
            </w:r>
          </w:p>
        </w:tc>
        <w:tc>
          <w:tcPr>
            <w:tcW w:type="dxa" w:w="2880"/>
          </w:tcPr>
          <w:p>
            <w:r>
              <w:t>0</w:t>
            </w:r>
          </w:p>
        </w:tc>
      </w:tr>
      <w:tr>
        <w:tc>
          <w:tcPr>
            <w:tcW w:type="dxa" w:w="2880"/>
          </w:tcPr>
          <w:p>
            <w:r>
              <w:t>2026-06-08</w:t>
            </w:r>
          </w:p>
        </w:tc>
        <w:tc>
          <w:tcPr>
            <w:tcW w:type="dxa" w:w="2880"/>
          </w:tcPr>
          <w:p>
            <w:r>
              <w:t>Other</w:t>
            </w:r>
          </w:p>
        </w:tc>
        <w:tc>
          <w:tcPr>
            <w:tcW w:type="dxa" w:w="2880"/>
          </w:tcPr>
          <w:p>
            <w:r>
              <w:t>0</w:t>
            </w:r>
          </w:p>
        </w:tc>
      </w:tr>
      <w:tr>
        <w:tc>
          <w:tcPr>
            <w:tcW w:type="dxa" w:w="2880"/>
          </w:tcPr>
          <w:p>
            <w:r>
              <w:t>2026-06-15</w:t>
            </w:r>
          </w:p>
        </w:tc>
        <w:tc>
          <w:tcPr>
            <w:tcW w:type="dxa" w:w="2880"/>
          </w:tcPr>
          <w:p>
            <w:r>
              <w:t>DT06</w:t>
            </w:r>
          </w:p>
        </w:tc>
        <w:tc>
          <w:tcPr>
            <w:tcW w:type="dxa" w:w="2880"/>
          </w:tcPr>
          <w:p>
            <w:r>
              <w:t>0</w:t>
            </w:r>
          </w:p>
        </w:tc>
      </w:tr>
      <w:tr>
        <w:tc>
          <w:tcPr>
            <w:tcW w:type="dxa" w:w="2880"/>
          </w:tcPr>
          <w:p>
            <w:r>
              <w:t>2026-06-15</w:t>
            </w:r>
          </w:p>
        </w:tc>
        <w:tc>
          <w:tcPr>
            <w:tcW w:type="dxa" w:w="2880"/>
          </w:tcPr>
          <w:p>
            <w:r>
              <w:t>DT04</w:t>
            </w:r>
          </w:p>
        </w:tc>
        <w:tc>
          <w:tcPr>
            <w:tcW w:type="dxa" w:w="2880"/>
          </w:tcPr>
          <w:p>
            <w:r>
              <w:t>0</w:t>
            </w:r>
          </w:p>
        </w:tc>
      </w:tr>
      <w:tr>
        <w:tc>
          <w:tcPr>
            <w:tcW w:type="dxa" w:w="2880"/>
          </w:tcPr>
          <w:p>
            <w:r>
              <w:t>2026-06-15</w:t>
            </w:r>
          </w:p>
        </w:tc>
        <w:tc>
          <w:tcPr>
            <w:tcW w:type="dxa" w:w="2880"/>
          </w:tcPr>
          <w:p>
            <w:r>
              <w:t>DT05</w:t>
            </w:r>
          </w:p>
        </w:tc>
        <w:tc>
          <w:tcPr>
            <w:tcW w:type="dxa" w:w="2880"/>
          </w:tcPr>
          <w:p>
            <w:r>
              <w:t>0</w:t>
            </w:r>
          </w:p>
        </w:tc>
      </w:tr>
      <w:tr>
        <w:tc>
          <w:tcPr>
            <w:tcW w:type="dxa" w:w="2880"/>
          </w:tcPr>
          <w:p>
            <w:r>
              <w:t>2026-06-15</w:t>
            </w:r>
          </w:p>
        </w:tc>
        <w:tc>
          <w:tcPr>
            <w:tcW w:type="dxa" w:w="2880"/>
          </w:tcPr>
          <w:p>
            <w:r>
              <w:t>DT10</w:t>
            </w:r>
          </w:p>
        </w:tc>
        <w:tc>
          <w:tcPr>
            <w:tcW w:type="dxa" w:w="2880"/>
          </w:tcPr>
          <w:p>
            <w:r>
              <w:t>0</w:t>
            </w:r>
          </w:p>
        </w:tc>
      </w:tr>
      <w:tr>
        <w:tc>
          <w:tcPr>
            <w:tcW w:type="dxa" w:w="2880"/>
          </w:tcPr>
          <w:p>
            <w:r>
              <w:t>2026-06-15</w:t>
            </w:r>
          </w:p>
        </w:tc>
        <w:tc>
          <w:tcPr>
            <w:tcW w:type="dxa" w:w="2880"/>
          </w:tcPr>
          <w:p>
            <w:r>
              <w:t>DT02</w:t>
            </w:r>
          </w:p>
        </w:tc>
        <w:tc>
          <w:tcPr>
            <w:tcW w:type="dxa" w:w="2880"/>
          </w:tcPr>
          <w:p>
            <w:r>
              <w:t>0</w:t>
            </w:r>
          </w:p>
        </w:tc>
      </w:tr>
      <w:tr>
        <w:tc>
          <w:tcPr>
            <w:tcW w:type="dxa" w:w="2880"/>
          </w:tcPr>
          <w:p>
            <w:r>
              <w:t>2026-06-15</w:t>
            </w:r>
          </w:p>
        </w:tc>
        <w:tc>
          <w:tcPr>
            <w:tcW w:type="dxa" w:w="2880"/>
          </w:tcPr>
          <w:p>
            <w:r>
              <w:t>Other</w:t>
            </w:r>
          </w:p>
        </w:tc>
        <w:tc>
          <w:tcPr>
            <w:tcW w:type="dxa" w:w="2880"/>
          </w:tcPr>
          <w:p>
            <w:r>
              <w:t>0</w:t>
            </w:r>
          </w:p>
        </w:tc>
      </w:tr>
      <w:tr>
        <w:tc>
          <w:tcPr>
            <w:tcW w:type="dxa" w:w="2880"/>
          </w:tcPr>
          <w:p>
            <w:r>
              <w:t>2026-06-22</w:t>
            </w:r>
          </w:p>
        </w:tc>
        <w:tc>
          <w:tcPr>
            <w:tcW w:type="dxa" w:w="2880"/>
          </w:tcPr>
          <w:p>
            <w:r>
              <w:t>DT06</w:t>
            </w:r>
          </w:p>
        </w:tc>
        <w:tc>
          <w:tcPr>
            <w:tcW w:type="dxa" w:w="2880"/>
          </w:tcPr>
          <w:p>
            <w:r>
              <w:t>0</w:t>
            </w:r>
          </w:p>
        </w:tc>
      </w:tr>
      <w:tr>
        <w:tc>
          <w:tcPr>
            <w:tcW w:type="dxa" w:w="2880"/>
          </w:tcPr>
          <w:p>
            <w:r>
              <w:t>2026-06-22</w:t>
            </w:r>
          </w:p>
        </w:tc>
        <w:tc>
          <w:tcPr>
            <w:tcW w:type="dxa" w:w="2880"/>
          </w:tcPr>
          <w:p>
            <w:r>
              <w:t>DT04</w:t>
            </w:r>
          </w:p>
        </w:tc>
        <w:tc>
          <w:tcPr>
            <w:tcW w:type="dxa" w:w="2880"/>
          </w:tcPr>
          <w:p>
            <w:r>
              <w:t>0</w:t>
            </w:r>
          </w:p>
        </w:tc>
      </w:tr>
      <w:tr>
        <w:tc>
          <w:tcPr>
            <w:tcW w:type="dxa" w:w="2880"/>
          </w:tcPr>
          <w:p>
            <w:r>
              <w:t>2026-06-22</w:t>
            </w:r>
          </w:p>
        </w:tc>
        <w:tc>
          <w:tcPr>
            <w:tcW w:type="dxa" w:w="2880"/>
          </w:tcPr>
          <w:p>
            <w:r>
              <w:t>DT05</w:t>
            </w:r>
          </w:p>
        </w:tc>
        <w:tc>
          <w:tcPr>
            <w:tcW w:type="dxa" w:w="2880"/>
          </w:tcPr>
          <w:p>
            <w:r>
              <w:t>0</w:t>
            </w:r>
          </w:p>
        </w:tc>
      </w:tr>
      <w:tr>
        <w:tc>
          <w:tcPr>
            <w:tcW w:type="dxa" w:w="2880"/>
          </w:tcPr>
          <w:p>
            <w:r>
              <w:t>2026-06-22</w:t>
            </w:r>
          </w:p>
        </w:tc>
        <w:tc>
          <w:tcPr>
            <w:tcW w:type="dxa" w:w="2880"/>
          </w:tcPr>
          <w:p>
            <w:r>
              <w:t>DT10</w:t>
            </w:r>
          </w:p>
        </w:tc>
        <w:tc>
          <w:tcPr>
            <w:tcW w:type="dxa" w:w="2880"/>
          </w:tcPr>
          <w:p>
            <w:r>
              <w:t>0</w:t>
            </w:r>
          </w:p>
        </w:tc>
      </w:tr>
      <w:tr>
        <w:tc>
          <w:tcPr>
            <w:tcW w:type="dxa" w:w="2880"/>
          </w:tcPr>
          <w:p>
            <w:r>
              <w:t>2026-06-22</w:t>
            </w:r>
          </w:p>
        </w:tc>
        <w:tc>
          <w:tcPr>
            <w:tcW w:type="dxa" w:w="2880"/>
          </w:tcPr>
          <w:p>
            <w:r>
              <w:t>DT02</w:t>
            </w:r>
          </w:p>
        </w:tc>
        <w:tc>
          <w:tcPr>
            <w:tcW w:type="dxa" w:w="2880"/>
          </w:tcPr>
          <w:p>
            <w:r>
              <w:t>0</w:t>
            </w:r>
          </w:p>
        </w:tc>
      </w:tr>
      <w:tr>
        <w:tc>
          <w:tcPr>
            <w:tcW w:type="dxa" w:w="2880"/>
          </w:tcPr>
          <w:p>
            <w:r>
              <w:t>2026-06-22</w:t>
            </w:r>
          </w:p>
        </w:tc>
        <w:tc>
          <w:tcPr>
            <w:tcW w:type="dxa" w:w="2880"/>
          </w:tcPr>
          <w:p>
            <w:r>
              <w:t>Other</w:t>
            </w:r>
          </w:p>
        </w:tc>
        <w:tc>
          <w:tcPr>
            <w:tcW w:type="dxa" w:w="2880"/>
          </w:tcPr>
          <w:p>
            <w:r>
              <w:t>0</w:t>
            </w:r>
          </w:p>
        </w:tc>
      </w:tr>
      <w:tr>
        <w:tc>
          <w:tcPr>
            <w:tcW w:type="dxa" w:w="2880"/>
          </w:tcPr>
          <w:p>
            <w:r>
              <w:t>2026-06-29</w:t>
            </w:r>
          </w:p>
        </w:tc>
        <w:tc>
          <w:tcPr>
            <w:tcW w:type="dxa" w:w="2880"/>
          </w:tcPr>
          <w:p>
            <w:r>
              <w:t>DT06</w:t>
            </w:r>
          </w:p>
        </w:tc>
        <w:tc>
          <w:tcPr>
            <w:tcW w:type="dxa" w:w="2880"/>
          </w:tcPr>
          <w:p>
            <w:r>
              <w:t>7,881</w:t>
            </w:r>
          </w:p>
        </w:tc>
      </w:tr>
      <w:tr>
        <w:tc>
          <w:tcPr>
            <w:tcW w:type="dxa" w:w="2880"/>
          </w:tcPr>
          <w:p>
            <w:r>
              <w:t>2026-06-29</w:t>
            </w:r>
          </w:p>
        </w:tc>
        <w:tc>
          <w:tcPr>
            <w:tcW w:type="dxa" w:w="2880"/>
          </w:tcPr>
          <w:p>
            <w:r>
              <w:t>DT04</w:t>
            </w:r>
          </w:p>
        </w:tc>
        <w:tc>
          <w:tcPr>
            <w:tcW w:type="dxa" w:w="2880"/>
          </w:tcPr>
          <w:p>
            <w:r>
              <w:t>6,851</w:t>
            </w:r>
          </w:p>
        </w:tc>
      </w:tr>
      <w:tr>
        <w:tc>
          <w:tcPr>
            <w:tcW w:type="dxa" w:w="2880"/>
          </w:tcPr>
          <w:p>
            <w:r>
              <w:t>2026-06-29</w:t>
            </w:r>
          </w:p>
        </w:tc>
        <w:tc>
          <w:tcPr>
            <w:tcW w:type="dxa" w:w="2880"/>
          </w:tcPr>
          <w:p>
            <w:r>
              <w:t>DT05</w:t>
            </w:r>
          </w:p>
        </w:tc>
        <w:tc>
          <w:tcPr>
            <w:tcW w:type="dxa" w:w="2880"/>
          </w:tcPr>
          <w:p>
            <w:r>
              <w:t>1,454</w:t>
            </w:r>
          </w:p>
        </w:tc>
      </w:tr>
      <w:tr>
        <w:tc>
          <w:tcPr>
            <w:tcW w:type="dxa" w:w="2880"/>
          </w:tcPr>
          <w:p>
            <w:r>
              <w:t>2026-06-29</w:t>
            </w:r>
          </w:p>
        </w:tc>
        <w:tc>
          <w:tcPr>
            <w:tcW w:type="dxa" w:w="2880"/>
          </w:tcPr>
          <w:p>
            <w:r>
              <w:t>DT10</w:t>
            </w:r>
          </w:p>
        </w:tc>
        <w:tc>
          <w:tcPr>
            <w:tcW w:type="dxa" w:w="2880"/>
          </w:tcPr>
          <w:p>
            <w:r>
              <w:t>1,762</w:t>
            </w:r>
          </w:p>
        </w:tc>
      </w:tr>
      <w:tr>
        <w:tc>
          <w:tcPr>
            <w:tcW w:type="dxa" w:w="2880"/>
          </w:tcPr>
          <w:p>
            <w:r>
              <w:t>2026-06-29</w:t>
            </w:r>
          </w:p>
        </w:tc>
        <w:tc>
          <w:tcPr>
            <w:tcW w:type="dxa" w:w="2880"/>
          </w:tcPr>
          <w:p>
            <w:r>
              <w:t>DT02</w:t>
            </w:r>
          </w:p>
        </w:tc>
        <w:tc>
          <w:tcPr>
            <w:tcW w:type="dxa" w:w="2880"/>
          </w:tcPr>
          <w:p>
            <w:r>
              <w:t>1,279</w:t>
            </w:r>
          </w:p>
        </w:tc>
      </w:tr>
      <w:tr>
        <w:tc>
          <w:tcPr>
            <w:tcW w:type="dxa" w:w="2880"/>
          </w:tcPr>
          <w:p>
            <w:r>
              <w:t>2026-06-29</w:t>
            </w:r>
          </w:p>
        </w:tc>
        <w:tc>
          <w:tcPr>
            <w:tcW w:type="dxa" w:w="2880"/>
          </w:tcPr>
          <w:p>
            <w:r>
              <w:t>Other</w:t>
            </w:r>
          </w:p>
        </w:tc>
        <w:tc>
          <w:tcPr>
            <w:tcW w:type="dxa" w:w="2880"/>
          </w:tcPr>
          <w:p>
            <w:r>
              <w:t>1.875e+04</w:t>
            </w:r>
          </w:p>
        </w:tc>
      </w:tr>
      <w:tr>
        <w:tc>
          <w:tcPr>
            <w:tcW w:type="dxa" w:w="2880"/>
          </w:tcPr>
          <w:p>
            <w:r>
              <w:t>2026-07-06</w:t>
            </w:r>
          </w:p>
        </w:tc>
        <w:tc>
          <w:tcPr>
            <w:tcW w:type="dxa" w:w="2880"/>
          </w:tcPr>
          <w:p>
            <w:r>
              <w:t>DT06</w:t>
            </w:r>
          </w:p>
        </w:tc>
        <w:tc>
          <w:tcPr>
            <w:tcW w:type="dxa" w:w="2880"/>
          </w:tcPr>
          <w:p>
            <w:r>
              <w:t>0</w:t>
            </w:r>
          </w:p>
        </w:tc>
      </w:tr>
      <w:tr>
        <w:tc>
          <w:tcPr>
            <w:tcW w:type="dxa" w:w="2880"/>
          </w:tcPr>
          <w:p>
            <w:r>
              <w:t>2026-07-06</w:t>
            </w:r>
          </w:p>
        </w:tc>
        <w:tc>
          <w:tcPr>
            <w:tcW w:type="dxa" w:w="2880"/>
          </w:tcPr>
          <w:p>
            <w:r>
              <w:t>DT04</w:t>
            </w:r>
          </w:p>
        </w:tc>
        <w:tc>
          <w:tcPr>
            <w:tcW w:type="dxa" w:w="2880"/>
          </w:tcPr>
          <w:p>
            <w:r>
              <w:t>0</w:t>
            </w:r>
          </w:p>
        </w:tc>
      </w:tr>
      <w:tr>
        <w:tc>
          <w:tcPr>
            <w:tcW w:type="dxa" w:w="2880"/>
          </w:tcPr>
          <w:p>
            <w:r>
              <w:t>2026-07-06</w:t>
            </w:r>
          </w:p>
        </w:tc>
        <w:tc>
          <w:tcPr>
            <w:tcW w:type="dxa" w:w="2880"/>
          </w:tcPr>
          <w:p>
            <w:r>
              <w:t>DT05</w:t>
            </w:r>
          </w:p>
        </w:tc>
        <w:tc>
          <w:tcPr>
            <w:tcW w:type="dxa" w:w="2880"/>
          </w:tcPr>
          <w:p>
            <w:r>
              <w:t>0</w:t>
            </w:r>
          </w:p>
        </w:tc>
      </w:tr>
      <w:tr>
        <w:tc>
          <w:tcPr>
            <w:tcW w:type="dxa" w:w="2880"/>
          </w:tcPr>
          <w:p>
            <w:r>
              <w:t>2026-07-06</w:t>
            </w:r>
          </w:p>
        </w:tc>
        <w:tc>
          <w:tcPr>
            <w:tcW w:type="dxa" w:w="2880"/>
          </w:tcPr>
          <w:p>
            <w:r>
              <w:t>DT10</w:t>
            </w:r>
          </w:p>
        </w:tc>
        <w:tc>
          <w:tcPr>
            <w:tcW w:type="dxa" w:w="2880"/>
          </w:tcPr>
          <w:p>
            <w:r>
              <w:t>0</w:t>
            </w:r>
          </w:p>
        </w:tc>
      </w:tr>
      <w:tr>
        <w:tc>
          <w:tcPr>
            <w:tcW w:type="dxa" w:w="2880"/>
          </w:tcPr>
          <w:p>
            <w:r>
              <w:t>2026-07-06</w:t>
            </w:r>
          </w:p>
        </w:tc>
        <w:tc>
          <w:tcPr>
            <w:tcW w:type="dxa" w:w="2880"/>
          </w:tcPr>
          <w:p>
            <w:r>
              <w:t>DT02</w:t>
            </w:r>
          </w:p>
        </w:tc>
        <w:tc>
          <w:tcPr>
            <w:tcW w:type="dxa" w:w="2880"/>
          </w:tcPr>
          <w:p>
            <w:r>
              <w:t>0</w:t>
            </w:r>
          </w:p>
        </w:tc>
      </w:tr>
      <w:tr>
        <w:tc>
          <w:tcPr>
            <w:tcW w:type="dxa" w:w="2880"/>
          </w:tcPr>
          <w:p>
            <w:r>
              <w:t>2026-07-06</w:t>
            </w:r>
          </w:p>
        </w:tc>
        <w:tc>
          <w:tcPr>
            <w:tcW w:type="dxa" w:w="2880"/>
          </w:tcPr>
          <w:p>
            <w:r>
              <w:t>Other</w:t>
            </w:r>
          </w:p>
        </w:tc>
        <w:tc>
          <w:tcPr>
            <w:tcW w:type="dxa" w:w="2880"/>
          </w:tcPr>
          <w:p>
            <w:r>
              <w:t>0</w:t>
            </w:r>
          </w:p>
        </w:tc>
      </w:tr>
      <w:tr>
        <w:tc>
          <w:tcPr>
            <w:tcW w:type="dxa" w:w="2880"/>
          </w:tcPr>
          <w:p>
            <w:r>
              <w:t>2026-07-13</w:t>
            </w:r>
          </w:p>
        </w:tc>
        <w:tc>
          <w:tcPr>
            <w:tcW w:type="dxa" w:w="2880"/>
          </w:tcPr>
          <w:p>
            <w:r>
              <w:t>DT06</w:t>
            </w:r>
          </w:p>
        </w:tc>
        <w:tc>
          <w:tcPr>
            <w:tcW w:type="dxa" w:w="2880"/>
          </w:tcPr>
          <w:p>
            <w:r>
              <w:t>0</w:t>
            </w:r>
          </w:p>
        </w:tc>
      </w:tr>
      <w:tr>
        <w:tc>
          <w:tcPr>
            <w:tcW w:type="dxa" w:w="2880"/>
          </w:tcPr>
          <w:p>
            <w:r>
              <w:t>2026-07-13</w:t>
            </w:r>
          </w:p>
        </w:tc>
        <w:tc>
          <w:tcPr>
            <w:tcW w:type="dxa" w:w="2880"/>
          </w:tcPr>
          <w:p>
            <w:r>
              <w:t>DT04</w:t>
            </w:r>
          </w:p>
        </w:tc>
        <w:tc>
          <w:tcPr>
            <w:tcW w:type="dxa" w:w="2880"/>
          </w:tcPr>
          <w:p>
            <w:r>
              <w:t>0</w:t>
            </w:r>
          </w:p>
        </w:tc>
      </w:tr>
      <w:tr>
        <w:tc>
          <w:tcPr>
            <w:tcW w:type="dxa" w:w="2880"/>
          </w:tcPr>
          <w:p>
            <w:r>
              <w:t>2026-07-13</w:t>
            </w:r>
          </w:p>
        </w:tc>
        <w:tc>
          <w:tcPr>
            <w:tcW w:type="dxa" w:w="2880"/>
          </w:tcPr>
          <w:p>
            <w:r>
              <w:t>DT05</w:t>
            </w:r>
          </w:p>
        </w:tc>
        <w:tc>
          <w:tcPr>
            <w:tcW w:type="dxa" w:w="2880"/>
          </w:tcPr>
          <w:p>
            <w:r>
              <w:t>0</w:t>
            </w:r>
          </w:p>
        </w:tc>
      </w:tr>
      <w:tr>
        <w:tc>
          <w:tcPr>
            <w:tcW w:type="dxa" w:w="2880"/>
          </w:tcPr>
          <w:p>
            <w:r>
              <w:t>2026-07-13</w:t>
            </w:r>
          </w:p>
        </w:tc>
        <w:tc>
          <w:tcPr>
            <w:tcW w:type="dxa" w:w="2880"/>
          </w:tcPr>
          <w:p>
            <w:r>
              <w:t>DT10</w:t>
            </w:r>
          </w:p>
        </w:tc>
        <w:tc>
          <w:tcPr>
            <w:tcW w:type="dxa" w:w="2880"/>
          </w:tcPr>
          <w:p>
            <w:r>
              <w:t>0</w:t>
            </w:r>
          </w:p>
        </w:tc>
      </w:tr>
      <w:tr>
        <w:tc>
          <w:tcPr>
            <w:tcW w:type="dxa" w:w="2880"/>
          </w:tcPr>
          <w:p>
            <w:r>
              <w:t>2026-07-13</w:t>
            </w:r>
          </w:p>
        </w:tc>
        <w:tc>
          <w:tcPr>
            <w:tcW w:type="dxa" w:w="2880"/>
          </w:tcPr>
          <w:p>
            <w:r>
              <w:t>DT02</w:t>
            </w:r>
          </w:p>
        </w:tc>
        <w:tc>
          <w:tcPr>
            <w:tcW w:type="dxa" w:w="2880"/>
          </w:tcPr>
          <w:p>
            <w:r>
              <w:t>0</w:t>
            </w:r>
          </w:p>
        </w:tc>
      </w:tr>
      <w:tr>
        <w:tc>
          <w:tcPr>
            <w:tcW w:type="dxa" w:w="2880"/>
          </w:tcPr>
          <w:p>
            <w:r>
              <w:t>2026-07-13</w:t>
            </w:r>
          </w:p>
        </w:tc>
        <w:tc>
          <w:tcPr>
            <w:tcW w:type="dxa" w:w="2880"/>
          </w:tcPr>
          <w:p>
            <w:r>
              <w:t>Other</w:t>
            </w:r>
          </w:p>
        </w:tc>
        <w:tc>
          <w:tcPr>
            <w:tcW w:type="dxa" w:w="2880"/>
          </w:tcPr>
          <w:p>
            <w:r>
              <w:t>0</w:t>
            </w:r>
          </w:p>
        </w:tc>
      </w:tr>
      <w:tr>
        <w:tc>
          <w:tcPr>
            <w:tcW w:type="dxa" w:w="2880"/>
          </w:tcPr>
          <w:p>
            <w:r>
              <w:t>2026-07-20</w:t>
            </w:r>
          </w:p>
        </w:tc>
        <w:tc>
          <w:tcPr>
            <w:tcW w:type="dxa" w:w="2880"/>
          </w:tcPr>
          <w:p>
            <w:r>
              <w:t>DT06</w:t>
            </w:r>
          </w:p>
        </w:tc>
        <w:tc>
          <w:tcPr>
            <w:tcW w:type="dxa" w:w="2880"/>
          </w:tcPr>
          <w:p>
            <w:r>
              <w:t>0</w:t>
            </w:r>
          </w:p>
        </w:tc>
      </w:tr>
      <w:tr>
        <w:tc>
          <w:tcPr>
            <w:tcW w:type="dxa" w:w="2880"/>
          </w:tcPr>
          <w:p>
            <w:r>
              <w:t>2026-07-20</w:t>
            </w:r>
          </w:p>
        </w:tc>
        <w:tc>
          <w:tcPr>
            <w:tcW w:type="dxa" w:w="2880"/>
          </w:tcPr>
          <w:p>
            <w:r>
              <w:t>DT04</w:t>
            </w:r>
          </w:p>
        </w:tc>
        <w:tc>
          <w:tcPr>
            <w:tcW w:type="dxa" w:w="2880"/>
          </w:tcPr>
          <w:p>
            <w:r>
              <w:t>0</w:t>
            </w:r>
          </w:p>
        </w:tc>
      </w:tr>
      <w:tr>
        <w:tc>
          <w:tcPr>
            <w:tcW w:type="dxa" w:w="2880"/>
          </w:tcPr>
          <w:p>
            <w:r>
              <w:t>2026-07-20</w:t>
            </w:r>
          </w:p>
        </w:tc>
        <w:tc>
          <w:tcPr>
            <w:tcW w:type="dxa" w:w="2880"/>
          </w:tcPr>
          <w:p>
            <w:r>
              <w:t>DT05</w:t>
            </w:r>
          </w:p>
        </w:tc>
        <w:tc>
          <w:tcPr>
            <w:tcW w:type="dxa" w:w="2880"/>
          </w:tcPr>
          <w:p>
            <w:r>
              <w:t>0</w:t>
            </w:r>
          </w:p>
        </w:tc>
      </w:tr>
      <w:tr>
        <w:tc>
          <w:tcPr>
            <w:tcW w:type="dxa" w:w="2880"/>
          </w:tcPr>
          <w:p>
            <w:r>
              <w:t>2026-07-20</w:t>
            </w:r>
          </w:p>
        </w:tc>
        <w:tc>
          <w:tcPr>
            <w:tcW w:type="dxa" w:w="2880"/>
          </w:tcPr>
          <w:p>
            <w:r>
              <w:t>DT10</w:t>
            </w:r>
          </w:p>
        </w:tc>
        <w:tc>
          <w:tcPr>
            <w:tcW w:type="dxa" w:w="2880"/>
          </w:tcPr>
          <w:p>
            <w:r>
              <w:t>0</w:t>
            </w:r>
          </w:p>
        </w:tc>
      </w:tr>
      <w:tr>
        <w:tc>
          <w:tcPr>
            <w:tcW w:type="dxa" w:w="2880"/>
          </w:tcPr>
          <w:p>
            <w:r>
              <w:t>2026-07-20</w:t>
            </w:r>
          </w:p>
        </w:tc>
        <w:tc>
          <w:tcPr>
            <w:tcW w:type="dxa" w:w="2880"/>
          </w:tcPr>
          <w:p>
            <w:r>
              <w:t>DT02</w:t>
            </w:r>
          </w:p>
        </w:tc>
        <w:tc>
          <w:tcPr>
            <w:tcW w:type="dxa" w:w="2880"/>
          </w:tcPr>
          <w:p>
            <w:r>
              <w:t>0</w:t>
            </w:r>
          </w:p>
        </w:tc>
      </w:tr>
      <w:tr>
        <w:tc>
          <w:tcPr>
            <w:tcW w:type="dxa" w:w="2880"/>
          </w:tcPr>
          <w:p>
            <w:r>
              <w:t>2026-07-20</w:t>
            </w:r>
          </w:p>
        </w:tc>
        <w:tc>
          <w:tcPr>
            <w:tcW w:type="dxa" w:w="2880"/>
          </w:tcPr>
          <w:p>
            <w:r>
              <w:t>Other</w:t>
            </w:r>
          </w:p>
        </w:tc>
        <w:tc>
          <w:tcPr>
            <w:tcW w:type="dxa" w:w="2880"/>
          </w:tcPr>
          <w:p>
            <w:r>
              <w:t>0</w:t>
            </w:r>
          </w:p>
        </w:tc>
      </w:tr>
      <w:tr>
        <w:tc>
          <w:tcPr>
            <w:tcW w:type="dxa" w:w="2880"/>
          </w:tcPr>
          <w:p>
            <w:r>
              <w:t>2026-07-27</w:t>
            </w:r>
          </w:p>
        </w:tc>
        <w:tc>
          <w:tcPr>
            <w:tcW w:type="dxa" w:w="2880"/>
          </w:tcPr>
          <w:p>
            <w:r>
              <w:t>DT06</w:t>
            </w:r>
          </w:p>
        </w:tc>
        <w:tc>
          <w:tcPr>
            <w:tcW w:type="dxa" w:w="2880"/>
          </w:tcPr>
          <w:p>
            <w:r>
              <w:t>2,819</w:t>
            </w:r>
          </w:p>
        </w:tc>
      </w:tr>
      <w:tr>
        <w:tc>
          <w:tcPr>
            <w:tcW w:type="dxa" w:w="2880"/>
          </w:tcPr>
          <w:p>
            <w:r>
              <w:t>2026-07-27</w:t>
            </w:r>
          </w:p>
        </w:tc>
        <w:tc>
          <w:tcPr>
            <w:tcW w:type="dxa" w:w="2880"/>
          </w:tcPr>
          <w:p>
            <w:r>
              <w:t>DT04</w:t>
            </w:r>
          </w:p>
        </w:tc>
        <w:tc>
          <w:tcPr>
            <w:tcW w:type="dxa" w:w="2880"/>
          </w:tcPr>
          <w:p>
            <w:r>
              <w:t>7,853</w:t>
            </w:r>
          </w:p>
        </w:tc>
      </w:tr>
      <w:tr>
        <w:tc>
          <w:tcPr>
            <w:tcW w:type="dxa" w:w="2880"/>
          </w:tcPr>
          <w:p>
            <w:r>
              <w:t>2026-07-27</w:t>
            </w:r>
          </w:p>
        </w:tc>
        <w:tc>
          <w:tcPr>
            <w:tcW w:type="dxa" w:w="2880"/>
          </w:tcPr>
          <w:p>
            <w:r>
              <w:t>DT05</w:t>
            </w:r>
          </w:p>
        </w:tc>
        <w:tc>
          <w:tcPr>
            <w:tcW w:type="dxa" w:w="2880"/>
          </w:tcPr>
          <w:p>
            <w:r>
              <w:t>5,302</w:t>
            </w:r>
          </w:p>
        </w:tc>
      </w:tr>
      <w:tr>
        <w:tc>
          <w:tcPr>
            <w:tcW w:type="dxa" w:w="2880"/>
          </w:tcPr>
          <w:p>
            <w:r>
              <w:t>2026-07-27</w:t>
            </w:r>
          </w:p>
        </w:tc>
        <w:tc>
          <w:tcPr>
            <w:tcW w:type="dxa" w:w="2880"/>
          </w:tcPr>
          <w:p>
            <w:r>
              <w:t>DT10</w:t>
            </w:r>
          </w:p>
        </w:tc>
        <w:tc>
          <w:tcPr>
            <w:tcW w:type="dxa" w:w="2880"/>
          </w:tcPr>
          <w:p>
            <w:r>
              <w:t>1,915</w:t>
            </w:r>
          </w:p>
        </w:tc>
      </w:tr>
      <w:tr>
        <w:tc>
          <w:tcPr>
            <w:tcW w:type="dxa" w:w="2880"/>
          </w:tcPr>
          <w:p>
            <w:r>
              <w:t>2026-07-27</w:t>
            </w:r>
          </w:p>
        </w:tc>
        <w:tc>
          <w:tcPr>
            <w:tcW w:type="dxa" w:w="2880"/>
          </w:tcPr>
          <w:p>
            <w:r>
              <w:t>DT02</w:t>
            </w:r>
          </w:p>
        </w:tc>
        <w:tc>
          <w:tcPr>
            <w:tcW w:type="dxa" w:w="2880"/>
          </w:tcPr>
          <w:p>
            <w:r>
              <w:t>5,724</w:t>
            </w:r>
          </w:p>
        </w:tc>
      </w:tr>
      <w:tr>
        <w:tc>
          <w:tcPr>
            <w:tcW w:type="dxa" w:w="2880"/>
          </w:tcPr>
          <w:p>
            <w:r>
              <w:t>2026-07-27</w:t>
            </w:r>
          </w:p>
        </w:tc>
        <w:tc>
          <w:tcPr>
            <w:tcW w:type="dxa" w:w="2880"/>
          </w:tcPr>
          <w:p>
            <w:r>
              <w:t>Other</w:t>
            </w:r>
          </w:p>
        </w:tc>
        <w:tc>
          <w:tcPr>
            <w:tcW w:type="dxa" w:w="2880"/>
          </w:tcPr>
          <w:p>
            <w:r>
              <w:t>1.762e+04</w:t>
            </w:r>
          </w:p>
        </w:tc>
      </w:tr>
      <w:tr>
        <w:tc>
          <w:tcPr>
            <w:tcW w:type="dxa" w:w="2880"/>
          </w:tcPr>
          <w:p>
            <w:r>
              <w:t>2026-08-03</w:t>
            </w:r>
          </w:p>
        </w:tc>
        <w:tc>
          <w:tcPr>
            <w:tcW w:type="dxa" w:w="2880"/>
          </w:tcPr>
          <w:p>
            <w:r>
              <w:t>DT06</w:t>
            </w:r>
          </w:p>
        </w:tc>
        <w:tc>
          <w:tcPr>
            <w:tcW w:type="dxa" w:w="2880"/>
          </w:tcPr>
          <w:p>
            <w:r>
              <w:t>0</w:t>
            </w:r>
          </w:p>
        </w:tc>
      </w:tr>
      <w:tr>
        <w:tc>
          <w:tcPr>
            <w:tcW w:type="dxa" w:w="2880"/>
          </w:tcPr>
          <w:p>
            <w:r>
              <w:t>2026-08-03</w:t>
            </w:r>
          </w:p>
        </w:tc>
        <w:tc>
          <w:tcPr>
            <w:tcW w:type="dxa" w:w="2880"/>
          </w:tcPr>
          <w:p>
            <w:r>
              <w:t>DT04</w:t>
            </w:r>
          </w:p>
        </w:tc>
        <w:tc>
          <w:tcPr>
            <w:tcW w:type="dxa" w:w="2880"/>
          </w:tcPr>
          <w:p>
            <w:r>
              <w:t>0</w:t>
            </w:r>
          </w:p>
        </w:tc>
      </w:tr>
      <w:tr>
        <w:tc>
          <w:tcPr>
            <w:tcW w:type="dxa" w:w="2880"/>
          </w:tcPr>
          <w:p>
            <w:r>
              <w:t>2026-08-03</w:t>
            </w:r>
          </w:p>
        </w:tc>
        <w:tc>
          <w:tcPr>
            <w:tcW w:type="dxa" w:w="2880"/>
          </w:tcPr>
          <w:p>
            <w:r>
              <w:t>DT05</w:t>
            </w:r>
          </w:p>
        </w:tc>
        <w:tc>
          <w:tcPr>
            <w:tcW w:type="dxa" w:w="2880"/>
          </w:tcPr>
          <w:p>
            <w:r>
              <w:t>0</w:t>
            </w:r>
          </w:p>
        </w:tc>
      </w:tr>
      <w:tr>
        <w:tc>
          <w:tcPr>
            <w:tcW w:type="dxa" w:w="2880"/>
          </w:tcPr>
          <w:p>
            <w:r>
              <w:t>2026-08-03</w:t>
            </w:r>
          </w:p>
        </w:tc>
        <w:tc>
          <w:tcPr>
            <w:tcW w:type="dxa" w:w="2880"/>
          </w:tcPr>
          <w:p>
            <w:r>
              <w:t>DT10</w:t>
            </w:r>
          </w:p>
        </w:tc>
        <w:tc>
          <w:tcPr>
            <w:tcW w:type="dxa" w:w="2880"/>
          </w:tcPr>
          <w:p>
            <w:r>
              <w:t>0</w:t>
            </w:r>
          </w:p>
        </w:tc>
      </w:tr>
      <w:tr>
        <w:tc>
          <w:tcPr>
            <w:tcW w:type="dxa" w:w="2880"/>
          </w:tcPr>
          <w:p>
            <w:r>
              <w:t>2026-08-03</w:t>
            </w:r>
          </w:p>
        </w:tc>
        <w:tc>
          <w:tcPr>
            <w:tcW w:type="dxa" w:w="2880"/>
          </w:tcPr>
          <w:p>
            <w:r>
              <w:t>DT02</w:t>
            </w:r>
          </w:p>
        </w:tc>
        <w:tc>
          <w:tcPr>
            <w:tcW w:type="dxa" w:w="2880"/>
          </w:tcPr>
          <w:p>
            <w:r>
              <w:t>0</w:t>
            </w:r>
          </w:p>
        </w:tc>
      </w:tr>
      <w:tr>
        <w:tc>
          <w:tcPr>
            <w:tcW w:type="dxa" w:w="2880"/>
          </w:tcPr>
          <w:p>
            <w:r>
              <w:t>2026-08-03</w:t>
            </w:r>
          </w:p>
        </w:tc>
        <w:tc>
          <w:tcPr>
            <w:tcW w:type="dxa" w:w="2880"/>
          </w:tcPr>
          <w:p>
            <w:r>
              <w:t>Other</w:t>
            </w:r>
          </w:p>
        </w:tc>
        <w:tc>
          <w:tcPr>
            <w:tcW w:type="dxa" w:w="2880"/>
          </w:tcPr>
          <w:p>
            <w:r>
              <w:t>0</w:t>
            </w:r>
          </w:p>
        </w:tc>
      </w:tr>
      <w:tr>
        <w:tc>
          <w:tcPr>
            <w:tcW w:type="dxa" w:w="2880"/>
          </w:tcPr>
          <w:p>
            <w:r>
              <w:t>2026-08-10</w:t>
            </w:r>
          </w:p>
        </w:tc>
        <w:tc>
          <w:tcPr>
            <w:tcW w:type="dxa" w:w="2880"/>
          </w:tcPr>
          <w:p>
            <w:r>
              <w:t>DT06</w:t>
            </w:r>
          </w:p>
        </w:tc>
        <w:tc>
          <w:tcPr>
            <w:tcW w:type="dxa" w:w="2880"/>
          </w:tcPr>
          <w:p>
            <w:r>
              <w:t>0</w:t>
            </w:r>
          </w:p>
        </w:tc>
      </w:tr>
      <w:tr>
        <w:tc>
          <w:tcPr>
            <w:tcW w:type="dxa" w:w="2880"/>
          </w:tcPr>
          <w:p>
            <w:r>
              <w:t>2026-08-10</w:t>
            </w:r>
          </w:p>
        </w:tc>
        <w:tc>
          <w:tcPr>
            <w:tcW w:type="dxa" w:w="2880"/>
          </w:tcPr>
          <w:p>
            <w:r>
              <w:t>DT04</w:t>
            </w:r>
          </w:p>
        </w:tc>
        <w:tc>
          <w:tcPr>
            <w:tcW w:type="dxa" w:w="2880"/>
          </w:tcPr>
          <w:p>
            <w:r>
              <w:t>0</w:t>
            </w:r>
          </w:p>
        </w:tc>
      </w:tr>
      <w:tr>
        <w:tc>
          <w:tcPr>
            <w:tcW w:type="dxa" w:w="2880"/>
          </w:tcPr>
          <w:p>
            <w:r>
              <w:t>2026-08-10</w:t>
            </w:r>
          </w:p>
        </w:tc>
        <w:tc>
          <w:tcPr>
            <w:tcW w:type="dxa" w:w="2880"/>
          </w:tcPr>
          <w:p>
            <w:r>
              <w:t>DT05</w:t>
            </w:r>
          </w:p>
        </w:tc>
        <w:tc>
          <w:tcPr>
            <w:tcW w:type="dxa" w:w="2880"/>
          </w:tcPr>
          <w:p>
            <w:r>
              <w:t>0</w:t>
            </w:r>
          </w:p>
        </w:tc>
      </w:tr>
      <w:tr>
        <w:tc>
          <w:tcPr>
            <w:tcW w:type="dxa" w:w="2880"/>
          </w:tcPr>
          <w:p>
            <w:r>
              <w:t>2026-08-10</w:t>
            </w:r>
          </w:p>
        </w:tc>
        <w:tc>
          <w:tcPr>
            <w:tcW w:type="dxa" w:w="2880"/>
          </w:tcPr>
          <w:p>
            <w:r>
              <w:t>DT10</w:t>
            </w:r>
          </w:p>
        </w:tc>
        <w:tc>
          <w:tcPr>
            <w:tcW w:type="dxa" w:w="2880"/>
          </w:tcPr>
          <w:p>
            <w:r>
              <w:t>0</w:t>
            </w:r>
          </w:p>
        </w:tc>
      </w:tr>
      <w:tr>
        <w:tc>
          <w:tcPr>
            <w:tcW w:type="dxa" w:w="2880"/>
          </w:tcPr>
          <w:p>
            <w:r>
              <w:t>2026-08-10</w:t>
            </w:r>
          </w:p>
        </w:tc>
        <w:tc>
          <w:tcPr>
            <w:tcW w:type="dxa" w:w="2880"/>
          </w:tcPr>
          <w:p>
            <w:r>
              <w:t>DT02</w:t>
            </w:r>
          </w:p>
        </w:tc>
        <w:tc>
          <w:tcPr>
            <w:tcW w:type="dxa" w:w="2880"/>
          </w:tcPr>
          <w:p>
            <w:r>
              <w:t>0</w:t>
            </w:r>
          </w:p>
        </w:tc>
      </w:tr>
      <w:tr>
        <w:tc>
          <w:tcPr>
            <w:tcW w:type="dxa" w:w="2880"/>
          </w:tcPr>
          <w:p>
            <w:r>
              <w:t>2026-08-10</w:t>
            </w:r>
          </w:p>
        </w:tc>
        <w:tc>
          <w:tcPr>
            <w:tcW w:type="dxa" w:w="2880"/>
          </w:tcPr>
          <w:p>
            <w:r>
              <w:t>Other</w:t>
            </w:r>
          </w:p>
        </w:tc>
        <w:tc>
          <w:tcPr>
            <w:tcW w:type="dxa" w:w="2880"/>
          </w:tcPr>
          <w:p>
            <w:r>
              <w:t>0</w:t>
            </w:r>
          </w:p>
        </w:tc>
      </w:tr>
      <w:tr>
        <w:tc>
          <w:tcPr>
            <w:tcW w:type="dxa" w:w="2880"/>
          </w:tcPr>
          <w:p>
            <w:r>
              <w:t>2026-08-17</w:t>
            </w:r>
          </w:p>
        </w:tc>
        <w:tc>
          <w:tcPr>
            <w:tcW w:type="dxa" w:w="2880"/>
          </w:tcPr>
          <w:p>
            <w:r>
              <w:t>DT06</w:t>
            </w:r>
          </w:p>
        </w:tc>
        <w:tc>
          <w:tcPr>
            <w:tcW w:type="dxa" w:w="2880"/>
          </w:tcPr>
          <w:p>
            <w:r>
              <w:t>0</w:t>
            </w:r>
          </w:p>
        </w:tc>
      </w:tr>
      <w:tr>
        <w:tc>
          <w:tcPr>
            <w:tcW w:type="dxa" w:w="2880"/>
          </w:tcPr>
          <w:p>
            <w:r>
              <w:t>2026-08-17</w:t>
            </w:r>
          </w:p>
        </w:tc>
        <w:tc>
          <w:tcPr>
            <w:tcW w:type="dxa" w:w="2880"/>
          </w:tcPr>
          <w:p>
            <w:r>
              <w:t>DT04</w:t>
            </w:r>
          </w:p>
        </w:tc>
        <w:tc>
          <w:tcPr>
            <w:tcW w:type="dxa" w:w="2880"/>
          </w:tcPr>
          <w:p>
            <w:r>
              <w:t>0</w:t>
            </w:r>
          </w:p>
        </w:tc>
      </w:tr>
      <w:tr>
        <w:tc>
          <w:tcPr>
            <w:tcW w:type="dxa" w:w="2880"/>
          </w:tcPr>
          <w:p>
            <w:r>
              <w:t>2026-08-17</w:t>
            </w:r>
          </w:p>
        </w:tc>
        <w:tc>
          <w:tcPr>
            <w:tcW w:type="dxa" w:w="2880"/>
          </w:tcPr>
          <w:p>
            <w:r>
              <w:t>DT05</w:t>
            </w:r>
          </w:p>
        </w:tc>
        <w:tc>
          <w:tcPr>
            <w:tcW w:type="dxa" w:w="2880"/>
          </w:tcPr>
          <w:p>
            <w:r>
              <w:t>0</w:t>
            </w:r>
          </w:p>
        </w:tc>
      </w:tr>
      <w:tr>
        <w:tc>
          <w:tcPr>
            <w:tcW w:type="dxa" w:w="2880"/>
          </w:tcPr>
          <w:p>
            <w:r>
              <w:t>2026-08-17</w:t>
            </w:r>
          </w:p>
        </w:tc>
        <w:tc>
          <w:tcPr>
            <w:tcW w:type="dxa" w:w="2880"/>
          </w:tcPr>
          <w:p>
            <w:r>
              <w:t>DT10</w:t>
            </w:r>
          </w:p>
        </w:tc>
        <w:tc>
          <w:tcPr>
            <w:tcW w:type="dxa" w:w="2880"/>
          </w:tcPr>
          <w:p>
            <w:r>
              <w:t>0</w:t>
            </w:r>
          </w:p>
        </w:tc>
      </w:tr>
      <w:tr>
        <w:tc>
          <w:tcPr>
            <w:tcW w:type="dxa" w:w="2880"/>
          </w:tcPr>
          <w:p>
            <w:r>
              <w:t>2026-08-17</w:t>
            </w:r>
          </w:p>
        </w:tc>
        <w:tc>
          <w:tcPr>
            <w:tcW w:type="dxa" w:w="2880"/>
          </w:tcPr>
          <w:p>
            <w:r>
              <w:t>DT02</w:t>
            </w:r>
          </w:p>
        </w:tc>
        <w:tc>
          <w:tcPr>
            <w:tcW w:type="dxa" w:w="2880"/>
          </w:tcPr>
          <w:p>
            <w:r>
              <w:t>0</w:t>
            </w:r>
          </w:p>
        </w:tc>
      </w:tr>
      <w:tr>
        <w:tc>
          <w:tcPr>
            <w:tcW w:type="dxa" w:w="2880"/>
          </w:tcPr>
          <w:p>
            <w:r>
              <w:t>2026-08-17</w:t>
            </w:r>
          </w:p>
        </w:tc>
        <w:tc>
          <w:tcPr>
            <w:tcW w:type="dxa" w:w="2880"/>
          </w:tcPr>
          <w:p>
            <w:r>
              <w:t>Other</w:t>
            </w:r>
          </w:p>
        </w:tc>
        <w:tc>
          <w:tcPr>
            <w:tcW w:type="dxa" w:w="2880"/>
          </w:tcPr>
          <w:p>
            <w:r>
              <w:t>0</w:t>
            </w:r>
          </w:p>
        </w:tc>
      </w:tr>
      <w:tr>
        <w:tc>
          <w:tcPr>
            <w:tcW w:type="dxa" w:w="2880"/>
          </w:tcPr>
          <w:p>
            <w:r>
              <w:t>2026-08-24</w:t>
            </w:r>
          </w:p>
        </w:tc>
        <w:tc>
          <w:tcPr>
            <w:tcW w:type="dxa" w:w="2880"/>
          </w:tcPr>
          <w:p>
            <w:r>
              <w:t>DT06</w:t>
            </w:r>
          </w:p>
        </w:tc>
        <w:tc>
          <w:tcPr>
            <w:tcW w:type="dxa" w:w="2880"/>
          </w:tcPr>
          <w:p>
            <w:r>
              <w:t>0</w:t>
            </w:r>
          </w:p>
        </w:tc>
      </w:tr>
      <w:tr>
        <w:tc>
          <w:tcPr>
            <w:tcW w:type="dxa" w:w="2880"/>
          </w:tcPr>
          <w:p>
            <w:r>
              <w:t>2026-08-24</w:t>
            </w:r>
          </w:p>
        </w:tc>
        <w:tc>
          <w:tcPr>
            <w:tcW w:type="dxa" w:w="2880"/>
          </w:tcPr>
          <w:p>
            <w:r>
              <w:t>DT04</w:t>
            </w:r>
          </w:p>
        </w:tc>
        <w:tc>
          <w:tcPr>
            <w:tcW w:type="dxa" w:w="2880"/>
          </w:tcPr>
          <w:p>
            <w:r>
              <w:t>0</w:t>
            </w:r>
          </w:p>
        </w:tc>
      </w:tr>
      <w:tr>
        <w:tc>
          <w:tcPr>
            <w:tcW w:type="dxa" w:w="2880"/>
          </w:tcPr>
          <w:p>
            <w:r>
              <w:t>2026-08-24</w:t>
            </w:r>
          </w:p>
        </w:tc>
        <w:tc>
          <w:tcPr>
            <w:tcW w:type="dxa" w:w="2880"/>
          </w:tcPr>
          <w:p>
            <w:r>
              <w:t>DT05</w:t>
            </w:r>
          </w:p>
        </w:tc>
        <w:tc>
          <w:tcPr>
            <w:tcW w:type="dxa" w:w="2880"/>
          </w:tcPr>
          <w:p>
            <w:r>
              <w:t>0</w:t>
            </w:r>
          </w:p>
        </w:tc>
      </w:tr>
      <w:tr>
        <w:tc>
          <w:tcPr>
            <w:tcW w:type="dxa" w:w="2880"/>
          </w:tcPr>
          <w:p>
            <w:r>
              <w:t>2026-08-24</w:t>
            </w:r>
          </w:p>
        </w:tc>
        <w:tc>
          <w:tcPr>
            <w:tcW w:type="dxa" w:w="2880"/>
          </w:tcPr>
          <w:p>
            <w:r>
              <w:t>DT10</w:t>
            </w:r>
          </w:p>
        </w:tc>
        <w:tc>
          <w:tcPr>
            <w:tcW w:type="dxa" w:w="2880"/>
          </w:tcPr>
          <w:p>
            <w:r>
              <w:t>0</w:t>
            </w:r>
          </w:p>
        </w:tc>
      </w:tr>
      <w:tr>
        <w:tc>
          <w:tcPr>
            <w:tcW w:type="dxa" w:w="2880"/>
          </w:tcPr>
          <w:p>
            <w:r>
              <w:t>2026-08-24</w:t>
            </w:r>
          </w:p>
        </w:tc>
        <w:tc>
          <w:tcPr>
            <w:tcW w:type="dxa" w:w="2880"/>
          </w:tcPr>
          <w:p>
            <w:r>
              <w:t>DT02</w:t>
            </w:r>
          </w:p>
        </w:tc>
        <w:tc>
          <w:tcPr>
            <w:tcW w:type="dxa" w:w="2880"/>
          </w:tcPr>
          <w:p>
            <w:r>
              <w:t>0</w:t>
            </w:r>
          </w:p>
        </w:tc>
      </w:tr>
      <w:tr>
        <w:tc>
          <w:tcPr>
            <w:tcW w:type="dxa" w:w="2880"/>
          </w:tcPr>
          <w:p>
            <w:r>
              <w:t>2026-08-24</w:t>
            </w:r>
          </w:p>
        </w:tc>
        <w:tc>
          <w:tcPr>
            <w:tcW w:type="dxa" w:w="2880"/>
          </w:tcPr>
          <w:p>
            <w:r>
              <w:t>Other</w:t>
            </w:r>
          </w:p>
        </w:tc>
        <w:tc>
          <w:tcPr>
            <w:tcW w:type="dxa" w:w="2880"/>
          </w:tcPr>
          <w:p>
            <w:r>
              <w:t>0</w:t>
            </w:r>
          </w:p>
        </w:tc>
      </w:tr>
      <w:tr>
        <w:tc>
          <w:tcPr>
            <w:tcW w:type="dxa" w:w="2880"/>
          </w:tcPr>
          <w:p>
            <w:r>
              <w:t>2026-08-31</w:t>
            </w:r>
          </w:p>
        </w:tc>
        <w:tc>
          <w:tcPr>
            <w:tcW w:type="dxa" w:w="2880"/>
          </w:tcPr>
          <w:p>
            <w:r>
              <w:t>DT06</w:t>
            </w:r>
          </w:p>
        </w:tc>
        <w:tc>
          <w:tcPr>
            <w:tcW w:type="dxa" w:w="2880"/>
          </w:tcPr>
          <w:p>
            <w:r>
              <w:t>4,125</w:t>
            </w:r>
          </w:p>
        </w:tc>
      </w:tr>
      <w:tr>
        <w:tc>
          <w:tcPr>
            <w:tcW w:type="dxa" w:w="2880"/>
          </w:tcPr>
          <w:p>
            <w:r>
              <w:t>2026-08-31</w:t>
            </w:r>
          </w:p>
        </w:tc>
        <w:tc>
          <w:tcPr>
            <w:tcW w:type="dxa" w:w="2880"/>
          </w:tcPr>
          <w:p>
            <w:r>
              <w:t>DT04</w:t>
            </w:r>
          </w:p>
        </w:tc>
        <w:tc>
          <w:tcPr>
            <w:tcW w:type="dxa" w:w="2880"/>
          </w:tcPr>
          <w:p>
            <w:r>
              <w:t>8,231</w:t>
            </w:r>
          </w:p>
        </w:tc>
      </w:tr>
      <w:tr>
        <w:tc>
          <w:tcPr>
            <w:tcW w:type="dxa" w:w="2880"/>
          </w:tcPr>
          <w:p>
            <w:r>
              <w:t>2026-08-31</w:t>
            </w:r>
          </w:p>
        </w:tc>
        <w:tc>
          <w:tcPr>
            <w:tcW w:type="dxa" w:w="2880"/>
          </w:tcPr>
          <w:p>
            <w:r>
              <w:t>DT05</w:t>
            </w:r>
          </w:p>
        </w:tc>
        <w:tc>
          <w:tcPr>
            <w:tcW w:type="dxa" w:w="2880"/>
          </w:tcPr>
          <w:p>
            <w:r>
              <w:t>8,813</w:t>
            </w:r>
          </w:p>
        </w:tc>
      </w:tr>
      <w:tr>
        <w:tc>
          <w:tcPr>
            <w:tcW w:type="dxa" w:w="2880"/>
          </w:tcPr>
          <w:p>
            <w:r>
              <w:t>2026-08-31</w:t>
            </w:r>
          </w:p>
        </w:tc>
        <w:tc>
          <w:tcPr>
            <w:tcW w:type="dxa" w:w="2880"/>
          </w:tcPr>
          <w:p>
            <w:r>
              <w:t>DT10</w:t>
            </w:r>
          </w:p>
        </w:tc>
        <w:tc>
          <w:tcPr>
            <w:tcW w:type="dxa" w:w="2880"/>
          </w:tcPr>
          <w:p>
            <w:r>
              <w:t>7,608</w:t>
            </w:r>
          </w:p>
        </w:tc>
      </w:tr>
      <w:tr>
        <w:tc>
          <w:tcPr>
            <w:tcW w:type="dxa" w:w="2880"/>
          </w:tcPr>
          <w:p>
            <w:r>
              <w:t>2026-08-31</w:t>
            </w:r>
          </w:p>
        </w:tc>
        <w:tc>
          <w:tcPr>
            <w:tcW w:type="dxa" w:w="2880"/>
          </w:tcPr>
          <w:p>
            <w:r>
              <w:t>DT02</w:t>
            </w:r>
          </w:p>
        </w:tc>
        <w:tc>
          <w:tcPr>
            <w:tcW w:type="dxa" w:w="2880"/>
          </w:tcPr>
          <w:p>
            <w:r>
              <w:t>7,592</w:t>
            </w:r>
          </w:p>
        </w:tc>
      </w:tr>
      <w:tr>
        <w:tc>
          <w:tcPr>
            <w:tcW w:type="dxa" w:w="2880"/>
          </w:tcPr>
          <w:p>
            <w:r>
              <w:t>2026-08-31</w:t>
            </w:r>
          </w:p>
        </w:tc>
        <w:tc>
          <w:tcPr>
            <w:tcW w:type="dxa" w:w="2880"/>
          </w:tcPr>
          <w:p>
            <w:r>
              <w:t>Other</w:t>
            </w:r>
          </w:p>
        </w:tc>
        <w:tc>
          <w:tcPr>
            <w:tcW w:type="dxa" w:w="2880"/>
          </w:tcPr>
          <w:p>
            <w:r>
              <w:t>2.857e+04</w:t>
            </w:r>
          </w:p>
        </w:tc>
      </w:tr>
    </w:tbl>
    <w:p/>
    <w:p>
      <w:pPr>
        <w:pStyle w:val="Heading2"/>
      </w:pPr>
      <w:r>
        <w:t>Figure 18. Events per 10,000 people by feature [56]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8</w:t>
            </w:r>
          </w:p>
        </w:tc>
        <w:tc>
          <w:tcPr>
            <w:tcW w:type="dxa" w:w="2880"/>
          </w:tcPr>
          <w:p>
            <w:r>
              <w:t>9</w:t>
            </w:r>
          </w:p>
        </w:tc>
      </w:tr>
      <w:tr>
        <w:tc>
          <w:tcPr>
            <w:tcW w:type="dxa" w:w="2880"/>
          </w:tcPr>
          <w:p>
            <w:r>
              <w:t>8</w:t>
            </w:r>
          </w:p>
        </w:tc>
        <w:tc>
          <w:tcPr>
            <w:tcW w:type="dxa" w:w="2880"/>
          </w:tcPr>
          <w:p>
            <w:r>
              <w:t>16</w:t>
            </w:r>
          </w:p>
        </w:tc>
        <w:tc>
          <w:tcPr>
            <w:tcW w:type="dxa" w:w="2880"/>
          </w:tcPr>
          <w:p>
            <w:r>
              <w:t>0</w:t>
            </w:r>
          </w:p>
        </w:tc>
      </w:tr>
      <w:tr>
        <w:tc>
          <w:tcPr>
            <w:tcW w:type="dxa" w:w="2880"/>
          </w:tcPr>
          <w:p>
            <w:r>
              <w:t>16</w:t>
            </w:r>
          </w:p>
        </w:tc>
        <w:tc>
          <w:tcPr>
            <w:tcW w:type="dxa" w:w="2880"/>
          </w:tcPr>
          <w:p>
            <w:r>
              <w:t>24</w:t>
            </w:r>
          </w:p>
        </w:tc>
        <w:tc>
          <w:tcPr>
            <w:tcW w:type="dxa" w:w="2880"/>
          </w:tcPr>
          <w:p>
            <w:r>
              <w:t>0</w:t>
            </w:r>
          </w:p>
        </w:tc>
      </w:tr>
      <w:tr>
        <w:tc>
          <w:tcPr>
            <w:tcW w:type="dxa" w:w="2880"/>
          </w:tcPr>
          <w:p>
            <w:r>
              <w:t>24</w:t>
            </w:r>
          </w:p>
        </w:tc>
        <w:tc>
          <w:tcPr>
            <w:tcW w:type="dxa" w:w="2880"/>
          </w:tcPr>
          <w:p>
            <w:r>
              <w:t>32</w:t>
            </w:r>
          </w:p>
        </w:tc>
        <w:tc>
          <w:tcPr>
            <w:tcW w:type="dxa" w:w="2880"/>
          </w:tcPr>
          <w:p>
            <w:r>
              <w:t>0</w:t>
            </w:r>
          </w:p>
        </w:tc>
      </w:tr>
      <w:tr>
        <w:tc>
          <w:tcPr>
            <w:tcW w:type="dxa" w:w="2880"/>
          </w:tcPr>
          <w:p>
            <w:r>
              <w:t>32</w:t>
            </w:r>
          </w:p>
        </w:tc>
        <w:tc>
          <w:tcPr>
            <w:tcW w:type="dxa" w:w="2880"/>
          </w:tcPr>
          <w:p>
            <w:r>
              <w:t>40</w:t>
            </w:r>
          </w:p>
        </w:tc>
        <w:tc>
          <w:tcPr>
            <w:tcW w:type="dxa" w:w="2880"/>
          </w:tcPr>
          <w:p>
            <w:r>
              <w:t>1</w:t>
            </w:r>
          </w:p>
        </w:tc>
      </w:tr>
    </w:tbl>
    <w:p/>
    <w:p>
      <w:pPr>
        <w:pStyle w:val="Heading2"/>
      </w:pPr>
      <w:r>
        <w:t>Figure 19. Hotels per 10,000 people by feature [57]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11.2</w:t>
            </w:r>
          </w:p>
        </w:tc>
        <w:tc>
          <w:tcPr>
            <w:tcW w:type="dxa" w:w="2880"/>
          </w:tcPr>
          <w:p>
            <w:r>
              <w:t>7</w:t>
            </w:r>
          </w:p>
        </w:tc>
      </w:tr>
      <w:tr>
        <w:tc>
          <w:tcPr>
            <w:tcW w:type="dxa" w:w="2880"/>
          </w:tcPr>
          <w:p>
            <w:r>
              <w:t>11.2</w:t>
            </w:r>
          </w:p>
        </w:tc>
        <w:tc>
          <w:tcPr>
            <w:tcW w:type="dxa" w:w="2880"/>
          </w:tcPr>
          <w:p>
            <w:r>
              <w:t>21.4</w:t>
            </w:r>
          </w:p>
        </w:tc>
        <w:tc>
          <w:tcPr>
            <w:tcW w:type="dxa" w:w="2880"/>
          </w:tcPr>
          <w:p>
            <w:r>
              <w:t>1</w:t>
            </w:r>
          </w:p>
        </w:tc>
      </w:tr>
      <w:tr>
        <w:tc>
          <w:tcPr>
            <w:tcW w:type="dxa" w:w="2880"/>
          </w:tcPr>
          <w:p>
            <w:r>
              <w:t>21.4</w:t>
            </w:r>
          </w:p>
        </w:tc>
        <w:tc>
          <w:tcPr>
            <w:tcW w:type="dxa" w:w="2880"/>
          </w:tcPr>
          <w:p>
            <w:r>
              <w:t>31.6</w:t>
            </w:r>
          </w:p>
        </w:tc>
        <w:tc>
          <w:tcPr>
            <w:tcW w:type="dxa" w:w="2880"/>
          </w:tcPr>
          <w:p>
            <w:r>
              <w:t>1</w:t>
            </w:r>
          </w:p>
        </w:tc>
      </w:tr>
      <w:tr>
        <w:tc>
          <w:tcPr>
            <w:tcW w:type="dxa" w:w="2880"/>
          </w:tcPr>
          <w:p>
            <w:r>
              <w:t>31.6</w:t>
            </w:r>
          </w:p>
        </w:tc>
        <w:tc>
          <w:tcPr>
            <w:tcW w:type="dxa" w:w="2880"/>
          </w:tcPr>
          <w:p>
            <w:r>
              <w:t>41.8</w:t>
            </w:r>
          </w:p>
        </w:tc>
        <w:tc>
          <w:tcPr>
            <w:tcW w:type="dxa" w:w="2880"/>
          </w:tcPr>
          <w:p>
            <w:r>
              <w:t>0</w:t>
            </w:r>
          </w:p>
        </w:tc>
      </w:tr>
      <w:tr>
        <w:tc>
          <w:tcPr>
            <w:tcW w:type="dxa" w:w="2880"/>
          </w:tcPr>
          <w:p>
            <w:r>
              <w:t>41.8</w:t>
            </w:r>
          </w:p>
        </w:tc>
        <w:tc>
          <w:tcPr>
            <w:tcW w:type="dxa" w:w="2880"/>
          </w:tcPr>
          <w:p>
            <w:r>
              <w:t>52</w:t>
            </w:r>
          </w:p>
        </w:tc>
        <w:tc>
          <w:tcPr>
            <w:tcW w:type="dxa" w:w="2880"/>
          </w:tcPr>
          <w:p>
            <w:r>
              <w:t>1</w:t>
            </w:r>
          </w:p>
        </w:tc>
      </w:tr>
    </w:tbl>
    <w:p/>
    <w:p>
      <w:pPr>
        <w:pStyle w:val="Heading2"/>
      </w:pPr>
      <w:r>
        <w:t>Figure 20. Hot spot analysis: Events [58]</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7</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7</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5</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1</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w:t>
            </w:r>
          </w:p>
        </w:tc>
      </w:tr>
    </w:tbl>
    <w:p/>
    <w:p>
      <w:pPr>
        <w:pStyle w:val="Heading2"/>
      </w:pPr>
      <w:r>
        <w:t>Figure 21. Hot spot analysis: Hotels [59]</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14</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8</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6</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4</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2</w:t>
            </w:r>
          </w:p>
        </w:tc>
      </w:tr>
    </w:tbl>
    <w:p/>
    <w:p>
      <w:pPr>
        <w:pStyle w:val="Heading2"/>
      </w:pPr>
      <w:r>
        <w:t>Figure 22. Emerging hot spots: Events [60]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0.038</w:t>
            </w:r>
          </w:p>
        </w:tc>
        <w:tc>
          <w:tcPr>
            <w:tcW w:type="dxa" w:w="2880"/>
          </w:tcPr>
          <w:p>
            <w:r>
              <w:t>0.871</w:t>
            </w:r>
          </w:p>
        </w:tc>
        <w:tc>
          <w:tcPr>
            <w:tcW w:type="dxa" w:w="2880"/>
          </w:tcPr>
          <w:p>
            <w:r>
              <w:t>4</w:t>
            </w:r>
          </w:p>
        </w:tc>
      </w:tr>
      <w:tr>
        <w:tc>
          <w:tcPr>
            <w:tcW w:type="dxa" w:w="2880"/>
          </w:tcPr>
          <w:p>
            <w:r>
              <w:t>0.871</w:t>
            </w:r>
          </w:p>
        </w:tc>
        <w:tc>
          <w:tcPr>
            <w:tcW w:type="dxa" w:w="2880"/>
          </w:tcPr>
          <w:p>
            <w:r>
              <w:t>1.704</w:t>
            </w:r>
          </w:p>
        </w:tc>
        <w:tc>
          <w:tcPr>
            <w:tcW w:type="dxa" w:w="2880"/>
          </w:tcPr>
          <w:p>
            <w:r>
              <w:t>1</w:t>
            </w:r>
          </w:p>
        </w:tc>
      </w:tr>
      <w:tr>
        <w:tc>
          <w:tcPr>
            <w:tcW w:type="dxa" w:w="2880"/>
          </w:tcPr>
          <w:p>
            <w:r>
              <w:t>1.704</w:t>
            </w:r>
          </w:p>
        </w:tc>
        <w:tc>
          <w:tcPr>
            <w:tcW w:type="dxa" w:w="2880"/>
          </w:tcPr>
          <w:p>
            <w:r>
              <w:t>2.537</w:t>
            </w:r>
          </w:p>
        </w:tc>
        <w:tc>
          <w:tcPr>
            <w:tcW w:type="dxa" w:w="2880"/>
          </w:tcPr>
          <w:p>
            <w:r>
              <w:t>1</w:t>
            </w:r>
          </w:p>
        </w:tc>
      </w:tr>
      <w:tr>
        <w:tc>
          <w:tcPr>
            <w:tcW w:type="dxa" w:w="2880"/>
          </w:tcPr>
          <w:p>
            <w:r>
              <w:t>2.537</w:t>
            </w:r>
          </w:p>
        </w:tc>
        <w:tc>
          <w:tcPr>
            <w:tcW w:type="dxa" w:w="2880"/>
          </w:tcPr>
          <w:p>
            <w:r>
              <w:t>3.37</w:t>
            </w:r>
          </w:p>
        </w:tc>
        <w:tc>
          <w:tcPr>
            <w:tcW w:type="dxa" w:w="2880"/>
          </w:tcPr>
          <w:p>
            <w:r>
              <w:t>3</w:t>
            </w:r>
          </w:p>
        </w:tc>
      </w:tr>
      <w:tr>
        <w:tc>
          <w:tcPr>
            <w:tcW w:type="dxa" w:w="2880"/>
          </w:tcPr>
          <w:p>
            <w:r>
              <w:t>3.37</w:t>
            </w:r>
          </w:p>
        </w:tc>
        <w:tc>
          <w:tcPr>
            <w:tcW w:type="dxa" w:w="2880"/>
          </w:tcPr>
          <w:p>
            <w:r>
              <w:t>4.203</w:t>
            </w:r>
          </w:p>
        </w:tc>
        <w:tc>
          <w:tcPr>
            <w:tcW w:type="dxa" w:w="2880"/>
          </w:tcPr>
          <w:p>
            <w:r>
              <w:t>3</w:t>
            </w:r>
          </w:p>
        </w:tc>
      </w:tr>
    </w:tbl>
    <w:p/>
    <w:p>
      <w:pPr>
        <w:pStyle w:val="Heading2"/>
      </w:pPr>
      <w:r>
        <w:t>Figure 23. Emerging hot spots: Visitor check-ins [61]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-1.056</w:t>
            </w:r>
          </w:p>
        </w:tc>
        <w:tc>
          <w:tcPr>
            <w:tcW w:type="dxa" w:w="2880"/>
          </w:tcPr>
          <w:p>
            <w:r>
              <w:t>-0.5576</w:t>
            </w:r>
          </w:p>
        </w:tc>
        <w:tc>
          <w:tcPr>
            <w:tcW w:type="dxa" w:w="2880"/>
          </w:tcPr>
          <w:p>
            <w:r>
              <w:t>150</w:t>
            </w:r>
          </w:p>
        </w:tc>
      </w:tr>
      <w:tr>
        <w:tc>
          <w:tcPr>
            <w:tcW w:type="dxa" w:w="2880"/>
          </w:tcPr>
          <w:p>
            <w:r>
              <w:t>-0.5576</w:t>
            </w:r>
          </w:p>
        </w:tc>
        <w:tc>
          <w:tcPr>
            <w:tcW w:type="dxa" w:w="2880"/>
          </w:tcPr>
          <w:p>
            <w:r>
              <w:t>-0.05911</w:t>
            </w:r>
          </w:p>
        </w:tc>
        <w:tc>
          <w:tcPr>
            <w:tcW w:type="dxa" w:w="2880"/>
          </w:tcPr>
          <w:p>
            <w:r>
              <w:t>59</w:t>
            </w:r>
          </w:p>
        </w:tc>
      </w:tr>
      <w:tr>
        <w:tc>
          <w:tcPr>
            <w:tcW w:type="dxa" w:w="2880"/>
          </w:tcPr>
          <w:p>
            <w:r>
              <w:t>-0.05911</w:t>
            </w:r>
          </w:p>
        </w:tc>
        <w:tc>
          <w:tcPr>
            <w:tcW w:type="dxa" w:w="2880"/>
          </w:tcPr>
          <w:p>
            <w:r>
              <w:t>0.4393</w:t>
            </w:r>
          </w:p>
        </w:tc>
        <w:tc>
          <w:tcPr>
            <w:tcW w:type="dxa" w:w="2880"/>
          </w:tcPr>
          <w:p>
            <w:r>
              <w:t>15</w:t>
            </w:r>
          </w:p>
        </w:tc>
      </w:tr>
      <w:tr>
        <w:tc>
          <w:tcPr>
            <w:tcW w:type="dxa" w:w="2880"/>
          </w:tcPr>
          <w:p>
            <w:r>
              <w:t>0.4393</w:t>
            </w:r>
          </w:p>
        </w:tc>
        <w:tc>
          <w:tcPr>
            <w:tcW w:type="dxa" w:w="2880"/>
          </w:tcPr>
          <w:p>
            <w:r>
              <w:t>0.9378</w:t>
            </w:r>
          </w:p>
        </w:tc>
        <w:tc>
          <w:tcPr>
            <w:tcW w:type="dxa" w:w="2880"/>
          </w:tcPr>
          <w:p>
            <w:r>
              <w:t>10</w:t>
            </w:r>
          </w:p>
        </w:tc>
      </w:tr>
      <w:tr>
        <w:tc>
          <w:tcPr>
            <w:tcW w:type="dxa" w:w="2880"/>
          </w:tcPr>
          <w:p>
            <w:r>
              <w:t>0.9378</w:t>
            </w:r>
          </w:p>
        </w:tc>
        <w:tc>
          <w:tcPr>
            <w:tcW w:type="dxa" w:w="2880"/>
          </w:tcPr>
          <w:p>
            <w:r>
              <w:t>1.436</w:t>
            </w:r>
          </w:p>
        </w:tc>
        <w:tc>
          <w:tcPr>
            <w:tcW w:type="dxa" w:w="2880"/>
          </w:tcPr>
          <w:p>
            <w:r>
              <w:t>3</w:t>
            </w:r>
          </w:p>
        </w:tc>
      </w:tr>
      <w:tr>
        <w:tc>
          <w:tcPr>
            <w:tcW w:type="dxa" w:w="2880"/>
          </w:tcPr>
          <w:p>
            <w:r>
              <w:t>1.436</w:t>
            </w:r>
          </w:p>
        </w:tc>
        <w:tc>
          <w:tcPr>
            <w:tcW w:type="dxa" w:w="2880"/>
          </w:tcPr>
          <w:p>
            <w:r>
              <w:t>1.935</w:t>
            </w:r>
          </w:p>
        </w:tc>
        <w:tc>
          <w:tcPr>
            <w:tcW w:type="dxa" w:w="2880"/>
          </w:tcPr>
          <w:p>
            <w:r>
              <w:t>3</w:t>
            </w:r>
          </w:p>
        </w:tc>
      </w:tr>
      <w:tr>
        <w:tc>
          <w:tcPr>
            <w:tcW w:type="dxa" w:w="2880"/>
          </w:tcPr>
          <w:p>
            <w:r>
              <w:t>1.935</w:t>
            </w:r>
          </w:p>
        </w:tc>
        <w:tc>
          <w:tcPr>
            <w:tcW w:type="dxa" w:w="2880"/>
          </w:tcPr>
          <w:p>
            <w:r>
              <w:t>2.433</w:t>
            </w:r>
          </w:p>
        </w:tc>
        <w:tc>
          <w:tcPr>
            <w:tcW w:type="dxa" w:w="2880"/>
          </w:tcPr>
          <w:p>
            <w:r>
              <w:t>3</w:t>
            </w:r>
          </w:p>
        </w:tc>
      </w:tr>
      <w:tr>
        <w:tc>
          <w:tcPr>
            <w:tcW w:type="dxa" w:w="2880"/>
          </w:tcPr>
          <w:p>
            <w:r>
              <w:t>2.433</w:t>
            </w:r>
          </w:p>
        </w:tc>
        <w:tc>
          <w:tcPr>
            <w:tcW w:type="dxa" w:w="2880"/>
          </w:tcPr>
          <w:p>
            <w:r>
              <w:t>2.932</w:t>
            </w:r>
          </w:p>
        </w:tc>
        <w:tc>
          <w:tcPr>
            <w:tcW w:type="dxa" w:w="2880"/>
          </w:tcPr>
          <w:p>
            <w:r>
              <w:t>2</w:t>
            </w:r>
          </w:p>
        </w:tc>
      </w:tr>
      <w:tr>
        <w:tc>
          <w:tcPr>
            <w:tcW w:type="dxa" w:w="2880"/>
          </w:tcPr>
          <w:p>
            <w:r>
              <w:t>2.932</w:t>
            </w:r>
          </w:p>
        </w:tc>
        <w:tc>
          <w:tcPr>
            <w:tcW w:type="dxa" w:w="2880"/>
          </w:tcPr>
          <w:p>
            <w:r>
              <w:t>3.43</w:t>
            </w:r>
          </w:p>
        </w:tc>
        <w:tc>
          <w:tcPr>
            <w:tcW w:type="dxa" w:w="2880"/>
          </w:tcPr>
          <w:p>
            <w:r>
              <w:t>2</w:t>
            </w:r>
          </w:p>
        </w:tc>
      </w:tr>
    </w:tbl>
    <w:p/>
    <w:p>
      <w:pPr>
        <w:pStyle w:val="Heading2"/>
      </w:pPr>
      <w:r>
        <w:t>Figure 24. Calculate density: Events [62]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1.5</w:t>
            </w:r>
          </w:p>
        </w:tc>
        <w:tc>
          <w:tcPr>
            <w:tcW w:type="dxa" w:w="2880"/>
          </w:tcPr>
          <w:p>
            <w:r>
              <w:t>11</w:t>
            </w:r>
          </w:p>
        </w:tc>
      </w:tr>
      <w:tr>
        <w:tc>
          <w:tcPr>
            <w:tcW w:type="dxa" w:w="2880"/>
          </w:tcPr>
          <w:p>
            <w:r>
              <w:t>1.5</w:t>
            </w:r>
          </w:p>
        </w:tc>
        <w:tc>
          <w:tcPr>
            <w:tcW w:type="dxa" w:w="2880"/>
          </w:tcPr>
          <w:p>
            <w:r>
              <w:t>3</w:t>
            </w:r>
          </w:p>
        </w:tc>
        <w:tc>
          <w:tcPr>
            <w:tcW w:type="dxa" w:w="2880"/>
          </w:tcPr>
          <w:p>
            <w:r>
              <w:t>8</w:t>
            </w:r>
          </w:p>
        </w:tc>
      </w:tr>
      <w:tr>
        <w:tc>
          <w:tcPr>
            <w:tcW w:type="dxa" w:w="2880"/>
          </w:tcPr>
          <w:p>
            <w:r>
              <w:t>3</w:t>
            </w:r>
          </w:p>
        </w:tc>
        <w:tc>
          <w:tcPr>
            <w:tcW w:type="dxa" w:w="2880"/>
          </w:tcPr>
          <w:p>
            <w:r>
              <w:t>4.5</w:t>
            </w:r>
          </w:p>
        </w:tc>
        <w:tc>
          <w:tcPr>
            <w:tcW w:type="dxa" w:w="2880"/>
          </w:tcPr>
          <w:p>
            <w:r>
              <w:t>17</w:t>
            </w:r>
          </w:p>
        </w:tc>
      </w:tr>
      <w:tr>
        <w:tc>
          <w:tcPr>
            <w:tcW w:type="dxa" w:w="2880"/>
          </w:tcPr>
          <w:p>
            <w:r>
              <w:t>4.5</w:t>
            </w:r>
          </w:p>
        </w:tc>
        <w:tc>
          <w:tcPr>
            <w:tcW w:type="dxa" w:w="2880"/>
          </w:tcPr>
          <w:p>
            <w:r>
              <w:t>6</w:t>
            </w:r>
          </w:p>
        </w:tc>
        <w:tc>
          <w:tcPr>
            <w:tcW w:type="dxa" w:w="2880"/>
          </w:tcPr>
          <w:p>
            <w:r>
              <w:t>10</w:t>
            </w:r>
          </w:p>
        </w:tc>
      </w:tr>
      <w:tr>
        <w:tc>
          <w:tcPr>
            <w:tcW w:type="dxa" w:w="2880"/>
          </w:tcPr>
          <w:p>
            <w:r>
              <w:t>6</w:t>
            </w:r>
          </w:p>
        </w:tc>
        <w:tc>
          <w:tcPr>
            <w:tcW w:type="dxa" w:w="2880"/>
          </w:tcPr>
          <w:p>
            <w:r>
              <w:t>7.5</w:t>
            </w:r>
          </w:p>
        </w:tc>
        <w:tc>
          <w:tcPr>
            <w:tcW w:type="dxa" w:w="2880"/>
          </w:tcPr>
          <w:p>
            <w:r>
              <w:t>17</w:t>
            </w:r>
          </w:p>
        </w:tc>
      </w:tr>
      <w:tr>
        <w:tc>
          <w:tcPr>
            <w:tcW w:type="dxa" w:w="2880"/>
          </w:tcPr>
          <w:p>
            <w:r>
              <w:t>7.5</w:t>
            </w:r>
          </w:p>
        </w:tc>
        <w:tc>
          <w:tcPr>
            <w:tcW w:type="dxa" w:w="2880"/>
          </w:tcPr>
          <w:p>
            <w:r>
              <w:t>9</w:t>
            </w:r>
          </w:p>
        </w:tc>
        <w:tc>
          <w:tcPr>
            <w:tcW w:type="dxa" w:w="2880"/>
          </w:tcPr>
          <w:p>
            <w:r>
              <w:t>8</w:t>
            </w:r>
          </w:p>
        </w:tc>
      </w:tr>
      <w:tr>
        <w:tc>
          <w:tcPr>
            <w:tcW w:type="dxa" w:w="2880"/>
          </w:tcPr>
          <w:p>
            <w:r>
              <w:t>9</w:t>
            </w:r>
          </w:p>
        </w:tc>
        <w:tc>
          <w:tcPr>
            <w:tcW w:type="dxa" w:w="2880"/>
          </w:tcPr>
          <w:p>
            <w:r>
              <w:t>10.5</w:t>
            </w:r>
          </w:p>
        </w:tc>
        <w:tc>
          <w:tcPr>
            <w:tcW w:type="dxa" w:w="2880"/>
          </w:tcPr>
          <w:p>
            <w:r>
              <w:t>20</w:t>
            </w:r>
          </w:p>
        </w:tc>
      </w:tr>
      <w:tr>
        <w:tc>
          <w:tcPr>
            <w:tcW w:type="dxa" w:w="2880"/>
          </w:tcPr>
          <w:p>
            <w:r>
              <w:t>10.5</w:t>
            </w:r>
          </w:p>
        </w:tc>
        <w:tc>
          <w:tcPr>
            <w:tcW w:type="dxa" w:w="2880"/>
          </w:tcPr>
          <w:p>
            <w:r>
              <w:t>12</w:t>
            </w:r>
          </w:p>
        </w:tc>
        <w:tc>
          <w:tcPr>
            <w:tcW w:type="dxa" w:w="2880"/>
          </w:tcPr>
          <w:p>
            <w:r>
              <w:t>14</w:t>
            </w:r>
          </w:p>
        </w:tc>
      </w:tr>
    </w:tbl>
    <w:p/>
    <w:p>
      <w:pPr>
        <w:pStyle w:val="Heading2"/>
      </w:pPr>
      <w:r>
        <w:t>Figure 25. Calculate density: Hotels [63]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1.556</w:t>
            </w:r>
          </w:p>
        </w:tc>
        <w:tc>
          <w:tcPr>
            <w:tcW w:type="dxa" w:w="2880"/>
          </w:tcPr>
          <w:p>
            <w:r>
              <w:t>16</w:t>
            </w:r>
          </w:p>
        </w:tc>
      </w:tr>
      <w:tr>
        <w:tc>
          <w:tcPr>
            <w:tcW w:type="dxa" w:w="2880"/>
          </w:tcPr>
          <w:p>
            <w:r>
              <w:t>1.556</w:t>
            </w:r>
          </w:p>
        </w:tc>
        <w:tc>
          <w:tcPr>
            <w:tcW w:type="dxa" w:w="2880"/>
          </w:tcPr>
          <w:p>
            <w:r>
              <w:t>3.111</w:t>
            </w:r>
          </w:p>
        </w:tc>
        <w:tc>
          <w:tcPr>
            <w:tcW w:type="dxa" w:w="2880"/>
          </w:tcPr>
          <w:p>
            <w:r>
              <w:t>26</w:t>
            </w:r>
          </w:p>
        </w:tc>
      </w:tr>
      <w:tr>
        <w:tc>
          <w:tcPr>
            <w:tcW w:type="dxa" w:w="2880"/>
          </w:tcPr>
          <w:p>
            <w:r>
              <w:t>3.111</w:t>
            </w:r>
          </w:p>
        </w:tc>
        <w:tc>
          <w:tcPr>
            <w:tcW w:type="dxa" w:w="2880"/>
          </w:tcPr>
          <w:p>
            <w:r>
              <w:t>4.667</w:t>
            </w:r>
          </w:p>
        </w:tc>
        <w:tc>
          <w:tcPr>
            <w:tcW w:type="dxa" w:w="2880"/>
          </w:tcPr>
          <w:p>
            <w:r>
              <w:t>13</w:t>
            </w:r>
          </w:p>
        </w:tc>
      </w:tr>
      <w:tr>
        <w:tc>
          <w:tcPr>
            <w:tcW w:type="dxa" w:w="2880"/>
          </w:tcPr>
          <w:p>
            <w:r>
              <w:t>4.667</w:t>
            </w:r>
          </w:p>
        </w:tc>
        <w:tc>
          <w:tcPr>
            <w:tcW w:type="dxa" w:w="2880"/>
          </w:tcPr>
          <w:p>
            <w:r>
              <w:t>6.222</w:t>
            </w:r>
          </w:p>
        </w:tc>
        <w:tc>
          <w:tcPr>
            <w:tcW w:type="dxa" w:w="2880"/>
          </w:tcPr>
          <w:p>
            <w:r>
              <w:t>23</w:t>
            </w:r>
          </w:p>
        </w:tc>
      </w:tr>
      <w:tr>
        <w:tc>
          <w:tcPr>
            <w:tcW w:type="dxa" w:w="2880"/>
          </w:tcPr>
          <w:p>
            <w:r>
              <w:t>6.222</w:t>
            </w:r>
          </w:p>
        </w:tc>
        <w:tc>
          <w:tcPr>
            <w:tcW w:type="dxa" w:w="2880"/>
          </w:tcPr>
          <w:p>
            <w:r>
              <w:t>7.778</w:t>
            </w:r>
          </w:p>
        </w:tc>
        <w:tc>
          <w:tcPr>
            <w:tcW w:type="dxa" w:w="2880"/>
          </w:tcPr>
          <w:p>
            <w:r>
              <w:t>12</w:t>
            </w:r>
          </w:p>
        </w:tc>
      </w:tr>
      <w:tr>
        <w:tc>
          <w:tcPr>
            <w:tcW w:type="dxa" w:w="2880"/>
          </w:tcPr>
          <w:p>
            <w:r>
              <w:t>7.778</w:t>
            </w:r>
          </w:p>
        </w:tc>
        <w:tc>
          <w:tcPr>
            <w:tcW w:type="dxa" w:w="2880"/>
          </w:tcPr>
          <w:p>
            <w:r>
              <w:t>9.333</w:t>
            </w:r>
          </w:p>
        </w:tc>
        <w:tc>
          <w:tcPr>
            <w:tcW w:type="dxa" w:w="2880"/>
          </w:tcPr>
          <w:p>
            <w:r>
              <w:t>22</w:t>
            </w:r>
          </w:p>
        </w:tc>
      </w:tr>
      <w:tr>
        <w:tc>
          <w:tcPr>
            <w:tcW w:type="dxa" w:w="2880"/>
          </w:tcPr>
          <w:p>
            <w:r>
              <w:t>9.333</w:t>
            </w:r>
          </w:p>
        </w:tc>
        <w:tc>
          <w:tcPr>
            <w:tcW w:type="dxa" w:w="2880"/>
          </w:tcPr>
          <w:p>
            <w:r>
              <w:t>10.89</w:t>
            </w:r>
          </w:p>
        </w:tc>
        <w:tc>
          <w:tcPr>
            <w:tcW w:type="dxa" w:w="2880"/>
          </w:tcPr>
          <w:p>
            <w:r>
              <w:t>11</w:t>
            </w:r>
          </w:p>
        </w:tc>
      </w:tr>
      <w:tr>
        <w:tc>
          <w:tcPr>
            <w:tcW w:type="dxa" w:w="2880"/>
          </w:tcPr>
          <w:p>
            <w:r>
              <w:t>10.89</w:t>
            </w:r>
          </w:p>
        </w:tc>
        <w:tc>
          <w:tcPr>
            <w:tcW w:type="dxa" w:w="2880"/>
          </w:tcPr>
          <w:p>
            <w:r>
              <w:t>12.44</w:t>
            </w:r>
          </w:p>
        </w:tc>
        <w:tc>
          <w:tcPr>
            <w:tcW w:type="dxa" w:w="2880"/>
          </w:tcPr>
          <w:p>
            <w:r>
              <w:t>23</w:t>
            </w:r>
          </w:p>
        </w:tc>
      </w:tr>
      <w:tr>
        <w:tc>
          <w:tcPr>
            <w:tcW w:type="dxa" w:w="2880"/>
          </w:tcPr>
          <w:p>
            <w:r>
              <w:t>12.44</w:t>
            </w:r>
          </w:p>
        </w:tc>
        <w:tc>
          <w:tcPr>
            <w:tcW w:type="dxa" w:w="2880"/>
          </w:tcPr>
          <w:p>
            <w:r>
              <w:t>14</w:t>
            </w:r>
          </w:p>
        </w:tc>
        <w:tc>
          <w:tcPr>
            <w:tcW w:type="dxa" w:w="2880"/>
          </w:tcPr>
          <w:p>
            <w:r>
              <w:t>14</w:t>
            </w:r>
          </w:p>
        </w:tc>
      </w:tr>
    </w:tbl>
    <w:p/>
    <w:p>
      <w:pPr>
        <w:pStyle w:val="Heading2"/>
      </w:pPr>
      <w:r>
        <w:t>Figure 26. Transit stations per 10,000 people by feature [64]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w:t>
            </w:r>
          </w:p>
        </w:tc>
        <w:tc>
          <w:tcPr>
            <w:tcW w:type="dxa" w:w="2880"/>
          </w:tcPr>
          <w:p>
            <w:r>
              <w:t>1</w:t>
            </w:r>
          </w:p>
        </w:tc>
      </w:tr>
      <w:tr>
        <w:tc>
          <w:tcPr>
            <w:tcW w:type="dxa" w:w="2880"/>
          </w:tcPr>
          <w:p>
            <w:r>
              <w:t>1</w:t>
            </w:r>
          </w:p>
        </w:tc>
        <w:tc>
          <w:tcPr>
            <w:tcW w:type="dxa" w:w="2880"/>
          </w:tcPr>
          <w:p>
            <w:r>
              <w:t>2</w:t>
            </w:r>
          </w:p>
        </w:tc>
        <w:tc>
          <w:tcPr>
            <w:tcW w:type="dxa" w:w="2880"/>
          </w:tcPr>
          <w:p>
            <w:r>
              <w:t>3</w:t>
            </w:r>
          </w:p>
        </w:tc>
      </w:tr>
      <w:tr>
        <w:tc>
          <w:tcPr>
            <w:tcW w:type="dxa" w:w="2880"/>
          </w:tcPr>
          <w:p>
            <w:r>
              <w:t>2</w:t>
            </w:r>
          </w:p>
        </w:tc>
        <w:tc>
          <w:tcPr>
            <w:tcW w:type="dxa" w:w="2880"/>
          </w:tcPr>
          <w:p>
            <w:r>
              <w:t>3</w:t>
            </w:r>
          </w:p>
        </w:tc>
        <w:tc>
          <w:tcPr>
            <w:tcW w:type="dxa" w:w="2880"/>
          </w:tcPr>
          <w:p>
            <w:r>
              <w:t>2</w:t>
            </w:r>
          </w:p>
        </w:tc>
      </w:tr>
      <w:tr>
        <w:tc>
          <w:tcPr>
            <w:tcW w:type="dxa" w:w="2880"/>
          </w:tcPr>
          <w:p>
            <w:r>
              <w:t>3</w:t>
            </w:r>
          </w:p>
        </w:tc>
        <w:tc>
          <w:tcPr>
            <w:tcW w:type="dxa" w:w="2880"/>
          </w:tcPr>
          <w:p>
            <w:r>
              <w:t>4</w:t>
            </w:r>
          </w:p>
        </w:tc>
        <w:tc>
          <w:tcPr>
            <w:tcW w:type="dxa" w:w="2880"/>
          </w:tcPr>
          <w:p>
            <w:r>
              <w:t>2</w:t>
            </w:r>
          </w:p>
        </w:tc>
      </w:tr>
      <w:tr>
        <w:tc>
          <w:tcPr>
            <w:tcW w:type="dxa" w:w="2880"/>
          </w:tcPr>
          <w:p>
            <w:r>
              <w:t>4</w:t>
            </w:r>
          </w:p>
        </w:tc>
        <w:tc>
          <w:tcPr>
            <w:tcW w:type="dxa" w:w="2880"/>
          </w:tcPr>
          <w:p>
            <w:r>
              <w:t>5</w:t>
            </w:r>
          </w:p>
        </w:tc>
        <w:tc>
          <w:tcPr>
            <w:tcW w:type="dxa" w:w="2880"/>
          </w:tcPr>
          <w:p>
            <w:r>
              <w:t>2</w:t>
            </w:r>
          </w:p>
        </w:tc>
      </w:tr>
    </w:tbl>
    <w:p/>
    <w:p>
      <w:pPr>
        <w:pStyle w:val="Heading2"/>
      </w:pPr>
      <w:r>
        <w:t>Figure 27. Hot spot analysis: Short-term rentals [65]</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50</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22</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24</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10</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4</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3</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2</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3</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1</w:t>
            </w:r>
          </w:p>
        </w:tc>
      </w:tr>
    </w:tbl>
    <w:p/>
    <w:p>
      <w:pPr>
        <w:pStyle w:val="Heading2"/>
      </w:pPr>
      <w:r>
        <w:t>Figure 28. Repeat and near repeat classification: Events [66]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exhibition</w:t>
            </w:r>
          </w:p>
        </w:tc>
        <w:tc>
          <w:tcPr>
            <w:tcW w:type="dxa" w:w="2880"/>
          </w:tcPr>
          <w:p>
            <w:r>
              <w:t>0</w:t>
            </w:r>
          </w:p>
        </w:tc>
      </w:tr>
      <w:tr>
        <w:tc>
          <w:tcPr>
            <w:tcW w:type="dxa" w:w="2880"/>
          </w:tcPr>
          <w:p>
            <w:r>
              <w:t>2026-06-01</w:t>
            </w:r>
          </w:p>
        </w:tc>
        <w:tc>
          <w:tcPr>
            <w:tcW w:type="dxa" w:w="2880"/>
          </w:tcPr>
          <w:p>
            <w:r>
              <w:t>concert</w:t>
            </w:r>
          </w:p>
        </w:tc>
        <w:tc>
          <w:tcPr>
            <w:tcW w:type="dxa" w:w="2880"/>
          </w:tcPr>
          <w:p>
            <w:r>
              <w:t>2</w:t>
            </w:r>
          </w:p>
        </w:tc>
      </w:tr>
      <w:tr>
        <w:tc>
          <w:tcPr>
            <w:tcW w:type="dxa" w:w="2880"/>
          </w:tcPr>
          <w:p>
            <w:r>
              <w:t>2026-06-01</w:t>
            </w:r>
          </w:p>
        </w:tc>
        <w:tc>
          <w:tcPr>
            <w:tcW w:type="dxa" w:w="2880"/>
          </w:tcPr>
          <w:p>
            <w:r>
              <w:t>match</w:t>
            </w:r>
          </w:p>
        </w:tc>
        <w:tc>
          <w:tcPr>
            <w:tcW w:type="dxa" w:w="2880"/>
          </w:tcPr>
          <w:p>
            <w:r>
              <w:t>1</w:t>
            </w:r>
          </w:p>
        </w:tc>
      </w:tr>
      <w:tr>
        <w:tc>
          <w:tcPr>
            <w:tcW w:type="dxa" w:w="2880"/>
          </w:tcPr>
          <w:p>
            <w:r>
              <w:t>2026-06-01</w:t>
            </w:r>
          </w:p>
        </w:tc>
        <w:tc>
          <w:tcPr>
            <w:tcW w:type="dxa" w:w="2880"/>
          </w:tcPr>
          <w:p>
            <w:r>
              <w:t>market</w:t>
            </w:r>
          </w:p>
        </w:tc>
        <w:tc>
          <w:tcPr>
            <w:tcW w:type="dxa" w:w="2880"/>
          </w:tcPr>
          <w:p>
            <w:r>
              <w:t>0</w:t>
            </w:r>
          </w:p>
        </w:tc>
      </w:tr>
      <w:tr>
        <w:tc>
          <w:tcPr>
            <w:tcW w:type="dxa" w:w="2880"/>
          </w:tcPr>
          <w:p>
            <w:r>
              <w:t>2026-06-01</w:t>
            </w:r>
          </w:p>
        </w:tc>
        <w:tc>
          <w:tcPr>
            <w:tcW w:type="dxa" w:w="2880"/>
          </w:tcPr>
          <w:p>
            <w:r>
              <w:t>festival</w:t>
            </w:r>
          </w:p>
        </w:tc>
        <w:tc>
          <w:tcPr>
            <w:tcW w:type="dxa" w:w="2880"/>
          </w:tcPr>
          <w:p>
            <w:r>
              <w:t>0</w:t>
            </w:r>
          </w:p>
        </w:tc>
      </w:tr>
      <w:tr>
        <w:tc>
          <w:tcPr>
            <w:tcW w:type="dxa" w:w="2880"/>
          </w:tcPr>
          <w:p>
            <w:r>
              <w:t>2026-06-08</w:t>
            </w:r>
          </w:p>
        </w:tc>
        <w:tc>
          <w:tcPr>
            <w:tcW w:type="dxa" w:w="2880"/>
          </w:tcPr>
          <w:p>
            <w:r>
              <w:t>exhibition</w:t>
            </w:r>
          </w:p>
        </w:tc>
        <w:tc>
          <w:tcPr>
            <w:tcW w:type="dxa" w:w="2880"/>
          </w:tcPr>
          <w:p>
            <w:r>
              <w:t>1</w:t>
            </w:r>
          </w:p>
        </w:tc>
      </w:tr>
      <w:tr>
        <w:tc>
          <w:tcPr>
            <w:tcW w:type="dxa" w:w="2880"/>
          </w:tcPr>
          <w:p>
            <w:r>
              <w:t>2026-06-08</w:t>
            </w:r>
          </w:p>
        </w:tc>
        <w:tc>
          <w:tcPr>
            <w:tcW w:type="dxa" w:w="2880"/>
          </w:tcPr>
          <w:p>
            <w:r>
              <w:t>concert</w:t>
            </w:r>
          </w:p>
        </w:tc>
        <w:tc>
          <w:tcPr>
            <w:tcW w:type="dxa" w:w="2880"/>
          </w:tcPr>
          <w:p>
            <w:r>
              <w:t>0</w:t>
            </w:r>
          </w:p>
        </w:tc>
      </w:tr>
      <w:tr>
        <w:tc>
          <w:tcPr>
            <w:tcW w:type="dxa" w:w="2880"/>
          </w:tcPr>
          <w:p>
            <w:r>
              <w:t>2026-06-08</w:t>
            </w:r>
          </w:p>
        </w:tc>
        <w:tc>
          <w:tcPr>
            <w:tcW w:type="dxa" w:w="2880"/>
          </w:tcPr>
          <w:p>
            <w:r>
              <w:t>match</w:t>
            </w:r>
          </w:p>
        </w:tc>
        <w:tc>
          <w:tcPr>
            <w:tcW w:type="dxa" w:w="2880"/>
          </w:tcPr>
          <w:p>
            <w:r>
              <w:t>1</w:t>
            </w:r>
          </w:p>
        </w:tc>
      </w:tr>
      <w:tr>
        <w:tc>
          <w:tcPr>
            <w:tcW w:type="dxa" w:w="2880"/>
          </w:tcPr>
          <w:p>
            <w:r>
              <w:t>2026-06-08</w:t>
            </w:r>
          </w:p>
        </w:tc>
        <w:tc>
          <w:tcPr>
            <w:tcW w:type="dxa" w:w="2880"/>
          </w:tcPr>
          <w:p>
            <w:r>
              <w:t>market</w:t>
            </w:r>
          </w:p>
        </w:tc>
        <w:tc>
          <w:tcPr>
            <w:tcW w:type="dxa" w:w="2880"/>
          </w:tcPr>
          <w:p>
            <w:r>
              <w:t>1</w:t>
            </w:r>
          </w:p>
        </w:tc>
      </w:tr>
      <w:tr>
        <w:tc>
          <w:tcPr>
            <w:tcW w:type="dxa" w:w="2880"/>
          </w:tcPr>
          <w:p>
            <w:r>
              <w:t>2026-06-08</w:t>
            </w:r>
          </w:p>
        </w:tc>
        <w:tc>
          <w:tcPr>
            <w:tcW w:type="dxa" w:w="2880"/>
          </w:tcPr>
          <w:p>
            <w:r>
              <w:t>festival</w:t>
            </w:r>
          </w:p>
        </w:tc>
        <w:tc>
          <w:tcPr>
            <w:tcW w:type="dxa" w:w="2880"/>
          </w:tcPr>
          <w:p>
            <w:r>
              <w:t>0</w:t>
            </w:r>
          </w:p>
        </w:tc>
      </w:tr>
      <w:tr>
        <w:tc>
          <w:tcPr>
            <w:tcW w:type="dxa" w:w="2880"/>
          </w:tcPr>
          <w:p>
            <w:r>
              <w:t>2026-06-15</w:t>
            </w:r>
          </w:p>
        </w:tc>
        <w:tc>
          <w:tcPr>
            <w:tcW w:type="dxa" w:w="2880"/>
          </w:tcPr>
          <w:p>
            <w:r>
              <w:t>exhibition</w:t>
            </w:r>
          </w:p>
        </w:tc>
        <w:tc>
          <w:tcPr>
            <w:tcW w:type="dxa" w:w="2880"/>
          </w:tcPr>
          <w:p>
            <w:r>
              <w:t>0</w:t>
            </w:r>
          </w:p>
        </w:tc>
      </w:tr>
      <w:tr>
        <w:tc>
          <w:tcPr>
            <w:tcW w:type="dxa" w:w="2880"/>
          </w:tcPr>
          <w:p>
            <w:r>
              <w:t>2026-06-15</w:t>
            </w:r>
          </w:p>
        </w:tc>
        <w:tc>
          <w:tcPr>
            <w:tcW w:type="dxa" w:w="2880"/>
          </w:tcPr>
          <w:p>
            <w:r>
              <w:t>concert</w:t>
            </w:r>
          </w:p>
        </w:tc>
        <w:tc>
          <w:tcPr>
            <w:tcW w:type="dxa" w:w="2880"/>
          </w:tcPr>
          <w:p>
            <w:r>
              <w:t>0</w:t>
            </w:r>
          </w:p>
        </w:tc>
      </w:tr>
      <w:tr>
        <w:tc>
          <w:tcPr>
            <w:tcW w:type="dxa" w:w="2880"/>
          </w:tcPr>
          <w:p>
            <w:r>
              <w:t>2026-06-15</w:t>
            </w:r>
          </w:p>
        </w:tc>
        <w:tc>
          <w:tcPr>
            <w:tcW w:type="dxa" w:w="2880"/>
          </w:tcPr>
          <w:p>
            <w:r>
              <w:t>match</w:t>
            </w:r>
          </w:p>
        </w:tc>
        <w:tc>
          <w:tcPr>
            <w:tcW w:type="dxa" w:w="2880"/>
          </w:tcPr>
          <w:p>
            <w:r>
              <w:t>1</w:t>
            </w:r>
          </w:p>
        </w:tc>
      </w:tr>
      <w:tr>
        <w:tc>
          <w:tcPr>
            <w:tcW w:type="dxa" w:w="2880"/>
          </w:tcPr>
          <w:p>
            <w:r>
              <w:t>2026-06-15</w:t>
            </w:r>
          </w:p>
        </w:tc>
        <w:tc>
          <w:tcPr>
            <w:tcW w:type="dxa" w:w="2880"/>
          </w:tcPr>
          <w:p>
            <w:r>
              <w:t>market</w:t>
            </w:r>
          </w:p>
        </w:tc>
        <w:tc>
          <w:tcPr>
            <w:tcW w:type="dxa" w:w="2880"/>
          </w:tcPr>
          <w:p>
            <w:r>
              <w:t>1</w:t>
            </w:r>
          </w:p>
        </w:tc>
      </w:tr>
      <w:tr>
        <w:tc>
          <w:tcPr>
            <w:tcW w:type="dxa" w:w="2880"/>
          </w:tcPr>
          <w:p>
            <w:r>
              <w:t>2026-06-15</w:t>
            </w:r>
          </w:p>
        </w:tc>
        <w:tc>
          <w:tcPr>
            <w:tcW w:type="dxa" w:w="2880"/>
          </w:tcPr>
          <w:p>
            <w:r>
              <w:t>festival</w:t>
            </w:r>
          </w:p>
        </w:tc>
        <w:tc>
          <w:tcPr>
            <w:tcW w:type="dxa" w:w="2880"/>
          </w:tcPr>
          <w:p>
            <w:r>
              <w:t>0</w:t>
            </w:r>
          </w:p>
        </w:tc>
      </w:tr>
      <w:tr>
        <w:tc>
          <w:tcPr>
            <w:tcW w:type="dxa" w:w="2880"/>
          </w:tcPr>
          <w:p>
            <w:r>
              <w:t>2026-06-22</w:t>
            </w:r>
          </w:p>
        </w:tc>
        <w:tc>
          <w:tcPr>
            <w:tcW w:type="dxa" w:w="2880"/>
          </w:tcPr>
          <w:p>
            <w:r>
              <w:t>exhibition</w:t>
            </w:r>
          </w:p>
        </w:tc>
        <w:tc>
          <w:tcPr>
            <w:tcW w:type="dxa" w:w="2880"/>
          </w:tcPr>
          <w:p>
            <w:r>
              <w:t>0</w:t>
            </w:r>
          </w:p>
        </w:tc>
      </w:tr>
      <w:tr>
        <w:tc>
          <w:tcPr>
            <w:tcW w:type="dxa" w:w="2880"/>
          </w:tcPr>
          <w:p>
            <w:r>
              <w:t>2026-06-22</w:t>
            </w:r>
          </w:p>
        </w:tc>
        <w:tc>
          <w:tcPr>
            <w:tcW w:type="dxa" w:w="2880"/>
          </w:tcPr>
          <w:p>
            <w:r>
              <w:t>concert</w:t>
            </w:r>
          </w:p>
        </w:tc>
        <w:tc>
          <w:tcPr>
            <w:tcW w:type="dxa" w:w="2880"/>
          </w:tcPr>
          <w:p>
            <w:r>
              <w:t>1</w:t>
            </w:r>
          </w:p>
        </w:tc>
      </w:tr>
      <w:tr>
        <w:tc>
          <w:tcPr>
            <w:tcW w:type="dxa" w:w="2880"/>
          </w:tcPr>
          <w:p>
            <w:r>
              <w:t>2026-06-22</w:t>
            </w:r>
          </w:p>
        </w:tc>
        <w:tc>
          <w:tcPr>
            <w:tcW w:type="dxa" w:w="2880"/>
          </w:tcPr>
          <w:p>
            <w:r>
              <w:t>match</w:t>
            </w:r>
          </w:p>
        </w:tc>
        <w:tc>
          <w:tcPr>
            <w:tcW w:type="dxa" w:w="2880"/>
          </w:tcPr>
          <w:p>
            <w:r>
              <w:t>0</w:t>
            </w:r>
          </w:p>
        </w:tc>
      </w:tr>
      <w:tr>
        <w:tc>
          <w:tcPr>
            <w:tcW w:type="dxa" w:w="2880"/>
          </w:tcPr>
          <w:p>
            <w:r>
              <w:t>2026-06-22</w:t>
            </w:r>
          </w:p>
        </w:tc>
        <w:tc>
          <w:tcPr>
            <w:tcW w:type="dxa" w:w="2880"/>
          </w:tcPr>
          <w:p>
            <w:r>
              <w:t>market</w:t>
            </w:r>
          </w:p>
        </w:tc>
        <w:tc>
          <w:tcPr>
            <w:tcW w:type="dxa" w:w="2880"/>
          </w:tcPr>
          <w:p>
            <w:r>
              <w:t>0</w:t>
            </w:r>
          </w:p>
        </w:tc>
      </w:tr>
      <w:tr>
        <w:tc>
          <w:tcPr>
            <w:tcW w:type="dxa" w:w="2880"/>
          </w:tcPr>
          <w:p>
            <w:r>
              <w:t>2026-06-22</w:t>
            </w:r>
          </w:p>
        </w:tc>
        <w:tc>
          <w:tcPr>
            <w:tcW w:type="dxa" w:w="2880"/>
          </w:tcPr>
          <w:p>
            <w:r>
              <w:t>festival</w:t>
            </w:r>
          </w:p>
        </w:tc>
        <w:tc>
          <w:tcPr>
            <w:tcW w:type="dxa" w:w="2880"/>
          </w:tcPr>
          <w:p>
            <w:r>
              <w:t>0</w:t>
            </w:r>
          </w:p>
        </w:tc>
      </w:tr>
      <w:tr>
        <w:tc>
          <w:tcPr>
            <w:tcW w:type="dxa" w:w="2880"/>
          </w:tcPr>
          <w:p>
            <w:r>
              <w:t>2026-06-29</w:t>
            </w:r>
          </w:p>
        </w:tc>
        <w:tc>
          <w:tcPr>
            <w:tcW w:type="dxa" w:w="2880"/>
          </w:tcPr>
          <w:p>
            <w:r>
              <w:t>exhibition</w:t>
            </w:r>
          </w:p>
        </w:tc>
        <w:tc>
          <w:tcPr>
            <w:tcW w:type="dxa" w:w="2880"/>
          </w:tcPr>
          <w:p>
            <w:r>
              <w:t>3</w:t>
            </w:r>
          </w:p>
        </w:tc>
      </w:tr>
      <w:tr>
        <w:tc>
          <w:tcPr>
            <w:tcW w:type="dxa" w:w="2880"/>
          </w:tcPr>
          <w:p>
            <w:r>
              <w:t>2026-06-29</w:t>
            </w:r>
          </w:p>
        </w:tc>
        <w:tc>
          <w:tcPr>
            <w:tcW w:type="dxa" w:w="2880"/>
          </w:tcPr>
          <w:p>
            <w:r>
              <w:t>concert</w:t>
            </w:r>
          </w:p>
        </w:tc>
        <w:tc>
          <w:tcPr>
            <w:tcW w:type="dxa" w:w="2880"/>
          </w:tcPr>
          <w:p>
            <w:r>
              <w:t>3</w:t>
            </w:r>
          </w:p>
        </w:tc>
      </w:tr>
      <w:tr>
        <w:tc>
          <w:tcPr>
            <w:tcW w:type="dxa" w:w="2880"/>
          </w:tcPr>
          <w:p>
            <w:r>
              <w:t>2026-06-29</w:t>
            </w:r>
          </w:p>
        </w:tc>
        <w:tc>
          <w:tcPr>
            <w:tcW w:type="dxa" w:w="2880"/>
          </w:tcPr>
          <w:p>
            <w:r>
              <w:t>match</w:t>
            </w:r>
          </w:p>
        </w:tc>
        <w:tc>
          <w:tcPr>
            <w:tcW w:type="dxa" w:w="2880"/>
          </w:tcPr>
          <w:p>
            <w:r>
              <w:t>0</w:t>
            </w:r>
          </w:p>
        </w:tc>
      </w:tr>
      <w:tr>
        <w:tc>
          <w:tcPr>
            <w:tcW w:type="dxa" w:w="2880"/>
          </w:tcPr>
          <w:p>
            <w:r>
              <w:t>2026-06-29</w:t>
            </w:r>
          </w:p>
        </w:tc>
        <w:tc>
          <w:tcPr>
            <w:tcW w:type="dxa" w:w="2880"/>
          </w:tcPr>
          <w:p>
            <w:r>
              <w:t>market</w:t>
            </w:r>
          </w:p>
        </w:tc>
        <w:tc>
          <w:tcPr>
            <w:tcW w:type="dxa" w:w="2880"/>
          </w:tcPr>
          <w:p>
            <w:r>
              <w:t>0</w:t>
            </w:r>
          </w:p>
        </w:tc>
      </w:tr>
      <w:tr>
        <w:tc>
          <w:tcPr>
            <w:tcW w:type="dxa" w:w="2880"/>
          </w:tcPr>
          <w:p>
            <w:r>
              <w:t>2026-06-29</w:t>
            </w:r>
          </w:p>
        </w:tc>
        <w:tc>
          <w:tcPr>
            <w:tcW w:type="dxa" w:w="2880"/>
          </w:tcPr>
          <w:p>
            <w:r>
              <w:t>festival</w:t>
            </w:r>
          </w:p>
        </w:tc>
        <w:tc>
          <w:tcPr>
            <w:tcW w:type="dxa" w:w="2880"/>
          </w:tcPr>
          <w:p>
            <w:r>
              <w:t>1</w:t>
            </w:r>
          </w:p>
        </w:tc>
      </w:tr>
      <w:tr>
        <w:tc>
          <w:tcPr>
            <w:tcW w:type="dxa" w:w="2880"/>
          </w:tcPr>
          <w:p>
            <w:r>
              <w:t>2026-07-06</w:t>
            </w:r>
          </w:p>
        </w:tc>
        <w:tc>
          <w:tcPr>
            <w:tcW w:type="dxa" w:w="2880"/>
          </w:tcPr>
          <w:p>
            <w:r>
              <w:t>exhibition</w:t>
            </w:r>
          </w:p>
        </w:tc>
        <w:tc>
          <w:tcPr>
            <w:tcW w:type="dxa" w:w="2880"/>
          </w:tcPr>
          <w:p>
            <w:r>
              <w:t>0</w:t>
            </w:r>
          </w:p>
        </w:tc>
      </w:tr>
      <w:tr>
        <w:tc>
          <w:tcPr>
            <w:tcW w:type="dxa" w:w="2880"/>
          </w:tcPr>
          <w:p>
            <w:r>
              <w:t>2026-07-06</w:t>
            </w:r>
          </w:p>
        </w:tc>
        <w:tc>
          <w:tcPr>
            <w:tcW w:type="dxa" w:w="2880"/>
          </w:tcPr>
          <w:p>
            <w:r>
              <w:t>concert</w:t>
            </w:r>
          </w:p>
        </w:tc>
        <w:tc>
          <w:tcPr>
            <w:tcW w:type="dxa" w:w="2880"/>
          </w:tcPr>
          <w:p>
            <w:r>
              <w:t>1</w:t>
            </w:r>
          </w:p>
        </w:tc>
      </w:tr>
      <w:tr>
        <w:tc>
          <w:tcPr>
            <w:tcW w:type="dxa" w:w="2880"/>
          </w:tcPr>
          <w:p>
            <w:r>
              <w:t>2026-07-06</w:t>
            </w:r>
          </w:p>
        </w:tc>
        <w:tc>
          <w:tcPr>
            <w:tcW w:type="dxa" w:w="2880"/>
          </w:tcPr>
          <w:p>
            <w:r>
              <w:t>match</w:t>
            </w:r>
          </w:p>
        </w:tc>
        <w:tc>
          <w:tcPr>
            <w:tcW w:type="dxa" w:w="2880"/>
          </w:tcPr>
          <w:p>
            <w:r>
              <w:t>0</w:t>
            </w:r>
          </w:p>
        </w:tc>
      </w:tr>
      <w:tr>
        <w:tc>
          <w:tcPr>
            <w:tcW w:type="dxa" w:w="2880"/>
          </w:tcPr>
          <w:p>
            <w:r>
              <w:t>2026-07-06</w:t>
            </w:r>
          </w:p>
        </w:tc>
        <w:tc>
          <w:tcPr>
            <w:tcW w:type="dxa" w:w="2880"/>
          </w:tcPr>
          <w:p>
            <w:r>
              <w:t>market</w:t>
            </w:r>
          </w:p>
        </w:tc>
        <w:tc>
          <w:tcPr>
            <w:tcW w:type="dxa" w:w="2880"/>
          </w:tcPr>
          <w:p>
            <w:r>
              <w:t>0</w:t>
            </w:r>
          </w:p>
        </w:tc>
      </w:tr>
      <w:tr>
        <w:tc>
          <w:tcPr>
            <w:tcW w:type="dxa" w:w="2880"/>
          </w:tcPr>
          <w:p>
            <w:r>
              <w:t>2026-07-06</w:t>
            </w:r>
          </w:p>
        </w:tc>
        <w:tc>
          <w:tcPr>
            <w:tcW w:type="dxa" w:w="2880"/>
          </w:tcPr>
          <w:p>
            <w:r>
              <w:t>festival</w:t>
            </w:r>
          </w:p>
        </w:tc>
        <w:tc>
          <w:tcPr>
            <w:tcW w:type="dxa" w:w="2880"/>
          </w:tcPr>
          <w:p>
            <w:r>
              <w:t>0</w:t>
            </w:r>
          </w:p>
        </w:tc>
      </w:tr>
      <w:tr>
        <w:tc>
          <w:tcPr>
            <w:tcW w:type="dxa" w:w="2880"/>
          </w:tcPr>
          <w:p>
            <w:r>
              <w:t>2026-07-13</w:t>
            </w:r>
          </w:p>
        </w:tc>
        <w:tc>
          <w:tcPr>
            <w:tcW w:type="dxa" w:w="2880"/>
          </w:tcPr>
          <w:p>
            <w:r>
              <w:t>exhibition</w:t>
            </w:r>
          </w:p>
        </w:tc>
        <w:tc>
          <w:tcPr>
            <w:tcW w:type="dxa" w:w="2880"/>
          </w:tcPr>
          <w:p>
            <w:r>
              <w:t>1</w:t>
            </w:r>
          </w:p>
        </w:tc>
      </w:tr>
      <w:tr>
        <w:tc>
          <w:tcPr>
            <w:tcW w:type="dxa" w:w="2880"/>
          </w:tcPr>
          <w:p>
            <w:r>
              <w:t>2026-07-13</w:t>
            </w:r>
          </w:p>
        </w:tc>
        <w:tc>
          <w:tcPr>
            <w:tcW w:type="dxa" w:w="2880"/>
          </w:tcPr>
          <w:p>
            <w:r>
              <w:t>concert</w:t>
            </w:r>
          </w:p>
        </w:tc>
        <w:tc>
          <w:tcPr>
            <w:tcW w:type="dxa" w:w="2880"/>
          </w:tcPr>
          <w:p>
            <w:r>
              <w:t>0</w:t>
            </w:r>
          </w:p>
        </w:tc>
      </w:tr>
      <w:tr>
        <w:tc>
          <w:tcPr>
            <w:tcW w:type="dxa" w:w="2880"/>
          </w:tcPr>
          <w:p>
            <w:r>
              <w:t>2026-07-13</w:t>
            </w:r>
          </w:p>
        </w:tc>
        <w:tc>
          <w:tcPr>
            <w:tcW w:type="dxa" w:w="2880"/>
          </w:tcPr>
          <w:p>
            <w:r>
              <w:t>match</w:t>
            </w:r>
          </w:p>
        </w:tc>
        <w:tc>
          <w:tcPr>
            <w:tcW w:type="dxa" w:w="2880"/>
          </w:tcPr>
          <w:p>
            <w:r>
              <w:t>1</w:t>
            </w:r>
          </w:p>
        </w:tc>
      </w:tr>
      <w:tr>
        <w:tc>
          <w:tcPr>
            <w:tcW w:type="dxa" w:w="2880"/>
          </w:tcPr>
          <w:p>
            <w:r>
              <w:t>2026-07-13</w:t>
            </w:r>
          </w:p>
        </w:tc>
        <w:tc>
          <w:tcPr>
            <w:tcW w:type="dxa" w:w="2880"/>
          </w:tcPr>
          <w:p>
            <w:r>
              <w:t>market</w:t>
            </w:r>
          </w:p>
        </w:tc>
        <w:tc>
          <w:tcPr>
            <w:tcW w:type="dxa" w:w="2880"/>
          </w:tcPr>
          <w:p>
            <w:r>
              <w:t>0</w:t>
            </w:r>
          </w:p>
        </w:tc>
      </w:tr>
      <w:tr>
        <w:tc>
          <w:tcPr>
            <w:tcW w:type="dxa" w:w="2880"/>
          </w:tcPr>
          <w:p>
            <w:r>
              <w:t>2026-07-13</w:t>
            </w:r>
          </w:p>
        </w:tc>
        <w:tc>
          <w:tcPr>
            <w:tcW w:type="dxa" w:w="2880"/>
          </w:tcPr>
          <w:p>
            <w:r>
              <w:t>festival</w:t>
            </w:r>
          </w:p>
        </w:tc>
        <w:tc>
          <w:tcPr>
            <w:tcW w:type="dxa" w:w="2880"/>
          </w:tcPr>
          <w:p>
            <w:r>
              <w:t>0</w:t>
            </w:r>
          </w:p>
        </w:tc>
      </w:tr>
      <w:tr>
        <w:tc>
          <w:tcPr>
            <w:tcW w:type="dxa" w:w="2880"/>
          </w:tcPr>
          <w:p>
            <w:r>
              <w:t>2026-07-20</w:t>
            </w:r>
          </w:p>
        </w:tc>
        <w:tc>
          <w:tcPr>
            <w:tcW w:type="dxa" w:w="2880"/>
          </w:tcPr>
          <w:p>
            <w:r>
              <w:t>exhibition</w:t>
            </w:r>
          </w:p>
        </w:tc>
        <w:tc>
          <w:tcPr>
            <w:tcW w:type="dxa" w:w="2880"/>
          </w:tcPr>
          <w:p>
            <w:r>
              <w:t>0</w:t>
            </w:r>
          </w:p>
        </w:tc>
      </w:tr>
      <w:tr>
        <w:tc>
          <w:tcPr>
            <w:tcW w:type="dxa" w:w="2880"/>
          </w:tcPr>
          <w:p>
            <w:r>
              <w:t>2026-07-20</w:t>
            </w:r>
          </w:p>
        </w:tc>
        <w:tc>
          <w:tcPr>
            <w:tcW w:type="dxa" w:w="2880"/>
          </w:tcPr>
          <w:p>
            <w:r>
              <w:t>concert</w:t>
            </w:r>
          </w:p>
        </w:tc>
        <w:tc>
          <w:tcPr>
            <w:tcW w:type="dxa" w:w="2880"/>
          </w:tcPr>
          <w:p>
            <w:r>
              <w:t>0</w:t>
            </w:r>
          </w:p>
        </w:tc>
      </w:tr>
      <w:tr>
        <w:tc>
          <w:tcPr>
            <w:tcW w:type="dxa" w:w="2880"/>
          </w:tcPr>
          <w:p>
            <w:r>
              <w:t>2026-07-20</w:t>
            </w:r>
          </w:p>
        </w:tc>
        <w:tc>
          <w:tcPr>
            <w:tcW w:type="dxa" w:w="2880"/>
          </w:tcPr>
          <w:p>
            <w:r>
              <w:t>match</w:t>
            </w:r>
          </w:p>
        </w:tc>
        <w:tc>
          <w:tcPr>
            <w:tcW w:type="dxa" w:w="2880"/>
          </w:tcPr>
          <w:p>
            <w:r>
              <w:t>0</w:t>
            </w:r>
          </w:p>
        </w:tc>
      </w:tr>
      <w:tr>
        <w:tc>
          <w:tcPr>
            <w:tcW w:type="dxa" w:w="2880"/>
          </w:tcPr>
          <w:p>
            <w:r>
              <w:t>2026-07-20</w:t>
            </w:r>
          </w:p>
        </w:tc>
        <w:tc>
          <w:tcPr>
            <w:tcW w:type="dxa" w:w="2880"/>
          </w:tcPr>
          <w:p>
            <w:r>
              <w:t>market</w:t>
            </w:r>
          </w:p>
        </w:tc>
        <w:tc>
          <w:tcPr>
            <w:tcW w:type="dxa" w:w="2880"/>
          </w:tcPr>
          <w:p>
            <w:r>
              <w:t>2</w:t>
            </w:r>
          </w:p>
        </w:tc>
      </w:tr>
      <w:tr>
        <w:tc>
          <w:tcPr>
            <w:tcW w:type="dxa" w:w="2880"/>
          </w:tcPr>
          <w:p>
            <w:r>
              <w:t>2026-07-20</w:t>
            </w:r>
          </w:p>
        </w:tc>
        <w:tc>
          <w:tcPr>
            <w:tcW w:type="dxa" w:w="2880"/>
          </w:tcPr>
          <w:p>
            <w:r>
              <w:t>festival</w:t>
            </w:r>
          </w:p>
        </w:tc>
        <w:tc>
          <w:tcPr>
            <w:tcW w:type="dxa" w:w="2880"/>
          </w:tcPr>
          <w:p>
            <w:r>
              <w:t>0</w:t>
            </w:r>
          </w:p>
        </w:tc>
      </w:tr>
      <w:tr>
        <w:tc>
          <w:tcPr>
            <w:tcW w:type="dxa" w:w="2880"/>
          </w:tcPr>
          <w:p>
            <w:r>
              <w:t>2026-07-27</w:t>
            </w:r>
          </w:p>
        </w:tc>
        <w:tc>
          <w:tcPr>
            <w:tcW w:type="dxa" w:w="2880"/>
          </w:tcPr>
          <w:p>
            <w:r>
              <w:t>exhibition</w:t>
            </w:r>
          </w:p>
        </w:tc>
        <w:tc>
          <w:tcPr>
            <w:tcW w:type="dxa" w:w="2880"/>
          </w:tcPr>
          <w:p>
            <w:r>
              <w:t>1</w:t>
            </w:r>
          </w:p>
        </w:tc>
      </w:tr>
      <w:tr>
        <w:tc>
          <w:tcPr>
            <w:tcW w:type="dxa" w:w="2880"/>
          </w:tcPr>
          <w:p>
            <w:r>
              <w:t>2026-07-27</w:t>
            </w:r>
          </w:p>
        </w:tc>
        <w:tc>
          <w:tcPr>
            <w:tcW w:type="dxa" w:w="2880"/>
          </w:tcPr>
          <w:p>
            <w:r>
              <w:t>concert</w:t>
            </w:r>
          </w:p>
        </w:tc>
        <w:tc>
          <w:tcPr>
            <w:tcW w:type="dxa" w:w="2880"/>
          </w:tcPr>
          <w:p>
            <w:r>
              <w:t>0</w:t>
            </w:r>
          </w:p>
        </w:tc>
      </w:tr>
      <w:tr>
        <w:tc>
          <w:tcPr>
            <w:tcW w:type="dxa" w:w="2880"/>
          </w:tcPr>
          <w:p>
            <w:r>
              <w:t>2026-07-27</w:t>
            </w:r>
          </w:p>
        </w:tc>
        <w:tc>
          <w:tcPr>
            <w:tcW w:type="dxa" w:w="2880"/>
          </w:tcPr>
          <w:p>
            <w:r>
              <w:t>match</w:t>
            </w:r>
          </w:p>
        </w:tc>
        <w:tc>
          <w:tcPr>
            <w:tcW w:type="dxa" w:w="2880"/>
          </w:tcPr>
          <w:p>
            <w:r>
              <w:t>0</w:t>
            </w:r>
          </w:p>
        </w:tc>
      </w:tr>
      <w:tr>
        <w:tc>
          <w:tcPr>
            <w:tcW w:type="dxa" w:w="2880"/>
          </w:tcPr>
          <w:p>
            <w:r>
              <w:t>2026-07-27</w:t>
            </w:r>
          </w:p>
        </w:tc>
        <w:tc>
          <w:tcPr>
            <w:tcW w:type="dxa" w:w="2880"/>
          </w:tcPr>
          <w:p>
            <w:r>
              <w:t>market</w:t>
            </w:r>
          </w:p>
        </w:tc>
        <w:tc>
          <w:tcPr>
            <w:tcW w:type="dxa" w:w="2880"/>
          </w:tcPr>
          <w:p>
            <w:r>
              <w:t>0</w:t>
            </w:r>
          </w:p>
        </w:tc>
      </w:tr>
      <w:tr>
        <w:tc>
          <w:tcPr>
            <w:tcW w:type="dxa" w:w="2880"/>
          </w:tcPr>
          <w:p>
            <w:r>
              <w:t>2026-07-27</w:t>
            </w:r>
          </w:p>
        </w:tc>
        <w:tc>
          <w:tcPr>
            <w:tcW w:type="dxa" w:w="2880"/>
          </w:tcPr>
          <w:p>
            <w:r>
              <w:t>festival</w:t>
            </w:r>
          </w:p>
        </w:tc>
        <w:tc>
          <w:tcPr>
            <w:tcW w:type="dxa" w:w="2880"/>
          </w:tcPr>
          <w:p>
            <w:r>
              <w:t>0</w:t>
            </w:r>
          </w:p>
        </w:tc>
      </w:tr>
      <w:tr>
        <w:tc>
          <w:tcPr>
            <w:tcW w:type="dxa" w:w="2880"/>
          </w:tcPr>
          <w:p>
            <w:r>
              <w:t>2026-08-03</w:t>
            </w:r>
          </w:p>
        </w:tc>
        <w:tc>
          <w:tcPr>
            <w:tcW w:type="dxa" w:w="2880"/>
          </w:tcPr>
          <w:p>
            <w:r>
              <w:t>exhibition</w:t>
            </w:r>
          </w:p>
        </w:tc>
        <w:tc>
          <w:tcPr>
            <w:tcW w:type="dxa" w:w="2880"/>
          </w:tcPr>
          <w:p>
            <w:r>
              <w:t>0</w:t>
            </w:r>
          </w:p>
        </w:tc>
      </w:tr>
      <w:tr>
        <w:tc>
          <w:tcPr>
            <w:tcW w:type="dxa" w:w="2880"/>
          </w:tcPr>
          <w:p>
            <w:r>
              <w:t>2026-08-03</w:t>
            </w:r>
          </w:p>
        </w:tc>
        <w:tc>
          <w:tcPr>
            <w:tcW w:type="dxa" w:w="2880"/>
          </w:tcPr>
          <w:p>
            <w:r>
              <w:t>concert</w:t>
            </w:r>
          </w:p>
        </w:tc>
        <w:tc>
          <w:tcPr>
            <w:tcW w:type="dxa" w:w="2880"/>
          </w:tcPr>
          <w:p>
            <w:r>
              <w:t>0</w:t>
            </w:r>
          </w:p>
        </w:tc>
      </w:tr>
      <w:tr>
        <w:tc>
          <w:tcPr>
            <w:tcW w:type="dxa" w:w="2880"/>
          </w:tcPr>
          <w:p>
            <w:r>
              <w:t>2026-08-03</w:t>
            </w:r>
          </w:p>
        </w:tc>
        <w:tc>
          <w:tcPr>
            <w:tcW w:type="dxa" w:w="2880"/>
          </w:tcPr>
          <w:p>
            <w:r>
              <w:t>match</w:t>
            </w:r>
          </w:p>
        </w:tc>
        <w:tc>
          <w:tcPr>
            <w:tcW w:type="dxa" w:w="2880"/>
          </w:tcPr>
          <w:p>
            <w:r>
              <w:t>1</w:t>
            </w:r>
          </w:p>
        </w:tc>
      </w:tr>
      <w:tr>
        <w:tc>
          <w:tcPr>
            <w:tcW w:type="dxa" w:w="2880"/>
          </w:tcPr>
          <w:p>
            <w:r>
              <w:t>2026-08-03</w:t>
            </w:r>
          </w:p>
        </w:tc>
        <w:tc>
          <w:tcPr>
            <w:tcW w:type="dxa" w:w="2880"/>
          </w:tcPr>
          <w:p>
            <w:r>
              <w:t>market</w:t>
            </w:r>
          </w:p>
        </w:tc>
        <w:tc>
          <w:tcPr>
            <w:tcW w:type="dxa" w:w="2880"/>
          </w:tcPr>
          <w:p>
            <w:r>
              <w:t>1</w:t>
            </w:r>
          </w:p>
        </w:tc>
      </w:tr>
      <w:tr>
        <w:tc>
          <w:tcPr>
            <w:tcW w:type="dxa" w:w="2880"/>
          </w:tcPr>
          <w:p>
            <w:r>
              <w:t>2026-08-03</w:t>
            </w:r>
          </w:p>
        </w:tc>
        <w:tc>
          <w:tcPr>
            <w:tcW w:type="dxa" w:w="2880"/>
          </w:tcPr>
          <w:p>
            <w:r>
              <w:t>festival</w:t>
            </w:r>
          </w:p>
        </w:tc>
        <w:tc>
          <w:tcPr>
            <w:tcW w:type="dxa" w:w="2880"/>
          </w:tcPr>
          <w:p>
            <w:r>
              <w:t>0</w:t>
            </w:r>
          </w:p>
        </w:tc>
      </w:tr>
      <w:tr>
        <w:tc>
          <w:tcPr>
            <w:tcW w:type="dxa" w:w="2880"/>
          </w:tcPr>
          <w:p>
            <w:r>
              <w:t>2026-08-10</w:t>
            </w:r>
          </w:p>
        </w:tc>
        <w:tc>
          <w:tcPr>
            <w:tcW w:type="dxa" w:w="2880"/>
          </w:tcPr>
          <w:p>
            <w:r>
              <w:t>exhibition</w:t>
            </w:r>
          </w:p>
        </w:tc>
        <w:tc>
          <w:tcPr>
            <w:tcW w:type="dxa" w:w="2880"/>
          </w:tcPr>
          <w:p>
            <w:r>
              <w:t>1</w:t>
            </w:r>
          </w:p>
        </w:tc>
      </w:tr>
      <w:tr>
        <w:tc>
          <w:tcPr>
            <w:tcW w:type="dxa" w:w="2880"/>
          </w:tcPr>
          <w:p>
            <w:r>
              <w:t>2026-08-10</w:t>
            </w:r>
          </w:p>
        </w:tc>
        <w:tc>
          <w:tcPr>
            <w:tcW w:type="dxa" w:w="2880"/>
          </w:tcPr>
          <w:p>
            <w:r>
              <w:t>concert</w:t>
            </w:r>
          </w:p>
        </w:tc>
        <w:tc>
          <w:tcPr>
            <w:tcW w:type="dxa" w:w="2880"/>
          </w:tcPr>
          <w:p>
            <w:r>
              <w:t>0</w:t>
            </w:r>
          </w:p>
        </w:tc>
      </w:tr>
      <w:tr>
        <w:tc>
          <w:tcPr>
            <w:tcW w:type="dxa" w:w="2880"/>
          </w:tcPr>
          <w:p>
            <w:r>
              <w:t>2026-08-10</w:t>
            </w:r>
          </w:p>
        </w:tc>
        <w:tc>
          <w:tcPr>
            <w:tcW w:type="dxa" w:w="2880"/>
          </w:tcPr>
          <w:p>
            <w:r>
              <w:t>match</w:t>
            </w:r>
          </w:p>
        </w:tc>
        <w:tc>
          <w:tcPr>
            <w:tcW w:type="dxa" w:w="2880"/>
          </w:tcPr>
          <w:p>
            <w:r>
              <w:t>2</w:t>
            </w:r>
          </w:p>
        </w:tc>
      </w:tr>
      <w:tr>
        <w:tc>
          <w:tcPr>
            <w:tcW w:type="dxa" w:w="2880"/>
          </w:tcPr>
          <w:p>
            <w:r>
              <w:t>2026-08-10</w:t>
            </w:r>
          </w:p>
        </w:tc>
        <w:tc>
          <w:tcPr>
            <w:tcW w:type="dxa" w:w="2880"/>
          </w:tcPr>
          <w:p>
            <w:r>
              <w:t>market</w:t>
            </w:r>
          </w:p>
        </w:tc>
        <w:tc>
          <w:tcPr>
            <w:tcW w:type="dxa" w:w="2880"/>
          </w:tcPr>
          <w:p>
            <w:r>
              <w:t>0</w:t>
            </w:r>
          </w:p>
        </w:tc>
      </w:tr>
      <w:tr>
        <w:tc>
          <w:tcPr>
            <w:tcW w:type="dxa" w:w="2880"/>
          </w:tcPr>
          <w:p>
            <w:r>
              <w:t>2026-08-10</w:t>
            </w:r>
          </w:p>
        </w:tc>
        <w:tc>
          <w:tcPr>
            <w:tcW w:type="dxa" w:w="2880"/>
          </w:tcPr>
          <w:p>
            <w:r>
              <w:t>festival</w:t>
            </w:r>
          </w:p>
        </w:tc>
        <w:tc>
          <w:tcPr>
            <w:tcW w:type="dxa" w:w="2880"/>
          </w:tcPr>
          <w:p>
            <w:r>
              <w:t>0</w:t>
            </w:r>
          </w:p>
        </w:tc>
      </w:tr>
      <w:tr>
        <w:tc>
          <w:tcPr>
            <w:tcW w:type="dxa" w:w="2880"/>
          </w:tcPr>
          <w:p>
            <w:r>
              <w:t>2026-08-17</w:t>
            </w:r>
          </w:p>
        </w:tc>
        <w:tc>
          <w:tcPr>
            <w:tcW w:type="dxa" w:w="2880"/>
          </w:tcPr>
          <w:p>
            <w:r>
              <w:t>exhibition</w:t>
            </w:r>
          </w:p>
        </w:tc>
        <w:tc>
          <w:tcPr>
            <w:tcW w:type="dxa" w:w="2880"/>
          </w:tcPr>
          <w:p>
            <w:r>
              <w:t>1</w:t>
            </w:r>
          </w:p>
        </w:tc>
      </w:tr>
      <w:tr>
        <w:tc>
          <w:tcPr>
            <w:tcW w:type="dxa" w:w="2880"/>
          </w:tcPr>
          <w:p>
            <w:r>
              <w:t>2026-08-17</w:t>
            </w:r>
          </w:p>
        </w:tc>
        <w:tc>
          <w:tcPr>
            <w:tcW w:type="dxa" w:w="2880"/>
          </w:tcPr>
          <w:p>
            <w:r>
              <w:t>concert</w:t>
            </w:r>
          </w:p>
        </w:tc>
        <w:tc>
          <w:tcPr>
            <w:tcW w:type="dxa" w:w="2880"/>
          </w:tcPr>
          <w:p>
            <w:r>
              <w:t>1</w:t>
            </w:r>
          </w:p>
        </w:tc>
      </w:tr>
      <w:tr>
        <w:tc>
          <w:tcPr>
            <w:tcW w:type="dxa" w:w="2880"/>
          </w:tcPr>
          <w:p>
            <w:r>
              <w:t>2026-08-17</w:t>
            </w:r>
          </w:p>
        </w:tc>
        <w:tc>
          <w:tcPr>
            <w:tcW w:type="dxa" w:w="2880"/>
          </w:tcPr>
          <w:p>
            <w:r>
              <w:t>match</w:t>
            </w:r>
          </w:p>
        </w:tc>
        <w:tc>
          <w:tcPr>
            <w:tcW w:type="dxa" w:w="2880"/>
          </w:tcPr>
          <w:p>
            <w:r>
              <w:t>0</w:t>
            </w:r>
          </w:p>
        </w:tc>
      </w:tr>
      <w:tr>
        <w:tc>
          <w:tcPr>
            <w:tcW w:type="dxa" w:w="2880"/>
          </w:tcPr>
          <w:p>
            <w:r>
              <w:t>2026-08-17</w:t>
            </w:r>
          </w:p>
        </w:tc>
        <w:tc>
          <w:tcPr>
            <w:tcW w:type="dxa" w:w="2880"/>
          </w:tcPr>
          <w:p>
            <w:r>
              <w:t>market</w:t>
            </w:r>
          </w:p>
        </w:tc>
        <w:tc>
          <w:tcPr>
            <w:tcW w:type="dxa" w:w="2880"/>
          </w:tcPr>
          <w:p>
            <w:r>
              <w:t>0</w:t>
            </w:r>
          </w:p>
        </w:tc>
      </w:tr>
      <w:tr>
        <w:tc>
          <w:tcPr>
            <w:tcW w:type="dxa" w:w="2880"/>
          </w:tcPr>
          <w:p>
            <w:r>
              <w:t>2026-08-17</w:t>
            </w:r>
          </w:p>
        </w:tc>
        <w:tc>
          <w:tcPr>
            <w:tcW w:type="dxa" w:w="2880"/>
          </w:tcPr>
          <w:p>
            <w:r>
              <w:t>festival</w:t>
            </w:r>
          </w:p>
        </w:tc>
        <w:tc>
          <w:tcPr>
            <w:tcW w:type="dxa" w:w="2880"/>
          </w:tcPr>
          <w:p>
            <w:r>
              <w:t>0</w:t>
            </w:r>
          </w:p>
        </w:tc>
      </w:tr>
      <w:tr>
        <w:tc>
          <w:tcPr>
            <w:tcW w:type="dxa" w:w="2880"/>
          </w:tcPr>
          <w:p>
            <w:r>
              <w:t>2026-08-24</w:t>
            </w:r>
          </w:p>
        </w:tc>
        <w:tc>
          <w:tcPr>
            <w:tcW w:type="dxa" w:w="2880"/>
          </w:tcPr>
          <w:p>
            <w:r>
              <w:t>exhibition</w:t>
            </w:r>
          </w:p>
        </w:tc>
        <w:tc>
          <w:tcPr>
            <w:tcW w:type="dxa" w:w="2880"/>
          </w:tcPr>
          <w:p>
            <w:r>
              <w:t>0</w:t>
            </w:r>
          </w:p>
        </w:tc>
      </w:tr>
      <w:tr>
        <w:tc>
          <w:tcPr>
            <w:tcW w:type="dxa" w:w="2880"/>
          </w:tcPr>
          <w:p>
            <w:r>
              <w:t>2026-08-24</w:t>
            </w:r>
          </w:p>
        </w:tc>
        <w:tc>
          <w:tcPr>
            <w:tcW w:type="dxa" w:w="2880"/>
          </w:tcPr>
          <w:p>
            <w:r>
              <w:t>concert</w:t>
            </w:r>
          </w:p>
        </w:tc>
        <w:tc>
          <w:tcPr>
            <w:tcW w:type="dxa" w:w="2880"/>
          </w:tcPr>
          <w:p>
            <w:r>
              <w:t>1</w:t>
            </w:r>
          </w:p>
        </w:tc>
      </w:tr>
      <w:tr>
        <w:tc>
          <w:tcPr>
            <w:tcW w:type="dxa" w:w="2880"/>
          </w:tcPr>
          <w:p>
            <w:r>
              <w:t>2026-08-24</w:t>
            </w:r>
          </w:p>
        </w:tc>
        <w:tc>
          <w:tcPr>
            <w:tcW w:type="dxa" w:w="2880"/>
          </w:tcPr>
          <w:p>
            <w:r>
              <w:t>match</w:t>
            </w:r>
          </w:p>
        </w:tc>
        <w:tc>
          <w:tcPr>
            <w:tcW w:type="dxa" w:w="2880"/>
          </w:tcPr>
          <w:p>
            <w:r>
              <w:t>1</w:t>
            </w:r>
          </w:p>
        </w:tc>
      </w:tr>
      <w:tr>
        <w:tc>
          <w:tcPr>
            <w:tcW w:type="dxa" w:w="2880"/>
          </w:tcPr>
          <w:p>
            <w:r>
              <w:t>2026-08-24</w:t>
            </w:r>
          </w:p>
        </w:tc>
        <w:tc>
          <w:tcPr>
            <w:tcW w:type="dxa" w:w="2880"/>
          </w:tcPr>
          <w:p>
            <w:r>
              <w:t>market</w:t>
            </w:r>
          </w:p>
        </w:tc>
        <w:tc>
          <w:tcPr>
            <w:tcW w:type="dxa" w:w="2880"/>
          </w:tcPr>
          <w:p>
            <w:r>
              <w:t>0</w:t>
            </w:r>
          </w:p>
        </w:tc>
      </w:tr>
      <w:tr>
        <w:tc>
          <w:tcPr>
            <w:tcW w:type="dxa" w:w="2880"/>
          </w:tcPr>
          <w:p>
            <w:r>
              <w:t>2026-08-24</w:t>
            </w:r>
          </w:p>
        </w:tc>
        <w:tc>
          <w:tcPr>
            <w:tcW w:type="dxa" w:w="2880"/>
          </w:tcPr>
          <w:p>
            <w:r>
              <w:t>festival</w:t>
            </w:r>
          </w:p>
        </w:tc>
        <w:tc>
          <w:tcPr>
            <w:tcW w:type="dxa" w:w="2880"/>
          </w:tcPr>
          <w:p>
            <w:r>
              <w:t>1</w:t>
            </w:r>
          </w:p>
        </w:tc>
      </w:tr>
      <w:tr>
        <w:tc>
          <w:tcPr>
            <w:tcW w:type="dxa" w:w="2880"/>
          </w:tcPr>
          <w:p>
            <w:r>
              <w:t>2026-08-31</w:t>
            </w:r>
          </w:p>
        </w:tc>
        <w:tc>
          <w:tcPr>
            <w:tcW w:type="dxa" w:w="2880"/>
          </w:tcPr>
          <w:p>
            <w:r>
              <w:t>exhibition</w:t>
            </w:r>
          </w:p>
        </w:tc>
        <w:tc>
          <w:tcPr>
            <w:tcW w:type="dxa" w:w="2880"/>
          </w:tcPr>
          <w:p>
            <w:r>
              <w:t>1</w:t>
            </w:r>
          </w:p>
        </w:tc>
      </w:tr>
      <w:tr>
        <w:tc>
          <w:tcPr>
            <w:tcW w:type="dxa" w:w="2880"/>
          </w:tcPr>
          <w:p>
            <w:r>
              <w:t>2026-08-31</w:t>
            </w:r>
          </w:p>
        </w:tc>
        <w:tc>
          <w:tcPr>
            <w:tcW w:type="dxa" w:w="2880"/>
          </w:tcPr>
          <w:p>
            <w:r>
              <w:t>concert</w:t>
            </w:r>
          </w:p>
        </w:tc>
        <w:tc>
          <w:tcPr>
            <w:tcW w:type="dxa" w:w="2880"/>
          </w:tcPr>
          <w:p>
            <w:r>
              <w:t>1</w:t>
            </w:r>
          </w:p>
        </w:tc>
      </w:tr>
      <w:tr>
        <w:tc>
          <w:tcPr>
            <w:tcW w:type="dxa" w:w="2880"/>
          </w:tcPr>
          <w:p>
            <w:r>
              <w:t>2026-08-31</w:t>
            </w:r>
          </w:p>
        </w:tc>
        <w:tc>
          <w:tcPr>
            <w:tcW w:type="dxa" w:w="2880"/>
          </w:tcPr>
          <w:p>
            <w:r>
              <w:t>match</w:t>
            </w:r>
          </w:p>
        </w:tc>
        <w:tc>
          <w:tcPr>
            <w:tcW w:type="dxa" w:w="2880"/>
          </w:tcPr>
          <w:p>
            <w:r>
              <w:t>0</w:t>
            </w:r>
          </w:p>
        </w:tc>
      </w:tr>
      <w:tr>
        <w:tc>
          <w:tcPr>
            <w:tcW w:type="dxa" w:w="2880"/>
          </w:tcPr>
          <w:p>
            <w:r>
              <w:t>2026-08-31</w:t>
            </w:r>
          </w:p>
        </w:tc>
        <w:tc>
          <w:tcPr>
            <w:tcW w:type="dxa" w:w="2880"/>
          </w:tcPr>
          <w:p>
            <w:r>
              <w:t>market</w:t>
            </w:r>
          </w:p>
        </w:tc>
        <w:tc>
          <w:tcPr>
            <w:tcW w:type="dxa" w:w="2880"/>
          </w:tcPr>
          <w:p>
            <w:r>
              <w:t>0</w:t>
            </w:r>
          </w:p>
        </w:tc>
      </w:tr>
      <w:tr>
        <w:tc>
          <w:tcPr>
            <w:tcW w:type="dxa" w:w="2880"/>
          </w:tcPr>
          <w:p>
            <w:r>
              <w:t>2026-08-31</w:t>
            </w:r>
          </w:p>
        </w:tc>
        <w:tc>
          <w:tcPr>
            <w:tcW w:type="dxa" w:w="2880"/>
          </w:tcPr>
          <w:p>
            <w:r>
              <w:t>festival</w:t>
            </w:r>
          </w:p>
        </w:tc>
        <w:tc>
          <w:tcPr>
            <w:tcW w:type="dxa" w:w="2880"/>
          </w:tcPr>
          <w:p>
            <w:r>
              <w:t>0</w:t>
            </w:r>
          </w:p>
        </w:tc>
      </w:tr>
      <w:tr>
        <w:tc>
          <w:tcPr>
            <w:tcW w:type="dxa" w:w="2880"/>
          </w:tcPr>
          <w:p>
            <w:r>
              <w:t>2026-09-07</w:t>
            </w:r>
          </w:p>
        </w:tc>
        <w:tc>
          <w:tcPr>
            <w:tcW w:type="dxa" w:w="2880"/>
          </w:tcPr>
          <w:p>
            <w:r>
              <w:t>exhibition</w:t>
            </w:r>
          </w:p>
        </w:tc>
        <w:tc>
          <w:tcPr>
            <w:tcW w:type="dxa" w:w="2880"/>
          </w:tcPr>
          <w:p>
            <w:r>
              <w:t>1</w:t>
            </w:r>
          </w:p>
        </w:tc>
      </w:tr>
      <w:tr>
        <w:tc>
          <w:tcPr>
            <w:tcW w:type="dxa" w:w="2880"/>
          </w:tcPr>
          <w:p>
            <w:r>
              <w:t>2026-09-07</w:t>
            </w:r>
          </w:p>
        </w:tc>
        <w:tc>
          <w:tcPr>
            <w:tcW w:type="dxa" w:w="2880"/>
          </w:tcPr>
          <w:p>
            <w:r>
              <w:t>concert</w:t>
            </w:r>
          </w:p>
        </w:tc>
        <w:tc>
          <w:tcPr>
            <w:tcW w:type="dxa" w:w="2880"/>
          </w:tcPr>
          <w:p>
            <w:r>
              <w:t>0</w:t>
            </w:r>
          </w:p>
        </w:tc>
      </w:tr>
      <w:tr>
        <w:tc>
          <w:tcPr>
            <w:tcW w:type="dxa" w:w="2880"/>
          </w:tcPr>
          <w:p>
            <w:r>
              <w:t>2026-09-07</w:t>
            </w:r>
          </w:p>
        </w:tc>
        <w:tc>
          <w:tcPr>
            <w:tcW w:type="dxa" w:w="2880"/>
          </w:tcPr>
          <w:p>
            <w:r>
              <w:t>match</w:t>
            </w:r>
          </w:p>
        </w:tc>
        <w:tc>
          <w:tcPr>
            <w:tcW w:type="dxa" w:w="2880"/>
          </w:tcPr>
          <w:p>
            <w:r>
              <w:t>1</w:t>
            </w:r>
          </w:p>
        </w:tc>
      </w:tr>
      <w:tr>
        <w:tc>
          <w:tcPr>
            <w:tcW w:type="dxa" w:w="2880"/>
          </w:tcPr>
          <w:p>
            <w:r>
              <w:t>2026-09-07</w:t>
            </w:r>
          </w:p>
        </w:tc>
        <w:tc>
          <w:tcPr>
            <w:tcW w:type="dxa" w:w="2880"/>
          </w:tcPr>
          <w:p>
            <w:r>
              <w:t>market</w:t>
            </w:r>
          </w:p>
        </w:tc>
        <w:tc>
          <w:tcPr>
            <w:tcW w:type="dxa" w:w="2880"/>
          </w:tcPr>
          <w:p>
            <w:r>
              <w:t>1</w:t>
            </w:r>
          </w:p>
        </w:tc>
      </w:tr>
      <w:tr>
        <w:tc>
          <w:tcPr>
            <w:tcW w:type="dxa" w:w="2880"/>
          </w:tcPr>
          <w:p>
            <w:r>
              <w:t>2026-09-07</w:t>
            </w:r>
          </w:p>
        </w:tc>
        <w:tc>
          <w:tcPr>
            <w:tcW w:type="dxa" w:w="2880"/>
          </w:tcPr>
          <w:p>
            <w:r>
              <w:t>festival</w:t>
            </w:r>
          </w:p>
        </w:tc>
        <w:tc>
          <w:tcPr>
            <w:tcW w:type="dxa" w:w="2880"/>
          </w:tcPr>
          <w:p>
            <w:r>
              <w:t>0</w:t>
            </w:r>
          </w:p>
        </w:tc>
      </w:tr>
      <w:tr>
        <w:tc>
          <w:tcPr>
            <w:tcW w:type="dxa" w:w="2880"/>
          </w:tcPr>
          <w:p>
            <w:r>
              <w:t>2026-09-14</w:t>
            </w:r>
          </w:p>
        </w:tc>
        <w:tc>
          <w:tcPr>
            <w:tcW w:type="dxa" w:w="2880"/>
          </w:tcPr>
          <w:p>
            <w:r>
              <w:t>exhibition</w:t>
            </w:r>
          </w:p>
        </w:tc>
        <w:tc>
          <w:tcPr>
            <w:tcW w:type="dxa" w:w="2880"/>
          </w:tcPr>
          <w:p>
            <w:r>
              <w:t>1</w:t>
            </w:r>
          </w:p>
        </w:tc>
      </w:tr>
      <w:tr>
        <w:tc>
          <w:tcPr>
            <w:tcW w:type="dxa" w:w="2880"/>
          </w:tcPr>
          <w:p>
            <w:r>
              <w:t>2026-09-14</w:t>
            </w:r>
          </w:p>
        </w:tc>
        <w:tc>
          <w:tcPr>
            <w:tcW w:type="dxa" w:w="2880"/>
          </w:tcPr>
          <w:p>
            <w:r>
              <w:t>concert</w:t>
            </w:r>
          </w:p>
        </w:tc>
        <w:tc>
          <w:tcPr>
            <w:tcW w:type="dxa" w:w="2880"/>
          </w:tcPr>
          <w:p>
            <w:r>
              <w:t>0</w:t>
            </w:r>
          </w:p>
        </w:tc>
      </w:tr>
      <w:tr>
        <w:tc>
          <w:tcPr>
            <w:tcW w:type="dxa" w:w="2880"/>
          </w:tcPr>
          <w:p>
            <w:r>
              <w:t>2026-09-14</w:t>
            </w:r>
          </w:p>
        </w:tc>
        <w:tc>
          <w:tcPr>
            <w:tcW w:type="dxa" w:w="2880"/>
          </w:tcPr>
          <w:p>
            <w:r>
              <w:t>match</w:t>
            </w:r>
          </w:p>
        </w:tc>
        <w:tc>
          <w:tcPr>
            <w:tcW w:type="dxa" w:w="2880"/>
          </w:tcPr>
          <w:p>
            <w:r>
              <w:t>1</w:t>
            </w:r>
          </w:p>
        </w:tc>
      </w:tr>
      <w:tr>
        <w:tc>
          <w:tcPr>
            <w:tcW w:type="dxa" w:w="2880"/>
          </w:tcPr>
          <w:p>
            <w:r>
              <w:t>2026-09-14</w:t>
            </w:r>
          </w:p>
        </w:tc>
        <w:tc>
          <w:tcPr>
            <w:tcW w:type="dxa" w:w="2880"/>
          </w:tcPr>
          <w:p>
            <w:r>
              <w:t>market</w:t>
            </w:r>
          </w:p>
        </w:tc>
        <w:tc>
          <w:tcPr>
            <w:tcW w:type="dxa" w:w="2880"/>
          </w:tcPr>
          <w:p>
            <w:r>
              <w:t>1</w:t>
            </w:r>
          </w:p>
        </w:tc>
      </w:tr>
      <w:tr>
        <w:tc>
          <w:tcPr>
            <w:tcW w:type="dxa" w:w="2880"/>
          </w:tcPr>
          <w:p>
            <w:r>
              <w:t>2026-09-14</w:t>
            </w:r>
          </w:p>
        </w:tc>
        <w:tc>
          <w:tcPr>
            <w:tcW w:type="dxa" w:w="2880"/>
          </w:tcPr>
          <w:p>
            <w:r>
              <w:t>festival</w:t>
            </w:r>
          </w:p>
        </w:tc>
        <w:tc>
          <w:tcPr>
            <w:tcW w:type="dxa" w:w="2880"/>
          </w:tcPr>
          <w:p>
            <w:r>
              <w:t>3</w:t>
            </w:r>
          </w:p>
        </w:tc>
      </w:tr>
      <w:tr>
        <w:tc>
          <w:tcPr>
            <w:tcW w:type="dxa" w:w="2880"/>
          </w:tcPr>
          <w:p>
            <w:r>
              <w:t>2026-09-21</w:t>
            </w:r>
          </w:p>
        </w:tc>
        <w:tc>
          <w:tcPr>
            <w:tcW w:type="dxa" w:w="2880"/>
          </w:tcPr>
          <w:p>
            <w:r>
              <w:t>exhibition</w:t>
            </w:r>
          </w:p>
        </w:tc>
        <w:tc>
          <w:tcPr>
            <w:tcW w:type="dxa" w:w="2880"/>
          </w:tcPr>
          <w:p>
            <w:r>
              <w:t>0</w:t>
            </w:r>
          </w:p>
        </w:tc>
      </w:tr>
      <w:tr>
        <w:tc>
          <w:tcPr>
            <w:tcW w:type="dxa" w:w="2880"/>
          </w:tcPr>
          <w:p>
            <w:r>
              <w:t>2026-09-21</w:t>
            </w:r>
          </w:p>
        </w:tc>
        <w:tc>
          <w:tcPr>
            <w:tcW w:type="dxa" w:w="2880"/>
          </w:tcPr>
          <w:p>
            <w:r>
              <w:t>concert</w:t>
            </w:r>
          </w:p>
        </w:tc>
        <w:tc>
          <w:tcPr>
            <w:tcW w:type="dxa" w:w="2880"/>
          </w:tcPr>
          <w:p>
            <w:r>
              <w:t>0</w:t>
            </w:r>
          </w:p>
        </w:tc>
      </w:tr>
      <w:tr>
        <w:tc>
          <w:tcPr>
            <w:tcW w:type="dxa" w:w="2880"/>
          </w:tcPr>
          <w:p>
            <w:r>
              <w:t>2026-09-21</w:t>
            </w:r>
          </w:p>
        </w:tc>
        <w:tc>
          <w:tcPr>
            <w:tcW w:type="dxa" w:w="2880"/>
          </w:tcPr>
          <w:p>
            <w:r>
              <w:t>match</w:t>
            </w:r>
          </w:p>
        </w:tc>
        <w:tc>
          <w:tcPr>
            <w:tcW w:type="dxa" w:w="2880"/>
          </w:tcPr>
          <w:p>
            <w:r>
              <w:t>0</w:t>
            </w:r>
          </w:p>
        </w:tc>
      </w:tr>
      <w:tr>
        <w:tc>
          <w:tcPr>
            <w:tcW w:type="dxa" w:w="2880"/>
          </w:tcPr>
          <w:p>
            <w:r>
              <w:t>2026-09-21</w:t>
            </w:r>
          </w:p>
        </w:tc>
        <w:tc>
          <w:tcPr>
            <w:tcW w:type="dxa" w:w="2880"/>
          </w:tcPr>
          <w:p>
            <w:r>
              <w:t>market</w:t>
            </w:r>
          </w:p>
        </w:tc>
        <w:tc>
          <w:tcPr>
            <w:tcW w:type="dxa" w:w="2880"/>
          </w:tcPr>
          <w:p>
            <w:r>
              <w:t>0</w:t>
            </w:r>
          </w:p>
        </w:tc>
      </w:tr>
      <w:tr>
        <w:tc>
          <w:tcPr>
            <w:tcW w:type="dxa" w:w="2880"/>
          </w:tcPr>
          <w:p>
            <w:r>
              <w:t>2026-09-21</w:t>
            </w:r>
          </w:p>
        </w:tc>
        <w:tc>
          <w:tcPr>
            <w:tcW w:type="dxa" w:w="2880"/>
          </w:tcPr>
          <w:p>
            <w:r>
              <w:t>festival</w:t>
            </w:r>
          </w:p>
        </w:tc>
        <w:tc>
          <w:tcPr>
            <w:tcW w:type="dxa" w:w="2880"/>
          </w:tcPr>
          <w:p>
            <w:r>
              <w:t>0</w:t>
            </w:r>
          </w:p>
        </w:tc>
      </w:tr>
      <w:tr>
        <w:tc>
          <w:tcPr>
            <w:tcW w:type="dxa" w:w="2880"/>
          </w:tcPr>
          <w:p>
            <w:r>
              <w:t>2026-09-28</w:t>
            </w:r>
          </w:p>
        </w:tc>
        <w:tc>
          <w:tcPr>
            <w:tcW w:type="dxa" w:w="2880"/>
          </w:tcPr>
          <w:p>
            <w:r>
              <w:t>exhibition</w:t>
            </w:r>
          </w:p>
        </w:tc>
        <w:tc>
          <w:tcPr>
            <w:tcW w:type="dxa" w:w="2880"/>
          </w:tcPr>
          <w:p>
            <w:r>
              <w:t>0</w:t>
            </w:r>
          </w:p>
        </w:tc>
      </w:tr>
      <w:tr>
        <w:tc>
          <w:tcPr>
            <w:tcW w:type="dxa" w:w="2880"/>
          </w:tcPr>
          <w:p>
            <w:r>
              <w:t>2026-09-28</w:t>
            </w:r>
          </w:p>
        </w:tc>
        <w:tc>
          <w:tcPr>
            <w:tcW w:type="dxa" w:w="2880"/>
          </w:tcPr>
          <w:p>
            <w:r>
              <w:t>concert</w:t>
            </w:r>
          </w:p>
        </w:tc>
        <w:tc>
          <w:tcPr>
            <w:tcW w:type="dxa" w:w="2880"/>
          </w:tcPr>
          <w:p>
            <w:r>
              <w:t>0</w:t>
            </w:r>
          </w:p>
        </w:tc>
      </w:tr>
      <w:tr>
        <w:tc>
          <w:tcPr>
            <w:tcW w:type="dxa" w:w="2880"/>
          </w:tcPr>
          <w:p>
            <w:r>
              <w:t>2026-09-28</w:t>
            </w:r>
          </w:p>
        </w:tc>
        <w:tc>
          <w:tcPr>
            <w:tcW w:type="dxa" w:w="2880"/>
          </w:tcPr>
          <w:p>
            <w:r>
              <w:t>match</w:t>
            </w:r>
          </w:p>
        </w:tc>
        <w:tc>
          <w:tcPr>
            <w:tcW w:type="dxa" w:w="2880"/>
          </w:tcPr>
          <w:p>
            <w:r>
              <w:t>0</w:t>
            </w:r>
          </w:p>
        </w:tc>
      </w:tr>
      <w:tr>
        <w:tc>
          <w:tcPr>
            <w:tcW w:type="dxa" w:w="2880"/>
          </w:tcPr>
          <w:p>
            <w:r>
              <w:t>2026-09-28</w:t>
            </w:r>
          </w:p>
        </w:tc>
        <w:tc>
          <w:tcPr>
            <w:tcW w:type="dxa" w:w="2880"/>
          </w:tcPr>
          <w:p>
            <w:r>
              <w:t>market</w:t>
            </w:r>
          </w:p>
        </w:tc>
        <w:tc>
          <w:tcPr>
            <w:tcW w:type="dxa" w:w="2880"/>
          </w:tcPr>
          <w:p>
            <w:r>
              <w:t>0</w:t>
            </w:r>
          </w:p>
        </w:tc>
      </w:tr>
      <w:tr>
        <w:tc>
          <w:tcPr>
            <w:tcW w:type="dxa" w:w="2880"/>
          </w:tcPr>
          <w:p>
            <w:r>
              <w:t>2026-09-28</w:t>
            </w:r>
          </w:p>
        </w:tc>
        <w:tc>
          <w:tcPr>
            <w:tcW w:type="dxa" w:w="2880"/>
          </w:tcPr>
          <w:p>
            <w:r>
              <w:t>festival</w:t>
            </w:r>
          </w:p>
        </w:tc>
        <w:tc>
          <w:tcPr>
            <w:tcW w:type="dxa" w:w="2880"/>
          </w:tcPr>
          <w:p>
            <w:r>
              <w:t>0</w:t>
            </w:r>
          </w:p>
        </w:tc>
      </w:tr>
      <w:tr>
        <w:tc>
          <w:tcPr>
            <w:tcW w:type="dxa" w:w="2880"/>
          </w:tcPr>
          <w:p>
            <w:r>
              <w:t>2026-10-05</w:t>
            </w:r>
          </w:p>
        </w:tc>
        <w:tc>
          <w:tcPr>
            <w:tcW w:type="dxa" w:w="2880"/>
          </w:tcPr>
          <w:p>
            <w:r>
              <w:t>exhibition</w:t>
            </w:r>
          </w:p>
        </w:tc>
        <w:tc>
          <w:tcPr>
            <w:tcW w:type="dxa" w:w="2880"/>
          </w:tcPr>
          <w:p>
            <w:r>
              <w:t>0</w:t>
            </w:r>
          </w:p>
        </w:tc>
      </w:tr>
      <w:tr>
        <w:tc>
          <w:tcPr>
            <w:tcW w:type="dxa" w:w="2880"/>
          </w:tcPr>
          <w:p>
            <w:r>
              <w:t>2026-10-05</w:t>
            </w:r>
          </w:p>
        </w:tc>
        <w:tc>
          <w:tcPr>
            <w:tcW w:type="dxa" w:w="2880"/>
          </w:tcPr>
          <w:p>
            <w:r>
              <w:t>concert</w:t>
            </w:r>
          </w:p>
        </w:tc>
        <w:tc>
          <w:tcPr>
            <w:tcW w:type="dxa" w:w="2880"/>
          </w:tcPr>
          <w:p>
            <w:r>
              <w:t>2</w:t>
            </w:r>
          </w:p>
        </w:tc>
      </w:tr>
      <w:tr>
        <w:tc>
          <w:tcPr>
            <w:tcW w:type="dxa" w:w="2880"/>
          </w:tcPr>
          <w:p>
            <w:r>
              <w:t>2026-10-05</w:t>
            </w:r>
          </w:p>
        </w:tc>
        <w:tc>
          <w:tcPr>
            <w:tcW w:type="dxa" w:w="2880"/>
          </w:tcPr>
          <w:p>
            <w:r>
              <w:t>match</w:t>
            </w:r>
          </w:p>
        </w:tc>
        <w:tc>
          <w:tcPr>
            <w:tcW w:type="dxa" w:w="2880"/>
          </w:tcPr>
          <w:p>
            <w:r>
              <w:t>0</w:t>
            </w:r>
          </w:p>
        </w:tc>
      </w:tr>
      <w:tr>
        <w:tc>
          <w:tcPr>
            <w:tcW w:type="dxa" w:w="2880"/>
          </w:tcPr>
          <w:p>
            <w:r>
              <w:t>2026-10-05</w:t>
            </w:r>
          </w:p>
        </w:tc>
        <w:tc>
          <w:tcPr>
            <w:tcW w:type="dxa" w:w="2880"/>
          </w:tcPr>
          <w:p>
            <w:r>
              <w:t>market</w:t>
            </w:r>
          </w:p>
        </w:tc>
        <w:tc>
          <w:tcPr>
            <w:tcW w:type="dxa" w:w="2880"/>
          </w:tcPr>
          <w:p>
            <w:r>
              <w:t>1</w:t>
            </w:r>
          </w:p>
        </w:tc>
      </w:tr>
      <w:tr>
        <w:tc>
          <w:tcPr>
            <w:tcW w:type="dxa" w:w="2880"/>
          </w:tcPr>
          <w:p>
            <w:r>
              <w:t>2026-10-05</w:t>
            </w:r>
          </w:p>
        </w:tc>
        <w:tc>
          <w:tcPr>
            <w:tcW w:type="dxa" w:w="2880"/>
          </w:tcPr>
          <w:p>
            <w:r>
              <w:t>festival</w:t>
            </w:r>
          </w:p>
        </w:tc>
        <w:tc>
          <w:tcPr>
            <w:tcW w:type="dxa" w:w="2880"/>
          </w:tcPr>
          <w:p>
            <w:r>
              <w:t>1</w:t>
            </w:r>
          </w:p>
        </w:tc>
      </w:tr>
      <w:tr>
        <w:tc>
          <w:tcPr>
            <w:tcW w:type="dxa" w:w="2880"/>
          </w:tcPr>
          <w:p>
            <w:r>
              <w:t>2026-10-12</w:t>
            </w:r>
          </w:p>
        </w:tc>
        <w:tc>
          <w:tcPr>
            <w:tcW w:type="dxa" w:w="2880"/>
          </w:tcPr>
          <w:p>
            <w:r>
              <w:t>exhibition</w:t>
            </w:r>
          </w:p>
        </w:tc>
        <w:tc>
          <w:tcPr>
            <w:tcW w:type="dxa" w:w="2880"/>
          </w:tcPr>
          <w:p>
            <w:r>
              <w:t>1</w:t>
            </w:r>
          </w:p>
        </w:tc>
      </w:tr>
      <w:tr>
        <w:tc>
          <w:tcPr>
            <w:tcW w:type="dxa" w:w="2880"/>
          </w:tcPr>
          <w:p>
            <w:r>
              <w:t>2026-10-12</w:t>
            </w:r>
          </w:p>
        </w:tc>
        <w:tc>
          <w:tcPr>
            <w:tcW w:type="dxa" w:w="2880"/>
          </w:tcPr>
          <w:p>
            <w:r>
              <w:t>concert</w:t>
            </w:r>
          </w:p>
        </w:tc>
        <w:tc>
          <w:tcPr>
            <w:tcW w:type="dxa" w:w="2880"/>
          </w:tcPr>
          <w:p>
            <w:r>
              <w:t>0</w:t>
            </w:r>
          </w:p>
        </w:tc>
      </w:tr>
      <w:tr>
        <w:tc>
          <w:tcPr>
            <w:tcW w:type="dxa" w:w="2880"/>
          </w:tcPr>
          <w:p>
            <w:r>
              <w:t>2026-10-12</w:t>
            </w:r>
          </w:p>
        </w:tc>
        <w:tc>
          <w:tcPr>
            <w:tcW w:type="dxa" w:w="2880"/>
          </w:tcPr>
          <w:p>
            <w:r>
              <w:t>match</w:t>
            </w:r>
          </w:p>
        </w:tc>
        <w:tc>
          <w:tcPr>
            <w:tcW w:type="dxa" w:w="2880"/>
          </w:tcPr>
          <w:p>
            <w:r>
              <w:t>1</w:t>
            </w:r>
          </w:p>
        </w:tc>
      </w:tr>
      <w:tr>
        <w:tc>
          <w:tcPr>
            <w:tcW w:type="dxa" w:w="2880"/>
          </w:tcPr>
          <w:p>
            <w:r>
              <w:t>2026-10-12</w:t>
            </w:r>
          </w:p>
        </w:tc>
        <w:tc>
          <w:tcPr>
            <w:tcW w:type="dxa" w:w="2880"/>
          </w:tcPr>
          <w:p>
            <w:r>
              <w:t>market</w:t>
            </w:r>
          </w:p>
        </w:tc>
        <w:tc>
          <w:tcPr>
            <w:tcW w:type="dxa" w:w="2880"/>
          </w:tcPr>
          <w:p>
            <w:r>
              <w:t>2</w:t>
            </w:r>
          </w:p>
        </w:tc>
      </w:tr>
      <w:tr>
        <w:tc>
          <w:tcPr>
            <w:tcW w:type="dxa" w:w="2880"/>
          </w:tcPr>
          <w:p>
            <w:r>
              <w:t>2026-10-12</w:t>
            </w:r>
          </w:p>
        </w:tc>
        <w:tc>
          <w:tcPr>
            <w:tcW w:type="dxa" w:w="2880"/>
          </w:tcPr>
          <w:p>
            <w:r>
              <w:t>festival</w:t>
            </w:r>
          </w:p>
        </w:tc>
        <w:tc>
          <w:tcPr>
            <w:tcW w:type="dxa" w:w="2880"/>
          </w:tcPr>
          <w:p>
            <w:r>
              <w:t>0</w:t>
            </w:r>
          </w:p>
        </w:tc>
      </w:tr>
      <w:tr>
        <w:tc>
          <w:tcPr>
            <w:tcW w:type="dxa" w:w="2880"/>
          </w:tcPr>
          <w:p>
            <w:r>
              <w:t>2026-10-19</w:t>
            </w:r>
          </w:p>
        </w:tc>
        <w:tc>
          <w:tcPr>
            <w:tcW w:type="dxa" w:w="2880"/>
          </w:tcPr>
          <w:p>
            <w:r>
              <w:t>exhibition</w:t>
            </w:r>
          </w:p>
        </w:tc>
        <w:tc>
          <w:tcPr>
            <w:tcW w:type="dxa" w:w="2880"/>
          </w:tcPr>
          <w:p>
            <w:r>
              <w:t>2</w:t>
            </w:r>
          </w:p>
        </w:tc>
      </w:tr>
      <w:tr>
        <w:tc>
          <w:tcPr>
            <w:tcW w:type="dxa" w:w="2880"/>
          </w:tcPr>
          <w:p>
            <w:r>
              <w:t>2026-10-19</w:t>
            </w:r>
          </w:p>
        </w:tc>
        <w:tc>
          <w:tcPr>
            <w:tcW w:type="dxa" w:w="2880"/>
          </w:tcPr>
          <w:p>
            <w:r>
              <w:t>concert</w:t>
            </w:r>
          </w:p>
        </w:tc>
        <w:tc>
          <w:tcPr>
            <w:tcW w:type="dxa" w:w="2880"/>
          </w:tcPr>
          <w:p>
            <w:r>
              <w:t>1</w:t>
            </w:r>
          </w:p>
        </w:tc>
      </w:tr>
      <w:tr>
        <w:tc>
          <w:tcPr>
            <w:tcW w:type="dxa" w:w="2880"/>
          </w:tcPr>
          <w:p>
            <w:r>
              <w:t>2026-10-19</w:t>
            </w:r>
          </w:p>
        </w:tc>
        <w:tc>
          <w:tcPr>
            <w:tcW w:type="dxa" w:w="2880"/>
          </w:tcPr>
          <w:p>
            <w:r>
              <w:t>match</w:t>
            </w:r>
          </w:p>
        </w:tc>
        <w:tc>
          <w:tcPr>
            <w:tcW w:type="dxa" w:w="2880"/>
          </w:tcPr>
          <w:p>
            <w:r>
              <w:t>0</w:t>
            </w:r>
          </w:p>
        </w:tc>
      </w:tr>
      <w:tr>
        <w:tc>
          <w:tcPr>
            <w:tcW w:type="dxa" w:w="2880"/>
          </w:tcPr>
          <w:p>
            <w:r>
              <w:t>2026-10-19</w:t>
            </w:r>
          </w:p>
        </w:tc>
        <w:tc>
          <w:tcPr>
            <w:tcW w:type="dxa" w:w="2880"/>
          </w:tcPr>
          <w:p>
            <w:r>
              <w:t>market</w:t>
            </w:r>
          </w:p>
        </w:tc>
        <w:tc>
          <w:tcPr>
            <w:tcW w:type="dxa" w:w="2880"/>
          </w:tcPr>
          <w:p>
            <w:r>
              <w:t>0</w:t>
            </w:r>
          </w:p>
        </w:tc>
      </w:tr>
      <w:tr>
        <w:tc>
          <w:tcPr>
            <w:tcW w:type="dxa" w:w="2880"/>
          </w:tcPr>
          <w:p>
            <w:r>
              <w:t>2026-10-19</w:t>
            </w:r>
          </w:p>
        </w:tc>
        <w:tc>
          <w:tcPr>
            <w:tcW w:type="dxa" w:w="2880"/>
          </w:tcPr>
          <w:p>
            <w:r>
              <w:t>festival</w:t>
            </w:r>
          </w:p>
        </w:tc>
        <w:tc>
          <w:tcPr>
            <w:tcW w:type="dxa" w:w="2880"/>
          </w:tcPr>
          <w:p>
            <w:r>
              <w:t>1</w:t>
            </w:r>
          </w:p>
        </w:tc>
      </w:tr>
      <w:tr>
        <w:tc>
          <w:tcPr>
            <w:tcW w:type="dxa" w:w="2880"/>
          </w:tcPr>
          <w:p>
            <w:r>
              <w:t>2026-10-26</w:t>
            </w:r>
          </w:p>
        </w:tc>
        <w:tc>
          <w:tcPr>
            <w:tcW w:type="dxa" w:w="2880"/>
          </w:tcPr>
          <w:p>
            <w:r>
              <w:t>exhibition</w:t>
            </w:r>
          </w:p>
        </w:tc>
        <w:tc>
          <w:tcPr>
            <w:tcW w:type="dxa" w:w="2880"/>
          </w:tcPr>
          <w:p>
            <w:r>
              <w:t>2</w:t>
            </w:r>
          </w:p>
        </w:tc>
      </w:tr>
      <w:tr>
        <w:tc>
          <w:tcPr>
            <w:tcW w:type="dxa" w:w="2880"/>
          </w:tcPr>
          <w:p>
            <w:r>
              <w:t>2026-10-26</w:t>
            </w:r>
          </w:p>
        </w:tc>
        <w:tc>
          <w:tcPr>
            <w:tcW w:type="dxa" w:w="2880"/>
          </w:tcPr>
          <w:p>
            <w:r>
              <w:t>concert</w:t>
            </w:r>
          </w:p>
        </w:tc>
        <w:tc>
          <w:tcPr>
            <w:tcW w:type="dxa" w:w="2880"/>
          </w:tcPr>
          <w:p>
            <w:r>
              <w:t>1</w:t>
            </w:r>
          </w:p>
        </w:tc>
      </w:tr>
      <w:tr>
        <w:tc>
          <w:tcPr>
            <w:tcW w:type="dxa" w:w="2880"/>
          </w:tcPr>
          <w:p>
            <w:r>
              <w:t>2026-10-26</w:t>
            </w:r>
          </w:p>
        </w:tc>
        <w:tc>
          <w:tcPr>
            <w:tcW w:type="dxa" w:w="2880"/>
          </w:tcPr>
          <w:p>
            <w:r>
              <w:t>match</w:t>
            </w:r>
          </w:p>
        </w:tc>
        <w:tc>
          <w:tcPr>
            <w:tcW w:type="dxa" w:w="2880"/>
          </w:tcPr>
          <w:p>
            <w:r>
              <w:t>2</w:t>
            </w:r>
          </w:p>
        </w:tc>
      </w:tr>
      <w:tr>
        <w:tc>
          <w:tcPr>
            <w:tcW w:type="dxa" w:w="2880"/>
          </w:tcPr>
          <w:p>
            <w:r>
              <w:t>2026-10-26</w:t>
            </w:r>
          </w:p>
        </w:tc>
        <w:tc>
          <w:tcPr>
            <w:tcW w:type="dxa" w:w="2880"/>
          </w:tcPr>
          <w:p>
            <w:r>
              <w:t>market</w:t>
            </w:r>
          </w:p>
        </w:tc>
        <w:tc>
          <w:tcPr>
            <w:tcW w:type="dxa" w:w="2880"/>
          </w:tcPr>
          <w:p>
            <w:r>
              <w:t>0</w:t>
            </w:r>
          </w:p>
        </w:tc>
      </w:tr>
      <w:tr>
        <w:tc>
          <w:tcPr>
            <w:tcW w:type="dxa" w:w="2880"/>
          </w:tcPr>
          <w:p>
            <w:r>
              <w:t>2026-10-26</w:t>
            </w:r>
          </w:p>
        </w:tc>
        <w:tc>
          <w:tcPr>
            <w:tcW w:type="dxa" w:w="2880"/>
          </w:tcPr>
          <w:p>
            <w:r>
              <w:t>festival</w:t>
            </w:r>
          </w:p>
        </w:tc>
        <w:tc>
          <w:tcPr>
            <w:tcW w:type="dxa" w:w="2880"/>
          </w:tcPr>
          <w:p>
            <w:r>
              <w:t>0</w:t>
            </w:r>
          </w:p>
        </w:tc>
      </w:tr>
    </w:tbl>
    <w:p/>
    <w:p>
      <w:pPr>
        <w:pStyle w:val="Heading2"/>
      </w:pPr>
      <w:r>
        <w:t>Figure 29. Calculate density: Transit stations [67]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0.001178</w:t>
            </w:r>
          </w:p>
        </w:tc>
        <w:tc>
          <w:tcPr>
            <w:tcW w:type="dxa" w:w="2880"/>
          </w:tcPr>
          <w:p>
            <w:r>
              <w:t>0.178</w:t>
            </w:r>
          </w:p>
        </w:tc>
        <w:tc>
          <w:tcPr>
            <w:tcW w:type="dxa" w:w="2880"/>
          </w:tcPr>
          <w:p>
            <w:r>
              <w:t>23</w:t>
            </w:r>
          </w:p>
        </w:tc>
      </w:tr>
      <w:tr>
        <w:tc>
          <w:tcPr>
            <w:tcW w:type="dxa" w:w="2880"/>
          </w:tcPr>
          <w:p>
            <w:r>
              <w:t>0.178</w:t>
            </w:r>
          </w:p>
        </w:tc>
        <w:tc>
          <w:tcPr>
            <w:tcW w:type="dxa" w:w="2880"/>
          </w:tcPr>
          <w:p>
            <w:r>
              <w:t>0.3547</w:t>
            </w:r>
          </w:p>
        </w:tc>
        <w:tc>
          <w:tcPr>
            <w:tcW w:type="dxa" w:w="2880"/>
          </w:tcPr>
          <w:p>
            <w:r>
              <w:t>8</w:t>
            </w:r>
          </w:p>
        </w:tc>
      </w:tr>
      <w:tr>
        <w:tc>
          <w:tcPr>
            <w:tcW w:type="dxa" w:w="2880"/>
          </w:tcPr>
          <w:p>
            <w:r>
              <w:t>0.3547</w:t>
            </w:r>
          </w:p>
        </w:tc>
        <w:tc>
          <w:tcPr>
            <w:tcW w:type="dxa" w:w="2880"/>
          </w:tcPr>
          <w:p>
            <w:r>
              <w:t>0.5315</w:t>
            </w:r>
          </w:p>
        </w:tc>
        <w:tc>
          <w:tcPr>
            <w:tcW w:type="dxa" w:w="2880"/>
          </w:tcPr>
          <w:p>
            <w:r>
              <w:t>7</w:t>
            </w:r>
          </w:p>
        </w:tc>
      </w:tr>
      <w:tr>
        <w:tc>
          <w:tcPr>
            <w:tcW w:type="dxa" w:w="2880"/>
          </w:tcPr>
          <w:p>
            <w:r>
              <w:t>0.5315</w:t>
            </w:r>
          </w:p>
        </w:tc>
        <w:tc>
          <w:tcPr>
            <w:tcW w:type="dxa" w:w="2880"/>
          </w:tcPr>
          <w:p>
            <w:r>
              <w:t>0.7083</w:t>
            </w:r>
          </w:p>
        </w:tc>
        <w:tc>
          <w:tcPr>
            <w:tcW w:type="dxa" w:w="2880"/>
          </w:tcPr>
          <w:p>
            <w:r>
              <w:t>8</w:t>
            </w:r>
          </w:p>
        </w:tc>
      </w:tr>
      <w:tr>
        <w:tc>
          <w:tcPr>
            <w:tcW w:type="dxa" w:w="2880"/>
          </w:tcPr>
          <w:p>
            <w:r>
              <w:t>0.7083</w:t>
            </w:r>
          </w:p>
        </w:tc>
        <w:tc>
          <w:tcPr>
            <w:tcW w:type="dxa" w:w="2880"/>
          </w:tcPr>
          <w:p>
            <w:r>
              <w:t>0.8851</w:t>
            </w:r>
          </w:p>
        </w:tc>
        <w:tc>
          <w:tcPr>
            <w:tcW w:type="dxa" w:w="2880"/>
          </w:tcPr>
          <w:p>
            <w:r>
              <w:t>6</w:t>
            </w:r>
          </w:p>
        </w:tc>
      </w:tr>
      <w:tr>
        <w:tc>
          <w:tcPr>
            <w:tcW w:type="dxa" w:w="2880"/>
          </w:tcPr>
          <w:p>
            <w:r>
              <w:t>0.8851</w:t>
            </w:r>
          </w:p>
        </w:tc>
        <w:tc>
          <w:tcPr>
            <w:tcW w:type="dxa" w:w="2880"/>
          </w:tcPr>
          <w:p>
            <w:r>
              <w:t>1.062</w:t>
            </w:r>
          </w:p>
        </w:tc>
        <w:tc>
          <w:tcPr>
            <w:tcW w:type="dxa" w:w="2880"/>
          </w:tcPr>
          <w:p>
            <w:r>
              <w:t>4</w:t>
            </w:r>
          </w:p>
        </w:tc>
      </w:tr>
      <w:tr>
        <w:tc>
          <w:tcPr>
            <w:tcW w:type="dxa" w:w="2880"/>
          </w:tcPr>
          <w:p>
            <w:r>
              <w:t>1.062</w:t>
            </w:r>
          </w:p>
        </w:tc>
        <w:tc>
          <w:tcPr>
            <w:tcW w:type="dxa" w:w="2880"/>
          </w:tcPr>
          <w:p>
            <w:r>
              <w:t>1.239</w:t>
            </w:r>
          </w:p>
        </w:tc>
        <w:tc>
          <w:tcPr>
            <w:tcW w:type="dxa" w:w="2880"/>
          </w:tcPr>
          <w:p>
            <w:r>
              <w:t>4</w:t>
            </w:r>
          </w:p>
        </w:tc>
      </w:tr>
    </w:tbl>
    <w:p/>
    <w:p>
      <w:pPr>
        <w:pStyle w:val="Heading2"/>
      </w:pPr>
      <w:r>
        <w:t>Figure 30. Repeat and near repeat classification: Events over time [68]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exhibition</w:t>
            </w:r>
          </w:p>
        </w:tc>
        <w:tc>
          <w:tcPr>
            <w:tcW w:type="dxa" w:w="2880"/>
          </w:tcPr>
          <w:p>
            <w:r>
              <w:t>0</w:t>
            </w:r>
          </w:p>
        </w:tc>
      </w:tr>
      <w:tr>
        <w:tc>
          <w:tcPr>
            <w:tcW w:type="dxa" w:w="2880"/>
          </w:tcPr>
          <w:p>
            <w:r>
              <w:t>2026-06-01</w:t>
            </w:r>
          </w:p>
        </w:tc>
        <w:tc>
          <w:tcPr>
            <w:tcW w:type="dxa" w:w="2880"/>
          </w:tcPr>
          <w:p>
            <w:r>
              <w:t>concert</w:t>
            </w:r>
          </w:p>
        </w:tc>
        <w:tc>
          <w:tcPr>
            <w:tcW w:type="dxa" w:w="2880"/>
          </w:tcPr>
          <w:p>
            <w:r>
              <w:t>2</w:t>
            </w:r>
          </w:p>
        </w:tc>
      </w:tr>
      <w:tr>
        <w:tc>
          <w:tcPr>
            <w:tcW w:type="dxa" w:w="2880"/>
          </w:tcPr>
          <w:p>
            <w:r>
              <w:t>2026-06-01</w:t>
            </w:r>
          </w:p>
        </w:tc>
        <w:tc>
          <w:tcPr>
            <w:tcW w:type="dxa" w:w="2880"/>
          </w:tcPr>
          <w:p>
            <w:r>
              <w:t>match</w:t>
            </w:r>
          </w:p>
        </w:tc>
        <w:tc>
          <w:tcPr>
            <w:tcW w:type="dxa" w:w="2880"/>
          </w:tcPr>
          <w:p>
            <w:r>
              <w:t>1</w:t>
            </w:r>
          </w:p>
        </w:tc>
      </w:tr>
      <w:tr>
        <w:tc>
          <w:tcPr>
            <w:tcW w:type="dxa" w:w="2880"/>
          </w:tcPr>
          <w:p>
            <w:r>
              <w:t>2026-06-01</w:t>
            </w:r>
          </w:p>
        </w:tc>
        <w:tc>
          <w:tcPr>
            <w:tcW w:type="dxa" w:w="2880"/>
          </w:tcPr>
          <w:p>
            <w:r>
              <w:t>market</w:t>
            </w:r>
          </w:p>
        </w:tc>
        <w:tc>
          <w:tcPr>
            <w:tcW w:type="dxa" w:w="2880"/>
          </w:tcPr>
          <w:p>
            <w:r>
              <w:t>0</w:t>
            </w:r>
          </w:p>
        </w:tc>
      </w:tr>
      <w:tr>
        <w:tc>
          <w:tcPr>
            <w:tcW w:type="dxa" w:w="2880"/>
          </w:tcPr>
          <w:p>
            <w:r>
              <w:t>2026-06-01</w:t>
            </w:r>
          </w:p>
        </w:tc>
        <w:tc>
          <w:tcPr>
            <w:tcW w:type="dxa" w:w="2880"/>
          </w:tcPr>
          <w:p>
            <w:r>
              <w:t>festival</w:t>
            </w:r>
          </w:p>
        </w:tc>
        <w:tc>
          <w:tcPr>
            <w:tcW w:type="dxa" w:w="2880"/>
          </w:tcPr>
          <w:p>
            <w:r>
              <w:t>0</w:t>
            </w:r>
          </w:p>
        </w:tc>
      </w:tr>
      <w:tr>
        <w:tc>
          <w:tcPr>
            <w:tcW w:type="dxa" w:w="2880"/>
          </w:tcPr>
          <w:p>
            <w:r>
              <w:t>2026-06-08</w:t>
            </w:r>
          </w:p>
        </w:tc>
        <w:tc>
          <w:tcPr>
            <w:tcW w:type="dxa" w:w="2880"/>
          </w:tcPr>
          <w:p>
            <w:r>
              <w:t>exhibition</w:t>
            </w:r>
          </w:p>
        </w:tc>
        <w:tc>
          <w:tcPr>
            <w:tcW w:type="dxa" w:w="2880"/>
          </w:tcPr>
          <w:p>
            <w:r>
              <w:t>1</w:t>
            </w:r>
          </w:p>
        </w:tc>
      </w:tr>
      <w:tr>
        <w:tc>
          <w:tcPr>
            <w:tcW w:type="dxa" w:w="2880"/>
          </w:tcPr>
          <w:p>
            <w:r>
              <w:t>2026-06-08</w:t>
            </w:r>
          </w:p>
        </w:tc>
        <w:tc>
          <w:tcPr>
            <w:tcW w:type="dxa" w:w="2880"/>
          </w:tcPr>
          <w:p>
            <w:r>
              <w:t>concert</w:t>
            </w:r>
          </w:p>
        </w:tc>
        <w:tc>
          <w:tcPr>
            <w:tcW w:type="dxa" w:w="2880"/>
          </w:tcPr>
          <w:p>
            <w:r>
              <w:t>0</w:t>
            </w:r>
          </w:p>
        </w:tc>
      </w:tr>
      <w:tr>
        <w:tc>
          <w:tcPr>
            <w:tcW w:type="dxa" w:w="2880"/>
          </w:tcPr>
          <w:p>
            <w:r>
              <w:t>2026-06-08</w:t>
            </w:r>
          </w:p>
        </w:tc>
        <w:tc>
          <w:tcPr>
            <w:tcW w:type="dxa" w:w="2880"/>
          </w:tcPr>
          <w:p>
            <w:r>
              <w:t>match</w:t>
            </w:r>
          </w:p>
        </w:tc>
        <w:tc>
          <w:tcPr>
            <w:tcW w:type="dxa" w:w="2880"/>
          </w:tcPr>
          <w:p>
            <w:r>
              <w:t>1</w:t>
            </w:r>
          </w:p>
        </w:tc>
      </w:tr>
      <w:tr>
        <w:tc>
          <w:tcPr>
            <w:tcW w:type="dxa" w:w="2880"/>
          </w:tcPr>
          <w:p>
            <w:r>
              <w:t>2026-06-08</w:t>
            </w:r>
          </w:p>
        </w:tc>
        <w:tc>
          <w:tcPr>
            <w:tcW w:type="dxa" w:w="2880"/>
          </w:tcPr>
          <w:p>
            <w:r>
              <w:t>market</w:t>
            </w:r>
          </w:p>
        </w:tc>
        <w:tc>
          <w:tcPr>
            <w:tcW w:type="dxa" w:w="2880"/>
          </w:tcPr>
          <w:p>
            <w:r>
              <w:t>1</w:t>
            </w:r>
          </w:p>
        </w:tc>
      </w:tr>
      <w:tr>
        <w:tc>
          <w:tcPr>
            <w:tcW w:type="dxa" w:w="2880"/>
          </w:tcPr>
          <w:p>
            <w:r>
              <w:t>2026-06-08</w:t>
            </w:r>
          </w:p>
        </w:tc>
        <w:tc>
          <w:tcPr>
            <w:tcW w:type="dxa" w:w="2880"/>
          </w:tcPr>
          <w:p>
            <w:r>
              <w:t>festival</w:t>
            </w:r>
          </w:p>
        </w:tc>
        <w:tc>
          <w:tcPr>
            <w:tcW w:type="dxa" w:w="2880"/>
          </w:tcPr>
          <w:p>
            <w:r>
              <w:t>0</w:t>
            </w:r>
          </w:p>
        </w:tc>
      </w:tr>
      <w:tr>
        <w:tc>
          <w:tcPr>
            <w:tcW w:type="dxa" w:w="2880"/>
          </w:tcPr>
          <w:p>
            <w:r>
              <w:t>2026-06-15</w:t>
            </w:r>
          </w:p>
        </w:tc>
        <w:tc>
          <w:tcPr>
            <w:tcW w:type="dxa" w:w="2880"/>
          </w:tcPr>
          <w:p>
            <w:r>
              <w:t>exhibition</w:t>
            </w:r>
          </w:p>
        </w:tc>
        <w:tc>
          <w:tcPr>
            <w:tcW w:type="dxa" w:w="2880"/>
          </w:tcPr>
          <w:p>
            <w:r>
              <w:t>0</w:t>
            </w:r>
          </w:p>
        </w:tc>
      </w:tr>
      <w:tr>
        <w:tc>
          <w:tcPr>
            <w:tcW w:type="dxa" w:w="2880"/>
          </w:tcPr>
          <w:p>
            <w:r>
              <w:t>2026-06-15</w:t>
            </w:r>
          </w:p>
        </w:tc>
        <w:tc>
          <w:tcPr>
            <w:tcW w:type="dxa" w:w="2880"/>
          </w:tcPr>
          <w:p>
            <w:r>
              <w:t>concert</w:t>
            </w:r>
          </w:p>
        </w:tc>
        <w:tc>
          <w:tcPr>
            <w:tcW w:type="dxa" w:w="2880"/>
          </w:tcPr>
          <w:p>
            <w:r>
              <w:t>0</w:t>
            </w:r>
          </w:p>
        </w:tc>
      </w:tr>
      <w:tr>
        <w:tc>
          <w:tcPr>
            <w:tcW w:type="dxa" w:w="2880"/>
          </w:tcPr>
          <w:p>
            <w:r>
              <w:t>2026-06-15</w:t>
            </w:r>
          </w:p>
        </w:tc>
        <w:tc>
          <w:tcPr>
            <w:tcW w:type="dxa" w:w="2880"/>
          </w:tcPr>
          <w:p>
            <w:r>
              <w:t>match</w:t>
            </w:r>
          </w:p>
        </w:tc>
        <w:tc>
          <w:tcPr>
            <w:tcW w:type="dxa" w:w="2880"/>
          </w:tcPr>
          <w:p>
            <w:r>
              <w:t>1</w:t>
            </w:r>
          </w:p>
        </w:tc>
      </w:tr>
      <w:tr>
        <w:tc>
          <w:tcPr>
            <w:tcW w:type="dxa" w:w="2880"/>
          </w:tcPr>
          <w:p>
            <w:r>
              <w:t>2026-06-15</w:t>
            </w:r>
          </w:p>
        </w:tc>
        <w:tc>
          <w:tcPr>
            <w:tcW w:type="dxa" w:w="2880"/>
          </w:tcPr>
          <w:p>
            <w:r>
              <w:t>market</w:t>
            </w:r>
          </w:p>
        </w:tc>
        <w:tc>
          <w:tcPr>
            <w:tcW w:type="dxa" w:w="2880"/>
          </w:tcPr>
          <w:p>
            <w:r>
              <w:t>1</w:t>
            </w:r>
          </w:p>
        </w:tc>
      </w:tr>
      <w:tr>
        <w:tc>
          <w:tcPr>
            <w:tcW w:type="dxa" w:w="2880"/>
          </w:tcPr>
          <w:p>
            <w:r>
              <w:t>2026-06-15</w:t>
            </w:r>
          </w:p>
        </w:tc>
        <w:tc>
          <w:tcPr>
            <w:tcW w:type="dxa" w:w="2880"/>
          </w:tcPr>
          <w:p>
            <w:r>
              <w:t>festival</w:t>
            </w:r>
          </w:p>
        </w:tc>
        <w:tc>
          <w:tcPr>
            <w:tcW w:type="dxa" w:w="2880"/>
          </w:tcPr>
          <w:p>
            <w:r>
              <w:t>0</w:t>
            </w:r>
          </w:p>
        </w:tc>
      </w:tr>
      <w:tr>
        <w:tc>
          <w:tcPr>
            <w:tcW w:type="dxa" w:w="2880"/>
          </w:tcPr>
          <w:p>
            <w:r>
              <w:t>2026-06-22</w:t>
            </w:r>
          </w:p>
        </w:tc>
        <w:tc>
          <w:tcPr>
            <w:tcW w:type="dxa" w:w="2880"/>
          </w:tcPr>
          <w:p>
            <w:r>
              <w:t>exhibition</w:t>
            </w:r>
          </w:p>
        </w:tc>
        <w:tc>
          <w:tcPr>
            <w:tcW w:type="dxa" w:w="2880"/>
          </w:tcPr>
          <w:p>
            <w:r>
              <w:t>0</w:t>
            </w:r>
          </w:p>
        </w:tc>
      </w:tr>
      <w:tr>
        <w:tc>
          <w:tcPr>
            <w:tcW w:type="dxa" w:w="2880"/>
          </w:tcPr>
          <w:p>
            <w:r>
              <w:t>2026-06-22</w:t>
            </w:r>
          </w:p>
        </w:tc>
        <w:tc>
          <w:tcPr>
            <w:tcW w:type="dxa" w:w="2880"/>
          </w:tcPr>
          <w:p>
            <w:r>
              <w:t>concert</w:t>
            </w:r>
          </w:p>
        </w:tc>
        <w:tc>
          <w:tcPr>
            <w:tcW w:type="dxa" w:w="2880"/>
          </w:tcPr>
          <w:p>
            <w:r>
              <w:t>1</w:t>
            </w:r>
          </w:p>
        </w:tc>
      </w:tr>
      <w:tr>
        <w:tc>
          <w:tcPr>
            <w:tcW w:type="dxa" w:w="2880"/>
          </w:tcPr>
          <w:p>
            <w:r>
              <w:t>2026-06-22</w:t>
            </w:r>
          </w:p>
        </w:tc>
        <w:tc>
          <w:tcPr>
            <w:tcW w:type="dxa" w:w="2880"/>
          </w:tcPr>
          <w:p>
            <w:r>
              <w:t>match</w:t>
            </w:r>
          </w:p>
        </w:tc>
        <w:tc>
          <w:tcPr>
            <w:tcW w:type="dxa" w:w="2880"/>
          </w:tcPr>
          <w:p>
            <w:r>
              <w:t>0</w:t>
            </w:r>
          </w:p>
        </w:tc>
      </w:tr>
      <w:tr>
        <w:tc>
          <w:tcPr>
            <w:tcW w:type="dxa" w:w="2880"/>
          </w:tcPr>
          <w:p>
            <w:r>
              <w:t>2026-06-22</w:t>
            </w:r>
          </w:p>
        </w:tc>
        <w:tc>
          <w:tcPr>
            <w:tcW w:type="dxa" w:w="2880"/>
          </w:tcPr>
          <w:p>
            <w:r>
              <w:t>market</w:t>
            </w:r>
          </w:p>
        </w:tc>
        <w:tc>
          <w:tcPr>
            <w:tcW w:type="dxa" w:w="2880"/>
          </w:tcPr>
          <w:p>
            <w:r>
              <w:t>0</w:t>
            </w:r>
          </w:p>
        </w:tc>
      </w:tr>
      <w:tr>
        <w:tc>
          <w:tcPr>
            <w:tcW w:type="dxa" w:w="2880"/>
          </w:tcPr>
          <w:p>
            <w:r>
              <w:t>2026-06-22</w:t>
            </w:r>
          </w:p>
        </w:tc>
        <w:tc>
          <w:tcPr>
            <w:tcW w:type="dxa" w:w="2880"/>
          </w:tcPr>
          <w:p>
            <w:r>
              <w:t>festival</w:t>
            </w:r>
          </w:p>
        </w:tc>
        <w:tc>
          <w:tcPr>
            <w:tcW w:type="dxa" w:w="2880"/>
          </w:tcPr>
          <w:p>
            <w:r>
              <w:t>0</w:t>
            </w:r>
          </w:p>
        </w:tc>
      </w:tr>
      <w:tr>
        <w:tc>
          <w:tcPr>
            <w:tcW w:type="dxa" w:w="2880"/>
          </w:tcPr>
          <w:p>
            <w:r>
              <w:t>2026-06-29</w:t>
            </w:r>
          </w:p>
        </w:tc>
        <w:tc>
          <w:tcPr>
            <w:tcW w:type="dxa" w:w="2880"/>
          </w:tcPr>
          <w:p>
            <w:r>
              <w:t>exhibition</w:t>
            </w:r>
          </w:p>
        </w:tc>
        <w:tc>
          <w:tcPr>
            <w:tcW w:type="dxa" w:w="2880"/>
          </w:tcPr>
          <w:p>
            <w:r>
              <w:t>3</w:t>
            </w:r>
          </w:p>
        </w:tc>
      </w:tr>
      <w:tr>
        <w:tc>
          <w:tcPr>
            <w:tcW w:type="dxa" w:w="2880"/>
          </w:tcPr>
          <w:p>
            <w:r>
              <w:t>2026-06-29</w:t>
            </w:r>
          </w:p>
        </w:tc>
        <w:tc>
          <w:tcPr>
            <w:tcW w:type="dxa" w:w="2880"/>
          </w:tcPr>
          <w:p>
            <w:r>
              <w:t>concert</w:t>
            </w:r>
          </w:p>
        </w:tc>
        <w:tc>
          <w:tcPr>
            <w:tcW w:type="dxa" w:w="2880"/>
          </w:tcPr>
          <w:p>
            <w:r>
              <w:t>3</w:t>
            </w:r>
          </w:p>
        </w:tc>
      </w:tr>
      <w:tr>
        <w:tc>
          <w:tcPr>
            <w:tcW w:type="dxa" w:w="2880"/>
          </w:tcPr>
          <w:p>
            <w:r>
              <w:t>2026-06-29</w:t>
            </w:r>
          </w:p>
        </w:tc>
        <w:tc>
          <w:tcPr>
            <w:tcW w:type="dxa" w:w="2880"/>
          </w:tcPr>
          <w:p>
            <w:r>
              <w:t>match</w:t>
            </w:r>
          </w:p>
        </w:tc>
        <w:tc>
          <w:tcPr>
            <w:tcW w:type="dxa" w:w="2880"/>
          </w:tcPr>
          <w:p>
            <w:r>
              <w:t>0</w:t>
            </w:r>
          </w:p>
        </w:tc>
      </w:tr>
      <w:tr>
        <w:tc>
          <w:tcPr>
            <w:tcW w:type="dxa" w:w="2880"/>
          </w:tcPr>
          <w:p>
            <w:r>
              <w:t>2026-06-29</w:t>
            </w:r>
          </w:p>
        </w:tc>
        <w:tc>
          <w:tcPr>
            <w:tcW w:type="dxa" w:w="2880"/>
          </w:tcPr>
          <w:p>
            <w:r>
              <w:t>market</w:t>
            </w:r>
          </w:p>
        </w:tc>
        <w:tc>
          <w:tcPr>
            <w:tcW w:type="dxa" w:w="2880"/>
          </w:tcPr>
          <w:p>
            <w:r>
              <w:t>0</w:t>
            </w:r>
          </w:p>
        </w:tc>
      </w:tr>
      <w:tr>
        <w:tc>
          <w:tcPr>
            <w:tcW w:type="dxa" w:w="2880"/>
          </w:tcPr>
          <w:p>
            <w:r>
              <w:t>2026-06-29</w:t>
            </w:r>
          </w:p>
        </w:tc>
        <w:tc>
          <w:tcPr>
            <w:tcW w:type="dxa" w:w="2880"/>
          </w:tcPr>
          <w:p>
            <w:r>
              <w:t>festival</w:t>
            </w:r>
          </w:p>
        </w:tc>
        <w:tc>
          <w:tcPr>
            <w:tcW w:type="dxa" w:w="2880"/>
          </w:tcPr>
          <w:p>
            <w:r>
              <w:t>1</w:t>
            </w:r>
          </w:p>
        </w:tc>
      </w:tr>
      <w:tr>
        <w:tc>
          <w:tcPr>
            <w:tcW w:type="dxa" w:w="2880"/>
          </w:tcPr>
          <w:p>
            <w:r>
              <w:t>2026-07-06</w:t>
            </w:r>
          </w:p>
        </w:tc>
        <w:tc>
          <w:tcPr>
            <w:tcW w:type="dxa" w:w="2880"/>
          </w:tcPr>
          <w:p>
            <w:r>
              <w:t>exhibition</w:t>
            </w:r>
          </w:p>
        </w:tc>
        <w:tc>
          <w:tcPr>
            <w:tcW w:type="dxa" w:w="2880"/>
          </w:tcPr>
          <w:p>
            <w:r>
              <w:t>0</w:t>
            </w:r>
          </w:p>
        </w:tc>
      </w:tr>
      <w:tr>
        <w:tc>
          <w:tcPr>
            <w:tcW w:type="dxa" w:w="2880"/>
          </w:tcPr>
          <w:p>
            <w:r>
              <w:t>2026-07-06</w:t>
            </w:r>
          </w:p>
        </w:tc>
        <w:tc>
          <w:tcPr>
            <w:tcW w:type="dxa" w:w="2880"/>
          </w:tcPr>
          <w:p>
            <w:r>
              <w:t>concert</w:t>
            </w:r>
          </w:p>
        </w:tc>
        <w:tc>
          <w:tcPr>
            <w:tcW w:type="dxa" w:w="2880"/>
          </w:tcPr>
          <w:p>
            <w:r>
              <w:t>1</w:t>
            </w:r>
          </w:p>
        </w:tc>
      </w:tr>
      <w:tr>
        <w:tc>
          <w:tcPr>
            <w:tcW w:type="dxa" w:w="2880"/>
          </w:tcPr>
          <w:p>
            <w:r>
              <w:t>2026-07-06</w:t>
            </w:r>
          </w:p>
        </w:tc>
        <w:tc>
          <w:tcPr>
            <w:tcW w:type="dxa" w:w="2880"/>
          </w:tcPr>
          <w:p>
            <w:r>
              <w:t>match</w:t>
            </w:r>
          </w:p>
        </w:tc>
        <w:tc>
          <w:tcPr>
            <w:tcW w:type="dxa" w:w="2880"/>
          </w:tcPr>
          <w:p>
            <w:r>
              <w:t>0</w:t>
            </w:r>
          </w:p>
        </w:tc>
      </w:tr>
      <w:tr>
        <w:tc>
          <w:tcPr>
            <w:tcW w:type="dxa" w:w="2880"/>
          </w:tcPr>
          <w:p>
            <w:r>
              <w:t>2026-07-06</w:t>
            </w:r>
          </w:p>
        </w:tc>
        <w:tc>
          <w:tcPr>
            <w:tcW w:type="dxa" w:w="2880"/>
          </w:tcPr>
          <w:p>
            <w:r>
              <w:t>market</w:t>
            </w:r>
          </w:p>
        </w:tc>
        <w:tc>
          <w:tcPr>
            <w:tcW w:type="dxa" w:w="2880"/>
          </w:tcPr>
          <w:p>
            <w:r>
              <w:t>0</w:t>
            </w:r>
          </w:p>
        </w:tc>
      </w:tr>
      <w:tr>
        <w:tc>
          <w:tcPr>
            <w:tcW w:type="dxa" w:w="2880"/>
          </w:tcPr>
          <w:p>
            <w:r>
              <w:t>2026-07-06</w:t>
            </w:r>
          </w:p>
        </w:tc>
        <w:tc>
          <w:tcPr>
            <w:tcW w:type="dxa" w:w="2880"/>
          </w:tcPr>
          <w:p>
            <w:r>
              <w:t>festival</w:t>
            </w:r>
          </w:p>
        </w:tc>
        <w:tc>
          <w:tcPr>
            <w:tcW w:type="dxa" w:w="2880"/>
          </w:tcPr>
          <w:p>
            <w:r>
              <w:t>0</w:t>
            </w:r>
          </w:p>
        </w:tc>
      </w:tr>
      <w:tr>
        <w:tc>
          <w:tcPr>
            <w:tcW w:type="dxa" w:w="2880"/>
          </w:tcPr>
          <w:p>
            <w:r>
              <w:t>2026-07-13</w:t>
            </w:r>
          </w:p>
        </w:tc>
        <w:tc>
          <w:tcPr>
            <w:tcW w:type="dxa" w:w="2880"/>
          </w:tcPr>
          <w:p>
            <w:r>
              <w:t>exhibition</w:t>
            </w:r>
          </w:p>
        </w:tc>
        <w:tc>
          <w:tcPr>
            <w:tcW w:type="dxa" w:w="2880"/>
          </w:tcPr>
          <w:p>
            <w:r>
              <w:t>1</w:t>
            </w:r>
          </w:p>
        </w:tc>
      </w:tr>
      <w:tr>
        <w:tc>
          <w:tcPr>
            <w:tcW w:type="dxa" w:w="2880"/>
          </w:tcPr>
          <w:p>
            <w:r>
              <w:t>2026-07-13</w:t>
            </w:r>
          </w:p>
        </w:tc>
        <w:tc>
          <w:tcPr>
            <w:tcW w:type="dxa" w:w="2880"/>
          </w:tcPr>
          <w:p>
            <w:r>
              <w:t>concert</w:t>
            </w:r>
          </w:p>
        </w:tc>
        <w:tc>
          <w:tcPr>
            <w:tcW w:type="dxa" w:w="2880"/>
          </w:tcPr>
          <w:p>
            <w:r>
              <w:t>0</w:t>
            </w:r>
          </w:p>
        </w:tc>
      </w:tr>
      <w:tr>
        <w:tc>
          <w:tcPr>
            <w:tcW w:type="dxa" w:w="2880"/>
          </w:tcPr>
          <w:p>
            <w:r>
              <w:t>2026-07-13</w:t>
            </w:r>
          </w:p>
        </w:tc>
        <w:tc>
          <w:tcPr>
            <w:tcW w:type="dxa" w:w="2880"/>
          </w:tcPr>
          <w:p>
            <w:r>
              <w:t>match</w:t>
            </w:r>
          </w:p>
        </w:tc>
        <w:tc>
          <w:tcPr>
            <w:tcW w:type="dxa" w:w="2880"/>
          </w:tcPr>
          <w:p>
            <w:r>
              <w:t>1</w:t>
            </w:r>
          </w:p>
        </w:tc>
      </w:tr>
      <w:tr>
        <w:tc>
          <w:tcPr>
            <w:tcW w:type="dxa" w:w="2880"/>
          </w:tcPr>
          <w:p>
            <w:r>
              <w:t>2026-07-13</w:t>
            </w:r>
          </w:p>
        </w:tc>
        <w:tc>
          <w:tcPr>
            <w:tcW w:type="dxa" w:w="2880"/>
          </w:tcPr>
          <w:p>
            <w:r>
              <w:t>market</w:t>
            </w:r>
          </w:p>
        </w:tc>
        <w:tc>
          <w:tcPr>
            <w:tcW w:type="dxa" w:w="2880"/>
          </w:tcPr>
          <w:p>
            <w:r>
              <w:t>0</w:t>
            </w:r>
          </w:p>
        </w:tc>
      </w:tr>
      <w:tr>
        <w:tc>
          <w:tcPr>
            <w:tcW w:type="dxa" w:w="2880"/>
          </w:tcPr>
          <w:p>
            <w:r>
              <w:t>2026-07-13</w:t>
            </w:r>
          </w:p>
        </w:tc>
        <w:tc>
          <w:tcPr>
            <w:tcW w:type="dxa" w:w="2880"/>
          </w:tcPr>
          <w:p>
            <w:r>
              <w:t>festival</w:t>
            </w:r>
          </w:p>
        </w:tc>
        <w:tc>
          <w:tcPr>
            <w:tcW w:type="dxa" w:w="2880"/>
          </w:tcPr>
          <w:p>
            <w:r>
              <w:t>0</w:t>
            </w:r>
          </w:p>
        </w:tc>
      </w:tr>
      <w:tr>
        <w:tc>
          <w:tcPr>
            <w:tcW w:type="dxa" w:w="2880"/>
          </w:tcPr>
          <w:p>
            <w:r>
              <w:t>2026-07-20</w:t>
            </w:r>
          </w:p>
        </w:tc>
        <w:tc>
          <w:tcPr>
            <w:tcW w:type="dxa" w:w="2880"/>
          </w:tcPr>
          <w:p>
            <w:r>
              <w:t>exhibition</w:t>
            </w:r>
          </w:p>
        </w:tc>
        <w:tc>
          <w:tcPr>
            <w:tcW w:type="dxa" w:w="2880"/>
          </w:tcPr>
          <w:p>
            <w:r>
              <w:t>0</w:t>
            </w:r>
          </w:p>
        </w:tc>
      </w:tr>
      <w:tr>
        <w:tc>
          <w:tcPr>
            <w:tcW w:type="dxa" w:w="2880"/>
          </w:tcPr>
          <w:p>
            <w:r>
              <w:t>2026-07-20</w:t>
            </w:r>
          </w:p>
        </w:tc>
        <w:tc>
          <w:tcPr>
            <w:tcW w:type="dxa" w:w="2880"/>
          </w:tcPr>
          <w:p>
            <w:r>
              <w:t>concert</w:t>
            </w:r>
          </w:p>
        </w:tc>
        <w:tc>
          <w:tcPr>
            <w:tcW w:type="dxa" w:w="2880"/>
          </w:tcPr>
          <w:p>
            <w:r>
              <w:t>0</w:t>
            </w:r>
          </w:p>
        </w:tc>
      </w:tr>
      <w:tr>
        <w:tc>
          <w:tcPr>
            <w:tcW w:type="dxa" w:w="2880"/>
          </w:tcPr>
          <w:p>
            <w:r>
              <w:t>2026-07-20</w:t>
            </w:r>
          </w:p>
        </w:tc>
        <w:tc>
          <w:tcPr>
            <w:tcW w:type="dxa" w:w="2880"/>
          </w:tcPr>
          <w:p>
            <w:r>
              <w:t>match</w:t>
            </w:r>
          </w:p>
        </w:tc>
        <w:tc>
          <w:tcPr>
            <w:tcW w:type="dxa" w:w="2880"/>
          </w:tcPr>
          <w:p>
            <w:r>
              <w:t>0</w:t>
            </w:r>
          </w:p>
        </w:tc>
      </w:tr>
      <w:tr>
        <w:tc>
          <w:tcPr>
            <w:tcW w:type="dxa" w:w="2880"/>
          </w:tcPr>
          <w:p>
            <w:r>
              <w:t>2026-07-20</w:t>
            </w:r>
          </w:p>
        </w:tc>
        <w:tc>
          <w:tcPr>
            <w:tcW w:type="dxa" w:w="2880"/>
          </w:tcPr>
          <w:p>
            <w:r>
              <w:t>market</w:t>
            </w:r>
          </w:p>
        </w:tc>
        <w:tc>
          <w:tcPr>
            <w:tcW w:type="dxa" w:w="2880"/>
          </w:tcPr>
          <w:p>
            <w:r>
              <w:t>2</w:t>
            </w:r>
          </w:p>
        </w:tc>
      </w:tr>
      <w:tr>
        <w:tc>
          <w:tcPr>
            <w:tcW w:type="dxa" w:w="2880"/>
          </w:tcPr>
          <w:p>
            <w:r>
              <w:t>2026-07-20</w:t>
            </w:r>
          </w:p>
        </w:tc>
        <w:tc>
          <w:tcPr>
            <w:tcW w:type="dxa" w:w="2880"/>
          </w:tcPr>
          <w:p>
            <w:r>
              <w:t>festival</w:t>
            </w:r>
          </w:p>
        </w:tc>
        <w:tc>
          <w:tcPr>
            <w:tcW w:type="dxa" w:w="2880"/>
          </w:tcPr>
          <w:p>
            <w:r>
              <w:t>0</w:t>
            </w:r>
          </w:p>
        </w:tc>
      </w:tr>
      <w:tr>
        <w:tc>
          <w:tcPr>
            <w:tcW w:type="dxa" w:w="2880"/>
          </w:tcPr>
          <w:p>
            <w:r>
              <w:t>2026-07-27</w:t>
            </w:r>
          </w:p>
        </w:tc>
        <w:tc>
          <w:tcPr>
            <w:tcW w:type="dxa" w:w="2880"/>
          </w:tcPr>
          <w:p>
            <w:r>
              <w:t>exhibition</w:t>
            </w:r>
          </w:p>
        </w:tc>
        <w:tc>
          <w:tcPr>
            <w:tcW w:type="dxa" w:w="2880"/>
          </w:tcPr>
          <w:p>
            <w:r>
              <w:t>1</w:t>
            </w:r>
          </w:p>
        </w:tc>
      </w:tr>
      <w:tr>
        <w:tc>
          <w:tcPr>
            <w:tcW w:type="dxa" w:w="2880"/>
          </w:tcPr>
          <w:p>
            <w:r>
              <w:t>2026-07-27</w:t>
            </w:r>
          </w:p>
        </w:tc>
        <w:tc>
          <w:tcPr>
            <w:tcW w:type="dxa" w:w="2880"/>
          </w:tcPr>
          <w:p>
            <w:r>
              <w:t>concert</w:t>
            </w:r>
          </w:p>
        </w:tc>
        <w:tc>
          <w:tcPr>
            <w:tcW w:type="dxa" w:w="2880"/>
          </w:tcPr>
          <w:p>
            <w:r>
              <w:t>0</w:t>
            </w:r>
          </w:p>
        </w:tc>
      </w:tr>
      <w:tr>
        <w:tc>
          <w:tcPr>
            <w:tcW w:type="dxa" w:w="2880"/>
          </w:tcPr>
          <w:p>
            <w:r>
              <w:t>2026-07-27</w:t>
            </w:r>
          </w:p>
        </w:tc>
        <w:tc>
          <w:tcPr>
            <w:tcW w:type="dxa" w:w="2880"/>
          </w:tcPr>
          <w:p>
            <w:r>
              <w:t>match</w:t>
            </w:r>
          </w:p>
        </w:tc>
        <w:tc>
          <w:tcPr>
            <w:tcW w:type="dxa" w:w="2880"/>
          </w:tcPr>
          <w:p>
            <w:r>
              <w:t>0</w:t>
            </w:r>
          </w:p>
        </w:tc>
      </w:tr>
      <w:tr>
        <w:tc>
          <w:tcPr>
            <w:tcW w:type="dxa" w:w="2880"/>
          </w:tcPr>
          <w:p>
            <w:r>
              <w:t>2026-07-27</w:t>
            </w:r>
          </w:p>
        </w:tc>
        <w:tc>
          <w:tcPr>
            <w:tcW w:type="dxa" w:w="2880"/>
          </w:tcPr>
          <w:p>
            <w:r>
              <w:t>market</w:t>
            </w:r>
          </w:p>
        </w:tc>
        <w:tc>
          <w:tcPr>
            <w:tcW w:type="dxa" w:w="2880"/>
          </w:tcPr>
          <w:p>
            <w:r>
              <w:t>0</w:t>
            </w:r>
          </w:p>
        </w:tc>
      </w:tr>
      <w:tr>
        <w:tc>
          <w:tcPr>
            <w:tcW w:type="dxa" w:w="2880"/>
          </w:tcPr>
          <w:p>
            <w:r>
              <w:t>2026-07-27</w:t>
            </w:r>
          </w:p>
        </w:tc>
        <w:tc>
          <w:tcPr>
            <w:tcW w:type="dxa" w:w="2880"/>
          </w:tcPr>
          <w:p>
            <w:r>
              <w:t>festival</w:t>
            </w:r>
          </w:p>
        </w:tc>
        <w:tc>
          <w:tcPr>
            <w:tcW w:type="dxa" w:w="2880"/>
          </w:tcPr>
          <w:p>
            <w:r>
              <w:t>0</w:t>
            </w:r>
          </w:p>
        </w:tc>
      </w:tr>
      <w:tr>
        <w:tc>
          <w:tcPr>
            <w:tcW w:type="dxa" w:w="2880"/>
          </w:tcPr>
          <w:p>
            <w:r>
              <w:t>2026-08-03</w:t>
            </w:r>
          </w:p>
        </w:tc>
        <w:tc>
          <w:tcPr>
            <w:tcW w:type="dxa" w:w="2880"/>
          </w:tcPr>
          <w:p>
            <w:r>
              <w:t>exhibition</w:t>
            </w:r>
          </w:p>
        </w:tc>
        <w:tc>
          <w:tcPr>
            <w:tcW w:type="dxa" w:w="2880"/>
          </w:tcPr>
          <w:p>
            <w:r>
              <w:t>0</w:t>
            </w:r>
          </w:p>
        </w:tc>
      </w:tr>
      <w:tr>
        <w:tc>
          <w:tcPr>
            <w:tcW w:type="dxa" w:w="2880"/>
          </w:tcPr>
          <w:p>
            <w:r>
              <w:t>2026-08-03</w:t>
            </w:r>
          </w:p>
        </w:tc>
        <w:tc>
          <w:tcPr>
            <w:tcW w:type="dxa" w:w="2880"/>
          </w:tcPr>
          <w:p>
            <w:r>
              <w:t>concert</w:t>
            </w:r>
          </w:p>
        </w:tc>
        <w:tc>
          <w:tcPr>
            <w:tcW w:type="dxa" w:w="2880"/>
          </w:tcPr>
          <w:p>
            <w:r>
              <w:t>0</w:t>
            </w:r>
          </w:p>
        </w:tc>
      </w:tr>
      <w:tr>
        <w:tc>
          <w:tcPr>
            <w:tcW w:type="dxa" w:w="2880"/>
          </w:tcPr>
          <w:p>
            <w:r>
              <w:t>2026-08-03</w:t>
            </w:r>
          </w:p>
        </w:tc>
        <w:tc>
          <w:tcPr>
            <w:tcW w:type="dxa" w:w="2880"/>
          </w:tcPr>
          <w:p>
            <w:r>
              <w:t>match</w:t>
            </w:r>
          </w:p>
        </w:tc>
        <w:tc>
          <w:tcPr>
            <w:tcW w:type="dxa" w:w="2880"/>
          </w:tcPr>
          <w:p>
            <w:r>
              <w:t>1</w:t>
            </w:r>
          </w:p>
        </w:tc>
      </w:tr>
      <w:tr>
        <w:tc>
          <w:tcPr>
            <w:tcW w:type="dxa" w:w="2880"/>
          </w:tcPr>
          <w:p>
            <w:r>
              <w:t>2026-08-03</w:t>
            </w:r>
          </w:p>
        </w:tc>
        <w:tc>
          <w:tcPr>
            <w:tcW w:type="dxa" w:w="2880"/>
          </w:tcPr>
          <w:p>
            <w:r>
              <w:t>market</w:t>
            </w:r>
          </w:p>
        </w:tc>
        <w:tc>
          <w:tcPr>
            <w:tcW w:type="dxa" w:w="2880"/>
          </w:tcPr>
          <w:p>
            <w:r>
              <w:t>1</w:t>
            </w:r>
          </w:p>
        </w:tc>
      </w:tr>
      <w:tr>
        <w:tc>
          <w:tcPr>
            <w:tcW w:type="dxa" w:w="2880"/>
          </w:tcPr>
          <w:p>
            <w:r>
              <w:t>2026-08-03</w:t>
            </w:r>
          </w:p>
        </w:tc>
        <w:tc>
          <w:tcPr>
            <w:tcW w:type="dxa" w:w="2880"/>
          </w:tcPr>
          <w:p>
            <w:r>
              <w:t>festival</w:t>
            </w:r>
          </w:p>
        </w:tc>
        <w:tc>
          <w:tcPr>
            <w:tcW w:type="dxa" w:w="2880"/>
          </w:tcPr>
          <w:p>
            <w:r>
              <w:t>0</w:t>
            </w:r>
          </w:p>
        </w:tc>
      </w:tr>
      <w:tr>
        <w:tc>
          <w:tcPr>
            <w:tcW w:type="dxa" w:w="2880"/>
          </w:tcPr>
          <w:p>
            <w:r>
              <w:t>2026-08-10</w:t>
            </w:r>
          </w:p>
        </w:tc>
        <w:tc>
          <w:tcPr>
            <w:tcW w:type="dxa" w:w="2880"/>
          </w:tcPr>
          <w:p>
            <w:r>
              <w:t>exhibition</w:t>
            </w:r>
          </w:p>
        </w:tc>
        <w:tc>
          <w:tcPr>
            <w:tcW w:type="dxa" w:w="2880"/>
          </w:tcPr>
          <w:p>
            <w:r>
              <w:t>1</w:t>
            </w:r>
          </w:p>
        </w:tc>
      </w:tr>
      <w:tr>
        <w:tc>
          <w:tcPr>
            <w:tcW w:type="dxa" w:w="2880"/>
          </w:tcPr>
          <w:p>
            <w:r>
              <w:t>2026-08-10</w:t>
            </w:r>
          </w:p>
        </w:tc>
        <w:tc>
          <w:tcPr>
            <w:tcW w:type="dxa" w:w="2880"/>
          </w:tcPr>
          <w:p>
            <w:r>
              <w:t>concert</w:t>
            </w:r>
          </w:p>
        </w:tc>
        <w:tc>
          <w:tcPr>
            <w:tcW w:type="dxa" w:w="2880"/>
          </w:tcPr>
          <w:p>
            <w:r>
              <w:t>0</w:t>
            </w:r>
          </w:p>
        </w:tc>
      </w:tr>
      <w:tr>
        <w:tc>
          <w:tcPr>
            <w:tcW w:type="dxa" w:w="2880"/>
          </w:tcPr>
          <w:p>
            <w:r>
              <w:t>2026-08-10</w:t>
            </w:r>
          </w:p>
        </w:tc>
        <w:tc>
          <w:tcPr>
            <w:tcW w:type="dxa" w:w="2880"/>
          </w:tcPr>
          <w:p>
            <w:r>
              <w:t>match</w:t>
            </w:r>
          </w:p>
        </w:tc>
        <w:tc>
          <w:tcPr>
            <w:tcW w:type="dxa" w:w="2880"/>
          </w:tcPr>
          <w:p>
            <w:r>
              <w:t>2</w:t>
            </w:r>
          </w:p>
        </w:tc>
      </w:tr>
      <w:tr>
        <w:tc>
          <w:tcPr>
            <w:tcW w:type="dxa" w:w="2880"/>
          </w:tcPr>
          <w:p>
            <w:r>
              <w:t>2026-08-10</w:t>
            </w:r>
          </w:p>
        </w:tc>
        <w:tc>
          <w:tcPr>
            <w:tcW w:type="dxa" w:w="2880"/>
          </w:tcPr>
          <w:p>
            <w:r>
              <w:t>market</w:t>
            </w:r>
          </w:p>
        </w:tc>
        <w:tc>
          <w:tcPr>
            <w:tcW w:type="dxa" w:w="2880"/>
          </w:tcPr>
          <w:p>
            <w:r>
              <w:t>0</w:t>
            </w:r>
          </w:p>
        </w:tc>
      </w:tr>
      <w:tr>
        <w:tc>
          <w:tcPr>
            <w:tcW w:type="dxa" w:w="2880"/>
          </w:tcPr>
          <w:p>
            <w:r>
              <w:t>2026-08-10</w:t>
            </w:r>
          </w:p>
        </w:tc>
        <w:tc>
          <w:tcPr>
            <w:tcW w:type="dxa" w:w="2880"/>
          </w:tcPr>
          <w:p>
            <w:r>
              <w:t>festival</w:t>
            </w:r>
          </w:p>
        </w:tc>
        <w:tc>
          <w:tcPr>
            <w:tcW w:type="dxa" w:w="2880"/>
          </w:tcPr>
          <w:p>
            <w:r>
              <w:t>0</w:t>
            </w:r>
          </w:p>
        </w:tc>
      </w:tr>
      <w:tr>
        <w:tc>
          <w:tcPr>
            <w:tcW w:type="dxa" w:w="2880"/>
          </w:tcPr>
          <w:p>
            <w:r>
              <w:t>2026-08-17</w:t>
            </w:r>
          </w:p>
        </w:tc>
        <w:tc>
          <w:tcPr>
            <w:tcW w:type="dxa" w:w="2880"/>
          </w:tcPr>
          <w:p>
            <w:r>
              <w:t>exhibition</w:t>
            </w:r>
          </w:p>
        </w:tc>
        <w:tc>
          <w:tcPr>
            <w:tcW w:type="dxa" w:w="2880"/>
          </w:tcPr>
          <w:p>
            <w:r>
              <w:t>1</w:t>
            </w:r>
          </w:p>
        </w:tc>
      </w:tr>
      <w:tr>
        <w:tc>
          <w:tcPr>
            <w:tcW w:type="dxa" w:w="2880"/>
          </w:tcPr>
          <w:p>
            <w:r>
              <w:t>2026-08-17</w:t>
            </w:r>
          </w:p>
        </w:tc>
        <w:tc>
          <w:tcPr>
            <w:tcW w:type="dxa" w:w="2880"/>
          </w:tcPr>
          <w:p>
            <w:r>
              <w:t>concert</w:t>
            </w:r>
          </w:p>
        </w:tc>
        <w:tc>
          <w:tcPr>
            <w:tcW w:type="dxa" w:w="2880"/>
          </w:tcPr>
          <w:p>
            <w:r>
              <w:t>1</w:t>
            </w:r>
          </w:p>
        </w:tc>
      </w:tr>
      <w:tr>
        <w:tc>
          <w:tcPr>
            <w:tcW w:type="dxa" w:w="2880"/>
          </w:tcPr>
          <w:p>
            <w:r>
              <w:t>2026-08-17</w:t>
            </w:r>
          </w:p>
        </w:tc>
        <w:tc>
          <w:tcPr>
            <w:tcW w:type="dxa" w:w="2880"/>
          </w:tcPr>
          <w:p>
            <w:r>
              <w:t>match</w:t>
            </w:r>
          </w:p>
        </w:tc>
        <w:tc>
          <w:tcPr>
            <w:tcW w:type="dxa" w:w="2880"/>
          </w:tcPr>
          <w:p>
            <w:r>
              <w:t>0</w:t>
            </w:r>
          </w:p>
        </w:tc>
      </w:tr>
      <w:tr>
        <w:tc>
          <w:tcPr>
            <w:tcW w:type="dxa" w:w="2880"/>
          </w:tcPr>
          <w:p>
            <w:r>
              <w:t>2026-08-17</w:t>
            </w:r>
          </w:p>
        </w:tc>
        <w:tc>
          <w:tcPr>
            <w:tcW w:type="dxa" w:w="2880"/>
          </w:tcPr>
          <w:p>
            <w:r>
              <w:t>market</w:t>
            </w:r>
          </w:p>
        </w:tc>
        <w:tc>
          <w:tcPr>
            <w:tcW w:type="dxa" w:w="2880"/>
          </w:tcPr>
          <w:p>
            <w:r>
              <w:t>0</w:t>
            </w:r>
          </w:p>
        </w:tc>
      </w:tr>
      <w:tr>
        <w:tc>
          <w:tcPr>
            <w:tcW w:type="dxa" w:w="2880"/>
          </w:tcPr>
          <w:p>
            <w:r>
              <w:t>2026-08-17</w:t>
            </w:r>
          </w:p>
        </w:tc>
        <w:tc>
          <w:tcPr>
            <w:tcW w:type="dxa" w:w="2880"/>
          </w:tcPr>
          <w:p>
            <w:r>
              <w:t>festival</w:t>
            </w:r>
          </w:p>
        </w:tc>
        <w:tc>
          <w:tcPr>
            <w:tcW w:type="dxa" w:w="2880"/>
          </w:tcPr>
          <w:p>
            <w:r>
              <w:t>0</w:t>
            </w:r>
          </w:p>
        </w:tc>
      </w:tr>
      <w:tr>
        <w:tc>
          <w:tcPr>
            <w:tcW w:type="dxa" w:w="2880"/>
          </w:tcPr>
          <w:p>
            <w:r>
              <w:t>2026-08-24</w:t>
            </w:r>
          </w:p>
        </w:tc>
        <w:tc>
          <w:tcPr>
            <w:tcW w:type="dxa" w:w="2880"/>
          </w:tcPr>
          <w:p>
            <w:r>
              <w:t>exhibition</w:t>
            </w:r>
          </w:p>
        </w:tc>
        <w:tc>
          <w:tcPr>
            <w:tcW w:type="dxa" w:w="2880"/>
          </w:tcPr>
          <w:p>
            <w:r>
              <w:t>0</w:t>
            </w:r>
          </w:p>
        </w:tc>
      </w:tr>
      <w:tr>
        <w:tc>
          <w:tcPr>
            <w:tcW w:type="dxa" w:w="2880"/>
          </w:tcPr>
          <w:p>
            <w:r>
              <w:t>2026-08-24</w:t>
            </w:r>
          </w:p>
        </w:tc>
        <w:tc>
          <w:tcPr>
            <w:tcW w:type="dxa" w:w="2880"/>
          </w:tcPr>
          <w:p>
            <w:r>
              <w:t>concert</w:t>
            </w:r>
          </w:p>
        </w:tc>
        <w:tc>
          <w:tcPr>
            <w:tcW w:type="dxa" w:w="2880"/>
          </w:tcPr>
          <w:p>
            <w:r>
              <w:t>1</w:t>
            </w:r>
          </w:p>
        </w:tc>
      </w:tr>
      <w:tr>
        <w:tc>
          <w:tcPr>
            <w:tcW w:type="dxa" w:w="2880"/>
          </w:tcPr>
          <w:p>
            <w:r>
              <w:t>2026-08-24</w:t>
            </w:r>
          </w:p>
        </w:tc>
        <w:tc>
          <w:tcPr>
            <w:tcW w:type="dxa" w:w="2880"/>
          </w:tcPr>
          <w:p>
            <w:r>
              <w:t>match</w:t>
            </w:r>
          </w:p>
        </w:tc>
        <w:tc>
          <w:tcPr>
            <w:tcW w:type="dxa" w:w="2880"/>
          </w:tcPr>
          <w:p>
            <w:r>
              <w:t>1</w:t>
            </w:r>
          </w:p>
        </w:tc>
      </w:tr>
      <w:tr>
        <w:tc>
          <w:tcPr>
            <w:tcW w:type="dxa" w:w="2880"/>
          </w:tcPr>
          <w:p>
            <w:r>
              <w:t>2026-08-24</w:t>
            </w:r>
          </w:p>
        </w:tc>
        <w:tc>
          <w:tcPr>
            <w:tcW w:type="dxa" w:w="2880"/>
          </w:tcPr>
          <w:p>
            <w:r>
              <w:t>market</w:t>
            </w:r>
          </w:p>
        </w:tc>
        <w:tc>
          <w:tcPr>
            <w:tcW w:type="dxa" w:w="2880"/>
          </w:tcPr>
          <w:p>
            <w:r>
              <w:t>0</w:t>
            </w:r>
          </w:p>
        </w:tc>
      </w:tr>
      <w:tr>
        <w:tc>
          <w:tcPr>
            <w:tcW w:type="dxa" w:w="2880"/>
          </w:tcPr>
          <w:p>
            <w:r>
              <w:t>2026-08-24</w:t>
            </w:r>
          </w:p>
        </w:tc>
        <w:tc>
          <w:tcPr>
            <w:tcW w:type="dxa" w:w="2880"/>
          </w:tcPr>
          <w:p>
            <w:r>
              <w:t>festival</w:t>
            </w:r>
          </w:p>
        </w:tc>
        <w:tc>
          <w:tcPr>
            <w:tcW w:type="dxa" w:w="2880"/>
          </w:tcPr>
          <w:p>
            <w:r>
              <w:t>1</w:t>
            </w:r>
          </w:p>
        </w:tc>
      </w:tr>
      <w:tr>
        <w:tc>
          <w:tcPr>
            <w:tcW w:type="dxa" w:w="2880"/>
          </w:tcPr>
          <w:p>
            <w:r>
              <w:t>2026-08-31</w:t>
            </w:r>
          </w:p>
        </w:tc>
        <w:tc>
          <w:tcPr>
            <w:tcW w:type="dxa" w:w="2880"/>
          </w:tcPr>
          <w:p>
            <w:r>
              <w:t>exhibition</w:t>
            </w:r>
          </w:p>
        </w:tc>
        <w:tc>
          <w:tcPr>
            <w:tcW w:type="dxa" w:w="2880"/>
          </w:tcPr>
          <w:p>
            <w:r>
              <w:t>1</w:t>
            </w:r>
          </w:p>
        </w:tc>
      </w:tr>
      <w:tr>
        <w:tc>
          <w:tcPr>
            <w:tcW w:type="dxa" w:w="2880"/>
          </w:tcPr>
          <w:p>
            <w:r>
              <w:t>2026-08-31</w:t>
            </w:r>
          </w:p>
        </w:tc>
        <w:tc>
          <w:tcPr>
            <w:tcW w:type="dxa" w:w="2880"/>
          </w:tcPr>
          <w:p>
            <w:r>
              <w:t>concert</w:t>
            </w:r>
          </w:p>
        </w:tc>
        <w:tc>
          <w:tcPr>
            <w:tcW w:type="dxa" w:w="2880"/>
          </w:tcPr>
          <w:p>
            <w:r>
              <w:t>1</w:t>
            </w:r>
          </w:p>
        </w:tc>
      </w:tr>
      <w:tr>
        <w:tc>
          <w:tcPr>
            <w:tcW w:type="dxa" w:w="2880"/>
          </w:tcPr>
          <w:p>
            <w:r>
              <w:t>2026-08-31</w:t>
            </w:r>
          </w:p>
        </w:tc>
        <w:tc>
          <w:tcPr>
            <w:tcW w:type="dxa" w:w="2880"/>
          </w:tcPr>
          <w:p>
            <w:r>
              <w:t>match</w:t>
            </w:r>
          </w:p>
        </w:tc>
        <w:tc>
          <w:tcPr>
            <w:tcW w:type="dxa" w:w="2880"/>
          </w:tcPr>
          <w:p>
            <w:r>
              <w:t>0</w:t>
            </w:r>
          </w:p>
        </w:tc>
      </w:tr>
      <w:tr>
        <w:tc>
          <w:tcPr>
            <w:tcW w:type="dxa" w:w="2880"/>
          </w:tcPr>
          <w:p>
            <w:r>
              <w:t>2026-08-31</w:t>
            </w:r>
          </w:p>
        </w:tc>
        <w:tc>
          <w:tcPr>
            <w:tcW w:type="dxa" w:w="2880"/>
          </w:tcPr>
          <w:p>
            <w:r>
              <w:t>market</w:t>
            </w:r>
          </w:p>
        </w:tc>
        <w:tc>
          <w:tcPr>
            <w:tcW w:type="dxa" w:w="2880"/>
          </w:tcPr>
          <w:p>
            <w:r>
              <w:t>0</w:t>
            </w:r>
          </w:p>
        </w:tc>
      </w:tr>
      <w:tr>
        <w:tc>
          <w:tcPr>
            <w:tcW w:type="dxa" w:w="2880"/>
          </w:tcPr>
          <w:p>
            <w:r>
              <w:t>2026-08-31</w:t>
            </w:r>
          </w:p>
        </w:tc>
        <w:tc>
          <w:tcPr>
            <w:tcW w:type="dxa" w:w="2880"/>
          </w:tcPr>
          <w:p>
            <w:r>
              <w:t>festival</w:t>
            </w:r>
          </w:p>
        </w:tc>
        <w:tc>
          <w:tcPr>
            <w:tcW w:type="dxa" w:w="2880"/>
          </w:tcPr>
          <w:p>
            <w:r>
              <w:t>0</w:t>
            </w:r>
          </w:p>
        </w:tc>
      </w:tr>
      <w:tr>
        <w:tc>
          <w:tcPr>
            <w:tcW w:type="dxa" w:w="2880"/>
          </w:tcPr>
          <w:p>
            <w:r>
              <w:t>2026-09-07</w:t>
            </w:r>
          </w:p>
        </w:tc>
        <w:tc>
          <w:tcPr>
            <w:tcW w:type="dxa" w:w="2880"/>
          </w:tcPr>
          <w:p>
            <w:r>
              <w:t>exhibition</w:t>
            </w:r>
          </w:p>
        </w:tc>
        <w:tc>
          <w:tcPr>
            <w:tcW w:type="dxa" w:w="2880"/>
          </w:tcPr>
          <w:p>
            <w:r>
              <w:t>1</w:t>
            </w:r>
          </w:p>
        </w:tc>
      </w:tr>
      <w:tr>
        <w:tc>
          <w:tcPr>
            <w:tcW w:type="dxa" w:w="2880"/>
          </w:tcPr>
          <w:p>
            <w:r>
              <w:t>2026-09-07</w:t>
            </w:r>
          </w:p>
        </w:tc>
        <w:tc>
          <w:tcPr>
            <w:tcW w:type="dxa" w:w="2880"/>
          </w:tcPr>
          <w:p>
            <w:r>
              <w:t>concert</w:t>
            </w:r>
          </w:p>
        </w:tc>
        <w:tc>
          <w:tcPr>
            <w:tcW w:type="dxa" w:w="2880"/>
          </w:tcPr>
          <w:p>
            <w:r>
              <w:t>0</w:t>
            </w:r>
          </w:p>
        </w:tc>
      </w:tr>
      <w:tr>
        <w:tc>
          <w:tcPr>
            <w:tcW w:type="dxa" w:w="2880"/>
          </w:tcPr>
          <w:p>
            <w:r>
              <w:t>2026-09-07</w:t>
            </w:r>
          </w:p>
        </w:tc>
        <w:tc>
          <w:tcPr>
            <w:tcW w:type="dxa" w:w="2880"/>
          </w:tcPr>
          <w:p>
            <w:r>
              <w:t>match</w:t>
            </w:r>
          </w:p>
        </w:tc>
        <w:tc>
          <w:tcPr>
            <w:tcW w:type="dxa" w:w="2880"/>
          </w:tcPr>
          <w:p>
            <w:r>
              <w:t>1</w:t>
            </w:r>
          </w:p>
        </w:tc>
      </w:tr>
      <w:tr>
        <w:tc>
          <w:tcPr>
            <w:tcW w:type="dxa" w:w="2880"/>
          </w:tcPr>
          <w:p>
            <w:r>
              <w:t>2026-09-07</w:t>
            </w:r>
          </w:p>
        </w:tc>
        <w:tc>
          <w:tcPr>
            <w:tcW w:type="dxa" w:w="2880"/>
          </w:tcPr>
          <w:p>
            <w:r>
              <w:t>market</w:t>
            </w:r>
          </w:p>
        </w:tc>
        <w:tc>
          <w:tcPr>
            <w:tcW w:type="dxa" w:w="2880"/>
          </w:tcPr>
          <w:p>
            <w:r>
              <w:t>1</w:t>
            </w:r>
          </w:p>
        </w:tc>
      </w:tr>
      <w:tr>
        <w:tc>
          <w:tcPr>
            <w:tcW w:type="dxa" w:w="2880"/>
          </w:tcPr>
          <w:p>
            <w:r>
              <w:t>2026-09-07</w:t>
            </w:r>
          </w:p>
        </w:tc>
        <w:tc>
          <w:tcPr>
            <w:tcW w:type="dxa" w:w="2880"/>
          </w:tcPr>
          <w:p>
            <w:r>
              <w:t>festival</w:t>
            </w:r>
          </w:p>
        </w:tc>
        <w:tc>
          <w:tcPr>
            <w:tcW w:type="dxa" w:w="2880"/>
          </w:tcPr>
          <w:p>
            <w:r>
              <w:t>0</w:t>
            </w:r>
          </w:p>
        </w:tc>
      </w:tr>
      <w:tr>
        <w:tc>
          <w:tcPr>
            <w:tcW w:type="dxa" w:w="2880"/>
          </w:tcPr>
          <w:p>
            <w:r>
              <w:t>2026-09-14</w:t>
            </w:r>
          </w:p>
        </w:tc>
        <w:tc>
          <w:tcPr>
            <w:tcW w:type="dxa" w:w="2880"/>
          </w:tcPr>
          <w:p>
            <w:r>
              <w:t>exhibition</w:t>
            </w:r>
          </w:p>
        </w:tc>
        <w:tc>
          <w:tcPr>
            <w:tcW w:type="dxa" w:w="2880"/>
          </w:tcPr>
          <w:p>
            <w:r>
              <w:t>1</w:t>
            </w:r>
          </w:p>
        </w:tc>
      </w:tr>
      <w:tr>
        <w:tc>
          <w:tcPr>
            <w:tcW w:type="dxa" w:w="2880"/>
          </w:tcPr>
          <w:p>
            <w:r>
              <w:t>2026-09-14</w:t>
            </w:r>
          </w:p>
        </w:tc>
        <w:tc>
          <w:tcPr>
            <w:tcW w:type="dxa" w:w="2880"/>
          </w:tcPr>
          <w:p>
            <w:r>
              <w:t>concert</w:t>
            </w:r>
          </w:p>
        </w:tc>
        <w:tc>
          <w:tcPr>
            <w:tcW w:type="dxa" w:w="2880"/>
          </w:tcPr>
          <w:p>
            <w:r>
              <w:t>0</w:t>
            </w:r>
          </w:p>
        </w:tc>
      </w:tr>
      <w:tr>
        <w:tc>
          <w:tcPr>
            <w:tcW w:type="dxa" w:w="2880"/>
          </w:tcPr>
          <w:p>
            <w:r>
              <w:t>2026-09-14</w:t>
            </w:r>
          </w:p>
        </w:tc>
        <w:tc>
          <w:tcPr>
            <w:tcW w:type="dxa" w:w="2880"/>
          </w:tcPr>
          <w:p>
            <w:r>
              <w:t>match</w:t>
            </w:r>
          </w:p>
        </w:tc>
        <w:tc>
          <w:tcPr>
            <w:tcW w:type="dxa" w:w="2880"/>
          </w:tcPr>
          <w:p>
            <w:r>
              <w:t>1</w:t>
            </w:r>
          </w:p>
        </w:tc>
      </w:tr>
      <w:tr>
        <w:tc>
          <w:tcPr>
            <w:tcW w:type="dxa" w:w="2880"/>
          </w:tcPr>
          <w:p>
            <w:r>
              <w:t>2026-09-14</w:t>
            </w:r>
          </w:p>
        </w:tc>
        <w:tc>
          <w:tcPr>
            <w:tcW w:type="dxa" w:w="2880"/>
          </w:tcPr>
          <w:p>
            <w:r>
              <w:t>market</w:t>
            </w:r>
          </w:p>
        </w:tc>
        <w:tc>
          <w:tcPr>
            <w:tcW w:type="dxa" w:w="2880"/>
          </w:tcPr>
          <w:p>
            <w:r>
              <w:t>1</w:t>
            </w:r>
          </w:p>
        </w:tc>
      </w:tr>
      <w:tr>
        <w:tc>
          <w:tcPr>
            <w:tcW w:type="dxa" w:w="2880"/>
          </w:tcPr>
          <w:p>
            <w:r>
              <w:t>2026-09-14</w:t>
            </w:r>
          </w:p>
        </w:tc>
        <w:tc>
          <w:tcPr>
            <w:tcW w:type="dxa" w:w="2880"/>
          </w:tcPr>
          <w:p>
            <w:r>
              <w:t>festival</w:t>
            </w:r>
          </w:p>
        </w:tc>
        <w:tc>
          <w:tcPr>
            <w:tcW w:type="dxa" w:w="2880"/>
          </w:tcPr>
          <w:p>
            <w:r>
              <w:t>3</w:t>
            </w:r>
          </w:p>
        </w:tc>
      </w:tr>
      <w:tr>
        <w:tc>
          <w:tcPr>
            <w:tcW w:type="dxa" w:w="2880"/>
          </w:tcPr>
          <w:p>
            <w:r>
              <w:t>2026-09-21</w:t>
            </w:r>
          </w:p>
        </w:tc>
        <w:tc>
          <w:tcPr>
            <w:tcW w:type="dxa" w:w="2880"/>
          </w:tcPr>
          <w:p>
            <w:r>
              <w:t>exhibition</w:t>
            </w:r>
          </w:p>
        </w:tc>
        <w:tc>
          <w:tcPr>
            <w:tcW w:type="dxa" w:w="2880"/>
          </w:tcPr>
          <w:p>
            <w:r>
              <w:t>0</w:t>
            </w:r>
          </w:p>
        </w:tc>
      </w:tr>
      <w:tr>
        <w:tc>
          <w:tcPr>
            <w:tcW w:type="dxa" w:w="2880"/>
          </w:tcPr>
          <w:p>
            <w:r>
              <w:t>2026-09-21</w:t>
            </w:r>
          </w:p>
        </w:tc>
        <w:tc>
          <w:tcPr>
            <w:tcW w:type="dxa" w:w="2880"/>
          </w:tcPr>
          <w:p>
            <w:r>
              <w:t>concert</w:t>
            </w:r>
          </w:p>
        </w:tc>
        <w:tc>
          <w:tcPr>
            <w:tcW w:type="dxa" w:w="2880"/>
          </w:tcPr>
          <w:p>
            <w:r>
              <w:t>0</w:t>
            </w:r>
          </w:p>
        </w:tc>
      </w:tr>
      <w:tr>
        <w:tc>
          <w:tcPr>
            <w:tcW w:type="dxa" w:w="2880"/>
          </w:tcPr>
          <w:p>
            <w:r>
              <w:t>2026-09-21</w:t>
            </w:r>
          </w:p>
        </w:tc>
        <w:tc>
          <w:tcPr>
            <w:tcW w:type="dxa" w:w="2880"/>
          </w:tcPr>
          <w:p>
            <w:r>
              <w:t>match</w:t>
            </w:r>
          </w:p>
        </w:tc>
        <w:tc>
          <w:tcPr>
            <w:tcW w:type="dxa" w:w="2880"/>
          </w:tcPr>
          <w:p>
            <w:r>
              <w:t>0</w:t>
            </w:r>
          </w:p>
        </w:tc>
      </w:tr>
      <w:tr>
        <w:tc>
          <w:tcPr>
            <w:tcW w:type="dxa" w:w="2880"/>
          </w:tcPr>
          <w:p>
            <w:r>
              <w:t>2026-09-21</w:t>
            </w:r>
          </w:p>
        </w:tc>
        <w:tc>
          <w:tcPr>
            <w:tcW w:type="dxa" w:w="2880"/>
          </w:tcPr>
          <w:p>
            <w:r>
              <w:t>market</w:t>
            </w:r>
          </w:p>
        </w:tc>
        <w:tc>
          <w:tcPr>
            <w:tcW w:type="dxa" w:w="2880"/>
          </w:tcPr>
          <w:p>
            <w:r>
              <w:t>0</w:t>
            </w:r>
          </w:p>
        </w:tc>
      </w:tr>
      <w:tr>
        <w:tc>
          <w:tcPr>
            <w:tcW w:type="dxa" w:w="2880"/>
          </w:tcPr>
          <w:p>
            <w:r>
              <w:t>2026-09-21</w:t>
            </w:r>
          </w:p>
        </w:tc>
        <w:tc>
          <w:tcPr>
            <w:tcW w:type="dxa" w:w="2880"/>
          </w:tcPr>
          <w:p>
            <w:r>
              <w:t>festival</w:t>
            </w:r>
          </w:p>
        </w:tc>
        <w:tc>
          <w:tcPr>
            <w:tcW w:type="dxa" w:w="2880"/>
          </w:tcPr>
          <w:p>
            <w:r>
              <w:t>0</w:t>
            </w:r>
          </w:p>
        </w:tc>
      </w:tr>
      <w:tr>
        <w:tc>
          <w:tcPr>
            <w:tcW w:type="dxa" w:w="2880"/>
          </w:tcPr>
          <w:p>
            <w:r>
              <w:t>2026-09-28</w:t>
            </w:r>
          </w:p>
        </w:tc>
        <w:tc>
          <w:tcPr>
            <w:tcW w:type="dxa" w:w="2880"/>
          </w:tcPr>
          <w:p>
            <w:r>
              <w:t>exhibition</w:t>
            </w:r>
          </w:p>
        </w:tc>
        <w:tc>
          <w:tcPr>
            <w:tcW w:type="dxa" w:w="2880"/>
          </w:tcPr>
          <w:p>
            <w:r>
              <w:t>0</w:t>
            </w:r>
          </w:p>
        </w:tc>
      </w:tr>
      <w:tr>
        <w:tc>
          <w:tcPr>
            <w:tcW w:type="dxa" w:w="2880"/>
          </w:tcPr>
          <w:p>
            <w:r>
              <w:t>2026-09-28</w:t>
            </w:r>
          </w:p>
        </w:tc>
        <w:tc>
          <w:tcPr>
            <w:tcW w:type="dxa" w:w="2880"/>
          </w:tcPr>
          <w:p>
            <w:r>
              <w:t>concert</w:t>
            </w:r>
          </w:p>
        </w:tc>
        <w:tc>
          <w:tcPr>
            <w:tcW w:type="dxa" w:w="2880"/>
          </w:tcPr>
          <w:p>
            <w:r>
              <w:t>0</w:t>
            </w:r>
          </w:p>
        </w:tc>
      </w:tr>
      <w:tr>
        <w:tc>
          <w:tcPr>
            <w:tcW w:type="dxa" w:w="2880"/>
          </w:tcPr>
          <w:p>
            <w:r>
              <w:t>2026-09-28</w:t>
            </w:r>
          </w:p>
        </w:tc>
        <w:tc>
          <w:tcPr>
            <w:tcW w:type="dxa" w:w="2880"/>
          </w:tcPr>
          <w:p>
            <w:r>
              <w:t>match</w:t>
            </w:r>
          </w:p>
        </w:tc>
        <w:tc>
          <w:tcPr>
            <w:tcW w:type="dxa" w:w="2880"/>
          </w:tcPr>
          <w:p>
            <w:r>
              <w:t>0</w:t>
            </w:r>
          </w:p>
        </w:tc>
      </w:tr>
      <w:tr>
        <w:tc>
          <w:tcPr>
            <w:tcW w:type="dxa" w:w="2880"/>
          </w:tcPr>
          <w:p>
            <w:r>
              <w:t>2026-09-28</w:t>
            </w:r>
          </w:p>
        </w:tc>
        <w:tc>
          <w:tcPr>
            <w:tcW w:type="dxa" w:w="2880"/>
          </w:tcPr>
          <w:p>
            <w:r>
              <w:t>market</w:t>
            </w:r>
          </w:p>
        </w:tc>
        <w:tc>
          <w:tcPr>
            <w:tcW w:type="dxa" w:w="2880"/>
          </w:tcPr>
          <w:p>
            <w:r>
              <w:t>0</w:t>
            </w:r>
          </w:p>
        </w:tc>
      </w:tr>
      <w:tr>
        <w:tc>
          <w:tcPr>
            <w:tcW w:type="dxa" w:w="2880"/>
          </w:tcPr>
          <w:p>
            <w:r>
              <w:t>2026-09-28</w:t>
            </w:r>
          </w:p>
        </w:tc>
        <w:tc>
          <w:tcPr>
            <w:tcW w:type="dxa" w:w="2880"/>
          </w:tcPr>
          <w:p>
            <w:r>
              <w:t>festival</w:t>
            </w:r>
          </w:p>
        </w:tc>
        <w:tc>
          <w:tcPr>
            <w:tcW w:type="dxa" w:w="2880"/>
          </w:tcPr>
          <w:p>
            <w:r>
              <w:t>0</w:t>
            </w:r>
          </w:p>
        </w:tc>
      </w:tr>
      <w:tr>
        <w:tc>
          <w:tcPr>
            <w:tcW w:type="dxa" w:w="2880"/>
          </w:tcPr>
          <w:p>
            <w:r>
              <w:t>2026-10-05</w:t>
            </w:r>
          </w:p>
        </w:tc>
        <w:tc>
          <w:tcPr>
            <w:tcW w:type="dxa" w:w="2880"/>
          </w:tcPr>
          <w:p>
            <w:r>
              <w:t>exhibition</w:t>
            </w:r>
          </w:p>
        </w:tc>
        <w:tc>
          <w:tcPr>
            <w:tcW w:type="dxa" w:w="2880"/>
          </w:tcPr>
          <w:p>
            <w:r>
              <w:t>0</w:t>
            </w:r>
          </w:p>
        </w:tc>
      </w:tr>
      <w:tr>
        <w:tc>
          <w:tcPr>
            <w:tcW w:type="dxa" w:w="2880"/>
          </w:tcPr>
          <w:p>
            <w:r>
              <w:t>2026-10-05</w:t>
            </w:r>
          </w:p>
        </w:tc>
        <w:tc>
          <w:tcPr>
            <w:tcW w:type="dxa" w:w="2880"/>
          </w:tcPr>
          <w:p>
            <w:r>
              <w:t>concert</w:t>
            </w:r>
          </w:p>
        </w:tc>
        <w:tc>
          <w:tcPr>
            <w:tcW w:type="dxa" w:w="2880"/>
          </w:tcPr>
          <w:p>
            <w:r>
              <w:t>2</w:t>
            </w:r>
          </w:p>
        </w:tc>
      </w:tr>
      <w:tr>
        <w:tc>
          <w:tcPr>
            <w:tcW w:type="dxa" w:w="2880"/>
          </w:tcPr>
          <w:p>
            <w:r>
              <w:t>2026-10-05</w:t>
            </w:r>
          </w:p>
        </w:tc>
        <w:tc>
          <w:tcPr>
            <w:tcW w:type="dxa" w:w="2880"/>
          </w:tcPr>
          <w:p>
            <w:r>
              <w:t>match</w:t>
            </w:r>
          </w:p>
        </w:tc>
        <w:tc>
          <w:tcPr>
            <w:tcW w:type="dxa" w:w="2880"/>
          </w:tcPr>
          <w:p>
            <w:r>
              <w:t>0</w:t>
            </w:r>
          </w:p>
        </w:tc>
      </w:tr>
      <w:tr>
        <w:tc>
          <w:tcPr>
            <w:tcW w:type="dxa" w:w="2880"/>
          </w:tcPr>
          <w:p>
            <w:r>
              <w:t>2026-10-05</w:t>
            </w:r>
          </w:p>
        </w:tc>
        <w:tc>
          <w:tcPr>
            <w:tcW w:type="dxa" w:w="2880"/>
          </w:tcPr>
          <w:p>
            <w:r>
              <w:t>market</w:t>
            </w:r>
          </w:p>
        </w:tc>
        <w:tc>
          <w:tcPr>
            <w:tcW w:type="dxa" w:w="2880"/>
          </w:tcPr>
          <w:p>
            <w:r>
              <w:t>1</w:t>
            </w:r>
          </w:p>
        </w:tc>
      </w:tr>
      <w:tr>
        <w:tc>
          <w:tcPr>
            <w:tcW w:type="dxa" w:w="2880"/>
          </w:tcPr>
          <w:p>
            <w:r>
              <w:t>2026-10-05</w:t>
            </w:r>
          </w:p>
        </w:tc>
        <w:tc>
          <w:tcPr>
            <w:tcW w:type="dxa" w:w="2880"/>
          </w:tcPr>
          <w:p>
            <w:r>
              <w:t>festival</w:t>
            </w:r>
          </w:p>
        </w:tc>
        <w:tc>
          <w:tcPr>
            <w:tcW w:type="dxa" w:w="2880"/>
          </w:tcPr>
          <w:p>
            <w:r>
              <w:t>1</w:t>
            </w:r>
          </w:p>
        </w:tc>
      </w:tr>
      <w:tr>
        <w:tc>
          <w:tcPr>
            <w:tcW w:type="dxa" w:w="2880"/>
          </w:tcPr>
          <w:p>
            <w:r>
              <w:t>2026-10-12</w:t>
            </w:r>
          </w:p>
        </w:tc>
        <w:tc>
          <w:tcPr>
            <w:tcW w:type="dxa" w:w="2880"/>
          </w:tcPr>
          <w:p>
            <w:r>
              <w:t>exhibition</w:t>
            </w:r>
          </w:p>
        </w:tc>
        <w:tc>
          <w:tcPr>
            <w:tcW w:type="dxa" w:w="2880"/>
          </w:tcPr>
          <w:p>
            <w:r>
              <w:t>1</w:t>
            </w:r>
          </w:p>
        </w:tc>
      </w:tr>
      <w:tr>
        <w:tc>
          <w:tcPr>
            <w:tcW w:type="dxa" w:w="2880"/>
          </w:tcPr>
          <w:p>
            <w:r>
              <w:t>2026-10-12</w:t>
            </w:r>
          </w:p>
        </w:tc>
        <w:tc>
          <w:tcPr>
            <w:tcW w:type="dxa" w:w="2880"/>
          </w:tcPr>
          <w:p>
            <w:r>
              <w:t>concert</w:t>
            </w:r>
          </w:p>
        </w:tc>
        <w:tc>
          <w:tcPr>
            <w:tcW w:type="dxa" w:w="2880"/>
          </w:tcPr>
          <w:p>
            <w:r>
              <w:t>0</w:t>
            </w:r>
          </w:p>
        </w:tc>
      </w:tr>
      <w:tr>
        <w:tc>
          <w:tcPr>
            <w:tcW w:type="dxa" w:w="2880"/>
          </w:tcPr>
          <w:p>
            <w:r>
              <w:t>2026-10-12</w:t>
            </w:r>
          </w:p>
        </w:tc>
        <w:tc>
          <w:tcPr>
            <w:tcW w:type="dxa" w:w="2880"/>
          </w:tcPr>
          <w:p>
            <w:r>
              <w:t>match</w:t>
            </w:r>
          </w:p>
        </w:tc>
        <w:tc>
          <w:tcPr>
            <w:tcW w:type="dxa" w:w="2880"/>
          </w:tcPr>
          <w:p>
            <w:r>
              <w:t>1</w:t>
            </w:r>
          </w:p>
        </w:tc>
      </w:tr>
      <w:tr>
        <w:tc>
          <w:tcPr>
            <w:tcW w:type="dxa" w:w="2880"/>
          </w:tcPr>
          <w:p>
            <w:r>
              <w:t>2026-10-12</w:t>
            </w:r>
          </w:p>
        </w:tc>
        <w:tc>
          <w:tcPr>
            <w:tcW w:type="dxa" w:w="2880"/>
          </w:tcPr>
          <w:p>
            <w:r>
              <w:t>market</w:t>
            </w:r>
          </w:p>
        </w:tc>
        <w:tc>
          <w:tcPr>
            <w:tcW w:type="dxa" w:w="2880"/>
          </w:tcPr>
          <w:p>
            <w:r>
              <w:t>2</w:t>
            </w:r>
          </w:p>
        </w:tc>
      </w:tr>
      <w:tr>
        <w:tc>
          <w:tcPr>
            <w:tcW w:type="dxa" w:w="2880"/>
          </w:tcPr>
          <w:p>
            <w:r>
              <w:t>2026-10-12</w:t>
            </w:r>
          </w:p>
        </w:tc>
        <w:tc>
          <w:tcPr>
            <w:tcW w:type="dxa" w:w="2880"/>
          </w:tcPr>
          <w:p>
            <w:r>
              <w:t>festival</w:t>
            </w:r>
          </w:p>
        </w:tc>
        <w:tc>
          <w:tcPr>
            <w:tcW w:type="dxa" w:w="2880"/>
          </w:tcPr>
          <w:p>
            <w:r>
              <w:t>0</w:t>
            </w:r>
          </w:p>
        </w:tc>
      </w:tr>
      <w:tr>
        <w:tc>
          <w:tcPr>
            <w:tcW w:type="dxa" w:w="2880"/>
          </w:tcPr>
          <w:p>
            <w:r>
              <w:t>2026-10-19</w:t>
            </w:r>
          </w:p>
        </w:tc>
        <w:tc>
          <w:tcPr>
            <w:tcW w:type="dxa" w:w="2880"/>
          </w:tcPr>
          <w:p>
            <w:r>
              <w:t>exhibition</w:t>
            </w:r>
          </w:p>
        </w:tc>
        <w:tc>
          <w:tcPr>
            <w:tcW w:type="dxa" w:w="2880"/>
          </w:tcPr>
          <w:p>
            <w:r>
              <w:t>2</w:t>
            </w:r>
          </w:p>
        </w:tc>
      </w:tr>
      <w:tr>
        <w:tc>
          <w:tcPr>
            <w:tcW w:type="dxa" w:w="2880"/>
          </w:tcPr>
          <w:p>
            <w:r>
              <w:t>2026-10-19</w:t>
            </w:r>
          </w:p>
        </w:tc>
        <w:tc>
          <w:tcPr>
            <w:tcW w:type="dxa" w:w="2880"/>
          </w:tcPr>
          <w:p>
            <w:r>
              <w:t>concert</w:t>
            </w:r>
          </w:p>
        </w:tc>
        <w:tc>
          <w:tcPr>
            <w:tcW w:type="dxa" w:w="2880"/>
          </w:tcPr>
          <w:p>
            <w:r>
              <w:t>1</w:t>
            </w:r>
          </w:p>
        </w:tc>
      </w:tr>
      <w:tr>
        <w:tc>
          <w:tcPr>
            <w:tcW w:type="dxa" w:w="2880"/>
          </w:tcPr>
          <w:p>
            <w:r>
              <w:t>2026-10-19</w:t>
            </w:r>
          </w:p>
        </w:tc>
        <w:tc>
          <w:tcPr>
            <w:tcW w:type="dxa" w:w="2880"/>
          </w:tcPr>
          <w:p>
            <w:r>
              <w:t>match</w:t>
            </w:r>
          </w:p>
        </w:tc>
        <w:tc>
          <w:tcPr>
            <w:tcW w:type="dxa" w:w="2880"/>
          </w:tcPr>
          <w:p>
            <w:r>
              <w:t>0</w:t>
            </w:r>
          </w:p>
        </w:tc>
      </w:tr>
      <w:tr>
        <w:tc>
          <w:tcPr>
            <w:tcW w:type="dxa" w:w="2880"/>
          </w:tcPr>
          <w:p>
            <w:r>
              <w:t>2026-10-19</w:t>
            </w:r>
          </w:p>
        </w:tc>
        <w:tc>
          <w:tcPr>
            <w:tcW w:type="dxa" w:w="2880"/>
          </w:tcPr>
          <w:p>
            <w:r>
              <w:t>market</w:t>
            </w:r>
          </w:p>
        </w:tc>
        <w:tc>
          <w:tcPr>
            <w:tcW w:type="dxa" w:w="2880"/>
          </w:tcPr>
          <w:p>
            <w:r>
              <w:t>0</w:t>
            </w:r>
          </w:p>
        </w:tc>
      </w:tr>
      <w:tr>
        <w:tc>
          <w:tcPr>
            <w:tcW w:type="dxa" w:w="2880"/>
          </w:tcPr>
          <w:p>
            <w:r>
              <w:t>2026-10-19</w:t>
            </w:r>
          </w:p>
        </w:tc>
        <w:tc>
          <w:tcPr>
            <w:tcW w:type="dxa" w:w="2880"/>
          </w:tcPr>
          <w:p>
            <w:r>
              <w:t>festival</w:t>
            </w:r>
          </w:p>
        </w:tc>
        <w:tc>
          <w:tcPr>
            <w:tcW w:type="dxa" w:w="2880"/>
          </w:tcPr>
          <w:p>
            <w:r>
              <w:t>1</w:t>
            </w:r>
          </w:p>
        </w:tc>
      </w:tr>
      <w:tr>
        <w:tc>
          <w:tcPr>
            <w:tcW w:type="dxa" w:w="2880"/>
          </w:tcPr>
          <w:p>
            <w:r>
              <w:t>2026-10-26</w:t>
            </w:r>
          </w:p>
        </w:tc>
        <w:tc>
          <w:tcPr>
            <w:tcW w:type="dxa" w:w="2880"/>
          </w:tcPr>
          <w:p>
            <w:r>
              <w:t>exhibition</w:t>
            </w:r>
          </w:p>
        </w:tc>
        <w:tc>
          <w:tcPr>
            <w:tcW w:type="dxa" w:w="2880"/>
          </w:tcPr>
          <w:p>
            <w:r>
              <w:t>2</w:t>
            </w:r>
          </w:p>
        </w:tc>
      </w:tr>
      <w:tr>
        <w:tc>
          <w:tcPr>
            <w:tcW w:type="dxa" w:w="2880"/>
          </w:tcPr>
          <w:p>
            <w:r>
              <w:t>2026-10-26</w:t>
            </w:r>
          </w:p>
        </w:tc>
        <w:tc>
          <w:tcPr>
            <w:tcW w:type="dxa" w:w="2880"/>
          </w:tcPr>
          <w:p>
            <w:r>
              <w:t>concert</w:t>
            </w:r>
          </w:p>
        </w:tc>
        <w:tc>
          <w:tcPr>
            <w:tcW w:type="dxa" w:w="2880"/>
          </w:tcPr>
          <w:p>
            <w:r>
              <w:t>1</w:t>
            </w:r>
          </w:p>
        </w:tc>
      </w:tr>
      <w:tr>
        <w:tc>
          <w:tcPr>
            <w:tcW w:type="dxa" w:w="2880"/>
          </w:tcPr>
          <w:p>
            <w:r>
              <w:t>2026-10-26</w:t>
            </w:r>
          </w:p>
        </w:tc>
        <w:tc>
          <w:tcPr>
            <w:tcW w:type="dxa" w:w="2880"/>
          </w:tcPr>
          <w:p>
            <w:r>
              <w:t>match</w:t>
            </w:r>
          </w:p>
        </w:tc>
        <w:tc>
          <w:tcPr>
            <w:tcW w:type="dxa" w:w="2880"/>
          </w:tcPr>
          <w:p>
            <w:r>
              <w:t>2</w:t>
            </w:r>
          </w:p>
        </w:tc>
      </w:tr>
      <w:tr>
        <w:tc>
          <w:tcPr>
            <w:tcW w:type="dxa" w:w="2880"/>
          </w:tcPr>
          <w:p>
            <w:r>
              <w:t>2026-10-26</w:t>
            </w:r>
          </w:p>
        </w:tc>
        <w:tc>
          <w:tcPr>
            <w:tcW w:type="dxa" w:w="2880"/>
          </w:tcPr>
          <w:p>
            <w:r>
              <w:t>market</w:t>
            </w:r>
          </w:p>
        </w:tc>
        <w:tc>
          <w:tcPr>
            <w:tcW w:type="dxa" w:w="2880"/>
          </w:tcPr>
          <w:p>
            <w:r>
              <w:t>0</w:t>
            </w:r>
          </w:p>
        </w:tc>
      </w:tr>
      <w:tr>
        <w:tc>
          <w:tcPr>
            <w:tcW w:type="dxa" w:w="2880"/>
          </w:tcPr>
          <w:p>
            <w:r>
              <w:t>2026-10-26</w:t>
            </w:r>
          </w:p>
        </w:tc>
        <w:tc>
          <w:tcPr>
            <w:tcW w:type="dxa" w:w="2880"/>
          </w:tcPr>
          <w:p>
            <w:r>
              <w:t>festival</w:t>
            </w:r>
          </w:p>
        </w:tc>
        <w:tc>
          <w:tcPr>
            <w:tcW w:type="dxa" w:w="2880"/>
          </w:tcPr>
          <w:p>
            <w:r>
              <w:t>0</w:t>
            </w:r>
          </w:p>
        </w:tc>
      </w:tr>
    </w:tbl>
    <w:p/>
    <w:sectPr w:rsidR="00FC693F" w:rsidRPr="0006063C" w:rsidSect="00034616">
      <w:footerReference w:type="default" r:id="rId3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Tourism and events, Barcelona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Tourism and events, Barcelona: report</dc:title>
  <dc:subject>Describe the project Sample: Tourism and events, Barcelona: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