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Real estate and urban planning, Lisbon: report</w:t>
      </w:r>
    </w:p>
    <w:p>
      <w:r>
        <w:rPr>
          <w:color w:val="525252"/>
          <w:sz w:val="18"/>
        </w:rPr>
        <w:t>Project: Sample: Real estate and urban planning, Lisbon</w:t>
      </w:r>
      <w:r>
        <w:rPr>
          <w:color w:val="525252"/>
          <w:sz w:val="18"/>
        </w:rPr>
        <w:br/>
        <w:t>Goal: Describe the project Sample: Real estate and urban planning, Lisbon: run the analyses that tell the most about its data, draw every result, and write a cited report.</w:t>
      </w:r>
      <w:r>
        <w:rPr>
          <w:color w:val="525252"/>
          <w:sz w:val="18"/>
        </w:rPr>
        <w:br/>
        <w:t>Run: 76926ded-9cc8-4578-9472-14b00b3eb370 (running, 11 agent run(s))</w:t>
      </w:r>
      <w:r>
        <w:rPr>
          <w:color w:val="525252"/>
          <w:sz w:val="18"/>
        </w:rPr>
        <w:br/>
        <w:t>Generated: 2026-10-18T06:25:20Z,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Zoning districts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 polygon (area) features; 'use' has 4 values (top: residential 5, mixed use 3, commercial 1); 'max_far' 1.2 to 4 (mean 2.32); 'max_height_m' 15 to 40 (mean 23.5); named by 'name' (e.g. Vila Norte, Jardim Primavera, Alto do Moinho); total area 20.02 km2; extent -9.1715,38.7188 to -9.1139,38.7550. Areas (Zoning districts) with max_far to compare and map.</w:t>
            </w:r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Parcels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1,100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1,100 polygon (area) features; 'zone_code' has 6 values (top: I07 282, R09 189, R04 188); 'vacant' has 2 values (top: False 1051, True 49); 'built_far' 0 to 3.87 (mean 1.459); 'area_m2' 752 to 13,841 (mean 4667); 'slope_deg' 0 to 6.8 (mean 2.608); total area 5.138 km2; extent -9.1709,38.7193 to -9.1450,38.7544. Areas (Parcels) with built_far to compare and map.</w:t>
            </w:r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Property sales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950</w:t>
            </w:r>
          </w:p>
        </w:tc>
        <w:tc>
          <w:tcPr>
            <w:tcW w:type="dxa" w:w="1440"/>
          </w:tcPr>
          <w:p>
            <w:r>
              <w:t>2022-01-01 to 2026-09-30</w:t>
            </w:r>
          </w:p>
        </w:tc>
        <w:tc>
          <w:tcPr>
            <w:tcW w:type="dxa" w:w="1440"/>
          </w:tcPr>
          <w:p>
            <w:r>
              <w:t>950 point features; dated by 'date' from 2022-01-01 to 2026-09-30; 'type' has 3 values (top: apartment 431, office 268, house 251); 'price_eur_m2' 2,476 to 8,706 (mean 4799); 'price_eur' 78,920 to 1,343,084 (mean 4.309e+05); 'area_m2' 24 to 242 (mean 89.94); extent -9.1704,38.7199 to -9.1457,38.7539. Dated point events by type: where and when Property sales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Building permits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380</w:t>
            </w:r>
          </w:p>
        </w:tc>
        <w:tc>
          <w:tcPr>
            <w:tcW w:type="dxa" w:w="1440"/>
          </w:tcPr>
          <w:p>
            <w:r>
              <w:t>2023-01-01 to 2026-09-01</w:t>
            </w:r>
          </w:p>
        </w:tc>
        <w:tc>
          <w:tcPr>
            <w:tcW w:type="dxa" w:w="1440"/>
          </w:tcPr>
          <w:p>
            <w:r>
              <w:t>380 point features; dated by 'decision_month' from 2023-01-01 to 2026-09-01; 'type' has 4 values (top: extension 130, new build 127, change of use 88); 'units' 0 to 40 (mean 20.4); extent -9.1702,38.7204 to -9.1457,38.7539. Dated point events by type: where and when Building permits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Transit stations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 point features; 'lines' 1 to 2 (mean 1.333); 'daily_entries' 4,708 to 38,148 (mean 1.733e+04); named by 'name' (e.g. Metro station Jardim Primavera, Metro station Alto do Moinho, Metro station Bairro da Estacao); extent -9.1699,38.7198 to -9.1176,38.7485. Point locations of Transit stations.</w:t>
            </w:r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Green spaces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 polygon (area) features; 'type' has 3 values (top: garden 7, square 2, park 1); 'area_ha' 1.04 to 1.4 (mean 1.219); named by 'name' (e.g. Jardim Jardim Primavera, Jardim Alto do Moinho, Jardim Bairro da Estacao); total area 0.122 km2; extent -9.1688,38.7218 to -9.1188,38.7511. Areas (Green spaces) with area_ha to compare and map.</w:t>
            </w:r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Streets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151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151 line features; 'class' has 2 values (top: street 132, avenue 19); 'one_way' has 2 values (top: False 94, True 57); named by 'name' (e.g. Avenida Central, Avenida da Liberdade, Avenida do Mar); total length 272.2 km; extent -9.1710,38.7192 to -9.1145,38.7546. Lines (Streets) such as routes or networks.</w:t>
            </w:r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City terrain model (DEM)</w:t>
            </w:r>
          </w:p>
        </w:tc>
        <w:tc>
          <w:tcPr>
            <w:tcW w:type="dxa" w:w="1440"/>
          </w:tcPr>
          <w:p>
            <w:r>
              <w:t>raster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1-band float32 raster (dem), 333 x 267 cells; resolution 15; band 1 12.08 to 130.7; extent -9.1715,38.7188 to -9.1140,38.7550. An elevation surface for terrain analysis.</w:t>
            </w:r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Land values by zone and year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>
              <w:t>2018-01-01 to 2026-01-01</w:t>
            </w:r>
          </w:p>
        </w:tc>
        <w:tc>
          <w:tcPr>
            <w:tcW w:type="dxa" w:w="1440"/>
          </w:tcPr>
          <w:p>
            <w:r>
              <w:t>Table of 90 rows and 3 columns without geometry; dated by 'year' from 2018-01-01 to 2026-01-01; 'zone_code' has 10 values (top: R01 9, R02 9, R03 9); 'value_eur_m2' 1,319 to 4,341 (mean 1891). A table of Land values by zone and year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Planning applications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160</w:t>
            </w:r>
          </w:p>
        </w:tc>
        <w:tc>
          <w:tcPr>
            <w:tcW w:type="dxa" w:w="1440"/>
          </w:tcPr>
          <w:p>
            <w:r>
              <w:t>2025-01-01 to 2025-12-28</w:t>
            </w:r>
          </w:p>
        </w:tc>
        <w:tc>
          <w:tcPr>
            <w:tcW w:type="dxa" w:w="1440"/>
          </w:tcPr>
          <w:p>
            <w:r>
              <w:t>Table of 160 rows and 6 columns without geometry; dated by 'submitted' from 2025-01-01 to 2025-12-28; 'use' has 4 values (top: residential 47, mixed 41, hotel 37); 'status' has 3 values (top: approved 84, pending 61, refused 15); 'units' 1 to 120 (mean 55.81). A table of Planning applications without locations.</w:t>
            </w:r>
          </w:p>
        </w:tc>
        <w:tc>
          <w:tcPr>
            <w:tcW w:type="dxa" w:w="1440"/>
          </w:tcPr>
          <w:p>
            <w:r>
              <w:t>[5]</w:t>
            </w:r>
          </w:p>
        </w:tc>
      </w:tr>
      <w:tr>
        <w:tc>
          <w:tcPr>
            <w:tcW w:type="dxa" w:w="1440"/>
          </w:tcPr>
          <w:p>
            <w:r>
              <w:t>Planning committee brief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'Planning committee brief: riverside regeneration'; language en; mentions 4 place(s): Jardim dos Pinheiros (1), Jardim (1), Ribeira Sul (1), Fonte Nova (1). A document about Jardim dos Pinheiros, Jardim, Ribeira Sul.</w:t>
            </w:r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Sample: Real estate and urban planning, Lisbon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Emerging hot spots: Property sales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Emerging hot spots: Building permits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Repeat and near repeat classification: Property sales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Summarize within: Parcels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1,100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Summarize within: Parcels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1,100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Summarize within: Parcels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1,100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Hot spot analysis: Property sales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213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Hot spot analysis: Building permits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380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Calculate density: Property sales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867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Calculate density: Building permits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1,211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Find point clusters: Transit stations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[120]</w:t>
            </w:r>
          </w:p>
        </w:tc>
      </w:tr>
      <w:tr>
        <w:tc>
          <w:tcPr>
            <w:tcW w:type="dxa" w:w="1440"/>
          </w:tcPr>
          <w:p>
            <w:r>
              <w:t>Find point clusters: Property sales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[121]</w:t>
            </w:r>
          </w:p>
        </w:tc>
      </w:tr>
      <w:tr>
        <w:tc>
          <w:tcPr>
            <w:tcW w:type="dxa" w:w="1440"/>
          </w:tcPr>
          <w:p>
            <w:r>
              <w:t>Find point clusters: Building permits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380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[122]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[123]</w:t>
            </w:r>
          </w:p>
        </w:tc>
      </w:tr>
      <w:tr>
        <w:tc>
          <w:tcPr>
            <w:tcW w:type="dxa" w:w="1440"/>
          </w:tcPr>
          <w:p>
            <w:r>
              <w:t>Find outliers: Parcels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1,100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[124]</w:t>
            </w:r>
          </w:p>
        </w:tc>
      </w:tr>
      <w:tr>
        <w:tc>
          <w:tcPr>
            <w:tcW w:type="dxa" w:w="1440"/>
          </w:tcPr>
          <w:p>
            <w:r>
              <w:t>Find outliers: Green spaces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[125]</w:t>
            </w:r>
          </w:p>
        </w:tc>
      </w:tr>
      <w:tr>
        <w:tc>
          <w:tcPr>
            <w:tcW w:type="dxa" w:w="1440"/>
          </w:tcPr>
          <w:p>
            <w:r>
              <w:t>Find outliers: Zoning districts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[126]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6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quarter by dataset [1]. Per quarter, 2018-01-01 to 2026-07-01. Source: Property sales, Building permits, Land values by zone and year, Planning applications (1,580 features). The data is in the appendix.</w:t>
      </w:r>
    </w:p>
    <w:p>
      <w:r>
        <w:rPr>
          <w:i w:val="0"/>
        </w:rPr>
        <w:t>The timeline counts 1,580 dated events in Property sales, Building permits, Land values by zone and year and 1 more per quarter, from Q1 2018 to Q3 2026 [1][2][3][4][5]. By dataset: Property sales 950; Building permits 380; Planning applications 160; Land values by zone and year 90 [1]. The trend is +3.87 events per quarter; the second half of the quarters has 1,438 against 96 in the first (+1397.9%) [1]. 12 of the 35 quarters had no events [1].</w:t>
      </w:r>
    </w:p>
    <w:p>
      <w:r>
        <w:rPr>
          <w:b/>
        </w:rPr>
        <w:t>Busiest quarters</w:t>
      </w:r>
    </w:p>
    <w:p>
      <w:pPr>
        <w:pStyle w:val="ListBullet"/>
      </w:pPr>
      <w:r>
        <w:t>Q2 2025: 133 events [1]</w:t>
      </w:r>
    </w:p>
    <w:p>
      <w:pPr>
        <w:pStyle w:val="ListBullet"/>
      </w:pPr>
      <w:r>
        <w:t>Q4 2025: 125 events [1]</w:t>
      </w:r>
    </w:p>
    <w:p>
      <w:pPr>
        <w:pStyle w:val="ListBullet"/>
      </w:pPr>
      <w:r>
        <w:t>Q1 2025: 122 events [1]</w:t>
      </w:r>
    </w:p>
    <w:p>
      <w:r>
        <w:rPr>
          <w:b/>
        </w:rPr>
        <w:t>Quietest quarters with events</w:t>
      </w:r>
    </w:p>
    <w:p>
      <w:pPr>
        <w:pStyle w:val="ListBullet"/>
      </w:pPr>
      <w:r>
        <w:t>Q1 2018: 10 events [1]</w:t>
      </w:r>
    </w:p>
    <w:p>
      <w:pPr>
        <w:pStyle w:val="ListBullet"/>
      </w:pPr>
      <w:r>
        <w:t>Q1 2019: 10 events [1]</w:t>
      </w:r>
    </w:p>
    <w:p>
      <w:pPr>
        <w:pStyle w:val="ListBullet"/>
      </w:pPr>
      <w:r>
        <w:t>Q1 2020: 10 events [1]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[6]. In ArcGIS it is Emerging Hot Spot Analysis or Create Space Time Cube [6].</w:t>
      </w:r>
    </w:p>
    <w:p>
      <w:r>
        <w:rPr>
          <w:b/>
        </w:rPr>
        <w:t xml:space="preserve">Why it was run on this data. </w:t>
      </w:r>
      <w:r>
        <w:rPr>
          <w:i w:val="0"/>
        </w:rPr>
        <w:t>Property sales carry dates in 'date': emerging hot spot analysis finds new, intensifying and fading hot spots per month [7].</w:t>
      </w:r>
    </w:p>
    <w:p>
      <w:r>
        <w:rPr>
          <w:b/>
        </w:rPr>
        <w:t xml:space="preserve">What it found. </w:t>
      </w:r>
      <w:r>
        <w:rPr>
          <w:i w:val="0"/>
        </w:rPr>
        <w:t>The emerging hot spots layer, titled "Emerging hot spots: Property sales," was generated with 9 properties per resolution and involved 950 features [8]. This analysis resulted in 81 features [8]. The process took 21 elapsed milliseconds [8], and the total cost incurred was 0.1475 [8].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950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0.1475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0.1475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Property sales: Emerging hot spots: 1 layer saved: Emerging hot spots: Property sales (81 features) [8][9].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81; result, elapsed ms 21; result, resolution 9; result, features used 950; result, time neighbors 0; billing, cost 0.1475 [8].</w:t>
      </w:r>
    </w:p>
    <w:p>
      <w:r>
        <w:rPr>
          <w:i/>
          <w:color w:val="525252"/>
          <w:sz w:val="17"/>
        </w:rPr>
        <w:t>Tool gp_space_time_hot_spots; parameters {"project": "acfed0f6-9df9-4775-9325-30c0bbed70e9", "features": {"layer": "Property sales (a421b4df)"}, "interval": "month", "bin_shape": "h3", "resolution": 9, "time_field": "date"}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[6]. In ArcGIS it is Emerging Hot Spot Analysis or Create Space Time Cube [6].</w:t>
      </w:r>
    </w:p>
    <w:p>
      <w:r>
        <w:rPr>
          <w:b/>
        </w:rPr>
        <w:t xml:space="preserve">Why it was run on this data. </w:t>
      </w:r>
      <w:r>
        <w:rPr>
          <w:i w:val="0"/>
        </w:rPr>
        <w:t>Building permits carry dates in 'decision_month': emerging hot spot analysis finds new, intensifying and fading hot spots per month [10].</w:t>
      </w:r>
    </w:p>
    <w:p>
      <w:r>
        <w:rPr>
          <w:b/>
        </w:rPr>
        <w:t xml:space="preserve">What it found. </w:t>
      </w:r>
      <w:r>
        <w:rPr>
          <w:i w:val="0"/>
        </w:rPr>
        <w:t>The `gp_space_time_hot_spots` tool was run using `Building permits` data [12], resulting in the saving of emerging hot spots containing 90 features [11].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380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0.119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0.119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Building permits: Emerging hot spots: 1 layer saved: Emerging hot spots: Building permits (90 features) [11][12].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90; result, elapsed ms 19; result, resolution 9; result, features used 380; result, time neighbors 0; billing, cost 0.119 [11].</w:t>
      </w:r>
    </w:p>
    <w:p>
      <w:r>
        <w:rPr>
          <w:i/>
          <w:color w:val="525252"/>
          <w:sz w:val="17"/>
        </w:rPr>
        <w:t>Tool gp_space_time_hot_spots; parameters {"agg": "sum", "project": "acfed0f6-9df9-4775-9325-30c0bbed70e9", "features": {"layer": "Building permits (c9732c3b)"}, "interval": "month", "bin_shape": "h3", "resolution": 9, "time_field": "decision_month", "value_field": "units"}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[13]. In ArcGIS it is Repeat and Near Repeat Classification or Near Repeat Calculator [13].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Property sales close in space also follow each other within 30 days [14].</w:t>
      </w:r>
    </w:p>
    <w:p>
      <w:r>
        <w:rPr>
          <w:b/>
        </w:rPr>
        <w:t xml:space="preserve">What it found. </w:t>
      </w:r>
      <w:r>
        <w:rPr>
          <w:i w:val="0"/>
        </w:rPr>
        <w:t>Near repeat on Property sales: Repeat and near repeat classification: 1 layer saved: Repeat and near repeat classification: Property sales (950 features) [9][15]. It reported result, days 30; result, count 950; result, chains 43; result, distance m 100; result, elapsed ms 23; result, pairs linked 51 [15].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950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51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0.0785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0.0785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Property sales: Repeat and near repeat classification: 1 layer saved: Repeat and near repeat classification: Property sales (950 features) [9][15].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30; result, count 950; result, chains 43; result, distance m 100; result, elapsed ms 23; result, pairs linked 51 [15].</w:t>
      </w:r>
    </w:p>
    <w:p>
      <w:r>
        <w:rPr>
          <w:i/>
          <w:color w:val="525252"/>
          <w:sz w:val="17"/>
        </w:rPr>
        <w:t>Tool gp_near_repeat; parameters {"days": 30, "project": "acfed0f6-9df9-4775-9325-30c0bbed70e9", "features": {"layer": "Property sales (a421b4df)"}, "distance_m": 100.0, "time_field": "date"}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[16]. In ArcGIS it is Summarize Within or Aggregate Points; in QGIS, native:countpointsinpolygon or native:sumlinelengths [16].</w:t>
      </w:r>
    </w:p>
    <w:p>
      <w:r>
        <w:rPr>
          <w:b/>
        </w:rPr>
        <w:t xml:space="preserve">Why it was run on this data. </w:t>
      </w:r>
      <w:r>
        <w:rPr>
          <w:i w:val="0"/>
        </w:rPr>
        <w:t>Count Transit stations inside each feature of Parcels; the counts map as a choropleth (natural breaks, sequential colors) [17].</w:t>
      </w:r>
    </w:p>
    <w:p>
      <w:r>
        <w:rPr>
          <w:b/>
        </w:rPr>
        <w:t xml:space="preserve">What it found. </w:t>
      </w:r>
      <w:r>
        <w:rPr>
          <w:i w:val="0"/>
        </w:rPr>
        <w:t>Summarize within on Transit stations, Parcels: Summarize within: 1 layer saved: Summarize within: Parcels (1100 features) [18][19][20]. It reported result, count 1,100; result, elapsed ms 43; billing, cost 0.03226; billing, list price 0.03226; billing, upstream cost 0 [18].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0.03226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0.03226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Transit stations, Parcels: Summarize within: 1 layer saved: Summarize within: Parcels (1100 features) [18][19][20].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1,100; result, elapsed ms 43; billing, cost 0.03226; billing, list price 0.03226; billing, upstream cost 0 [18].</w:t>
      </w:r>
    </w:p>
    <w:p>
      <w:r>
        <w:rPr>
          <w:i/>
          <w:color w:val="525252"/>
          <w:sz w:val="17"/>
        </w:rPr>
        <w:t>Tool gp_summarize_within; parameters {"stats": [{"stat": "sum", "field": "lines"}], "project": "acfed0f6-9df9-4775-9325-30c0bbed70e9", "features": {"layer": "Transit stations (400e1561)"}, "polygons": {"layer": "Parcels (ccc22cc1)"}}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[16]. In ArcGIS it is Summarize Within or Aggregate Points; in QGIS, native:countpointsinpolygon or native:sumlinelengths [16].</w:t>
      </w:r>
    </w:p>
    <w:p>
      <w:r>
        <w:rPr>
          <w:b/>
        </w:rPr>
        <w:t xml:space="preserve">Why it was run on this data. </w:t>
      </w:r>
      <w:r>
        <w:rPr>
          <w:i w:val="0"/>
        </w:rPr>
        <w:t>Count Transit stations inside each feature of Parcels; the counts map as a choropleth (natural breaks, sequential colors) [17].</w:t>
      </w:r>
    </w:p>
    <w:p>
      <w:r>
        <w:rPr>
          <w:b/>
        </w:rPr>
        <w:t xml:space="preserve">What it found. </w:t>
      </w:r>
      <w:r>
        <w:rPr>
          <w:i w:val="0"/>
        </w:rPr>
        <w:t>Summarize within on Property sales, Parcels: Summarize within: 1 layer saved: Summarize within: Parcels (1100 features) [9][20][21]. It reported result, count 1,100; result, elapsed ms 471; billing, cost 0.05102; billing, list price 0.05102; billing, upstream cost 0 [21].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471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Property sales, Parcels: Summarize within: 1 layer saved: Summarize within: Parcels (1100 features) [9][20][21].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1,100; result, elapsed ms 471; billing, cost 0.05102; billing, list price 0.05102; billing, upstream cost 0 [21].</w:t>
      </w:r>
    </w:p>
    <w:p>
      <w:r>
        <w:rPr>
          <w:i/>
          <w:color w:val="525252"/>
          <w:sz w:val="17"/>
        </w:rPr>
        <w:t>Tool gp_summarize_within; parameters {"stats": [{"stat": "sum", "field": "price_eur_m2"}], "project": "acfed0f6-9df9-4775-9325-30c0bbed70e9", "features": {"layer": "Property sales (a421b4df)"}, "group_by": "type", "polygons": {"layer": "Parcels (ccc22cc1)"}}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[16]. In ArcGIS it is Summarize Within or Aggregate Points; in QGIS, native:countpointsinpolygon or native:sumlinelengths [16].</w:t>
      </w:r>
    </w:p>
    <w:p>
      <w:r>
        <w:rPr>
          <w:b/>
        </w:rPr>
        <w:t xml:space="preserve">Why it was run on this data. </w:t>
      </w:r>
      <w:r>
        <w:rPr>
          <w:i w:val="0"/>
        </w:rPr>
        <w:t>Count Transit stations inside each feature of Parcels; the counts map as a choropleth (natural breaks, sequential colors) [17].</w:t>
      </w:r>
    </w:p>
    <w:p>
      <w:r>
        <w:rPr>
          <w:b/>
        </w:rPr>
        <w:t xml:space="preserve">What it found. </w:t>
      </w:r>
      <w:r>
        <w:rPr>
          <w:i w:val="0"/>
        </w:rPr>
        <w:t>Summarize within on Building permits, Parcels: Summarize within: 1 layer saved: Summarize within: Parcels (1100 features) [12][20][22]. It reported result, count 1,100; result, elapsed ms 49; billing, cost 0.03962; billing, list price 0.03962; billing, upstream cost 0 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0.03962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0.03962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Building permits, Parcels: Summarize within: 1 layer saved: Summarize within: Parcels (1100 features) [12][20][22].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1,100; result, elapsed ms 49; billing, cost 0.03962; billing, list price 0.03962; billing, upstream cost 0 [22].</w:t>
      </w:r>
    </w:p>
    <w:p>
      <w:r>
        <w:rPr>
          <w:i/>
          <w:color w:val="525252"/>
          <w:sz w:val="17"/>
        </w:rPr>
        <w:t>Tool gp_summarize_within; parameters {"stats": [{"stat": "sum", "field": "units"}], "project": "acfed0f6-9df9-4775-9325-30c0bbed70e9", "features": {"layer": "Building permits (c9732c3b)"}, "group_by": "type", "polygons": {"layer": "Parcels (ccc22cc1)"}}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[23]. In ArcGIS it is Zonal Statistics as Table (polygons) [23].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City terrain model (DEM) inside each feature of Parcels [24].</w:t>
      </w:r>
    </w:p>
    <w:p>
      <w:r>
        <w:rPr>
          <w:b/>
        </w:rPr>
        <w:t xml:space="preserve">What it found. </w:t>
      </w:r>
      <w:r>
        <w:rPr>
          <w:i w:val="0"/>
        </w:rPr>
        <w:t>The Zonal statistics tool (rs_zonal_statistics) was used for the analysis [25].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1100 row(s) [25].</w:t>
      </w:r>
    </w:p>
    <w:p>
      <w:pPr>
        <w:pStyle w:val="ListBullet"/>
      </w:pPr>
      <w:r>
        <w:rPr>
          <w:b/>
        </w:rPr>
        <w:t xml:space="preserve">Evidenced: </w:t>
      </w:r>
      <w:r>
        <w:t>zones 1100 [25].</w:t>
      </w:r>
    </w:p>
    <w:p>
      <w:r>
        <w:rPr>
          <w:i/>
          <w:color w:val="525252"/>
          <w:sz w:val="17"/>
        </w:rPr>
        <w:t>Tool rs_zonal_statistics; parameters {"stats": ["mean", "min", "max", "std"], "zones": "Parcels (ccc22cc1)", "raster_id": "City terrain model (DEM) (45e73a8a)"}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[23]. In ArcGIS it is Zonal Statistics as Table (polygons) [23].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City terrain model (DEM) inside each feature of Parcels [24].</w:t>
      </w:r>
    </w:p>
    <w:p>
      <w:r>
        <w:rPr>
          <w:b/>
        </w:rPr>
        <w:t xml:space="preserve">What it found. </w:t>
      </w:r>
      <w:r>
        <w:rPr>
          <w:i w:val="0"/>
        </w:rPr>
        <w:t>The zonal statistics tool was utilized for this analysis [26]. A total of 10 row(s) were generated for 10 zones [26]. This calculation was performed as part of the `rs_zonal_statistics` process during step 1 [26].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10 row(s) [26].</w:t>
      </w:r>
    </w:p>
    <w:p>
      <w:pPr>
        <w:pStyle w:val="ListBullet"/>
      </w:pPr>
      <w:r>
        <w:rPr>
          <w:b/>
        </w:rPr>
        <w:t xml:space="preserve">Evidenced: </w:t>
      </w:r>
      <w:r>
        <w:t>zones 10 [26].</w:t>
      </w:r>
    </w:p>
    <w:p>
      <w:r>
        <w:rPr>
          <w:i/>
          <w:color w:val="525252"/>
          <w:sz w:val="17"/>
        </w:rPr>
        <w:t>Tool rs_zonal_statistics; parameters {"stats": ["mean", "min", "max", "std"], "zones": "Green spaces (448e3c1b)", "raster_id": "City terrain model (DEM) (45e73a8a)"}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[23]. In ArcGIS it is Zonal Statistics as Table (polygons) [23].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City terrain model (DEM) inside each feature of Parcels [24].</w:t>
      </w:r>
    </w:p>
    <w:p>
      <w:r>
        <w:rPr>
          <w:b/>
        </w:rPr>
        <w:t xml:space="preserve">What it found. </w:t>
      </w:r>
      <w:r>
        <w:rPr>
          <w:i w:val="0"/>
        </w:rPr>
        <w:t>The rs_zonal_statistics tool produced results for 10 rows and 10 zones [27]. This indicator provides zonal statistics for the given dataset [27].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10 row(s) [27].</w:t>
      </w:r>
    </w:p>
    <w:p>
      <w:pPr>
        <w:pStyle w:val="ListBullet"/>
      </w:pPr>
      <w:r>
        <w:rPr>
          <w:b/>
        </w:rPr>
        <w:t xml:space="preserve">Evidenced: </w:t>
      </w:r>
      <w:r>
        <w:t>zones 10 [27].</w:t>
      </w:r>
    </w:p>
    <w:p>
      <w:r>
        <w:rPr>
          <w:i/>
          <w:color w:val="525252"/>
          <w:sz w:val="17"/>
        </w:rPr>
        <w:t>Tool rs_zonal_statistics; parameters {"stats": ["mean", "min", "max", "std"], "zones": "Zoning districts (f84e0e45)", "raster_id": "City terrain model (DEM) (45e73a8a)"}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[28]. In ArcGIS it is Find Hot Spots or Hot Spot Analysis (Getis-Ord Gi*); in QGIS, qgis:hotspot (plugin) [28].</w:t>
      </w:r>
    </w:p>
    <w:p>
      <w:r>
        <w:rPr>
          <w:b/>
        </w:rPr>
        <w:t xml:space="preserve">Why it was run on this data. </w:t>
      </w:r>
      <w:r>
        <w:rPr>
          <w:i w:val="0"/>
        </w:rPr>
        <w:t>950 points: Getis-Ord Gi* tests whether the concentrations in Property sales are statistically significant [29].</w:t>
      </w:r>
    </w:p>
    <w:p>
      <w:r>
        <w:rPr>
          <w:b/>
        </w:rPr>
        <w:t xml:space="preserve">What it found. </w:t>
      </w:r>
      <w:r>
        <w:rPr>
          <w:i w:val="0"/>
        </w:rPr>
        <w:t>Hot spots on Property sales: Hot spot analysis: 1 layer saved: Hot spot analysis: Property sales (213 features) [9][30]. It reported result, bins 213; result, count 213; result, elapsed ms 37; result, cell size m 200; result, incidents used 950; result, distance band m 200 [30].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213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213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950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Property sales: Hot spot analysis: 1 layer saved: Hot spot analysis: Property sales (213 features) [9][30].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213; result, count 213; result, elapsed ms 37; result, cell size m 200; result, incidents used 950; result, distance band m 200 [30].</w:t>
      </w:r>
    </w:p>
    <w:p>
      <w:r>
        <w:rPr>
          <w:i/>
          <w:color w:val="525252"/>
          <w:sz w:val="17"/>
        </w:rPr>
        <w:t>Tool gp_hot_spots; parameters {"project": "acfed0f6-9df9-4775-9325-30c0bbed70e9", "features": {"layer": "Property sales (a421b4df)"}, "aggregation": "hexagon", "cell_size_m": 200.0, "distance_band_m": 200.0}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[28]. In ArcGIS it is Find Hot Spots or Hot Spot Analysis (Getis-Ord Gi*); in QGIS, qgis:hotspot (plugin) [28].</w:t>
      </w:r>
    </w:p>
    <w:p>
      <w:r>
        <w:rPr>
          <w:b/>
        </w:rPr>
        <w:t xml:space="preserve">Why it was run on this data. </w:t>
      </w:r>
      <w:r>
        <w:rPr>
          <w:i w:val="0"/>
        </w:rPr>
        <w:t>380 points: Getis-Ord Gi* tests whether the concentrations in Building permits are statistically significant [31].</w:t>
      </w:r>
    </w:p>
    <w:p>
      <w:r>
        <w:rPr>
          <w:b/>
        </w:rPr>
        <w:t xml:space="preserve">What it found. </w:t>
      </w:r>
      <w:r>
        <w:rPr>
          <w:i w:val="0"/>
        </w:rPr>
        <w:t>Hot spots on Building permits: Hot spot analysis: 1 layer saved: Hot spot analysis: Building permits (380 features) [12][32]. It reported result, count 380; result, elapsed ms 10; result, excluded null 0; result, distance band m 500; billing, cost 0.0576; billing, list price 0.0576 [32].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380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0.0576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0.0576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Building permits: Hot spot analysis: 1 layer saved: Hot spot analysis: Building permits (380 features) [12][32].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380; result, elapsed ms 10; result, excluded null 0; result, distance band m 500; billing, cost 0.0576; billing, list price 0.0576 [32].</w:t>
      </w:r>
    </w:p>
    <w:p>
      <w:r>
        <w:rPr>
          <w:i/>
          <w:color w:val="525252"/>
          <w:sz w:val="17"/>
        </w:rPr>
        <w:t>Tool gp_hot_spots; parameters {"field": "units", "project": "acfed0f6-9df9-4775-9325-30c0bbed70e9", "features": {"layer": "Building permits (c9732c3b)"}, "aggregation": "hexagon", "cell_size_m": 200.0, "distance_band_m": 500.0}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[33]. In ArcGIS it is Calculate Density or Kernel Density; in QGIS, native:heatmapkerneldensityestimation [33].</w:t>
      </w:r>
    </w:p>
    <w:p>
      <w:r>
        <w:rPr>
          <w:b/>
        </w:rPr>
        <w:t xml:space="preserve">Why it was run on this data. </w:t>
      </w:r>
      <w:r>
        <w:rPr>
          <w:i w:val="0"/>
        </w:rPr>
        <w:t>950 points in Property sales: a density surface shows where they concentrate [34].</w:t>
      </w:r>
    </w:p>
    <w:p>
      <w:r>
        <w:rPr>
          <w:b/>
        </w:rPr>
        <w:t xml:space="preserve">What it found. </w:t>
      </w:r>
      <w:r>
        <w:rPr>
          <w:i w:val="0"/>
        </w:rPr>
        <w:t>The calculation utilized the Property sales data [9] and produced a total count of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867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364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Property sales: Calculate density: 1 layer saved: Calculate density: Property sales (867 features) [9][35].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867; result, elapsed ms 31; result, bandwidth m 200; result, cell size m 100; result, excluded null 0; result, max density per km2 364 [35].</w:t>
      </w:r>
    </w:p>
    <w:p>
      <w:r>
        <w:rPr>
          <w:i/>
          <w:color w:val="525252"/>
          <w:sz w:val="17"/>
        </w:rPr>
        <w:t>Tool gp_calculate_density; parameters {"kernel": "quartic", "project": "acfed0f6-9df9-4775-9325-30c0bbed70e9", "features": {"layer": "Property sales (a421b4df)"}, "bandwidth_m": 200.0, "cell_size_m": 100.0}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[33]. In ArcGIS it is Calculate Density or Kernel Density; in QGIS, native:heatmapkerneldensityestimation [33].</w:t>
      </w:r>
    </w:p>
    <w:p>
      <w:r>
        <w:rPr>
          <w:b/>
        </w:rPr>
        <w:t xml:space="preserve">Why it was run on this data. </w:t>
      </w:r>
      <w:r>
        <w:rPr>
          <w:i w:val="0"/>
        </w:rPr>
        <w:t>380 points in Building permits: a density surface shows where they concentrate [36].</w:t>
      </w:r>
    </w:p>
    <w:p>
      <w:r>
        <w:rPr>
          <w:b/>
        </w:rPr>
        <w:t xml:space="preserve">What it found. </w:t>
      </w:r>
      <w:r>
        <w:rPr>
          <w:i w:val="0"/>
        </w:rPr>
        <w:t>The density calculation used the Building permits layer [12].  The process resulted in 1,211 features [37]. This calculation required 41 milliseconds and generated a bandwidth of 500 meters [37]. The resulting max density per $\text{km}^2$ was 2,113 [37].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1,211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41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2,113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0.0576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0.0576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Building permits: Calculate density: 1 layer saved: Calculate density: Building permits (1211 features) [12][37].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1,211; result, elapsed ms 41; result, bandwidth m 500; result, cell size m 100; result, excluded null 0; result, max density per km2 2,113 [37].</w:t>
      </w:r>
    </w:p>
    <w:p>
      <w:r>
        <w:rPr>
          <w:i/>
          <w:color w:val="525252"/>
          <w:sz w:val="17"/>
        </w:rPr>
        <w:t>Tool gp_calculate_density; parameters {"kernel": "quartic", "project": "acfed0f6-9df9-4775-9325-30c0bbed70e9", "features": {"layer": "Building permits (c9732c3b)"}, "bandwidth_m": 500.0, "cell_size_m": 100.0, "weight_field": "units"}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[38]. In ArcGIS it is Find Point Clusters or Density-based Clustering; in QGIS, native:dbscanclustering or native:stdbscanclustering [38].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Transit stations and separates noise [39].</w:t>
      </w:r>
    </w:p>
    <w:p>
      <w:r>
        <w:rPr>
          <w:b/>
        </w:rPr>
        <w:t xml:space="preserve">What it found. </w:t>
      </w:r>
      <w:r>
        <w:rPr>
          <w:i w:val="0"/>
        </w:rPr>
        <w:t>The `gp_find_point_clusters` tool processed the `Transit stations` layer [19]. This process yielded $12$ point clusters [40]. The resulting noise count was $0$ [40], and the maximum cluster distance was $2,000$ meters [40]. The operation was completed in $5$ milliseconds [40] and included $12$ features in the final output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Transit stations: Find point clusters: 2 layers saved: Find point clusters: Transit stations (12 features); Find point clusters: cluster hulls (1 feature) [19][40].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12; result, noise 0; result, distance m 2,000; result, elapsed ms 5; result, min points 3; billing, cost 0.05024 [40].</w:t>
      </w:r>
    </w:p>
    <w:p>
      <w:r>
        <w:rPr>
          <w:i/>
          <w:color w:val="525252"/>
          <w:sz w:val="17"/>
        </w:rPr>
        <w:t>Tool gp_find_point_clusters; parameters {"method": "dbscan", "project": "acfed0f6-9df9-4775-9325-30c0bbed70e9", "features": {"layer": "Transit stations (400e1561)"}, "distance_m": 2000.0,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[38]. In ArcGIS it is Find Point Clusters or Density-based Clustering; in QGIS, native:dbscanclustering or native:stdbscanclustering [38].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Property sales and separates noise [41].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Property sales: Find point clusters: 1 layer saved: Find point clusters: Property sales (950 features) [9][42]. It reported result, count 950; result, noise 950; result, distance m 100; result, elapsed ms 12; result, min points 20; billing, cost 0.069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950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950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Property sales: Find point clusters: 1 layer saved: Find point clusters: Property sales (950 features) [9][42].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950; result, noise 950; result, distance m 100; result, elapsed ms 12; result, min points 20; billing, cost 0.069 [42].</w:t>
      </w:r>
    </w:p>
    <w:p>
      <w:r>
        <w:rPr>
          <w:i/>
          <w:color w:val="525252"/>
          <w:sz w:val="17"/>
        </w:rPr>
        <w:t>Tool gp_find_point_clusters; parameters {"method": "dbscan", "project": "acfed0f6-9df9-4775-9325-30c0bbed70e9", "features": {"layer": "Property sales (a421b4df)"}, "distance_m": 100.0, "min_points": 20}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[38]. In ArcGIS it is Find Point Clusters or Density-based Clustering; in QGIS, native:dbscanclustering or native:stdbscanclustering [38].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Building permits and separates noise [43].</w:t>
      </w:r>
    </w:p>
    <w:p>
      <w:r>
        <w:rPr>
          <w:b/>
        </w:rPr>
        <w:t xml:space="preserve">What it found. </w:t>
      </w:r>
      <w:r>
        <w:rPr>
          <w:i w:val="0"/>
        </w:rPr>
        <w:t>Building permits served as the input data for the point cluster analysis [12].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380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126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0.0576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0.0576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Building permits: Find point clusters: 2 layers saved: Find point clusters: Building permits (380 features); Find point clusters: cluster hulls (14 features) [12][44].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380; result, noise 126; result, distance m 200; result, elapsed ms 11; result, min points 10; billing, cost 0.0576 [44].</w:t>
      </w:r>
    </w:p>
    <w:p>
      <w:r>
        <w:rPr>
          <w:i/>
          <w:color w:val="525252"/>
          <w:sz w:val="17"/>
        </w:rPr>
        <w:t>Tool gp_find_point_clusters; parameters {"method": "dbscan", "project": "acfed0f6-9df9-4775-9325-30c0bbed70e9", "features": {"layer": "Building permits (c9732c3b)"}, "distance_m": 200.0, "min_points": 10}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[45]. In ArcGIS it is Find Outliers or Cluster and Outlier Analysis (Anselin Local Moran’s I) [45].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'built_far' [46].</w:t>
      </w:r>
    </w:p>
    <w:p>
      <w:r>
        <w:rPr>
          <w:b/>
        </w:rPr>
        <w:t xml:space="preserve">What it found. </w:t>
      </w:r>
      <w:r>
        <w:rPr>
          <w:i w:val="0"/>
        </w:rPr>
        <w:t>The `gp_outliers` tool was utilized on the Parcels layer [20]. The analysis result reported a count of 1,100 features [47]. This task was completed with an elapsed time of 74 ms [47]. Key metrics generated included a distance band of 86.92 m [47], and the billing cost was 0.083 [47].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74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86.92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Parcels: Find outliers: 1 layer saved: Find outliers: Parcels (1100 features) [20][47].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1,100; result, elapsed ms 74; result, permutations 199; result, excluded null 0; result, distance band m 86.92; billing, cost 0.083 [47].</w:t>
      </w:r>
    </w:p>
    <w:p>
      <w:r>
        <w:rPr>
          <w:i/>
          <w:color w:val="525252"/>
          <w:sz w:val="17"/>
        </w:rPr>
        <w:t>Tool gp_outliers; parameters {"field": "built_far", "project": "acfed0f6-9df9-4775-9325-30c0bbed70e9", "features": {"layer": "Parcels (ccc22cc1)"}, "aggregation": "hexagon"}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[45]. In ArcGIS it is Find Outliers or Cluster and Outlier Analysis (Anselin Local Moran’s I) [45].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'area_ha' [48].</w:t>
      </w:r>
    </w:p>
    <w:p>
      <w:r>
        <w:rPr>
          <w:b/>
        </w:rPr>
        <w:t xml:space="preserve">What it found. </w:t>
      </w:r>
      <w:r>
        <w:rPr>
          <w:i w:val="0"/>
        </w:rPr>
        <w:t>Outliers on Green spaces: Find outliers: 1 layer saved: Find outliers: Green spaces (10 features) [49][50]. It reported result, count 10; result, elapsed ms 3; result, permutations 199; result, excluded null 0; result, distance band m 1,747; billing, cost 0.0503 [49].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1,747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Green spaces: Find outliers: 1 layer saved: Find outliers: Green spaces (10 features) [49][50].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3; result, permutations 199; result, excluded null 0; result, distance band m 1,747; billing, cost 0.0503 [49].</w:t>
      </w:r>
    </w:p>
    <w:p>
      <w:r>
        <w:rPr>
          <w:i/>
          <w:color w:val="525252"/>
          <w:sz w:val="17"/>
        </w:rPr>
        <w:t>Tool gp_outliers; parameters {"field": "area_ha", "project": "acfed0f6-9df9-4775-9325-30c0bbed70e9", "features": {"layer": "Green spaces (448e3c1b)"}, "aggregation": "hexagon"}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[45]. In ArcGIS it is Find Outliers or Cluster and Outlier Analysis (Anselin Local Moran’s I) [45].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'max_far' [51].</w:t>
      </w:r>
    </w:p>
    <w:p>
      <w:r>
        <w:rPr>
          <w:b/>
        </w:rPr>
        <w:t xml:space="preserve">What it found. </w:t>
      </w:r>
      <w:r>
        <w:rPr>
          <w:i w:val="0"/>
        </w:rPr>
        <w:t>Outliers on Zoning districts: Find outliers: 1 layer saved: Find outliers: Zoning districts (10 features) [52][53]. It reported result, count 10; result, elapsed ms 2; result, permutations 199; result, excluded null 0; result, distance band m 1,435; billing, cost 0.0503 [52].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1,435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Zoning districts: Find outliers: 1 layer saved: Find outliers: Zoning districts (10 features) [52][53].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2; result, permutations 199; result, excluded null 0; result, distance band m 1,435; billing, cost 0.0503 [52].</w:t>
      </w:r>
    </w:p>
    <w:p>
      <w:r>
        <w:rPr>
          <w:i/>
          <w:color w:val="525252"/>
          <w:sz w:val="17"/>
        </w:rPr>
        <w:t>Tool gp_outliers; parameters {"field": "max_far", "project": "acfed0f6-9df9-4775-9325-30c0bbed70e9", "features": {"layer": "Zoning districts (f84e0e45)"}, "aggregation": "hexagon"}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21 map image(s) [54][55][56][57][58][59][60][61][62][63][64][65][66][67][68][69][70][71][72][73][74] and 26 chart(s) [75][76][77][78][79][80][81][82][83][84][85][86][87][88][89][90][91][92][93][94][95][96][97][98][99][100].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Emerging hot spots: Property sales [54]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Emerging hot spots: Building permits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Repeat and near repeat classification: Property sales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Summarize within: Parcels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Summarize within: Parcels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Summarize within: Parcels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Parcels by built_far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Green spaces by area_ha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Zoning districts by max_far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Hot spot analysis: Property sales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Hot spot analysis: Building permits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Calculate density: Property sales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Calculate density: Building permits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Transit stations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cluster hulls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point clusters: Property sales [69]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Find point clusters: Building permits [70]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Find point clusters: cluster hulls [71]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Find outliers: Parcels [72]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Find outliers: Green spaces [73]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Find outliers: Zoning districts [74]</w:t>
      </w:r>
    </w:p>
    <w:p>
      <w:r>
        <w:rPr>
          <w:b/>
        </w:rPr>
        <w:t xml:space="preserve">What the map shows. </w:t>
      </w:r>
      <w:r>
        <w:rPr>
          <w:i/>
        </w:rPr>
        <w:t>The map, titled "Emerging hot spots: Property sales," displays the pattern of property sales across a hexagonal grid. The majority of the area is colored grey, indicating that no pattern was detected in these regions. A cluster [54]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3696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Parcels over time (year_built) [75]. Source: Parcels (1,100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98976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Property sales over time (date) [76]. Per quarter, 2022-01-01 to 2026-07-01. Source: Property sales (950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68496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Building permits over time (decision_month) [77]. Per month, 2023-01-01 to 2026-09-01. Source: Building permits (380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1726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7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Land values by zone and year over time (year) [78]. Per quarter, 2018-01-01 to 2026-01-01. Source: Land values by zone and year (90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9664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Emerging hot spots: Property sales [79]. Source: Emerging hot spots: Property sales (81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9054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Emerging hot spots: Building permits [80]. Source: Emerging hot spots: Building permits (90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98976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Repeat and near repeat classification: Property sales [81]. Per quarter, 2022-01-01 to 2026-07-01. Source: Repeat and near repeat classification: Property sales (950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84448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Summarize within: Parcels [82]. Source: Summarize within: Parcels (1,100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84448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Summarize within: Parcels [83]. Source: Summarize within: Parcels (1,100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84448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Summarize within: Parcels [84]. Source: Summarize within: Parcels (1,100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22192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2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Hot spot analysis: Property sales [85]. Source: Hot spot analysis: Property sales (213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761488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1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Hot spot analysis: Building permits [86]. Period: 2023-01-01 to 2026-09-01 (decision_month). Source: Hot spot analysis: Building permits (380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78352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Calculate density: Property sales [87]. Source: Calculate density: Property sales (867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576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Calculate density: Building permits [88]. Source: Calculate density: Building permits (1,211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Find point clusters: Transit stations [89]. Source: Find point clusters: Transit stations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Find point clusters: cluster hulls [90].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point clusters: Property sales [91]. Period: 2022-01-01 to 2026-09-30 (date). Source: Find point clusters: Property sales (950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18176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Find point clusters: Building permits [92]. Period: 2023-01-01 to 2026-09-01 (decision_month). Source: Find point clusters: Building permits (380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96824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Find point clusters: cluster hulls [93]. Source: Find point clusters: cluster hulls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431536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Find outliers: Parcels [94]. Source: Find outliers: Parcels (1,100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09616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6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Find outliers: Green spaces [95]. Source: Find outliers: Green spaces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91328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Find outliers: Zoning districts [96]. Source: Find outliers: Zoning districts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17264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7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Find point clusters: Building permits over time [97]. Per month, 2023-01-01 to 2026-09-01. Source: Find point clusters: Building permits (380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98976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Find point clusters: Property sales over time [98]. Per quarter, 2022-01-01 to 2026-07-01. Source: Find point clusters: Property sales (950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17264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7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Hot spot analysis: Building permits over time [99]. Per month, 2023-01-01 to 2026-09-01. Source: Hot spot analysis: Building permits (380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98976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48. Repeat and near repeat classification: Property sales over time [100]. Per quarter, 2022-01-01 to 2026-07-01. Source: Repeat and near repeat classification: Property sales (950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quarter by dataset. 140 rows (id efe17a86-8fd3-4c8e-aed1-29ebb025af6d)</w:t>
      </w:r>
    </w:p>
    <w:p>
      <w:pPr>
        <w:spacing w:after="40"/>
      </w:pPr>
      <w:r>
        <w:t>[2] Dataset: Property sales. vector, 950 rows (id 8f893170-c6db-4826-83e8-09af6dc89e27)</w:t>
      </w:r>
    </w:p>
    <w:p>
      <w:pPr>
        <w:spacing w:after="40"/>
      </w:pPr>
      <w:r>
        <w:t>[3] Dataset: Building permits. vector, 380 rows (id aa79bba6-c73f-4b2f-a79e-176493aa4621)</w:t>
      </w:r>
    </w:p>
    <w:p>
      <w:pPr>
        <w:spacing w:after="40"/>
      </w:pPr>
      <w:r>
        <w:t>[4] Dataset: Land values by zone and year. table, 90 rows (id 7cee65a2-b1e0-47a4-98b2-10d181fb8423)</w:t>
      </w:r>
    </w:p>
    <w:p>
      <w:pPr>
        <w:spacing w:after="40"/>
      </w:pPr>
      <w:r>
        <w:t>[5] Dataset: Planning applications. table, 160 rows (id ae83bb58-05b5-4b51-b3f8-ca020020f1d5)</w:t>
      </w:r>
    </w:p>
    <w:p>
      <w:pPr>
        <w:spacing w:after="40"/>
      </w:pPr>
      <w:r>
        <w:t>[6]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[7] Plan: Space time hot spots of Property sales (the Start plan's candidate c_37c352605313). Property sales carry dates in 'date': emerging hot spot analysis finds new, intensifying and fading hot spots per month. (id f8db5acb-8be1-4e6d-8904-9ee8c04e791a:c_37c352605313)</w:t>
      </w:r>
    </w:p>
    <w:p>
      <w:pPr>
        <w:spacing w:after="40"/>
      </w:pPr>
      <w:r>
        <w:t>[8] Tool result: gp_space_time_hot_spots, step 0. Emerging hot spots: 1 layer saved: Emerging hot spots: Property sales (81 features). (id 3b547b3d-4c3c-4444-9020-8c97986c7155:0)</w:t>
      </w:r>
    </w:p>
    <w:p>
      <w:pPr>
        <w:spacing w:after="40"/>
      </w:pPr>
      <w:r>
        <w:t>[9] Layer: Property sales. 950 features (id a421b4df-eece-4b35-a40f-e8daf4e77a1e)</w:t>
      </w:r>
    </w:p>
    <w:p>
      <w:pPr>
        <w:spacing w:after="40"/>
      </w:pPr>
      <w:r>
        <w:t>[10] Plan: Space time hot spots of Building permits (the Start plan's candidate c_cd867438faaa). Building permits carry dates in 'decision_month': emerging hot spot analysis finds new, intensifying and fading hot spots per month. (id f8db5acb-8be1-4e6d-8904-9ee8c04e791a:c_cd867438faaa)</w:t>
      </w:r>
    </w:p>
    <w:p>
      <w:pPr>
        <w:spacing w:after="40"/>
      </w:pPr>
      <w:r>
        <w:t>[11] Tool result: gp_space_time_hot_spots, step 1. Emerging hot spots: 1 layer saved: Emerging hot spots: Building permits (90 features). (id 3b547b3d-4c3c-4444-9020-8c97986c7155:1)</w:t>
      </w:r>
    </w:p>
    <w:p>
      <w:pPr>
        <w:spacing w:after="40"/>
      </w:pPr>
      <w:r>
        <w:t>[12] Layer: Building permits. 380 features (id c9732c3b-7527-455c-bfff-16e282af4bf8)</w:t>
      </w:r>
    </w:p>
    <w:p>
      <w:pPr>
        <w:spacing w:after="40"/>
      </w:pPr>
      <w:r>
        <w:t>[13]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[14] Plan: Near repeat of Property sales (the Start plan's candidate c_71042b703d0d). Near repeat analysis tests whether Property sales close in space also follow each other within 30 days. (id f8db5acb-8be1-4e6d-8904-9ee8c04e791a:c_71042b703d0d)</w:t>
      </w:r>
    </w:p>
    <w:p>
      <w:pPr>
        <w:spacing w:after="40"/>
      </w:pPr>
      <w:r>
        <w:t>[15] Tool result: gp_near_repeat, step 2. Repeat and near repeat classification: 1 layer saved: Repeat and near repeat classification: Property sales (950 features). (id 3b547b3d-4c3c-4444-9020-8c97986c7155:2)</w:t>
      </w:r>
    </w:p>
    <w:p>
      <w:pPr>
        <w:spacing w:after="40"/>
      </w:pPr>
      <w:r>
        <w:t>[16]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[17] Plan: Transit stations per feature of Parcels (the Start plan's candidate c_2a92a76984e1). Count Transit stations inside each feature of Parcels; the counts map as a choropleth (natural breaks, sequential colors). (id f8db5acb-8be1-4e6d-8904-9ee8c04e791a:c_2a92a76984e1)</w:t>
      </w:r>
    </w:p>
    <w:p>
      <w:pPr>
        <w:spacing w:after="40"/>
      </w:pPr>
      <w:r>
        <w:t>[18] Tool result: gp_summarize_within, step 0. Summarize within: 1 layer saved: Summarize within: Parcels (1100 features). (id 029a787d-7030-40ee-8bec-78edb55a4233:0)</w:t>
      </w:r>
    </w:p>
    <w:p>
      <w:pPr>
        <w:spacing w:after="40"/>
      </w:pPr>
      <w:r>
        <w:t>[19] Layer: Transit stations. 12 features (id 400e1561-f1f1-481c-b9bc-1ac817459feb)</w:t>
      </w:r>
    </w:p>
    <w:p>
      <w:pPr>
        <w:spacing w:after="40"/>
      </w:pPr>
      <w:r>
        <w:t>[20] Layer: Parcels. 1,100 features (id ccc22cc1-2735-4cb4-aa2f-5cc33be687bf)</w:t>
      </w:r>
    </w:p>
    <w:p>
      <w:pPr>
        <w:spacing w:after="40"/>
      </w:pPr>
      <w:r>
        <w:t>[21] Tool result: gp_summarize_within, step 1. Summarize within: 1 layer saved: Summarize within: Parcels (1100 features). (id 029a787d-7030-40ee-8bec-78edb55a4233:1)</w:t>
      </w:r>
    </w:p>
    <w:p>
      <w:pPr>
        <w:spacing w:after="40"/>
      </w:pPr>
      <w:r>
        <w:t>[22] Tool result: gp_summarize_within, step 2. Summarize within: 1 layer saved: Summarize within: Parcels (1100 features). (id 029a787d-7030-40ee-8bec-78edb55a4233:2)</w:t>
      </w:r>
    </w:p>
    <w:p>
      <w:pPr>
        <w:spacing w:after="40"/>
      </w:pPr>
      <w:r>
        <w:t>[23] Catalog: Zonal statistics (analysis catalog, rs_zonal_statistics). count/min/max/mean/std/sum/median/majority per polygon as a table and as GeoJSON. ArcGIS: Zonal Statistics as Table (polygons). (id rs_zonal_statistics)</w:t>
      </w:r>
    </w:p>
    <w:p>
      <w:pPr>
        <w:spacing w:after="40"/>
      </w:pPr>
      <w:r>
        <w:t>[24] Plan: Zonal statistics of City terrain model (DEM) and Parcels (the Start plan's candidate c_223f208b883c). Statistics of City terrain model (DEM) inside each feature of Parcels. (id f8db5acb-8be1-4e6d-8904-9ee8c04e791a:c_223f208b883c)</w:t>
      </w:r>
    </w:p>
    <w:p>
      <w:pPr>
        <w:spacing w:after="40"/>
      </w:pPr>
      <w:r>
        <w:t>[25] Tool result: rs_zonal_statistics, step 0. Zonal statistics: 1100 row(s). zones 1100. (id e1b6768a-3792-454a-b224-e267bd9b2d98:0)</w:t>
      </w:r>
    </w:p>
    <w:p>
      <w:pPr>
        <w:spacing w:after="40"/>
      </w:pPr>
      <w:r>
        <w:t>[26] Tool result: rs_zonal_statistics, step 1. Zonal statistics: 10 row(s). zones 10. (id e1b6768a-3792-454a-b224-e267bd9b2d98:1)</w:t>
      </w:r>
    </w:p>
    <w:p>
      <w:pPr>
        <w:spacing w:after="40"/>
      </w:pPr>
      <w:r>
        <w:t>[27] Tool result: rs_zonal_statistics, step 2. Zonal statistics: 10 row(s). zones 10. (id e1b6768a-3792-454a-b224-e267bd9b2d98:2)</w:t>
      </w:r>
    </w:p>
    <w:p>
      <w:pPr>
        <w:spacing w:after="40"/>
      </w:pPr>
      <w:r>
        <w:t>[28]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[29] Plan: Hot spots of Property sales (the Start plan's candidate c_acf84d8d58c2). 950 points: Getis-Ord Gi* tests whether the concentrations in Property sales are statistically significant. (id f8db5acb-8be1-4e6d-8904-9ee8c04e791a:c_acf84d8d58c2)</w:t>
      </w:r>
    </w:p>
    <w:p>
      <w:pPr>
        <w:spacing w:after="40"/>
      </w:pPr>
      <w:r>
        <w:t>[30] Tool result: gp_hot_spots, step 0. Hot spot analysis: 1 layer saved: Hot spot analysis: Property sales (213 features). (id ba41b9e6-74d7-45fb-bad3-3f51fe7fca0d:0)</w:t>
      </w:r>
    </w:p>
    <w:p>
      <w:pPr>
        <w:spacing w:after="40"/>
      </w:pPr>
      <w:r>
        <w:t>[31] Plan: Hot spots of Building permits (the Start plan's candidate c_3746fcbd31f7). 380 points: Getis-Ord Gi* tests whether the concentrations in Building permits are statistically significant. (id f8db5acb-8be1-4e6d-8904-9ee8c04e791a:c_3746fcbd31f7)</w:t>
      </w:r>
    </w:p>
    <w:p>
      <w:pPr>
        <w:spacing w:after="40"/>
      </w:pPr>
      <w:r>
        <w:t>[32] Tool result: gp_hot_spots, step 1. Hot spot analysis: 1 layer saved: Hot spot analysis: Building permits (380 features). (id ba41b9e6-74d7-45fb-bad3-3f51fe7fca0d:1)</w:t>
      </w:r>
    </w:p>
    <w:p>
      <w:pPr>
        <w:spacing w:after="40"/>
      </w:pPr>
      <w:r>
        <w:t>[33]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[34] Plan: Kernel density of Property sales (the Start plan's candidate c_18bfb4d14078). 950 points in Property sales: a density surface shows where they concentrate. (id f8db5acb-8be1-4e6d-8904-9ee8c04e791a:c_18bfb4d14078)</w:t>
      </w:r>
    </w:p>
    <w:p>
      <w:pPr>
        <w:spacing w:after="40"/>
      </w:pPr>
      <w:r>
        <w:t>[35] Tool result: gp_calculate_density, step 0. Calculate density: 1 layer saved: Calculate density: Property sales (867 features). (id 9ca81de6-468a-4ffe-86a2-5163eb3bafa7:0)</w:t>
      </w:r>
    </w:p>
    <w:p>
      <w:pPr>
        <w:spacing w:after="40"/>
      </w:pPr>
      <w:r>
        <w:t>[36] Plan: Kernel density of Building permits (the Start plan's candidate c_2c9614b6c24c). 380 points in Building permits: a density surface shows where they concentrate. (id f8db5acb-8be1-4e6d-8904-9ee8c04e791a:c_2c9614b6c24c)</w:t>
      </w:r>
    </w:p>
    <w:p>
      <w:pPr>
        <w:spacing w:after="40"/>
      </w:pPr>
      <w:r>
        <w:t>[37] Tool result: gp_calculate_density, step 1. Calculate density: 1 layer saved: Calculate density: Building permits (1211 features). (id 9ca81de6-468a-4ffe-86a2-5163eb3bafa7:1)</w:t>
      </w:r>
    </w:p>
    <w:p>
      <w:pPr>
        <w:spacing w:after="40"/>
      </w:pPr>
      <w:r>
        <w:t>[38]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[39] Plan: Cluster points of Transit stations (the Start plan's candidate c_5a6f63bcd73b). DBSCAN finds dense groups of Transit stations and separates noise. (id f8db5acb-8be1-4e6d-8904-9ee8c04e791a:c_5a6f63bcd73b)</w:t>
      </w:r>
    </w:p>
    <w:p>
      <w:pPr>
        <w:spacing w:after="40"/>
      </w:pPr>
      <w:r>
        <w:t>[40] Tool result: gp_find_point_clusters, step 0. Find point clusters: 2 layers saved: Find point clusters: Transit stations (12 features); Find point clusters: cluster hulls (1 feature). (id f445c7d5-e1f8-40ba-b66a-b6f77ff14617:0)</w:t>
      </w:r>
    </w:p>
    <w:p>
      <w:pPr>
        <w:spacing w:after="40"/>
      </w:pPr>
      <w:r>
        <w:t>[41] Plan: Cluster points of Property sales (the Start plan's candidate c_4f023019863a). DBSCAN finds dense groups of Property sales and separates noise. (id f8db5acb-8be1-4e6d-8904-9ee8c04e791a:c_4f023019863a)</w:t>
      </w:r>
    </w:p>
    <w:p>
      <w:pPr>
        <w:spacing w:after="40"/>
      </w:pPr>
      <w:r>
        <w:t>[42] Tool result: gp_find_point_clusters, step 1. Find point clusters: 1 layer saved: Find point clusters: Property sales (950 features). (id f445c7d5-e1f8-40ba-b66a-b6f77ff14617:1)</w:t>
      </w:r>
    </w:p>
    <w:p>
      <w:pPr>
        <w:spacing w:after="40"/>
      </w:pPr>
      <w:r>
        <w:t>[43] Plan: Cluster points of Building permits (the Start plan's candidate c_8d2b732415a9). DBSCAN finds dense groups of Building permits and separates noise. (id f8db5acb-8be1-4e6d-8904-9ee8c04e791a:c_8d2b732415a9)</w:t>
      </w:r>
    </w:p>
    <w:p>
      <w:pPr>
        <w:spacing w:after="40"/>
      </w:pPr>
      <w:r>
        <w:t>[44] Tool result: gp_find_point_clusters, step 2. Find point clusters: 2 layers saved: Find point clusters: Building permits (380 features); Find point clusters: cluster hulls (14 features). (id f445c7d5-e1f8-40ba-b66a-b6f77ff14617:2)</w:t>
      </w:r>
    </w:p>
    <w:p>
      <w:pPr>
        <w:spacing w:after="40"/>
      </w:pPr>
      <w:r>
        <w:t>[45]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[46] Plan: Local morans i of Parcels (the Start plan's candidate c_c7bf78360ddf). Local Moran's I maps clusters and outliers of 'built_far'. (id f8db5acb-8be1-4e6d-8904-9ee8c04e791a:c_c7bf78360ddf)</w:t>
      </w:r>
    </w:p>
    <w:p>
      <w:pPr>
        <w:spacing w:after="40"/>
      </w:pPr>
      <w:r>
        <w:t>[47] Tool result: gp_outliers, step 0. Find outliers: 1 layer saved: Find outliers: Parcels (1100 features). (id 60b5f86e-cffb-436f-9438-0ad7618a186f:0)</w:t>
      </w:r>
    </w:p>
    <w:p>
      <w:pPr>
        <w:spacing w:after="40"/>
      </w:pPr>
      <w:r>
        <w:t>[48] Plan: Local morans i of Green spaces (the Start plan's candidate c_f5f393a93740). Local Moran's I maps clusters and outliers of 'area_ha'. (id f8db5acb-8be1-4e6d-8904-9ee8c04e791a:c_f5f393a93740)</w:t>
      </w:r>
    </w:p>
    <w:p>
      <w:pPr>
        <w:spacing w:after="40"/>
      </w:pPr>
      <w:r>
        <w:t>[49] Tool result: gp_outliers, step 1. Find outliers: 1 layer saved: Find outliers: Green spaces (10 features). (id 60b5f86e-cffb-436f-9438-0ad7618a186f:1)</w:t>
      </w:r>
    </w:p>
    <w:p>
      <w:pPr>
        <w:spacing w:after="40"/>
      </w:pPr>
      <w:r>
        <w:t>[50] Layer: Green spaces. 10 features (id 448e3c1b-11d3-4dc1-ad29-15c041e2af35)</w:t>
      </w:r>
    </w:p>
    <w:p>
      <w:pPr>
        <w:spacing w:after="40"/>
      </w:pPr>
      <w:r>
        <w:t>[51] Plan: Local morans i of Zoning districts (the Start plan's candidate c_c8c9fa0162f0). Local Moran's I maps clusters and outliers of 'max_far'. (id f8db5acb-8be1-4e6d-8904-9ee8c04e791a:c_c8c9fa0162f0)</w:t>
      </w:r>
    </w:p>
    <w:p>
      <w:pPr>
        <w:spacing w:after="40"/>
      </w:pPr>
      <w:r>
        <w:t>[52] Tool result: gp_outliers, step 2. Find outliers: 1 layer saved: Find outliers: Zoning districts (10 features). (id 60b5f86e-cffb-436f-9438-0ad7618a186f:2)</w:t>
      </w:r>
    </w:p>
    <w:p>
      <w:pPr>
        <w:spacing w:after="40"/>
      </w:pPr>
      <w:r>
        <w:t>[53] Layer: Zoning districts. 10 features (id f84e0e45-37e6-4f41-b7d9-ceb30bbc840a)</w:t>
      </w:r>
    </w:p>
    <w:p>
      <w:pPr>
        <w:spacing w:after="40"/>
      </w:pPr>
      <w:r>
        <w:t>[54] Rendering: Map: Emerging hot spots: Property sales (id be66919c-5ac4-46fc-9303-3b6ae32d215e)</w:t>
      </w:r>
    </w:p>
    <w:p>
      <w:pPr>
        <w:spacing w:after="40"/>
      </w:pPr>
      <w:r>
        <w:t>[55] Rendering: Map: Emerging hot spots: Building permits (id 10e5f0c6-f9d0-4087-bebf-3a342415f755)</w:t>
      </w:r>
    </w:p>
    <w:p>
      <w:pPr>
        <w:spacing w:after="40"/>
      </w:pPr>
      <w:r>
        <w:t>[56] Rendering: Map: Repeat and near repeat classification: Property sales (id 3c1c183a-14b4-4c01-b623-ce0905573f25)</w:t>
      </w:r>
    </w:p>
    <w:p>
      <w:pPr>
        <w:spacing w:after="40"/>
      </w:pPr>
      <w:r>
        <w:t>[57] Rendering: Map: Summarize within: Parcels (id f5aabbb2-9d66-4cde-936d-0fd21fa0e47f)</w:t>
      </w:r>
    </w:p>
    <w:p>
      <w:pPr>
        <w:spacing w:after="40"/>
      </w:pPr>
      <w:r>
        <w:t>[58] Rendering: Map: Summarize within: Parcels (id cf2850e2-e68b-4fe5-9668-bc39c1717ddc)</w:t>
      </w:r>
    </w:p>
    <w:p>
      <w:pPr>
        <w:spacing w:after="40"/>
      </w:pPr>
      <w:r>
        <w:t>[59] Rendering: Map: Summarize within: Parcels (id c7c3fa96-6cbc-43c6-9c0d-fe80010b2209)</w:t>
      </w:r>
    </w:p>
    <w:p>
      <w:pPr>
        <w:spacing w:after="40"/>
      </w:pPr>
      <w:r>
        <w:t>[60] Rendering: Map: Parcels by built_far (id 225b0a21-d925-4a9c-830d-a8ff465d85f3)</w:t>
      </w:r>
    </w:p>
    <w:p>
      <w:pPr>
        <w:spacing w:after="40"/>
      </w:pPr>
      <w:r>
        <w:t>[61] Rendering: Map: Green spaces by area_ha (id d835f68f-d836-45cb-bc1c-330e22a1a5a5)</w:t>
      </w:r>
    </w:p>
    <w:p>
      <w:pPr>
        <w:spacing w:after="40"/>
      </w:pPr>
      <w:r>
        <w:t>[62] Rendering: Map: Zoning districts by max_far (id 5c925f5e-357f-42ad-a25b-84fd46efdb28)</w:t>
      </w:r>
    </w:p>
    <w:p>
      <w:pPr>
        <w:spacing w:after="40"/>
      </w:pPr>
      <w:r>
        <w:t>[63] Rendering: Map: Hot spot analysis: Property sales (id 27148a64-8d81-466d-ba61-2ae85cfd1868)</w:t>
      </w:r>
    </w:p>
    <w:p>
      <w:pPr>
        <w:spacing w:after="40"/>
      </w:pPr>
      <w:r>
        <w:t>[64] Rendering: Map: Hot spot analysis: Building permits (id 5b6f2580-842f-4994-a302-a3bb1b0bf448)</w:t>
      </w:r>
    </w:p>
    <w:p>
      <w:pPr>
        <w:spacing w:after="40"/>
      </w:pPr>
      <w:r>
        <w:t>[65] Rendering: Map: Calculate density: Property sales (id 9c3290f3-cc57-4600-9529-82ee062fb61c)</w:t>
      </w:r>
    </w:p>
    <w:p>
      <w:pPr>
        <w:spacing w:after="40"/>
      </w:pPr>
      <w:r>
        <w:t>[66] Rendering: Map: Calculate density: Building permits (id 91b2edc2-2bf7-4663-bb16-12595287149f)</w:t>
      </w:r>
    </w:p>
    <w:p>
      <w:pPr>
        <w:spacing w:after="40"/>
      </w:pPr>
      <w:r>
        <w:t>[67] Rendering: Map: Find point clusters: Transit stations (id 5608ea02-b2ac-4e51-a075-0e201a1bc4ed)</w:t>
      </w:r>
    </w:p>
    <w:p>
      <w:pPr>
        <w:spacing w:after="40"/>
      </w:pPr>
      <w:r>
        <w:t>[68] Rendering: Map: Find point clusters: cluster hulls (id 9864ff42-febc-4252-a0ba-b1ca69720112)</w:t>
      </w:r>
    </w:p>
    <w:p>
      <w:pPr>
        <w:spacing w:after="40"/>
      </w:pPr>
      <w:r>
        <w:t>[69] Rendering: Map: Find point clusters: Property sales (id 0d51172d-775f-4364-998b-1f2614c6d6c6)</w:t>
      </w:r>
    </w:p>
    <w:p>
      <w:pPr>
        <w:spacing w:after="40"/>
      </w:pPr>
      <w:r>
        <w:t>[70] Rendering: Map: Find point clusters: Building permits (id 450b8dd1-0c4b-4bbf-8e03-6cff33e001f4)</w:t>
      </w:r>
    </w:p>
    <w:p>
      <w:pPr>
        <w:spacing w:after="40"/>
      </w:pPr>
      <w:r>
        <w:t>[71] Rendering: Map: Find point clusters: cluster hulls (id 0eabad24-1821-4dea-a840-3e1ce29b5fcb)</w:t>
      </w:r>
    </w:p>
    <w:p>
      <w:pPr>
        <w:spacing w:after="40"/>
      </w:pPr>
      <w:r>
        <w:t>[72] Rendering: Map: Find outliers: Parcels (id 32f0c9a9-217e-4701-b234-c3234c26ff02)</w:t>
      </w:r>
    </w:p>
    <w:p>
      <w:pPr>
        <w:spacing w:after="40"/>
      </w:pPr>
      <w:r>
        <w:t>[73] Rendering: Map: Find outliers: Green spaces (id bbac1884-3dfd-41d5-99a3-a3dc22b9372a)</w:t>
      </w:r>
    </w:p>
    <w:p>
      <w:pPr>
        <w:spacing w:after="40"/>
      </w:pPr>
      <w:r>
        <w:t>[74] Rendering: Map: Find outliers: Zoning districts (id 1ed7248f-0b15-4174-8c9d-e4fcc7ad2031)</w:t>
      </w:r>
    </w:p>
    <w:p>
      <w:pPr>
        <w:spacing w:after="40"/>
      </w:pPr>
      <w:r>
        <w:t>[75] Rendering: Chart: Parcels over time (year_built). 12 rows (id a56a4586-993b-4959-8f12-cda5bdc8c1bc)</w:t>
      </w:r>
    </w:p>
    <w:p>
      <w:pPr>
        <w:spacing w:after="40"/>
      </w:pPr>
      <w:r>
        <w:t>[76] Rendering: Chart: Property sales over time (date). 57 rows (id d7dcbaa6-e88d-4c73-b1bc-4c18320c9e9e)</w:t>
      </w:r>
    </w:p>
    <w:p>
      <w:pPr>
        <w:spacing w:after="40"/>
      </w:pPr>
      <w:r>
        <w:t>[77] Rendering: Chart: Building permits over time (decision_month). 180 rows (id 803ff097-0db7-4dd0-bf88-08718e9b6106)</w:t>
      </w:r>
    </w:p>
    <w:p>
      <w:pPr>
        <w:spacing w:after="40"/>
      </w:pPr>
      <w:r>
        <w:t>[78] Rendering: Chart: Land values by zone and year over time (year). 198 rows (id a51cb267-2b59-4303-a275-1b299891614b)</w:t>
      </w:r>
    </w:p>
    <w:p>
      <w:pPr>
        <w:spacing w:after="40"/>
      </w:pPr>
      <w:r>
        <w:t>[79] Rendering: Chart: Emerging hot spots: Property sales. 8 rows (id cddb02b3-4f62-47c6-9df5-dead122811ae)</w:t>
      </w:r>
    </w:p>
    <w:p>
      <w:pPr>
        <w:spacing w:after="40"/>
      </w:pPr>
      <w:r>
        <w:t>[80] Rendering: Chart: Emerging hot spots: Building permits. 8 rows (id 9b5c350e-1c14-438a-9d63-489450edc2a3)</w:t>
      </w:r>
    </w:p>
    <w:p>
      <w:pPr>
        <w:spacing w:after="40"/>
      </w:pPr>
      <w:r>
        <w:t>[81] Rendering: Chart: Repeat and near repeat classification: Property sales. 57 rows (id e0196faa-807f-4c10-88ff-a378a575498f)</w:t>
      </w:r>
    </w:p>
    <w:p>
      <w:pPr>
        <w:spacing w:after="40"/>
      </w:pPr>
      <w:r>
        <w:t>[82] Rendering: Chart: Summarize within: Parcels. 12 rows (id 1dbcaea9-a5e4-4882-a88f-ea90a1a7bd7b)</w:t>
      </w:r>
    </w:p>
    <w:p>
      <w:pPr>
        <w:spacing w:after="40"/>
      </w:pPr>
      <w:r>
        <w:t>[83] Rendering: Chart: Summarize within: Parcels. 12 rows (id ed9ee8e2-4579-417f-8013-81e91e4a0afb)</w:t>
      </w:r>
    </w:p>
    <w:p>
      <w:pPr>
        <w:spacing w:after="40"/>
      </w:pPr>
      <w:r>
        <w:t>[84] Rendering: Chart: Summarize within: Parcels. 12 rows (id 73d109a5-5d83-481d-981e-0be9ffa57bd5)</w:t>
      </w:r>
    </w:p>
    <w:p>
      <w:pPr>
        <w:spacing w:after="40"/>
      </w:pPr>
      <w:r>
        <w:t>[85] Rendering: Chart: Hot spot analysis: Property sales. 12 rows (id 517b4c71-81b6-42fe-9408-26c588875b42)</w:t>
      </w:r>
    </w:p>
    <w:p>
      <w:pPr>
        <w:spacing w:after="40"/>
      </w:pPr>
      <w:r>
        <w:t>[86] Rendering: Chart: Hot spot analysis: Building permits. 13 rows (id 7a0cc108-0105-4152-b9f4-1796dc1e0c64)</w:t>
      </w:r>
    </w:p>
    <w:p>
      <w:pPr>
        <w:spacing w:after="40"/>
      </w:pPr>
      <w:r>
        <w:t>[87] Rendering: Chart: Calculate density: Property sales. 11 rows (id 201493fb-714c-40d2-9a76-ddb22527f9a5)</w:t>
      </w:r>
    </w:p>
    <w:p>
      <w:pPr>
        <w:spacing w:after="40"/>
      </w:pPr>
      <w:r>
        <w:t>[88] Rendering: Chart: Calculate density: Building permits. 12 rows (id 741b541a-642f-4d11-af05-b4f10e12c13e)</w:t>
      </w:r>
    </w:p>
    <w:p>
      <w:pPr>
        <w:spacing w:after="40"/>
      </w:pPr>
      <w:r>
        <w:t>[89] Rendering: Chart: Find point clusters: Transit stations. 1 rows (id df5f4fbc-f176-4563-8792-c439140abf7d)</w:t>
      </w:r>
    </w:p>
    <w:p>
      <w:pPr>
        <w:spacing w:after="40"/>
      </w:pPr>
      <w:r>
        <w:t>[90] Rendering: Chart: Find point clusters: cluster hulls. 1 rows (id ec35aed0-af92-4b16-987b-bc0bb9edc445)</w:t>
      </w:r>
    </w:p>
    <w:p>
      <w:pPr>
        <w:spacing w:after="40"/>
      </w:pPr>
      <w:r>
        <w:t>[91] Rendering: Chart: Find point clusters: Property sales. 1 rows (id 420829ca-242a-4203-a03e-1d3c30f92be2)</w:t>
      </w:r>
    </w:p>
    <w:p>
      <w:pPr>
        <w:spacing w:after="40"/>
      </w:pPr>
      <w:r>
        <w:t>[92] Rendering: Chart: Find point clusters: Building permits. 15 rows (id a75725d0-4a42-4c03-b775-4841e49a974a)</w:t>
      </w:r>
    </w:p>
    <w:p>
      <w:pPr>
        <w:spacing w:after="40"/>
      </w:pPr>
      <w:r>
        <w:t>[93] Rendering: Chart: Find point clusters: cluster hulls. 14 rows (id 19c0352e-e8ce-4b43-b68c-e5d9e727c6d8)</w:t>
      </w:r>
    </w:p>
    <w:p>
      <w:pPr>
        <w:spacing w:after="40"/>
      </w:pPr>
      <w:r>
        <w:t>[94] Rendering: Chart: Find outliers: Parcels. 1100 rows (id 22928ec9-70d1-47be-8138-15ef9ace47fc)</w:t>
      </w:r>
    </w:p>
    <w:p>
      <w:pPr>
        <w:spacing w:after="40"/>
      </w:pPr>
      <w:r>
        <w:t>[95] Rendering: Chart: Find outliers: Green spaces. 10 rows (id 986b9bba-697e-48c7-ad92-e4319618143d)</w:t>
      </w:r>
    </w:p>
    <w:p>
      <w:pPr>
        <w:spacing w:after="40"/>
      </w:pPr>
      <w:r>
        <w:t>[96] Rendering: Chart: Find outliers: Zoning districts. 10 rows (id 74b1b0e7-13ca-4b67-abac-f0beab687357)</w:t>
      </w:r>
    </w:p>
    <w:p>
      <w:pPr>
        <w:spacing w:after="40"/>
      </w:pPr>
      <w:r>
        <w:t>[97] Rendering: Chart: Find point clusters: Building permits over time. 180 rows (id f5fafb9d-4abc-4967-900a-fe4195579060)</w:t>
      </w:r>
    </w:p>
    <w:p>
      <w:pPr>
        <w:spacing w:after="40"/>
      </w:pPr>
      <w:r>
        <w:t>[98] Rendering: Chart: Find point clusters: Property sales over time. 57 rows (id 633faacd-1c67-43fc-92f7-c5b129144335)</w:t>
      </w:r>
    </w:p>
    <w:p>
      <w:pPr>
        <w:spacing w:after="40"/>
      </w:pPr>
      <w:r>
        <w:t>[99] Rendering: Chart: Hot spot analysis: Building permits over time. 180 rows (id 63728d45-bd6d-408e-b13d-19cba683b84d)</w:t>
      </w:r>
    </w:p>
    <w:p>
      <w:pPr>
        <w:spacing w:after="40"/>
      </w:pPr>
      <w:r>
        <w:t>[100] Rendering: Chart: Repeat and near repeat classification: Property sales over time. 57 rows (id c2cc74df-5240-4117-b8b3-c351a9f1deb5)</w:t>
      </w:r>
    </w:p>
    <w:p>
      <w:pPr>
        <w:spacing w:after="40"/>
      </w:pPr>
      <w:r>
        <w:t>[101] Dataset: Zoning districts. vector, 10 rows (id e41da161-19b5-48ad-9ac1-ec14aba11071)</w:t>
      </w:r>
    </w:p>
    <w:p>
      <w:pPr>
        <w:spacing w:after="40"/>
      </w:pPr>
      <w:r>
        <w:t>[102] Dataset: Parcels. vector, 1100 rows (id 334e7daf-16c0-41ea-bad4-945a00366679)</w:t>
      </w:r>
    </w:p>
    <w:p>
      <w:pPr>
        <w:spacing w:after="40"/>
      </w:pPr>
      <w:r>
        <w:t>[103] Dataset: Transit stations. vector, 12 rows (id 26d28a13-4955-415e-8c92-76eac9333571)</w:t>
      </w:r>
    </w:p>
    <w:p>
      <w:pPr>
        <w:spacing w:after="40"/>
      </w:pPr>
      <w:r>
        <w:t>[104] Dataset: Green spaces. vector, 10 rows (id 3c7e642e-5612-4d39-9522-1784d7abf668)</w:t>
      </w:r>
    </w:p>
    <w:p>
      <w:pPr>
        <w:spacing w:after="40"/>
      </w:pPr>
      <w:r>
        <w:t>[105] Dataset: Streets. vector, 151 rows (id 4db290a4-42c5-4245-8ecd-06ec0d874f2a)</w:t>
      </w:r>
    </w:p>
    <w:p>
      <w:pPr>
        <w:spacing w:after="40"/>
      </w:pPr>
      <w:r>
        <w:t>[106] Dataset: City terrain model (DEM). raster, ? rows (id b4ace474-faad-4e75-8a4c-267a0401808c)</w:t>
      </w:r>
    </w:p>
    <w:p>
      <w:pPr>
        <w:spacing w:after="40"/>
      </w:pPr>
      <w:r>
        <w:t>[107] Dataset: Planning committee brief. document, ? rows (id b40a0012-69f3-4624-bf05-59a0379f41f9)</w:t>
      </w:r>
    </w:p>
    <w:p>
      <w:pPr>
        <w:spacing w:after="40"/>
      </w:pPr>
      <w:r>
        <w:t>[108] Record: Sample: Real estate and urban planning, Lisbon (id acfed0f6-9df9-4775-9325-30c0bbed70e9)</w:t>
      </w:r>
    </w:p>
    <w:p>
      <w:pPr>
        <w:spacing w:after="40"/>
      </w:pPr>
      <w:r>
        <w:t>[109] Layer: Emerging hot spots: Property sales. 81 features (id dc34ccf4-38d7-4643-8ab2-86b694e35b9c)</w:t>
      </w:r>
    </w:p>
    <w:p>
      <w:pPr>
        <w:spacing w:after="40"/>
      </w:pPr>
      <w:r>
        <w:t>[110] Layer: Emerging hot spots: Building permits. 90 features (id a26af55a-a693-4e98-b7a5-ccf061c4b3dd)</w:t>
      </w:r>
    </w:p>
    <w:p>
      <w:pPr>
        <w:spacing w:after="40"/>
      </w:pPr>
      <w:r>
        <w:t>[111] Layer: Repeat and near repeat classification: Property sales. 950 features (id e13509b5-d34e-404a-8352-c51480e7869b)</w:t>
      </w:r>
    </w:p>
    <w:p>
      <w:pPr>
        <w:spacing w:after="40"/>
      </w:pPr>
      <w:r>
        <w:t>[112] Layer: Summarize within: Parcels. 1,100 features (id d5217ead-227b-4720-8179-db14e5edc246)</w:t>
      </w:r>
    </w:p>
    <w:p>
      <w:pPr>
        <w:spacing w:after="40"/>
      </w:pPr>
      <w:r>
        <w:t>[113] Layer: Summarize within: Parcels. 1,100 features (id 7342e67c-cd62-400b-8ac8-e6893f4004f8)</w:t>
      </w:r>
    </w:p>
    <w:p>
      <w:pPr>
        <w:spacing w:after="40"/>
      </w:pPr>
      <w:r>
        <w:t>[114] Layer: Summarize within: Parcels. 1,100 features (id 1cffb229-6c6c-459d-afd2-b27e02cafa7a)</w:t>
      </w:r>
    </w:p>
    <w:p>
      <w:pPr>
        <w:spacing w:after="40"/>
      </w:pPr>
      <w:r>
        <w:t>[115] Layer: Hot spot analysis: Property sales. 213 features (id e5e5e574-adff-45f1-a500-025bf5057582)</w:t>
      </w:r>
    </w:p>
    <w:p>
      <w:pPr>
        <w:spacing w:after="40"/>
      </w:pPr>
      <w:r>
        <w:t>[116] Layer: Hot spot analysis: Building permits. 380 features (id ce1fd16e-c432-424b-8b6e-95c7442a25ea)</w:t>
      </w:r>
    </w:p>
    <w:p>
      <w:pPr>
        <w:spacing w:after="40"/>
      </w:pPr>
      <w:r>
        <w:t>[117] Layer: Calculate density: Property sales. 867 features (id f054cd23-8647-44c1-ad3f-df8046f553c7)</w:t>
      </w:r>
    </w:p>
    <w:p>
      <w:pPr>
        <w:spacing w:after="40"/>
      </w:pPr>
      <w:r>
        <w:t>[118] Layer: Calculate density: Building permits. 1,211 features (id a54dd906-1fba-477a-b3b4-4b2b57a69d8c)</w:t>
      </w:r>
    </w:p>
    <w:p>
      <w:pPr>
        <w:spacing w:after="40"/>
      </w:pPr>
      <w:r>
        <w:t>[119] Layer: Find point clusters: Transit stations. 12 features (id 712ec0c3-8dd4-4826-b637-a5959f8a8bc2)</w:t>
      </w:r>
    </w:p>
    <w:p>
      <w:pPr>
        <w:spacing w:after="40"/>
      </w:pPr>
      <w:r>
        <w:t>[120] Layer: Find point clusters: cluster hulls. 1 features (id 8f02c57f-8442-4514-8c69-ad2c271b02b5)</w:t>
      </w:r>
    </w:p>
    <w:p>
      <w:pPr>
        <w:spacing w:after="40"/>
      </w:pPr>
      <w:r>
        <w:t>[121] Layer: Find point clusters: Property sales. 950 features (id 060168a0-b1c4-4161-8cf4-2e5e7e616489)</w:t>
      </w:r>
    </w:p>
    <w:p>
      <w:pPr>
        <w:spacing w:after="40"/>
      </w:pPr>
      <w:r>
        <w:t>[122] Layer: Find point clusters: Building permits. 380 features (id 1828d446-6bee-4fc7-8d2a-1e9162eab56b)</w:t>
      </w:r>
    </w:p>
    <w:p>
      <w:pPr>
        <w:spacing w:after="40"/>
      </w:pPr>
      <w:r>
        <w:t>[123] Layer: Find point clusters: cluster hulls. 14 features (id 1280d1a9-f52c-4411-9b1a-bfe208cf113c)</w:t>
      </w:r>
    </w:p>
    <w:p>
      <w:pPr>
        <w:spacing w:after="40"/>
      </w:pPr>
      <w:r>
        <w:t>[124] Layer: Find outliers: Parcels. 1,100 features (id 83bec88a-063d-4158-a3b1-83369d40e2c4)</w:t>
      </w:r>
    </w:p>
    <w:p>
      <w:pPr>
        <w:spacing w:after="40"/>
      </w:pPr>
      <w:r>
        <w:t>[125] Layer: Find outliers: Green spaces. 10 features (id e9005658-d31f-457a-bf22-d38615856ba0)</w:t>
      </w:r>
    </w:p>
    <w:p>
      <w:pPr>
        <w:spacing w:after="40"/>
      </w:pPr>
      <w:r>
        <w:t>[126] Layer: Find outliers: Zoning districts. 10 features (id 940a4302-ccf6-4dc6-ae17-c77fc0e39f96)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quarter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61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56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Property sales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Building permits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Planning applications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Land values by zone and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23. Parcels over time (year_built)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0.3225</w:t>
            </w:r>
          </w:p>
        </w:tc>
        <w:tc>
          <w:tcPr>
            <w:tcW w:type="dxa" w:w="2880"/>
          </w:tcPr>
          <w:p>
            <w:r>
              <w:t>82</w:t>
            </w:r>
          </w:p>
        </w:tc>
      </w:tr>
      <w:tr>
        <w:tc>
          <w:tcPr>
            <w:tcW w:type="dxa" w:w="2880"/>
          </w:tcPr>
          <w:p>
            <w:r>
              <w:t>0.3225</w:t>
            </w:r>
          </w:p>
        </w:tc>
        <w:tc>
          <w:tcPr>
            <w:tcW w:type="dxa" w:w="2880"/>
          </w:tcPr>
          <w:p>
            <w:r>
              <w:t>0.645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0.645</w:t>
            </w:r>
          </w:p>
        </w:tc>
        <w:tc>
          <w:tcPr>
            <w:tcW w:type="dxa" w:w="2880"/>
          </w:tcPr>
          <w:p>
            <w:r>
              <w:t>0.9675</w:t>
            </w:r>
          </w:p>
        </w:tc>
        <w:tc>
          <w:tcPr>
            <w:tcW w:type="dxa" w:w="2880"/>
          </w:tcPr>
          <w:p>
            <w:r>
              <w:t>166</w:t>
            </w:r>
          </w:p>
        </w:tc>
      </w:tr>
      <w:tr>
        <w:tc>
          <w:tcPr>
            <w:tcW w:type="dxa" w:w="2880"/>
          </w:tcPr>
          <w:p>
            <w:r>
              <w:t>0.9675</w:t>
            </w:r>
          </w:p>
        </w:tc>
        <w:tc>
          <w:tcPr>
            <w:tcW w:type="dxa" w:w="2880"/>
          </w:tcPr>
          <w:p>
            <w:r>
              <w:t>1.29</w:t>
            </w:r>
          </w:p>
        </w:tc>
        <w:tc>
          <w:tcPr>
            <w:tcW w:type="dxa" w:w="2880"/>
          </w:tcPr>
          <w:p>
            <w:r>
              <w:t>200</w:t>
            </w:r>
          </w:p>
        </w:tc>
      </w:tr>
      <w:tr>
        <w:tc>
          <w:tcPr>
            <w:tcW w:type="dxa" w:w="2880"/>
          </w:tcPr>
          <w:p>
            <w:r>
              <w:t>1.29</w:t>
            </w:r>
          </w:p>
        </w:tc>
        <w:tc>
          <w:tcPr>
            <w:tcW w:type="dxa" w:w="2880"/>
          </w:tcPr>
          <w:p>
            <w:r>
              <w:t>1.613</w:t>
            </w:r>
          </w:p>
        </w:tc>
        <w:tc>
          <w:tcPr>
            <w:tcW w:type="dxa" w:w="2880"/>
          </w:tcPr>
          <w:p>
            <w:r>
              <w:t>194</w:t>
            </w:r>
          </w:p>
        </w:tc>
      </w:tr>
      <w:tr>
        <w:tc>
          <w:tcPr>
            <w:tcW w:type="dxa" w:w="2880"/>
          </w:tcPr>
          <w:p>
            <w:r>
              <w:t>1.613</w:t>
            </w:r>
          </w:p>
        </w:tc>
        <w:tc>
          <w:tcPr>
            <w:tcW w:type="dxa" w:w="2880"/>
          </w:tcPr>
          <w:p>
            <w:r>
              <w:t>1.935</w:t>
            </w:r>
          </w:p>
        </w:tc>
        <w:tc>
          <w:tcPr>
            <w:tcW w:type="dxa" w:w="2880"/>
          </w:tcPr>
          <w:p>
            <w:r>
              <w:t>103</w:t>
            </w:r>
          </w:p>
        </w:tc>
      </w:tr>
      <w:tr>
        <w:tc>
          <w:tcPr>
            <w:tcW w:type="dxa" w:w="2880"/>
          </w:tcPr>
          <w:p>
            <w:r>
              <w:t>1.935</w:t>
            </w:r>
          </w:p>
        </w:tc>
        <w:tc>
          <w:tcPr>
            <w:tcW w:type="dxa" w:w="2880"/>
          </w:tcPr>
          <w:p>
            <w:r>
              <w:t>2.257</w:t>
            </w:r>
          </w:p>
        </w:tc>
        <w:tc>
          <w:tcPr>
            <w:tcW w:type="dxa" w:w="2880"/>
          </w:tcPr>
          <w:p>
            <w:r>
              <w:t>92</w:t>
            </w:r>
          </w:p>
        </w:tc>
      </w:tr>
      <w:tr>
        <w:tc>
          <w:tcPr>
            <w:tcW w:type="dxa" w:w="2880"/>
          </w:tcPr>
          <w:p>
            <w:r>
              <w:t>2.257</w:t>
            </w:r>
          </w:p>
        </w:tc>
        <w:tc>
          <w:tcPr>
            <w:tcW w:type="dxa" w:w="2880"/>
          </w:tcPr>
          <w:p>
            <w:r>
              <w:t>2.58</w:t>
            </w:r>
          </w:p>
        </w:tc>
        <w:tc>
          <w:tcPr>
            <w:tcW w:type="dxa" w:w="2880"/>
          </w:tcPr>
          <w:p>
            <w:r>
              <w:t>71</w:t>
            </w:r>
          </w:p>
        </w:tc>
      </w:tr>
      <w:tr>
        <w:tc>
          <w:tcPr>
            <w:tcW w:type="dxa" w:w="2880"/>
          </w:tcPr>
          <w:p>
            <w:r>
              <w:t>2.58</w:t>
            </w:r>
          </w:p>
        </w:tc>
        <w:tc>
          <w:tcPr>
            <w:tcW w:type="dxa" w:w="2880"/>
          </w:tcPr>
          <w:p>
            <w:r>
              <w:t>2.902</w:t>
            </w:r>
          </w:p>
        </w:tc>
        <w:tc>
          <w:tcPr>
            <w:tcW w:type="dxa" w:w="2880"/>
          </w:tcPr>
          <w:p>
            <w:r>
              <w:t>62</w:t>
            </w:r>
          </w:p>
        </w:tc>
      </w:tr>
      <w:tr>
        <w:tc>
          <w:tcPr>
            <w:tcW w:type="dxa" w:w="2880"/>
          </w:tcPr>
          <w:p>
            <w:r>
              <w:t>2.902</w:t>
            </w:r>
          </w:p>
        </w:tc>
        <w:tc>
          <w:tcPr>
            <w:tcW w:type="dxa" w:w="2880"/>
          </w:tcPr>
          <w:p>
            <w:r>
              <w:t>3.225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3.225</w:t>
            </w:r>
          </w:p>
        </w:tc>
        <w:tc>
          <w:tcPr>
            <w:tcW w:type="dxa" w:w="2880"/>
          </w:tcPr>
          <w:p>
            <w:r>
              <w:t>3.547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3.547</w:t>
            </w:r>
          </w:p>
        </w:tc>
        <w:tc>
          <w:tcPr>
            <w:tcW w:type="dxa" w:w="2880"/>
          </w:tcPr>
          <w:p>
            <w:r>
              <w:t>3.87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24. Property sales over time (date)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</w:tbl>
    <w:p/>
    <w:p>
      <w:pPr>
        <w:pStyle w:val="Heading2"/>
      </w:pPr>
      <w:r>
        <w:t>Figure 25. Building permits over time (decision_month)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82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84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102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57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57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70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94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67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105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110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69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71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81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89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96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98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77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56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175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176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67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76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57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87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73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62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69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116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90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70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119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108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130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117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108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85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140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167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67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104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130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26. Land values by zone and year over time (year)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I07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27. Emerging hot spots: Property sales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-0.963</w:t>
            </w:r>
          </w:p>
        </w:tc>
        <w:tc>
          <w:tcPr>
            <w:tcW w:type="dxa" w:w="2880"/>
          </w:tcPr>
          <w:p>
            <w:r>
              <w:t>-0.1466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-0.1466</w:t>
            </w:r>
          </w:p>
        </w:tc>
        <w:tc>
          <w:tcPr>
            <w:tcW w:type="dxa" w:w="2880"/>
          </w:tcPr>
          <w:p>
            <w:r>
              <w:t>0.6697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0.6697</w:t>
            </w:r>
          </w:p>
        </w:tc>
        <w:tc>
          <w:tcPr>
            <w:tcW w:type="dxa" w:w="2880"/>
          </w:tcPr>
          <w:p>
            <w:r>
              <w:t>1.486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1.486</w:t>
            </w:r>
          </w:p>
        </w:tc>
        <w:tc>
          <w:tcPr>
            <w:tcW w:type="dxa" w:w="2880"/>
          </w:tcPr>
          <w:p>
            <w:r>
              <w:t>2.303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2.303</w:t>
            </w:r>
          </w:p>
        </w:tc>
        <w:tc>
          <w:tcPr>
            <w:tcW w:type="dxa" w:w="2880"/>
          </w:tcPr>
          <w:p>
            <w:r>
              <w:t>3.119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3.119</w:t>
            </w:r>
          </w:p>
        </w:tc>
        <w:tc>
          <w:tcPr>
            <w:tcW w:type="dxa" w:w="2880"/>
          </w:tcPr>
          <w:p>
            <w:r>
              <w:t>3.935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3.935</w:t>
            </w:r>
          </w:p>
        </w:tc>
        <w:tc>
          <w:tcPr>
            <w:tcW w:type="dxa" w:w="2880"/>
          </w:tcPr>
          <w:p>
            <w:r>
              <w:t>4.752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4.752</w:t>
            </w:r>
          </w:p>
        </w:tc>
        <w:tc>
          <w:tcPr>
            <w:tcW w:type="dxa" w:w="2880"/>
          </w:tcPr>
          <w:p>
            <w:r>
              <w:t>5.568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28. Emerging hot spots: Building permits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-0.609</w:t>
            </w:r>
          </w:p>
        </w:tc>
        <w:tc>
          <w:tcPr>
            <w:tcW w:type="dxa" w:w="2880"/>
          </w:tcPr>
          <w:p>
            <w:r>
              <w:t>0.08612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0.08612</w:t>
            </w:r>
          </w:p>
        </w:tc>
        <w:tc>
          <w:tcPr>
            <w:tcW w:type="dxa" w:w="2880"/>
          </w:tcPr>
          <w:p>
            <w:r>
              <w:t>0.7812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0.7812</w:t>
            </w:r>
          </w:p>
        </w:tc>
        <w:tc>
          <w:tcPr>
            <w:tcW w:type="dxa" w:w="2880"/>
          </w:tcPr>
          <w:p>
            <w:r>
              <w:t>1.476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1.476</w:t>
            </w:r>
          </w:p>
        </w:tc>
        <w:tc>
          <w:tcPr>
            <w:tcW w:type="dxa" w:w="2880"/>
          </w:tcPr>
          <w:p>
            <w:r>
              <w:t>2.171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2.171</w:t>
            </w:r>
          </w:p>
        </w:tc>
        <w:tc>
          <w:tcPr>
            <w:tcW w:type="dxa" w:w="2880"/>
          </w:tcPr>
          <w:p>
            <w:r>
              <w:t>2.867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2.867</w:t>
            </w:r>
          </w:p>
        </w:tc>
        <w:tc>
          <w:tcPr>
            <w:tcW w:type="dxa" w:w="2880"/>
          </w:tcPr>
          <w:p>
            <w:r>
              <w:t>3.562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3.562</w:t>
            </w:r>
          </w:p>
        </w:tc>
        <w:tc>
          <w:tcPr>
            <w:tcW w:type="dxa" w:w="2880"/>
          </w:tcPr>
          <w:p>
            <w:r>
              <w:t>4.257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4.257</w:t>
            </w:r>
          </w:p>
        </w:tc>
        <w:tc>
          <w:tcPr>
            <w:tcW w:type="dxa" w:w="2880"/>
          </w:tcPr>
          <w:p>
            <w:r>
              <w:t>4.952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Repeat and near repeat classification: Property sales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</w:tbl>
    <w:p/>
    <w:p>
      <w:pPr>
        <w:pStyle w:val="Heading2"/>
      </w:pPr>
      <w:r>
        <w:t>Figure 30. Summarize within: Parcels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752</w:t>
            </w:r>
          </w:p>
        </w:tc>
        <w:tc>
          <w:tcPr>
            <w:tcW w:type="dxa" w:w="2880"/>
          </w:tcPr>
          <w:p>
            <w:r>
              <w:t>1,843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  <w:tr>
        <w:tc>
          <w:tcPr>
            <w:tcW w:type="dxa" w:w="2880"/>
          </w:tcPr>
          <w:p>
            <w:r>
              <w:t>1,843</w:t>
            </w:r>
          </w:p>
        </w:tc>
        <w:tc>
          <w:tcPr>
            <w:tcW w:type="dxa" w:w="2880"/>
          </w:tcPr>
          <w:p>
            <w:r>
              <w:t>2,934</w:t>
            </w:r>
          </w:p>
        </w:tc>
        <w:tc>
          <w:tcPr>
            <w:tcW w:type="dxa" w:w="2880"/>
          </w:tcPr>
          <w:p>
            <w:r>
              <w:t>213</w:t>
            </w:r>
          </w:p>
        </w:tc>
      </w:tr>
      <w:tr>
        <w:tc>
          <w:tcPr>
            <w:tcW w:type="dxa" w:w="2880"/>
          </w:tcPr>
          <w:p>
            <w:r>
              <w:t>2,934</w:t>
            </w:r>
          </w:p>
        </w:tc>
        <w:tc>
          <w:tcPr>
            <w:tcW w:type="dxa" w:w="2880"/>
          </w:tcPr>
          <w:p>
            <w:r>
              <w:t>4,024</w:t>
            </w:r>
          </w:p>
        </w:tc>
        <w:tc>
          <w:tcPr>
            <w:tcW w:type="dxa" w:w="2880"/>
          </w:tcPr>
          <w:p>
            <w:r>
              <w:t>188</w:t>
            </w:r>
          </w:p>
        </w:tc>
      </w:tr>
      <w:tr>
        <w:tc>
          <w:tcPr>
            <w:tcW w:type="dxa" w:w="2880"/>
          </w:tcPr>
          <w:p>
            <w:r>
              <w:t>4,024</w:t>
            </w:r>
          </w:p>
        </w:tc>
        <w:tc>
          <w:tcPr>
            <w:tcW w:type="dxa" w:w="2880"/>
          </w:tcPr>
          <w:p>
            <w:r>
              <w:t>5,115</w:t>
            </w:r>
          </w:p>
        </w:tc>
        <w:tc>
          <w:tcPr>
            <w:tcW w:type="dxa" w:w="2880"/>
          </w:tcPr>
          <w:p>
            <w:r>
              <w:t>183</w:t>
            </w:r>
          </w:p>
        </w:tc>
      </w:tr>
      <w:tr>
        <w:tc>
          <w:tcPr>
            <w:tcW w:type="dxa" w:w="2880"/>
          </w:tcPr>
          <w:p>
            <w:r>
              <w:t>5,115</w:t>
            </w:r>
          </w:p>
        </w:tc>
        <w:tc>
          <w:tcPr>
            <w:tcW w:type="dxa" w:w="2880"/>
          </w:tcPr>
          <w:p>
            <w:r>
              <w:t>6,206</w:t>
            </w:r>
          </w:p>
        </w:tc>
        <w:tc>
          <w:tcPr>
            <w:tcW w:type="dxa" w:w="2880"/>
          </w:tcPr>
          <w:p>
            <w:r>
              <w:t>125</w:t>
            </w:r>
          </w:p>
        </w:tc>
      </w:tr>
      <w:tr>
        <w:tc>
          <w:tcPr>
            <w:tcW w:type="dxa" w:w="2880"/>
          </w:tcPr>
          <w:p>
            <w:r>
              <w:t>6,206</w:t>
            </w:r>
          </w:p>
        </w:tc>
        <w:tc>
          <w:tcPr>
            <w:tcW w:type="dxa" w:w="2880"/>
          </w:tcPr>
          <w:p>
            <w:r>
              <w:t>7,296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7,296</w:t>
            </w:r>
          </w:p>
        </w:tc>
        <w:tc>
          <w:tcPr>
            <w:tcW w:type="dxa" w:w="2880"/>
          </w:tcPr>
          <w:p>
            <w:r>
              <w:t>8,387</w:t>
            </w:r>
          </w:p>
        </w:tc>
        <w:tc>
          <w:tcPr>
            <w:tcW w:type="dxa" w:w="2880"/>
          </w:tcPr>
          <w:p>
            <w:r>
              <w:t>76</w:t>
            </w:r>
          </w:p>
        </w:tc>
      </w:tr>
      <w:tr>
        <w:tc>
          <w:tcPr>
            <w:tcW w:type="dxa" w:w="2880"/>
          </w:tcPr>
          <w:p>
            <w:r>
              <w:t>8,387</w:t>
            </w:r>
          </w:p>
        </w:tc>
        <w:tc>
          <w:tcPr>
            <w:tcW w:type="dxa" w:w="2880"/>
          </w:tcPr>
          <w:p>
            <w:r>
              <w:t>9,478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9,478</w:t>
            </w:r>
          </w:p>
        </w:tc>
        <w:tc>
          <w:tcPr>
            <w:tcW w:type="dxa" w:w="2880"/>
          </w:tcPr>
          <w:p>
            <w:r>
              <w:t>1.057e+04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1.057e+04</w:t>
            </w:r>
          </w:p>
        </w:tc>
        <w:tc>
          <w:tcPr>
            <w:tcW w:type="dxa" w:w="2880"/>
          </w:tcPr>
          <w:p>
            <w:r>
              <w:t>1.166e+04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1.166e+04</w:t>
            </w:r>
          </w:p>
        </w:tc>
        <w:tc>
          <w:tcPr>
            <w:tcW w:type="dxa" w:w="2880"/>
          </w:tcPr>
          <w:p>
            <w:r>
              <w:t>1.275e+04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1.275e+04</w:t>
            </w:r>
          </w:p>
        </w:tc>
        <w:tc>
          <w:tcPr>
            <w:tcW w:type="dxa" w:w="2880"/>
          </w:tcPr>
          <w:p>
            <w:r>
              <w:t>1.384e+04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31. Summarize within: Parcels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752</w:t>
            </w:r>
          </w:p>
        </w:tc>
        <w:tc>
          <w:tcPr>
            <w:tcW w:type="dxa" w:w="2880"/>
          </w:tcPr>
          <w:p>
            <w:r>
              <w:t>1,843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  <w:tr>
        <w:tc>
          <w:tcPr>
            <w:tcW w:type="dxa" w:w="2880"/>
          </w:tcPr>
          <w:p>
            <w:r>
              <w:t>1,843</w:t>
            </w:r>
          </w:p>
        </w:tc>
        <w:tc>
          <w:tcPr>
            <w:tcW w:type="dxa" w:w="2880"/>
          </w:tcPr>
          <w:p>
            <w:r>
              <w:t>2,934</w:t>
            </w:r>
          </w:p>
        </w:tc>
        <w:tc>
          <w:tcPr>
            <w:tcW w:type="dxa" w:w="2880"/>
          </w:tcPr>
          <w:p>
            <w:r>
              <w:t>213</w:t>
            </w:r>
          </w:p>
        </w:tc>
      </w:tr>
      <w:tr>
        <w:tc>
          <w:tcPr>
            <w:tcW w:type="dxa" w:w="2880"/>
          </w:tcPr>
          <w:p>
            <w:r>
              <w:t>2,934</w:t>
            </w:r>
          </w:p>
        </w:tc>
        <w:tc>
          <w:tcPr>
            <w:tcW w:type="dxa" w:w="2880"/>
          </w:tcPr>
          <w:p>
            <w:r>
              <w:t>4,024</w:t>
            </w:r>
          </w:p>
        </w:tc>
        <w:tc>
          <w:tcPr>
            <w:tcW w:type="dxa" w:w="2880"/>
          </w:tcPr>
          <w:p>
            <w:r>
              <w:t>188</w:t>
            </w:r>
          </w:p>
        </w:tc>
      </w:tr>
      <w:tr>
        <w:tc>
          <w:tcPr>
            <w:tcW w:type="dxa" w:w="2880"/>
          </w:tcPr>
          <w:p>
            <w:r>
              <w:t>4,024</w:t>
            </w:r>
          </w:p>
        </w:tc>
        <w:tc>
          <w:tcPr>
            <w:tcW w:type="dxa" w:w="2880"/>
          </w:tcPr>
          <w:p>
            <w:r>
              <w:t>5,115</w:t>
            </w:r>
          </w:p>
        </w:tc>
        <w:tc>
          <w:tcPr>
            <w:tcW w:type="dxa" w:w="2880"/>
          </w:tcPr>
          <w:p>
            <w:r>
              <w:t>183</w:t>
            </w:r>
          </w:p>
        </w:tc>
      </w:tr>
      <w:tr>
        <w:tc>
          <w:tcPr>
            <w:tcW w:type="dxa" w:w="2880"/>
          </w:tcPr>
          <w:p>
            <w:r>
              <w:t>5,115</w:t>
            </w:r>
          </w:p>
        </w:tc>
        <w:tc>
          <w:tcPr>
            <w:tcW w:type="dxa" w:w="2880"/>
          </w:tcPr>
          <w:p>
            <w:r>
              <w:t>6,206</w:t>
            </w:r>
          </w:p>
        </w:tc>
        <w:tc>
          <w:tcPr>
            <w:tcW w:type="dxa" w:w="2880"/>
          </w:tcPr>
          <w:p>
            <w:r>
              <w:t>125</w:t>
            </w:r>
          </w:p>
        </w:tc>
      </w:tr>
      <w:tr>
        <w:tc>
          <w:tcPr>
            <w:tcW w:type="dxa" w:w="2880"/>
          </w:tcPr>
          <w:p>
            <w:r>
              <w:t>6,206</w:t>
            </w:r>
          </w:p>
        </w:tc>
        <w:tc>
          <w:tcPr>
            <w:tcW w:type="dxa" w:w="2880"/>
          </w:tcPr>
          <w:p>
            <w:r>
              <w:t>7,296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7,296</w:t>
            </w:r>
          </w:p>
        </w:tc>
        <w:tc>
          <w:tcPr>
            <w:tcW w:type="dxa" w:w="2880"/>
          </w:tcPr>
          <w:p>
            <w:r>
              <w:t>8,387</w:t>
            </w:r>
          </w:p>
        </w:tc>
        <w:tc>
          <w:tcPr>
            <w:tcW w:type="dxa" w:w="2880"/>
          </w:tcPr>
          <w:p>
            <w:r>
              <w:t>76</w:t>
            </w:r>
          </w:p>
        </w:tc>
      </w:tr>
      <w:tr>
        <w:tc>
          <w:tcPr>
            <w:tcW w:type="dxa" w:w="2880"/>
          </w:tcPr>
          <w:p>
            <w:r>
              <w:t>8,387</w:t>
            </w:r>
          </w:p>
        </w:tc>
        <w:tc>
          <w:tcPr>
            <w:tcW w:type="dxa" w:w="2880"/>
          </w:tcPr>
          <w:p>
            <w:r>
              <w:t>9,478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9,478</w:t>
            </w:r>
          </w:p>
        </w:tc>
        <w:tc>
          <w:tcPr>
            <w:tcW w:type="dxa" w:w="2880"/>
          </w:tcPr>
          <w:p>
            <w:r>
              <w:t>1.057e+04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1.057e+04</w:t>
            </w:r>
          </w:p>
        </w:tc>
        <w:tc>
          <w:tcPr>
            <w:tcW w:type="dxa" w:w="2880"/>
          </w:tcPr>
          <w:p>
            <w:r>
              <w:t>1.166e+04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1.166e+04</w:t>
            </w:r>
          </w:p>
        </w:tc>
        <w:tc>
          <w:tcPr>
            <w:tcW w:type="dxa" w:w="2880"/>
          </w:tcPr>
          <w:p>
            <w:r>
              <w:t>1.275e+04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1.275e+04</w:t>
            </w:r>
          </w:p>
        </w:tc>
        <w:tc>
          <w:tcPr>
            <w:tcW w:type="dxa" w:w="2880"/>
          </w:tcPr>
          <w:p>
            <w:r>
              <w:t>1.384e+04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32. Summarize within: Parcels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752</w:t>
            </w:r>
          </w:p>
        </w:tc>
        <w:tc>
          <w:tcPr>
            <w:tcW w:type="dxa" w:w="2880"/>
          </w:tcPr>
          <w:p>
            <w:r>
              <w:t>1,843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  <w:tr>
        <w:tc>
          <w:tcPr>
            <w:tcW w:type="dxa" w:w="2880"/>
          </w:tcPr>
          <w:p>
            <w:r>
              <w:t>1,843</w:t>
            </w:r>
          </w:p>
        </w:tc>
        <w:tc>
          <w:tcPr>
            <w:tcW w:type="dxa" w:w="2880"/>
          </w:tcPr>
          <w:p>
            <w:r>
              <w:t>2,934</w:t>
            </w:r>
          </w:p>
        </w:tc>
        <w:tc>
          <w:tcPr>
            <w:tcW w:type="dxa" w:w="2880"/>
          </w:tcPr>
          <w:p>
            <w:r>
              <w:t>213</w:t>
            </w:r>
          </w:p>
        </w:tc>
      </w:tr>
      <w:tr>
        <w:tc>
          <w:tcPr>
            <w:tcW w:type="dxa" w:w="2880"/>
          </w:tcPr>
          <w:p>
            <w:r>
              <w:t>2,934</w:t>
            </w:r>
          </w:p>
        </w:tc>
        <w:tc>
          <w:tcPr>
            <w:tcW w:type="dxa" w:w="2880"/>
          </w:tcPr>
          <w:p>
            <w:r>
              <w:t>4,024</w:t>
            </w:r>
          </w:p>
        </w:tc>
        <w:tc>
          <w:tcPr>
            <w:tcW w:type="dxa" w:w="2880"/>
          </w:tcPr>
          <w:p>
            <w:r>
              <w:t>188</w:t>
            </w:r>
          </w:p>
        </w:tc>
      </w:tr>
      <w:tr>
        <w:tc>
          <w:tcPr>
            <w:tcW w:type="dxa" w:w="2880"/>
          </w:tcPr>
          <w:p>
            <w:r>
              <w:t>4,024</w:t>
            </w:r>
          </w:p>
        </w:tc>
        <w:tc>
          <w:tcPr>
            <w:tcW w:type="dxa" w:w="2880"/>
          </w:tcPr>
          <w:p>
            <w:r>
              <w:t>5,115</w:t>
            </w:r>
          </w:p>
        </w:tc>
        <w:tc>
          <w:tcPr>
            <w:tcW w:type="dxa" w:w="2880"/>
          </w:tcPr>
          <w:p>
            <w:r>
              <w:t>183</w:t>
            </w:r>
          </w:p>
        </w:tc>
      </w:tr>
      <w:tr>
        <w:tc>
          <w:tcPr>
            <w:tcW w:type="dxa" w:w="2880"/>
          </w:tcPr>
          <w:p>
            <w:r>
              <w:t>5,115</w:t>
            </w:r>
          </w:p>
        </w:tc>
        <w:tc>
          <w:tcPr>
            <w:tcW w:type="dxa" w:w="2880"/>
          </w:tcPr>
          <w:p>
            <w:r>
              <w:t>6,206</w:t>
            </w:r>
          </w:p>
        </w:tc>
        <w:tc>
          <w:tcPr>
            <w:tcW w:type="dxa" w:w="2880"/>
          </w:tcPr>
          <w:p>
            <w:r>
              <w:t>125</w:t>
            </w:r>
          </w:p>
        </w:tc>
      </w:tr>
      <w:tr>
        <w:tc>
          <w:tcPr>
            <w:tcW w:type="dxa" w:w="2880"/>
          </w:tcPr>
          <w:p>
            <w:r>
              <w:t>6,206</w:t>
            </w:r>
          </w:p>
        </w:tc>
        <w:tc>
          <w:tcPr>
            <w:tcW w:type="dxa" w:w="2880"/>
          </w:tcPr>
          <w:p>
            <w:r>
              <w:t>7,296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7,296</w:t>
            </w:r>
          </w:p>
        </w:tc>
        <w:tc>
          <w:tcPr>
            <w:tcW w:type="dxa" w:w="2880"/>
          </w:tcPr>
          <w:p>
            <w:r>
              <w:t>8,387</w:t>
            </w:r>
          </w:p>
        </w:tc>
        <w:tc>
          <w:tcPr>
            <w:tcW w:type="dxa" w:w="2880"/>
          </w:tcPr>
          <w:p>
            <w:r>
              <w:t>76</w:t>
            </w:r>
          </w:p>
        </w:tc>
      </w:tr>
      <w:tr>
        <w:tc>
          <w:tcPr>
            <w:tcW w:type="dxa" w:w="2880"/>
          </w:tcPr>
          <w:p>
            <w:r>
              <w:t>8,387</w:t>
            </w:r>
          </w:p>
        </w:tc>
        <w:tc>
          <w:tcPr>
            <w:tcW w:type="dxa" w:w="2880"/>
          </w:tcPr>
          <w:p>
            <w:r>
              <w:t>9,478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9,478</w:t>
            </w:r>
          </w:p>
        </w:tc>
        <w:tc>
          <w:tcPr>
            <w:tcW w:type="dxa" w:w="2880"/>
          </w:tcPr>
          <w:p>
            <w:r>
              <w:t>1.057e+04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1.057e+04</w:t>
            </w:r>
          </w:p>
        </w:tc>
        <w:tc>
          <w:tcPr>
            <w:tcW w:type="dxa" w:w="2880"/>
          </w:tcPr>
          <w:p>
            <w:r>
              <w:t>1.166e+04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1.166e+04</w:t>
            </w:r>
          </w:p>
        </w:tc>
        <w:tc>
          <w:tcPr>
            <w:tcW w:type="dxa" w:w="2880"/>
          </w:tcPr>
          <w:p>
            <w:r>
              <w:t>1.275e+04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1.275e+04</w:t>
            </w:r>
          </w:p>
        </w:tc>
        <w:tc>
          <w:tcPr>
            <w:tcW w:type="dxa" w:w="2880"/>
          </w:tcPr>
          <w:p>
            <w:r>
              <w:t>1.384e+04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33. Hot spot analysis: Property sales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25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21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63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27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37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34. Hot spot analysis: Building permits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11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29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81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72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93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38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25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9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9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35. Calculate density: Property sales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2.182</w:t>
            </w:r>
          </w:p>
        </w:tc>
        <w:tc>
          <w:tcPr>
            <w:tcW w:type="dxa" w:w="2880"/>
          </w:tcPr>
          <w:p>
            <w:r>
              <w:t>89</w:t>
            </w:r>
          </w:p>
        </w:tc>
      </w:tr>
      <w:tr>
        <w:tc>
          <w:tcPr>
            <w:tcW w:type="dxa" w:w="2880"/>
          </w:tcPr>
          <w:p>
            <w:r>
              <w:t>2.182</w:t>
            </w:r>
          </w:p>
        </w:tc>
        <w:tc>
          <w:tcPr>
            <w:tcW w:type="dxa" w:w="2880"/>
          </w:tcPr>
          <w:p>
            <w:r>
              <w:t>4.364</w:t>
            </w:r>
          </w:p>
        </w:tc>
        <w:tc>
          <w:tcPr>
            <w:tcW w:type="dxa" w:w="2880"/>
          </w:tcPr>
          <w:p>
            <w:r>
              <w:t>81</w:t>
            </w:r>
          </w:p>
        </w:tc>
      </w:tr>
      <w:tr>
        <w:tc>
          <w:tcPr>
            <w:tcW w:type="dxa" w:w="2880"/>
          </w:tcPr>
          <w:p>
            <w:r>
              <w:t>4.364</w:t>
            </w:r>
          </w:p>
        </w:tc>
        <w:tc>
          <w:tcPr>
            <w:tcW w:type="dxa" w:w="2880"/>
          </w:tcPr>
          <w:p>
            <w:r>
              <w:t>6.545</w:t>
            </w:r>
          </w:p>
        </w:tc>
        <w:tc>
          <w:tcPr>
            <w:tcW w:type="dxa" w:w="2880"/>
          </w:tcPr>
          <w:p>
            <w:r>
              <w:t>81</w:t>
            </w:r>
          </w:p>
        </w:tc>
      </w:tr>
      <w:tr>
        <w:tc>
          <w:tcPr>
            <w:tcW w:type="dxa" w:w="2880"/>
          </w:tcPr>
          <w:p>
            <w:r>
              <w:t>6.545</w:t>
            </w:r>
          </w:p>
        </w:tc>
        <w:tc>
          <w:tcPr>
            <w:tcW w:type="dxa" w:w="2880"/>
          </w:tcPr>
          <w:p>
            <w:r>
              <w:t>8.727</w:t>
            </w:r>
          </w:p>
        </w:tc>
        <w:tc>
          <w:tcPr>
            <w:tcW w:type="dxa" w:w="2880"/>
          </w:tcPr>
          <w:p>
            <w:r>
              <w:t>82</w:t>
            </w:r>
          </w:p>
        </w:tc>
      </w:tr>
      <w:tr>
        <w:tc>
          <w:tcPr>
            <w:tcW w:type="dxa" w:w="2880"/>
          </w:tcPr>
          <w:p>
            <w:r>
              <w:t>8.727</w:t>
            </w:r>
          </w:p>
        </w:tc>
        <w:tc>
          <w:tcPr>
            <w:tcW w:type="dxa" w:w="2880"/>
          </w:tcPr>
          <w:p>
            <w:r>
              <w:t>10.91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10.91</w:t>
            </w:r>
          </w:p>
        </w:tc>
        <w:tc>
          <w:tcPr>
            <w:tcW w:type="dxa" w:w="2880"/>
          </w:tcPr>
          <w:p>
            <w:r>
              <w:t>13.09</w:t>
            </w:r>
          </w:p>
        </w:tc>
        <w:tc>
          <w:tcPr>
            <w:tcW w:type="dxa" w:w="2880"/>
          </w:tcPr>
          <w:p>
            <w:r>
              <w:t>122</w:t>
            </w:r>
          </w:p>
        </w:tc>
      </w:tr>
      <w:tr>
        <w:tc>
          <w:tcPr>
            <w:tcW w:type="dxa" w:w="2880"/>
          </w:tcPr>
          <w:p>
            <w:r>
              <w:t>13.09</w:t>
            </w:r>
          </w:p>
        </w:tc>
        <w:tc>
          <w:tcPr>
            <w:tcW w:type="dxa" w:w="2880"/>
          </w:tcPr>
          <w:p>
            <w:r>
              <w:t>15.27</w:t>
            </w:r>
          </w:p>
        </w:tc>
        <w:tc>
          <w:tcPr>
            <w:tcW w:type="dxa" w:w="2880"/>
          </w:tcPr>
          <w:p>
            <w:r>
              <w:t>81</w:t>
            </w:r>
          </w:p>
        </w:tc>
      </w:tr>
      <w:tr>
        <w:tc>
          <w:tcPr>
            <w:tcW w:type="dxa" w:w="2880"/>
          </w:tcPr>
          <w:p>
            <w:r>
              <w:t>15.27</w:t>
            </w:r>
          </w:p>
        </w:tc>
        <w:tc>
          <w:tcPr>
            <w:tcW w:type="dxa" w:w="2880"/>
          </w:tcPr>
          <w:p>
            <w:r>
              <w:t>17.45</w:t>
            </w:r>
          </w:p>
        </w:tc>
        <w:tc>
          <w:tcPr>
            <w:tcW w:type="dxa" w:w="2880"/>
          </w:tcPr>
          <w:p>
            <w:r>
              <w:t>82</w:t>
            </w:r>
          </w:p>
        </w:tc>
      </w:tr>
      <w:tr>
        <w:tc>
          <w:tcPr>
            <w:tcW w:type="dxa" w:w="2880"/>
          </w:tcPr>
          <w:p>
            <w:r>
              <w:t>17.45</w:t>
            </w:r>
          </w:p>
        </w:tc>
        <w:tc>
          <w:tcPr>
            <w:tcW w:type="dxa" w:w="2880"/>
          </w:tcPr>
          <w:p>
            <w:r>
              <w:t>19.64</w:t>
            </w:r>
          </w:p>
        </w:tc>
        <w:tc>
          <w:tcPr>
            <w:tcW w:type="dxa" w:w="2880"/>
          </w:tcPr>
          <w:p>
            <w:r>
              <w:t>76</w:t>
            </w:r>
          </w:p>
        </w:tc>
      </w:tr>
      <w:tr>
        <w:tc>
          <w:tcPr>
            <w:tcW w:type="dxa" w:w="2880"/>
          </w:tcPr>
          <w:p>
            <w:r>
              <w:t>19.64</w:t>
            </w:r>
          </w:p>
        </w:tc>
        <w:tc>
          <w:tcPr>
            <w:tcW w:type="dxa" w:w="2880"/>
          </w:tcPr>
          <w:p>
            <w:r>
              <w:t>21.82</w:t>
            </w:r>
          </w:p>
        </w:tc>
        <w:tc>
          <w:tcPr>
            <w:tcW w:type="dxa" w:w="2880"/>
          </w:tcPr>
          <w:p>
            <w:r>
              <w:t>57</w:t>
            </w:r>
          </w:p>
        </w:tc>
      </w:tr>
      <w:tr>
        <w:tc>
          <w:tcPr>
            <w:tcW w:type="dxa" w:w="2880"/>
          </w:tcPr>
          <w:p>
            <w:r>
              <w:t>21.82</w:t>
            </w:r>
          </w:p>
        </w:tc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</w:tbl>
    <w:p/>
    <w:p>
      <w:pPr>
        <w:pStyle w:val="Heading2"/>
      </w:pPr>
      <w:r>
        <w:t>Figure 36. Calculate density: Building permits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2.5</w:t>
            </w:r>
          </w:p>
        </w:tc>
        <w:tc>
          <w:tcPr>
            <w:tcW w:type="dxa" w:w="2880"/>
          </w:tcPr>
          <w:p>
            <w:r>
              <w:t>68</w:t>
            </w:r>
          </w:p>
        </w:tc>
      </w:tr>
      <w:tr>
        <w:tc>
          <w:tcPr>
            <w:tcW w:type="dxa" w:w="2880"/>
          </w:tcPr>
          <w:p>
            <w:r>
              <w:t>2.5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87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7.5</w:t>
            </w:r>
          </w:p>
        </w:tc>
        <w:tc>
          <w:tcPr>
            <w:tcW w:type="dxa" w:w="2880"/>
          </w:tcPr>
          <w:p>
            <w:r>
              <w:t>139</w:t>
            </w:r>
          </w:p>
        </w:tc>
      </w:tr>
      <w:tr>
        <w:tc>
          <w:tcPr>
            <w:tcW w:type="dxa" w:w="2880"/>
          </w:tcPr>
          <w:p>
            <w:r>
              <w:t>7.5</w:t>
            </w:r>
          </w:p>
        </w:tc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94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12.5</w:t>
            </w:r>
          </w:p>
        </w:tc>
        <w:tc>
          <w:tcPr>
            <w:tcW w:type="dxa" w:w="2880"/>
          </w:tcPr>
          <w:p>
            <w:r>
              <w:t>135</w:t>
            </w:r>
          </w:p>
        </w:tc>
      </w:tr>
      <w:tr>
        <w:tc>
          <w:tcPr>
            <w:tcW w:type="dxa" w:w="2880"/>
          </w:tcPr>
          <w:p>
            <w:r>
              <w:t>12.5</w:t>
            </w:r>
          </w:p>
        </w:tc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92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17.5</w:t>
            </w:r>
          </w:p>
        </w:tc>
        <w:tc>
          <w:tcPr>
            <w:tcW w:type="dxa" w:w="2880"/>
          </w:tcPr>
          <w:p>
            <w:r>
              <w:t>139</w:t>
            </w:r>
          </w:p>
        </w:tc>
      </w:tr>
      <w:tr>
        <w:tc>
          <w:tcPr>
            <w:tcW w:type="dxa" w:w="2880"/>
          </w:tcPr>
          <w:p>
            <w:r>
              <w:t>17.5</w:t>
            </w:r>
          </w:p>
        </w:tc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94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22.5</w:t>
            </w:r>
          </w:p>
        </w:tc>
        <w:tc>
          <w:tcPr>
            <w:tcW w:type="dxa" w:w="2880"/>
          </w:tcPr>
          <w:p>
            <w:r>
              <w:t>138</w:t>
            </w:r>
          </w:p>
        </w:tc>
      </w:tr>
      <w:tr>
        <w:tc>
          <w:tcPr>
            <w:tcW w:type="dxa" w:w="2880"/>
          </w:tcPr>
          <w:p>
            <w:r>
              <w:t>22.5</w:t>
            </w:r>
          </w:p>
        </w:tc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89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27.5</w:t>
            </w:r>
          </w:p>
        </w:tc>
        <w:tc>
          <w:tcPr>
            <w:tcW w:type="dxa" w:w="2880"/>
          </w:tcPr>
          <w:p>
            <w:r>
              <w:t>102</w:t>
            </w:r>
          </w:p>
        </w:tc>
      </w:tr>
      <w:tr>
        <w:tc>
          <w:tcPr>
            <w:tcW w:type="dxa" w:w="2880"/>
          </w:tcPr>
          <w:p>
            <w:r>
              <w:t>27.5</w:t>
            </w:r>
          </w:p>
        </w:tc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</w:tbl>
    <w:p/>
    <w:p>
      <w:pPr>
        <w:pStyle w:val="Heading2"/>
      </w:pPr>
      <w:r>
        <w:t>Figure 37. Find point clusters: Transit stations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38. Find point clusters: cluster hulls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39. Find point clusters: Property sales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950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40. Find point clusters: Building permits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126</w:t>
            </w:r>
          </w:p>
        </w:tc>
        <w:tc>
          <w:tcPr>
            <w:tcW w:type="dxa" w:w="2160"/>
          </w:tcPr>
          <w:p>
            <w:r>
              <w:t>0.3316</w:t>
            </w:r>
          </w:p>
        </w:tc>
        <w:tc>
          <w:tcPr>
            <w:tcW w:type="dxa" w:w="2160"/>
          </w:tcPr>
          <w:p>
            <w:r>
              <w:t>33.2%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37</w:t>
            </w:r>
          </w:p>
        </w:tc>
        <w:tc>
          <w:tcPr>
            <w:tcW w:type="dxa" w:w="2160"/>
          </w:tcPr>
          <w:p>
            <w:r>
              <w:t>0.09737</w:t>
            </w:r>
          </w:p>
        </w:tc>
        <w:tc>
          <w:tcPr>
            <w:tcW w:type="dxa" w:w="2160"/>
          </w:tcPr>
          <w:p>
            <w:r>
              <w:t>9.7%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33</w:t>
            </w:r>
          </w:p>
        </w:tc>
        <w:tc>
          <w:tcPr>
            <w:tcW w:type="dxa" w:w="2160"/>
          </w:tcPr>
          <w:p>
            <w:r>
              <w:t>0.08684</w:t>
            </w:r>
          </w:p>
        </w:tc>
        <w:tc>
          <w:tcPr>
            <w:tcW w:type="dxa" w:w="2160"/>
          </w:tcPr>
          <w:p>
            <w:r>
              <w:t>8.7%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0.07632</w:t>
            </w:r>
          </w:p>
        </w:tc>
        <w:tc>
          <w:tcPr>
            <w:tcW w:type="dxa" w:w="2160"/>
          </w:tcPr>
          <w:p>
            <w:r>
              <w:t>7.6%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0.05263</w:t>
            </w:r>
          </w:p>
        </w:tc>
        <w:tc>
          <w:tcPr>
            <w:tcW w:type="dxa" w:w="2160"/>
          </w:tcPr>
          <w:p>
            <w:r>
              <w:t>5.3%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0.05</w:t>
            </w:r>
          </w:p>
        </w:tc>
        <w:tc>
          <w:tcPr>
            <w:tcW w:type="dxa" w:w="2160"/>
          </w:tcPr>
          <w:p>
            <w:r>
              <w:t>5.0%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0.04737</w:t>
            </w:r>
          </w:p>
        </w:tc>
        <w:tc>
          <w:tcPr>
            <w:tcW w:type="dxa" w:w="2160"/>
          </w:tcPr>
          <w:p>
            <w:r>
              <w:t>4.7%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0.04474</w:t>
            </w:r>
          </w:p>
        </w:tc>
        <w:tc>
          <w:tcPr>
            <w:tcW w:type="dxa" w:w="2160"/>
          </w:tcPr>
          <w:p>
            <w:r>
              <w:t>4.5%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0.0421</w:t>
            </w:r>
          </w:p>
        </w:tc>
        <w:tc>
          <w:tcPr>
            <w:tcW w:type="dxa" w:w="2160"/>
          </w:tcPr>
          <w:p>
            <w:r>
              <w:t>4.2%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0.03947</w:t>
            </w:r>
          </w:p>
        </w:tc>
        <w:tc>
          <w:tcPr>
            <w:tcW w:type="dxa" w:w="2160"/>
          </w:tcPr>
          <w:p>
            <w:r>
              <w:t>3.9%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0.03421</w:t>
            </w:r>
          </w:p>
        </w:tc>
        <w:tc>
          <w:tcPr>
            <w:tcW w:type="dxa" w:w="2160"/>
          </w:tcPr>
          <w:p>
            <w:r>
              <w:t>3.4%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0.02632</w:t>
            </w:r>
          </w:p>
        </w:tc>
        <w:tc>
          <w:tcPr>
            <w:tcW w:type="dxa" w:w="2160"/>
          </w:tcPr>
          <w:p>
            <w:r>
              <w:t>2.6%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0.02632</w:t>
            </w:r>
          </w:p>
        </w:tc>
        <w:tc>
          <w:tcPr>
            <w:tcW w:type="dxa" w:w="2160"/>
          </w:tcPr>
          <w:p>
            <w:r>
              <w:t>2.6%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0.02632</w:t>
            </w:r>
          </w:p>
        </w:tc>
        <w:tc>
          <w:tcPr>
            <w:tcW w:type="dxa" w:w="2160"/>
          </w:tcPr>
          <w:p>
            <w:r>
              <w:t>2.6%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0.01842</w:t>
            </w:r>
          </w:p>
        </w:tc>
        <w:tc>
          <w:tcPr>
            <w:tcW w:type="dxa" w:w="2160"/>
          </w:tcPr>
          <w:p>
            <w:r>
              <w:t>1.8%</w:t>
            </w:r>
          </w:p>
        </w:tc>
      </w:tr>
    </w:tbl>
    <w:p/>
    <w:p>
      <w:pPr>
        <w:pStyle w:val="Heading2"/>
      </w:pPr>
      <w:r>
        <w:t>Figure 41. Find point clusters: cluster hulls [93]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</w:tbl>
    <w:p/>
    <w:p>
      <w:pPr>
        <w:pStyle w:val="Heading2"/>
      </w:pPr>
      <w:r>
        <w:t>Figure 42. Find outliers: Parcels [94]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-1.428</w:t>
            </w:r>
          </w:p>
        </w:tc>
        <w:tc>
          <w:tcPr>
            <w:tcW w:type="dxa" w:w="2880"/>
          </w:tcPr>
          <w:p>
            <w:r>
              <w:t>-0.8778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-0.9939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-1.065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-1.12</w:t>
            </w:r>
          </w:p>
        </w:tc>
        <w:tc>
          <w:tcPr>
            <w:tcW w:type="dxa" w:w="2880"/>
          </w:tcPr>
          <w:p>
            <w:r>
              <w:t>-0.8688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-1.133</w:t>
            </w:r>
          </w:p>
        </w:tc>
        <w:tc>
          <w:tcPr>
            <w:tcW w:type="dxa" w:w="2880"/>
          </w:tcPr>
          <w:p>
            <w:r>
              <w:t>-0.6335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-0.9292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-0.4918</w:t>
            </w:r>
          </w:p>
        </w:tc>
        <w:tc>
          <w:tcPr>
            <w:tcW w:type="dxa" w:w="2880"/>
          </w:tcPr>
          <w:p>
            <w:r>
              <w:t>-0.9764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-0.8203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-1.527</w:t>
            </w:r>
          </w:p>
        </w:tc>
        <w:tc>
          <w:tcPr>
            <w:tcW w:type="dxa" w:w="2880"/>
          </w:tcPr>
          <w:p>
            <w:r>
              <w:t>-0.4015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-0.4548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-0.923</w:t>
            </w:r>
          </w:p>
        </w:tc>
        <w:tc>
          <w:tcPr>
            <w:tcW w:type="dxa" w:w="2880"/>
          </w:tcPr>
          <w:p>
            <w:r>
              <w:t>-0.1037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-0.5719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-0.7259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-0.923</w:t>
            </w:r>
          </w:p>
        </w:tc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-1.12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-1.03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-1.157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-1.317</w:t>
            </w:r>
          </w:p>
        </w:tc>
        <w:tc>
          <w:tcPr>
            <w:tcW w:type="dxa" w:w="2880"/>
          </w:tcPr>
          <w:p>
            <w:r>
              <w:t>-0.6314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-1.371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-0.6889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-1.219</w:t>
            </w:r>
          </w:p>
        </w:tc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-1.219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-1.004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-0.5904</w:t>
            </w:r>
          </w:p>
        </w:tc>
        <w:tc>
          <w:tcPr>
            <w:tcW w:type="dxa" w:w="2880"/>
          </w:tcPr>
          <w:p>
            <w:r>
              <w:t>-1.003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-0.5616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-1.018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0.0996</w:t>
            </w:r>
          </w:p>
        </w:tc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-0.0852</w:t>
            </w:r>
          </w:p>
        </w:tc>
        <w:tc>
          <w:tcPr>
            <w:tcW w:type="dxa" w:w="2880"/>
          </w:tcPr>
          <w:p>
            <w:r>
              <w:t>-0.2392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-0.2413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-0.7259</w:t>
            </w:r>
          </w:p>
        </w:tc>
        <w:tc>
          <w:tcPr>
            <w:tcW w:type="dxa" w:w="2880"/>
          </w:tcPr>
          <w:p>
            <w:r>
              <w:t>-1.083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-1.391</w:t>
            </w:r>
          </w:p>
        </w:tc>
        <w:tc>
          <w:tcPr>
            <w:tcW w:type="dxa" w:w="2880"/>
          </w:tcPr>
          <w:p>
            <w:r>
              <w:t>-0.7259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-0.9846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-0.4918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-0.8943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-1.071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-1.268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-0.7957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-1.067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-1.05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1.381</w:t>
            </w:r>
          </w:p>
        </w:tc>
        <w:tc>
          <w:tcPr>
            <w:tcW w:type="dxa" w:w="2880"/>
          </w:tcPr>
          <w:p>
            <w:r>
              <w:t>0.6417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0.5554</w:t>
            </w:r>
          </w:p>
        </w:tc>
        <w:tc>
          <w:tcPr>
            <w:tcW w:type="dxa" w:w="2880"/>
          </w:tcPr>
          <w:p>
            <w:r>
              <w:t>1.054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0.7279</w:t>
            </w:r>
          </w:p>
        </w:tc>
        <w:tc>
          <w:tcPr>
            <w:tcW w:type="dxa" w:w="2880"/>
          </w:tcPr>
          <w:p>
            <w:r>
              <w:t>0.884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1.036</w:t>
            </w:r>
          </w:p>
        </w:tc>
        <w:tc>
          <w:tcPr>
            <w:tcW w:type="dxa" w:w="2880"/>
          </w:tcPr>
          <w:p>
            <w:r>
              <w:t>1.412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0.7156</w:t>
            </w:r>
          </w:p>
        </w:tc>
        <w:tc>
          <w:tcPr>
            <w:tcW w:type="dxa" w:w="2880"/>
          </w:tcPr>
          <w:p>
            <w:r>
              <w:t>1.165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2.108</w:t>
            </w:r>
          </w:p>
        </w:tc>
        <w:tc>
          <w:tcPr>
            <w:tcW w:type="dxa" w:w="2880"/>
          </w:tcPr>
          <w:p>
            <w:r>
              <w:t>0.847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0.7895</w:t>
            </w:r>
          </w:p>
        </w:tc>
        <w:tc>
          <w:tcPr>
            <w:tcW w:type="dxa" w:w="2880"/>
          </w:tcPr>
          <w:p>
            <w:r>
              <w:t>1.229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0.4938</w:t>
            </w:r>
          </w:p>
        </w:tc>
        <w:tc>
          <w:tcPr>
            <w:tcW w:type="dxa" w:w="2880"/>
          </w:tcPr>
          <w:p>
            <w:r>
              <w:t>0.2105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0.6868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0.3747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0.9374</w:t>
            </w:r>
          </w:p>
        </w:tc>
        <w:tc>
          <w:tcPr>
            <w:tcW w:type="dxa" w:w="2880"/>
          </w:tcPr>
          <w:p>
            <w:r>
              <w:t>0.3829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0.3829</w:t>
            </w:r>
          </w:p>
        </w:tc>
        <w:tc>
          <w:tcPr>
            <w:tcW w:type="dxa" w:w="2880"/>
          </w:tcPr>
          <w:p>
            <w:r>
              <w:t>0.9497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-1.28</w:t>
            </w:r>
          </w:p>
        </w:tc>
        <w:tc>
          <w:tcPr>
            <w:tcW w:type="dxa" w:w="2880"/>
          </w:tcPr>
          <w:p>
            <w:r>
              <w:t>-0.0206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0.3706</w:t>
            </w:r>
          </w:p>
        </w:tc>
        <w:tc>
          <w:tcPr>
            <w:tcW w:type="dxa" w:w="2880"/>
          </w:tcPr>
          <w:p>
            <w:r>
              <w:t>-0.4333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0.6293</w:t>
            </w:r>
          </w:p>
        </w:tc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-0.7197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-0.9353</w:t>
            </w:r>
          </w:p>
        </w:tc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-1.022</w:t>
            </w:r>
          </w:p>
        </w:tc>
        <w:tc>
          <w:tcPr>
            <w:tcW w:type="dxa" w:w="2880"/>
          </w:tcPr>
          <w:p>
            <w:r>
              <w:t>-0.9271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-0.9723</w:t>
            </w:r>
          </w:p>
        </w:tc>
        <w:tc>
          <w:tcPr>
            <w:tcW w:type="dxa" w:w="2880"/>
          </w:tcPr>
          <w:p>
            <w:r>
              <w:t>-0.9415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-0.9446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-0.8214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-1.157</w:t>
            </w:r>
          </w:p>
        </w:tc>
        <w:tc>
          <w:tcPr>
            <w:tcW w:type="dxa" w:w="2880"/>
          </w:tcPr>
          <w:p>
            <w:r>
              <w:t>-1.133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-1.305</w:t>
            </w:r>
          </w:p>
        </w:tc>
        <w:tc>
          <w:tcPr>
            <w:tcW w:type="dxa" w:w="2880"/>
          </w:tcPr>
          <w:p>
            <w:r>
              <w:t>-1.083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-0.9477</w:t>
            </w:r>
          </w:p>
        </w:tc>
        <w:tc>
          <w:tcPr>
            <w:tcW w:type="dxa" w:w="2880"/>
          </w:tcPr>
          <w:p>
            <w:r>
              <w:t>-1.114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-1.145</w:t>
            </w:r>
          </w:p>
        </w:tc>
        <w:tc>
          <w:tcPr>
            <w:tcW w:type="dxa" w:w="2880"/>
          </w:tcPr>
          <w:p>
            <w:r>
              <w:t>-1.065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-0.9641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-0.6458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-1.005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-0.6479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-0.3563</w:t>
            </w:r>
          </w:p>
        </w:tc>
        <w:tc>
          <w:tcPr>
            <w:tcW w:type="dxa" w:w="2880"/>
          </w:tcPr>
          <w:p>
            <w:r>
              <w:t>-1.41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-1.022</w:t>
            </w:r>
          </w:p>
        </w:tc>
        <w:tc>
          <w:tcPr>
            <w:tcW w:type="dxa" w:w="2880"/>
          </w:tcPr>
          <w:p>
            <w:r>
              <w:t>-1.018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-0.8429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-1.009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-1.022</w:t>
            </w:r>
          </w:p>
        </w:tc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-1.015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-1.022</w:t>
            </w:r>
          </w:p>
        </w:tc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-0.5626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-0.5534</w:t>
            </w:r>
          </w:p>
        </w:tc>
        <w:tc>
          <w:tcPr>
            <w:tcW w:type="dxa" w:w="2880"/>
          </w:tcPr>
          <w:p>
            <w:r>
              <w:t>-0.716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-0.7423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-0.6427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-0.7013</w:t>
            </w:r>
          </w:p>
        </w:tc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-1.108</w:t>
            </w:r>
          </w:p>
        </w:tc>
        <w:tc>
          <w:tcPr>
            <w:tcW w:type="dxa" w:w="2880"/>
          </w:tcPr>
          <w:p>
            <w:r>
              <w:t>-0.7937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-0.8861</w:t>
            </w:r>
          </w:p>
        </w:tc>
        <w:tc>
          <w:tcPr>
            <w:tcW w:type="dxa" w:w="2880"/>
          </w:tcPr>
          <w:p>
            <w:r>
              <w:t>-0.9045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-0.7013</w:t>
            </w:r>
          </w:p>
        </w:tc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-0.1407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0.3706</w:t>
            </w:r>
          </w:p>
        </w:tc>
        <w:tc>
          <w:tcPr>
            <w:tcW w:type="dxa" w:w="2880"/>
          </w:tcPr>
          <w:p>
            <w:r>
              <w:t>-0.3994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0.3706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-0.2639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-0.5575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-0.3563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-0.2639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0.7279</w:t>
            </w:r>
          </w:p>
        </w:tc>
        <w:tc>
          <w:tcPr>
            <w:tcW w:type="dxa" w:w="2880"/>
          </w:tcPr>
          <w:p>
            <w:r>
              <w:t>1.122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1.122</w:t>
            </w:r>
          </w:p>
        </w:tc>
        <w:tc>
          <w:tcPr>
            <w:tcW w:type="dxa" w:w="2880"/>
          </w:tcPr>
          <w:p>
            <w:r>
              <w:t>0.7279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1.085</w:t>
            </w:r>
          </w:p>
        </w:tc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0.7238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0.1981</w:t>
            </w:r>
          </w:p>
        </w:tc>
        <w:tc>
          <w:tcPr>
            <w:tcW w:type="dxa" w:w="2880"/>
          </w:tcPr>
          <w:p>
            <w:r>
              <w:t>0.0585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0.8881</w:t>
            </w:r>
          </w:p>
        </w:tc>
        <w:tc>
          <w:tcPr>
            <w:tcW w:type="dxa" w:w="2880"/>
          </w:tcPr>
          <w:p>
            <w:r>
              <w:t>-0.4015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0.9312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0.5924</w:t>
            </w:r>
          </w:p>
        </w:tc>
        <w:tc>
          <w:tcPr>
            <w:tcW w:type="dxa" w:w="2880"/>
          </w:tcPr>
          <w:p>
            <w:r>
              <w:t>0.654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1.27</w:t>
            </w:r>
          </w:p>
        </w:tc>
        <w:tc>
          <w:tcPr>
            <w:tcW w:type="dxa" w:w="2880"/>
          </w:tcPr>
          <w:p>
            <w:r>
              <w:t>0.4281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0.5801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0.8018</w:t>
            </w:r>
          </w:p>
        </w:tc>
        <w:tc>
          <w:tcPr>
            <w:tcW w:type="dxa" w:w="2880"/>
          </w:tcPr>
          <w:p>
            <w:r>
              <w:t>0.6601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0.3583</w:t>
            </w:r>
          </w:p>
        </w:tc>
        <w:tc>
          <w:tcPr>
            <w:tcW w:type="dxa" w:w="2880"/>
          </w:tcPr>
          <w:p>
            <w:r>
              <w:t>0.8819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0.8634</w:t>
            </w:r>
          </w:p>
        </w:tc>
        <w:tc>
          <w:tcPr>
            <w:tcW w:type="dxa" w:w="2880"/>
          </w:tcPr>
          <w:p>
            <w:r>
              <w:t>0.8203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0.8511</w:t>
            </w:r>
          </w:p>
        </w:tc>
        <w:tc>
          <w:tcPr>
            <w:tcW w:type="dxa" w:w="2880"/>
          </w:tcPr>
          <w:p>
            <w:r>
              <w:t>1.116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0.8881</w:t>
            </w:r>
          </w:p>
        </w:tc>
        <w:tc>
          <w:tcPr>
            <w:tcW w:type="dxa" w:w="2880"/>
          </w:tcPr>
          <w:p>
            <w:r>
              <w:t>0.3337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0.5801</w:t>
            </w:r>
          </w:p>
        </w:tc>
        <w:tc>
          <w:tcPr>
            <w:tcW w:type="dxa" w:w="2880"/>
          </w:tcPr>
          <w:p>
            <w:r>
              <w:t>0.8881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0.8922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1.097</w:t>
            </w:r>
          </w:p>
        </w:tc>
        <w:tc>
          <w:tcPr>
            <w:tcW w:type="dxa" w:w="2880"/>
          </w:tcPr>
          <w:p>
            <w:r>
              <w:t>0.9045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1.196</w:t>
            </w:r>
          </w:p>
        </w:tc>
        <w:tc>
          <w:tcPr>
            <w:tcW w:type="dxa" w:w="2880"/>
          </w:tcPr>
          <w:p>
            <w:r>
              <w:t>0.8716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0.5554</w:t>
            </w:r>
          </w:p>
        </w:tc>
        <w:tc>
          <w:tcPr>
            <w:tcW w:type="dxa" w:w="2880"/>
          </w:tcPr>
          <w:p>
            <w:r>
              <w:t>0.9086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1.997</w:t>
            </w:r>
          </w:p>
        </w:tc>
        <w:tc>
          <w:tcPr>
            <w:tcW w:type="dxa" w:w="2880"/>
          </w:tcPr>
          <w:p>
            <w:r>
              <w:t>1.362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2.095</w:t>
            </w:r>
          </w:p>
        </w:tc>
        <w:tc>
          <w:tcPr>
            <w:tcW w:type="dxa" w:w="2880"/>
          </w:tcPr>
          <w:p>
            <w:r>
              <w:t>0.0996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1.073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-1.145</w:t>
            </w:r>
          </w:p>
        </w:tc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-1.145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-0.7813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-0.6971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-0.5842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-1.391</w:t>
            </w:r>
          </w:p>
        </w:tc>
        <w:tc>
          <w:tcPr>
            <w:tcW w:type="dxa" w:w="2880"/>
          </w:tcPr>
          <w:p>
            <w:r>
              <w:t>-1.058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-1.04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-1.058</w:t>
            </w:r>
          </w:p>
        </w:tc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-1.071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-1.075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-1.379</w:t>
            </w:r>
          </w:p>
        </w:tc>
        <w:tc>
          <w:tcPr>
            <w:tcW w:type="dxa" w:w="2880"/>
          </w:tcPr>
          <w:p>
            <w:r>
              <w:t>-0.8861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-0.9477</w:t>
            </w:r>
          </w:p>
        </w:tc>
        <w:tc>
          <w:tcPr>
            <w:tcW w:type="dxa" w:w="2880"/>
          </w:tcPr>
          <w:p>
            <w:r>
              <w:t>-1.079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-1.169</w:t>
            </w:r>
          </w:p>
        </w:tc>
        <w:tc>
          <w:tcPr>
            <w:tcW w:type="dxa" w:w="2880"/>
          </w:tcPr>
          <w:p>
            <w:r>
              <w:t>-0.9846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-0.7629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-0.7629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-0.6889</w:t>
            </w:r>
          </w:p>
        </w:tc>
        <w:tc>
          <w:tcPr>
            <w:tcW w:type="dxa" w:w="2880"/>
          </w:tcPr>
          <w:p>
            <w:r>
              <w:t>-0.9477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-0.8787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-0.9939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-0.5565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-1.342</w:t>
            </w:r>
          </w:p>
        </w:tc>
        <w:tc>
          <w:tcPr>
            <w:tcW w:type="dxa" w:w="2880"/>
          </w:tcPr>
          <w:p>
            <w:r>
              <w:t>-0.2947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-0.8409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-1.025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-0.229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-0.3193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-1.151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-0.2392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-0.1653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0.4199</w:t>
            </w:r>
          </w:p>
        </w:tc>
        <w:tc>
          <w:tcPr>
            <w:tcW w:type="dxa" w:w="2880"/>
          </w:tcPr>
          <w:p>
            <w:r>
              <w:t>-0.5329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-0.7505</w:t>
            </w:r>
          </w:p>
        </w:tc>
        <w:tc>
          <w:tcPr>
            <w:tcW w:type="dxa" w:w="2880"/>
          </w:tcPr>
          <w:p>
            <w:r>
              <w:t>-0.1427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-0.4015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-0.3563</w:t>
            </w:r>
          </w:p>
        </w:tc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-0.153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-0.5103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-0.8861</w:t>
            </w:r>
          </w:p>
        </w:tc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-0.2454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-0.0483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-0.7834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-0.2947</w:t>
            </w:r>
          </w:p>
        </w:tc>
        <w:tc>
          <w:tcPr>
            <w:tcW w:type="dxa" w:w="2880"/>
          </w:tcPr>
          <w:p>
            <w:r>
              <w:t>-0.1386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-0.3193</w:t>
            </w:r>
          </w:p>
        </w:tc>
        <w:tc>
          <w:tcPr>
            <w:tcW w:type="dxa" w:w="2880"/>
          </w:tcPr>
          <w:p>
            <w:r>
              <w:t>-0.2146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-0.424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-0.2084</w:t>
            </w:r>
          </w:p>
        </w:tc>
        <w:tc>
          <w:tcPr>
            <w:tcW w:type="dxa" w:w="2880"/>
          </w:tcPr>
          <w:p>
            <w:r>
              <w:t>0.1797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0.1612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0.5308</w:t>
            </w:r>
          </w:p>
        </w:tc>
        <w:tc>
          <w:tcPr>
            <w:tcW w:type="dxa" w:w="2880"/>
          </w:tcPr>
          <w:p>
            <w:r>
              <w:t>-0.076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0.5862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0.6417</w:t>
            </w:r>
          </w:p>
        </w:tc>
        <w:tc>
          <w:tcPr>
            <w:tcW w:type="dxa" w:w="2880"/>
          </w:tcPr>
          <w:p>
            <w:r>
              <w:t>0.0215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0.079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1.196</w:t>
            </w:r>
          </w:p>
        </w:tc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0.8388</w:t>
            </w:r>
          </w:p>
        </w:tc>
        <w:tc>
          <w:tcPr>
            <w:tcW w:type="dxa" w:w="2880"/>
          </w:tcPr>
          <w:p>
            <w:r>
              <w:t>0.1735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0.3953</w:t>
            </w:r>
          </w:p>
        </w:tc>
        <w:tc>
          <w:tcPr>
            <w:tcW w:type="dxa" w:w="2880"/>
          </w:tcPr>
          <w:p>
            <w:r>
              <w:t>1.19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1.849</w:t>
            </w:r>
          </w:p>
        </w:tc>
        <w:tc>
          <w:tcPr>
            <w:tcW w:type="dxa" w:w="2880"/>
          </w:tcPr>
          <w:p>
            <w:r>
              <w:t>0.8059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1.356</w:t>
            </w:r>
          </w:p>
        </w:tc>
        <w:tc>
          <w:tcPr>
            <w:tcW w:type="dxa" w:w="2880"/>
          </w:tcPr>
          <w:p>
            <w:r>
              <w:t>0.9702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0.6663</w:t>
            </w:r>
          </w:p>
        </w:tc>
        <w:tc>
          <w:tcPr>
            <w:tcW w:type="dxa" w:w="2880"/>
          </w:tcPr>
          <w:p>
            <w:r>
              <w:t>1.162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0.5677</w:t>
            </w:r>
          </w:p>
        </w:tc>
        <w:tc>
          <w:tcPr>
            <w:tcW w:type="dxa" w:w="2880"/>
          </w:tcPr>
          <w:p>
            <w:r>
              <w:t>1.192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1.714</w:t>
            </w:r>
          </w:p>
        </w:tc>
        <w:tc>
          <w:tcPr>
            <w:tcW w:type="dxa" w:w="2880"/>
          </w:tcPr>
          <w:p>
            <w:r>
              <w:t>0.5677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1.097</w:t>
            </w:r>
          </w:p>
        </w:tc>
        <w:tc>
          <w:tcPr>
            <w:tcW w:type="dxa" w:w="2880"/>
          </w:tcPr>
          <w:p>
            <w:r>
              <w:t>0.7033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0.7033</w:t>
            </w:r>
          </w:p>
        </w:tc>
        <w:tc>
          <w:tcPr>
            <w:tcW w:type="dxa" w:w="2880"/>
          </w:tcPr>
          <w:p>
            <w:r>
              <w:t>0.7217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1.369</w:t>
            </w:r>
          </w:p>
        </w:tc>
        <w:tc>
          <w:tcPr>
            <w:tcW w:type="dxa" w:w="2880"/>
          </w:tcPr>
          <w:p>
            <w:r>
              <w:t>0.4445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0.8758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0.3829</w:t>
            </w:r>
          </w:p>
        </w:tc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1.763</w:t>
            </w:r>
          </w:p>
        </w:tc>
        <w:tc>
          <w:tcPr>
            <w:tcW w:type="dxa" w:w="2880"/>
          </w:tcPr>
          <w:p>
            <w:r>
              <w:t>0.8634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0.8511</w:t>
            </w:r>
          </w:p>
        </w:tc>
        <w:tc>
          <w:tcPr>
            <w:tcW w:type="dxa" w:w="2880"/>
          </w:tcPr>
          <w:p>
            <w:r>
              <w:t>1.167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1.13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0.7772</w:t>
            </w:r>
          </w:p>
        </w:tc>
        <w:tc>
          <w:tcPr>
            <w:tcW w:type="dxa" w:w="2880"/>
          </w:tcPr>
          <w:p>
            <w:r>
              <w:t>1.192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0.4322</w:t>
            </w:r>
          </w:p>
        </w:tc>
        <w:tc>
          <w:tcPr>
            <w:tcW w:type="dxa" w:w="2880"/>
          </w:tcPr>
          <w:p>
            <w:r>
              <w:t>0.9928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1.43</w:t>
            </w:r>
          </w:p>
        </w:tc>
        <w:tc>
          <w:tcPr>
            <w:tcW w:type="dxa" w:w="2880"/>
          </w:tcPr>
          <w:p>
            <w:r>
              <w:t>0.7977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-0.2084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0.2885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0.3829</w:t>
            </w:r>
          </w:p>
        </w:tc>
        <w:tc>
          <w:tcPr>
            <w:tcW w:type="dxa" w:w="2880"/>
          </w:tcPr>
          <w:p>
            <w:r>
              <w:t>0.2269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0.4322</w:t>
            </w:r>
          </w:p>
        </w:tc>
        <w:tc>
          <w:tcPr>
            <w:tcW w:type="dxa" w:w="2880"/>
          </w:tcPr>
          <w:p>
            <w:r>
              <w:t>-0.2762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-0.2454</w:t>
            </w:r>
          </w:p>
        </w:tc>
        <w:tc>
          <w:tcPr>
            <w:tcW w:type="dxa" w:w="2880"/>
          </w:tcPr>
          <w:p>
            <w:r>
              <w:t>-0.3132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-1.058</w:t>
            </w:r>
          </w:p>
        </w:tc>
        <w:tc>
          <w:tcPr>
            <w:tcW w:type="dxa" w:w="2880"/>
          </w:tcPr>
          <w:p>
            <w:r>
              <w:t>0.0934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-0.6027</w:t>
            </w:r>
          </w:p>
        </w:tc>
        <w:tc>
          <w:tcPr>
            <w:tcW w:type="dxa" w:w="2880"/>
          </w:tcPr>
          <w:p>
            <w:r>
              <w:t>-0.4343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0.5677</w:t>
            </w:r>
          </w:p>
        </w:tc>
        <w:tc>
          <w:tcPr>
            <w:tcW w:type="dxa" w:w="2880"/>
          </w:tcPr>
          <w:p>
            <w:r>
              <w:t>-0.8799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-1.157</w:t>
            </w:r>
          </w:p>
        </w:tc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-0.3193</w:t>
            </w:r>
          </w:p>
        </w:tc>
        <w:tc>
          <w:tcPr>
            <w:tcW w:type="dxa" w:w="2880"/>
          </w:tcPr>
          <w:p>
            <w:r>
              <w:t>-0.4713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-0.6191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-0.7074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-0.036</w:t>
            </w:r>
          </w:p>
        </w:tc>
        <w:tc>
          <w:tcPr>
            <w:tcW w:type="dxa" w:w="2880"/>
          </w:tcPr>
          <w:p>
            <w:r>
              <w:t>-1.601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-1.527</w:t>
            </w:r>
          </w:p>
        </w:tc>
        <w:tc>
          <w:tcPr>
            <w:tcW w:type="dxa" w:w="2880"/>
          </w:tcPr>
          <w:p>
            <w:r>
              <w:t>-0.9169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-1.071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-0.2885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-1.046</w:t>
            </w:r>
          </w:p>
        </w:tc>
        <w:tc>
          <w:tcPr>
            <w:tcW w:type="dxa" w:w="2880"/>
          </w:tcPr>
          <w:p>
            <w:r>
              <w:t>-0.8861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-0.8245</w:t>
            </w:r>
          </w:p>
        </w:tc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-0.8861</w:t>
            </w:r>
          </w:p>
        </w:tc>
        <w:tc>
          <w:tcPr>
            <w:tcW w:type="dxa" w:w="2880"/>
          </w:tcPr>
          <w:p>
            <w:r>
              <w:t>-0.3727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0.7526</w:t>
            </w:r>
          </w:p>
        </w:tc>
        <w:tc>
          <w:tcPr>
            <w:tcW w:type="dxa" w:w="2880"/>
          </w:tcPr>
          <w:p>
            <w:r>
              <w:t>-1.071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-1.077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-0.3563</w:t>
            </w:r>
          </w:p>
        </w:tc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-1.317</w:t>
            </w:r>
          </w:p>
        </w:tc>
        <w:tc>
          <w:tcPr>
            <w:tcW w:type="dxa" w:w="2880"/>
          </w:tcPr>
          <w:p>
            <w:r>
              <w:t>0.309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0.309</w:t>
            </w:r>
          </w:p>
        </w:tc>
        <w:tc>
          <w:tcPr>
            <w:tcW w:type="dxa" w:w="2880"/>
          </w:tcPr>
          <w:p>
            <w:r>
              <w:t>-1.317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0.3953</w:t>
            </w:r>
          </w:p>
        </w:tc>
        <w:tc>
          <w:tcPr>
            <w:tcW w:type="dxa" w:w="2880"/>
          </w:tcPr>
          <w:p>
            <w:r>
              <w:t>-1.582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-1.49</w:t>
            </w:r>
          </w:p>
        </w:tc>
        <w:tc>
          <w:tcPr>
            <w:tcW w:type="dxa" w:w="2880"/>
          </w:tcPr>
          <w:p>
            <w:r>
              <w:t>-0.424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-1.243</w:t>
            </w:r>
          </w:p>
        </w:tc>
        <w:tc>
          <w:tcPr>
            <w:tcW w:type="dxa" w:w="2880"/>
          </w:tcPr>
          <w:p>
            <w:r>
              <w:t>-1.354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-0.5842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-0.7629</w:t>
            </w:r>
          </w:p>
        </w:tc>
        <w:tc>
          <w:tcPr>
            <w:tcW w:type="dxa" w:w="2880"/>
          </w:tcPr>
          <w:p>
            <w:r>
              <w:t>-1.262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-0.7259</w:t>
            </w:r>
          </w:p>
        </w:tc>
        <w:tc>
          <w:tcPr>
            <w:tcW w:type="dxa" w:w="2880"/>
          </w:tcPr>
          <w:p>
            <w:r>
              <w:t>-0.7629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-0.3563</w:t>
            </w:r>
          </w:p>
        </w:tc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-1.403</w:t>
            </w:r>
          </w:p>
        </w:tc>
        <w:tc>
          <w:tcPr>
            <w:tcW w:type="dxa" w:w="2880"/>
          </w:tcPr>
          <w:p>
            <w:r>
              <w:t>-0.3152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-0.6355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-0.7341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0.0626</w:t>
            </w:r>
          </w:p>
        </w:tc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-0.6735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-0.0791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-0.4548</w:t>
            </w:r>
          </w:p>
        </w:tc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0.2967</w:t>
            </w:r>
          </w:p>
        </w:tc>
        <w:tc>
          <w:tcPr>
            <w:tcW w:type="dxa" w:w="2880"/>
          </w:tcPr>
          <w:p>
            <w:r>
              <w:t>-0.5863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-0.0852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-0.0852</w:t>
            </w:r>
          </w:p>
        </w:tc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-0.1438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-0.923</w:t>
            </w:r>
          </w:p>
        </w:tc>
        <w:tc>
          <w:tcPr>
            <w:tcW w:type="dxa" w:w="2880"/>
          </w:tcPr>
          <w:p>
            <w:r>
              <w:t>-0.1797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0.7649</w:t>
            </w:r>
          </w:p>
        </w:tc>
        <w:tc>
          <w:tcPr>
            <w:tcW w:type="dxa" w:w="2880"/>
          </w:tcPr>
          <w:p>
            <w:r>
              <w:t>-0.6427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-0.344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-0.1037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-0.1099</w:t>
            </w:r>
          </w:p>
        </w:tc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-0.9107</w:t>
            </w:r>
          </w:p>
        </w:tc>
        <w:tc>
          <w:tcPr>
            <w:tcW w:type="dxa" w:w="2880"/>
          </w:tcPr>
          <w:p>
            <w:r>
              <w:t>-0.2885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-0.2516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0.0215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-0.5945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-0.5945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0.2228</w:t>
            </w:r>
          </w:p>
        </w:tc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-0.0483</w:t>
            </w:r>
          </w:p>
        </w:tc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-0.5164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-0.5164</w:t>
            </w:r>
          </w:p>
        </w:tc>
        <w:tc>
          <w:tcPr>
            <w:tcW w:type="dxa" w:w="2880"/>
          </w:tcPr>
          <w:p>
            <w:r>
              <w:t>-0.4918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-0.153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-0.3029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0.0996</w:t>
            </w:r>
          </w:p>
        </w:tc>
        <w:tc>
          <w:tcPr>
            <w:tcW w:type="dxa" w:w="2880"/>
          </w:tcPr>
          <w:p>
            <w:r>
              <w:t>0.2782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-0.0852</w:t>
            </w:r>
          </w:p>
        </w:tc>
        <w:tc>
          <w:tcPr>
            <w:tcW w:type="dxa" w:w="2880"/>
          </w:tcPr>
          <w:p>
            <w:r>
              <w:t>-0.2146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1.122</w:t>
            </w:r>
          </w:p>
        </w:tc>
        <w:tc>
          <w:tcPr>
            <w:tcW w:type="dxa" w:w="2880"/>
          </w:tcPr>
          <w:p>
            <w:r>
              <w:t>1.042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1.245</w:t>
            </w:r>
          </w:p>
        </w:tc>
        <w:tc>
          <w:tcPr>
            <w:tcW w:type="dxa" w:w="2880"/>
          </w:tcPr>
          <w:p>
            <w:r>
              <w:t>1.171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1.221</w:t>
            </w:r>
          </w:p>
        </w:tc>
        <w:tc>
          <w:tcPr>
            <w:tcW w:type="dxa" w:w="2880"/>
          </w:tcPr>
          <w:p>
            <w:r>
              <w:t>1.332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1.048</w:t>
            </w:r>
          </w:p>
        </w:tc>
        <w:tc>
          <w:tcPr>
            <w:tcW w:type="dxa" w:w="2880"/>
          </w:tcPr>
          <w:p>
            <w:r>
              <w:t>0.6725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0.8634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0.2474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0.3583</w:t>
            </w:r>
          </w:p>
        </w:tc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0.3829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0.346</w:t>
            </w:r>
          </w:p>
        </w:tc>
        <w:tc>
          <w:tcPr>
            <w:tcW w:type="dxa" w:w="2880"/>
          </w:tcPr>
          <w:p>
            <w:r>
              <w:t>0.6663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0.6293</w:t>
            </w:r>
          </w:p>
        </w:tc>
        <w:tc>
          <w:tcPr>
            <w:tcW w:type="dxa" w:w="2880"/>
          </w:tcPr>
          <w:p>
            <w:r>
              <w:t>0.9497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1.553</w:t>
            </w:r>
          </w:p>
        </w:tc>
        <w:tc>
          <w:tcPr>
            <w:tcW w:type="dxa" w:w="2880"/>
          </w:tcPr>
          <w:p>
            <w:r>
              <w:t>0.6293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0.5924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0.8018</w:t>
            </w:r>
          </w:p>
        </w:tc>
        <w:tc>
          <w:tcPr>
            <w:tcW w:type="dxa" w:w="2880"/>
          </w:tcPr>
          <w:p>
            <w:r>
              <w:t>0.6088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0.5924</w:t>
            </w:r>
          </w:p>
        </w:tc>
        <w:tc>
          <w:tcPr>
            <w:tcW w:type="dxa" w:w="2880"/>
          </w:tcPr>
          <w:p>
            <w:r>
              <w:t>1.073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1.073</w:t>
            </w:r>
          </w:p>
        </w:tc>
        <w:tc>
          <w:tcPr>
            <w:tcW w:type="dxa" w:w="2880"/>
          </w:tcPr>
          <w:p>
            <w:r>
              <w:t>0.5924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1.295</w:t>
            </w:r>
          </w:p>
        </w:tc>
        <w:tc>
          <w:tcPr>
            <w:tcW w:type="dxa" w:w="2880"/>
          </w:tcPr>
          <w:p>
            <w:r>
              <w:t>1.024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0.6663</w:t>
            </w:r>
          </w:p>
        </w:tc>
        <w:tc>
          <w:tcPr>
            <w:tcW w:type="dxa" w:w="2880"/>
          </w:tcPr>
          <w:p>
            <w:r>
              <w:t>1.233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0.9743</w:t>
            </w:r>
          </w:p>
        </w:tc>
        <w:tc>
          <w:tcPr>
            <w:tcW w:type="dxa" w:w="2880"/>
          </w:tcPr>
          <w:p>
            <w:r>
              <w:t>0.9805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0.4815</w:t>
            </w:r>
          </w:p>
        </w:tc>
        <w:tc>
          <w:tcPr>
            <w:tcW w:type="dxa" w:w="2880"/>
          </w:tcPr>
          <w:p>
            <w:r>
              <w:t>0.8758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1.578</w:t>
            </w:r>
          </w:p>
        </w:tc>
        <w:tc>
          <w:tcPr>
            <w:tcW w:type="dxa" w:w="2880"/>
          </w:tcPr>
          <w:p>
            <w:r>
              <w:t>0.5739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0.6663</w:t>
            </w:r>
          </w:p>
        </w:tc>
        <w:tc>
          <w:tcPr>
            <w:tcW w:type="dxa" w:w="2880"/>
          </w:tcPr>
          <w:p>
            <w:r>
              <w:t>0.8634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0.9866</w:t>
            </w:r>
          </w:p>
        </w:tc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1.467</w:t>
            </w:r>
          </w:p>
        </w:tc>
        <w:tc>
          <w:tcPr>
            <w:tcW w:type="dxa" w:w="2880"/>
          </w:tcPr>
          <w:p>
            <w:r>
              <w:t>0.6951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0.4569</w:t>
            </w:r>
          </w:p>
        </w:tc>
        <w:tc>
          <w:tcPr>
            <w:tcW w:type="dxa" w:w="2880"/>
          </w:tcPr>
          <w:p>
            <w:r>
              <w:t>1.032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0.6417</w:t>
            </w:r>
          </w:p>
        </w:tc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-0.9785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-1.51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-1.058</w:t>
            </w:r>
          </w:p>
        </w:tc>
        <w:tc>
          <w:tcPr>
            <w:tcW w:type="dxa" w:w="2880"/>
          </w:tcPr>
          <w:p>
            <w:r>
              <w:t>-1.145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-0.9189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-0.6602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-0.344</w:t>
            </w:r>
          </w:p>
        </w:tc>
        <w:tc>
          <w:tcPr>
            <w:tcW w:type="dxa" w:w="2880"/>
          </w:tcPr>
          <w:p>
            <w:r>
              <w:t>-0.116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-0.4548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-1.502</w:t>
            </w:r>
          </w:p>
        </w:tc>
        <w:tc>
          <w:tcPr>
            <w:tcW w:type="dxa" w:w="2880"/>
          </w:tcPr>
          <w:p>
            <w:r>
              <w:t>-0.5534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-1.471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-0.8676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-1.206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-0.7505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-0.8861</w:t>
            </w:r>
          </w:p>
        </w:tc>
        <w:tc>
          <w:tcPr>
            <w:tcW w:type="dxa" w:w="2880"/>
          </w:tcPr>
          <w:p>
            <w:r>
              <w:t>-0.9353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-1.133</w:t>
            </w:r>
          </w:p>
        </w:tc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-1.219</w:t>
            </w:r>
          </w:p>
        </w:tc>
        <w:tc>
          <w:tcPr>
            <w:tcW w:type="dxa" w:w="2880"/>
          </w:tcPr>
          <w:p>
            <w:r>
              <w:t>-1.163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-1.083</w:t>
            </w:r>
          </w:p>
        </w:tc>
        <w:tc>
          <w:tcPr>
            <w:tcW w:type="dxa" w:w="2880"/>
          </w:tcPr>
          <w:p>
            <w:r>
              <w:t>-1.219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-0.7629</w:t>
            </w:r>
          </w:p>
        </w:tc>
        <w:tc>
          <w:tcPr>
            <w:tcW w:type="dxa" w:w="2880"/>
          </w:tcPr>
          <w:p>
            <w:r>
              <w:t>-0.6807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-1.403</w:t>
            </w:r>
          </w:p>
        </w:tc>
        <w:tc>
          <w:tcPr>
            <w:tcW w:type="dxa" w:w="2880"/>
          </w:tcPr>
          <w:p>
            <w:r>
              <w:t>-0.5863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-0.5164</w:t>
            </w:r>
          </w:p>
        </w:tc>
        <w:tc>
          <w:tcPr>
            <w:tcW w:type="dxa" w:w="2880"/>
          </w:tcPr>
          <w:p>
            <w:r>
              <w:t>-0.9723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-1.163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-0.9538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-1.601</w:t>
            </w:r>
          </w:p>
        </w:tc>
        <w:tc>
          <w:tcPr>
            <w:tcW w:type="dxa" w:w="2880"/>
          </w:tcPr>
          <w:p>
            <w:r>
              <w:t>-0.9107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-1.428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-1.108</w:t>
            </w:r>
          </w:p>
        </w:tc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-0.9785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0.1119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0.1119</w:t>
            </w:r>
          </w:p>
        </w:tc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-0.344</w:t>
            </w:r>
          </w:p>
        </w:tc>
        <w:tc>
          <w:tcPr>
            <w:tcW w:type="dxa" w:w="2880"/>
          </w:tcPr>
          <w:p>
            <w:r>
              <w:t>-0.0575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0.2803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0.0339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1.097</w:t>
            </w:r>
          </w:p>
        </w:tc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-0.3481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-0.0852</w:t>
            </w:r>
          </w:p>
        </w:tc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-0.0483</w:t>
            </w:r>
          </w:p>
        </w:tc>
        <w:tc>
          <w:tcPr>
            <w:tcW w:type="dxa" w:w="2880"/>
          </w:tcPr>
          <w:p>
            <w:r>
              <w:t>-0.0647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-0.8245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0.1612</w:t>
            </w:r>
          </w:p>
        </w:tc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-0.1407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-0.385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-0.9107</w:t>
            </w:r>
          </w:p>
        </w:tc>
        <w:tc>
          <w:tcPr>
            <w:tcW w:type="dxa" w:w="2880"/>
          </w:tcPr>
          <w:p>
            <w:r>
              <w:t>-0.1622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0.2721</w:t>
            </w:r>
          </w:p>
        </w:tc>
        <w:tc>
          <w:tcPr>
            <w:tcW w:type="dxa" w:w="2880"/>
          </w:tcPr>
          <w:p>
            <w:r>
              <w:t>-0.4384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-0.2618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-0.9415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-0.0236</w:t>
            </w:r>
          </w:p>
        </w:tc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0.1981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0.4199</w:t>
            </w:r>
          </w:p>
        </w:tc>
        <w:tc>
          <w:tcPr>
            <w:tcW w:type="dxa" w:w="2880"/>
          </w:tcPr>
          <w:p>
            <w:r>
              <w:t>-0.8429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1.418</w:t>
            </w:r>
          </w:p>
        </w:tc>
        <w:tc>
          <w:tcPr>
            <w:tcW w:type="dxa" w:w="2880"/>
          </w:tcPr>
          <w:p>
            <w:r>
              <w:t>1.171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0.6663</w:t>
            </w:r>
          </w:p>
        </w:tc>
        <w:tc>
          <w:tcPr>
            <w:tcW w:type="dxa" w:w="2880"/>
          </w:tcPr>
          <w:p>
            <w:r>
              <w:t>1.523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1.627</w:t>
            </w:r>
          </w:p>
        </w:tc>
        <w:tc>
          <w:tcPr>
            <w:tcW w:type="dxa" w:w="2880"/>
          </w:tcPr>
          <w:p>
            <w:r>
              <w:t>1.11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0.9004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1.319</w:t>
            </w:r>
          </w:p>
        </w:tc>
        <w:tc>
          <w:tcPr>
            <w:tcW w:type="dxa" w:w="2880"/>
          </w:tcPr>
          <w:p>
            <w:r>
              <w:t>0.2597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0.7033</w:t>
            </w:r>
          </w:p>
        </w:tc>
        <w:tc>
          <w:tcPr>
            <w:tcW w:type="dxa" w:w="2880"/>
          </w:tcPr>
          <w:p>
            <w:r>
              <w:t>0.5677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0.4076</w:t>
            </w:r>
          </w:p>
        </w:tc>
        <w:tc>
          <w:tcPr>
            <w:tcW w:type="dxa" w:w="2880"/>
          </w:tcPr>
          <w:p>
            <w:r>
              <w:t>0.2228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0.7033</w:t>
            </w:r>
          </w:p>
        </w:tc>
        <w:tc>
          <w:tcPr>
            <w:tcW w:type="dxa" w:w="2880"/>
          </w:tcPr>
          <w:p>
            <w:r>
              <w:t>0.5102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0.2228</w:t>
            </w:r>
          </w:p>
        </w:tc>
        <w:tc>
          <w:tcPr>
            <w:tcW w:type="dxa" w:w="2880"/>
          </w:tcPr>
          <w:p>
            <w:r>
              <w:t>0.4528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0.2474</w:t>
            </w:r>
          </w:p>
        </w:tc>
        <w:tc>
          <w:tcPr>
            <w:tcW w:type="dxa" w:w="2880"/>
          </w:tcPr>
          <w:p>
            <w:r>
              <w:t>0.6232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1.024</w:t>
            </w:r>
          </w:p>
        </w:tc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0.9558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1.11</w:t>
            </w:r>
          </w:p>
        </w:tc>
        <w:tc>
          <w:tcPr>
            <w:tcW w:type="dxa" w:w="2880"/>
          </w:tcPr>
          <w:p>
            <w:r>
              <w:t>0.8727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0.9866</w:t>
            </w:r>
          </w:p>
        </w:tc>
        <w:tc>
          <w:tcPr>
            <w:tcW w:type="dxa" w:w="2880"/>
          </w:tcPr>
          <w:p>
            <w:r>
              <w:t>0.7772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1.024</w:t>
            </w:r>
          </w:p>
        </w:tc>
        <w:tc>
          <w:tcPr>
            <w:tcW w:type="dxa" w:w="2880"/>
          </w:tcPr>
          <w:p>
            <w:r>
              <w:t>0.654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0.654</w:t>
            </w:r>
          </w:p>
        </w:tc>
        <w:tc>
          <w:tcPr>
            <w:tcW w:type="dxa" w:w="2880"/>
          </w:tcPr>
          <w:p>
            <w:r>
              <w:t>1.042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0.999</w:t>
            </w:r>
          </w:p>
        </w:tc>
        <w:tc>
          <w:tcPr>
            <w:tcW w:type="dxa" w:w="2880"/>
          </w:tcPr>
          <w:p>
            <w:r>
              <w:t>0.7526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0.7526</w:t>
            </w:r>
          </w:p>
        </w:tc>
        <w:tc>
          <w:tcPr>
            <w:tcW w:type="dxa" w:w="2880"/>
          </w:tcPr>
          <w:p>
            <w:r>
              <w:t>1.122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0.5308</w:t>
            </w:r>
          </w:p>
        </w:tc>
        <w:tc>
          <w:tcPr>
            <w:tcW w:type="dxa" w:w="2880"/>
          </w:tcPr>
          <w:p>
            <w:r>
              <w:t>0.9558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1.245</w:t>
            </w:r>
          </w:p>
        </w:tc>
        <w:tc>
          <w:tcPr>
            <w:tcW w:type="dxa" w:w="2880"/>
          </w:tcPr>
          <w:p>
            <w:r>
              <w:t>0.6417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0.5185</w:t>
            </w:r>
          </w:p>
        </w:tc>
        <w:tc>
          <w:tcPr>
            <w:tcW w:type="dxa" w:w="2880"/>
          </w:tcPr>
          <w:p>
            <w:r>
              <w:t>0.4322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0.4322</w:t>
            </w:r>
          </w:p>
        </w:tc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-0.0236</w:t>
            </w:r>
          </w:p>
        </w:tc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0.0318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-0.9723</w:t>
            </w:r>
          </w:p>
        </w:tc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0.309</w:t>
            </w:r>
          </w:p>
        </w:tc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-0.5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-1.083</w:t>
            </w:r>
          </w:p>
        </w:tc>
        <w:tc>
          <w:tcPr>
            <w:tcW w:type="dxa" w:w="2880"/>
          </w:tcPr>
          <w:p>
            <w:r>
              <w:t>-1.256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-0.9436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-1.169</w:t>
            </w:r>
          </w:p>
        </w:tc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-0.7505</w:t>
            </w:r>
          </w:p>
        </w:tc>
        <w:tc>
          <w:tcPr>
            <w:tcW w:type="dxa" w:w="2880"/>
          </w:tcPr>
          <w:p>
            <w:r>
              <w:t>-0.7197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-1.477</w:t>
            </w:r>
          </w:p>
        </w:tc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-1.44</w:t>
            </w:r>
          </w:p>
        </w:tc>
        <w:tc>
          <w:tcPr>
            <w:tcW w:type="dxa" w:w="2880"/>
          </w:tcPr>
          <w:p>
            <w:r>
              <w:t>-0.4487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-1.379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-1.317</w:t>
            </w:r>
          </w:p>
        </w:tc>
        <w:tc>
          <w:tcPr>
            <w:tcW w:type="dxa" w:w="2880"/>
          </w:tcPr>
          <w:p>
            <w:r>
              <w:t>-0.1653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-0.8245</w:t>
            </w:r>
          </w:p>
        </w:tc>
        <w:tc>
          <w:tcPr>
            <w:tcW w:type="dxa" w:w="2880"/>
          </w:tcPr>
          <w:p>
            <w:r>
              <w:t>-0.9477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-0.9477</w:t>
            </w:r>
          </w:p>
        </w:tc>
        <w:tc>
          <w:tcPr>
            <w:tcW w:type="dxa" w:w="2880"/>
          </w:tcPr>
          <w:p>
            <w:r>
              <w:t>-0.7813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-0.8553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-1.133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-1.133</w:t>
            </w:r>
          </w:p>
        </w:tc>
        <w:tc>
          <w:tcPr>
            <w:tcW w:type="dxa" w:w="2880"/>
          </w:tcPr>
          <w:p>
            <w:r>
              <w:t>-1.379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-0.8902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-1.025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-0.7095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-1.477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-1.477</w:t>
            </w:r>
          </w:p>
        </w:tc>
        <w:tc>
          <w:tcPr>
            <w:tcW w:type="dxa" w:w="2880"/>
          </w:tcPr>
          <w:p>
            <w:r>
              <w:t>-1.028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-1.095</w:t>
            </w:r>
          </w:p>
        </w:tc>
        <w:tc>
          <w:tcPr>
            <w:tcW w:type="dxa" w:w="2880"/>
          </w:tcPr>
          <w:p>
            <w:r>
              <w:t>-1.477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-1.65</w:t>
            </w:r>
          </w:p>
        </w:tc>
        <w:tc>
          <w:tcPr>
            <w:tcW w:type="dxa" w:w="2880"/>
          </w:tcPr>
          <w:p>
            <w:r>
              <w:t>-0.9538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-1.046</w:t>
            </w:r>
          </w:p>
        </w:tc>
        <w:tc>
          <w:tcPr>
            <w:tcW w:type="dxa" w:w="2880"/>
          </w:tcPr>
          <w:p>
            <w:r>
              <w:t>-1.65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-0.2947</w:t>
            </w:r>
          </w:p>
        </w:tc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-0.2947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0.1365</w:t>
            </w:r>
          </w:p>
        </w:tc>
        <w:tc>
          <w:tcPr>
            <w:tcW w:type="dxa" w:w="2880"/>
          </w:tcPr>
          <w:p>
            <w:r>
              <w:t>-1.252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-1.453</w:t>
            </w:r>
          </w:p>
        </w:tc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0.5431</w:t>
            </w:r>
          </w:p>
        </w:tc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-0.0236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0.3583</w:t>
            </w:r>
          </w:p>
        </w:tc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-0.7197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-0.8429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-0.3255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0.1612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0.1858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0.346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-1.173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-1.194</w:t>
            </w:r>
          </w:p>
        </w:tc>
        <w:tc>
          <w:tcPr>
            <w:tcW w:type="dxa" w:w="2880"/>
          </w:tcPr>
          <w:p>
            <w:r>
              <w:t>-1.12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-0.6355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-0.5472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-0.923</w:t>
            </w:r>
          </w:p>
        </w:tc>
        <w:tc>
          <w:tcPr>
            <w:tcW w:type="dxa" w:w="2880"/>
          </w:tcPr>
          <w:p>
            <w:r>
              <w:t>-0.036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-0.1386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-0.6355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0.1119</w:t>
            </w:r>
          </w:p>
        </w:tc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0.4692</w:t>
            </w:r>
          </w:p>
        </w:tc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0.2803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-0.6889</w:t>
            </w:r>
          </w:p>
        </w:tc>
        <w:tc>
          <w:tcPr>
            <w:tcW w:type="dxa" w:w="2880"/>
          </w:tcPr>
          <w:p>
            <w:r>
              <w:t>-0.1879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-0.7444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-0.3152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1.245</w:t>
            </w:r>
          </w:p>
        </w:tc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1.393</w:t>
            </w:r>
          </w:p>
        </w:tc>
        <w:tc>
          <w:tcPr>
            <w:tcW w:type="dxa" w:w="2880"/>
          </w:tcPr>
          <w:p>
            <w:r>
              <w:t>0.6909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1.11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0.9774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0.7649</w:t>
            </w:r>
          </w:p>
        </w:tc>
        <w:tc>
          <w:tcPr>
            <w:tcW w:type="dxa" w:w="2880"/>
          </w:tcPr>
          <w:p>
            <w:r>
              <w:t>1.005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0.8511</w:t>
            </w:r>
          </w:p>
        </w:tc>
        <w:tc>
          <w:tcPr>
            <w:tcW w:type="dxa" w:w="2880"/>
          </w:tcPr>
          <w:p>
            <w:r>
              <w:t>1.011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1.159</w:t>
            </w:r>
          </w:p>
        </w:tc>
        <w:tc>
          <w:tcPr>
            <w:tcW w:type="dxa" w:w="2880"/>
          </w:tcPr>
          <w:p>
            <w:r>
              <w:t>0.9086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1.11</w:t>
            </w:r>
          </w:p>
        </w:tc>
        <w:tc>
          <w:tcPr>
            <w:tcW w:type="dxa" w:w="2880"/>
          </w:tcPr>
          <w:p>
            <w:r>
              <w:t>0.2936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0.9004</w:t>
            </w:r>
          </w:p>
        </w:tc>
        <w:tc>
          <w:tcPr>
            <w:tcW w:type="dxa" w:w="2880"/>
          </w:tcPr>
          <w:p>
            <w:r>
              <w:t>0.8326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0.0708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0.9784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1.147</w:t>
            </w:r>
          </w:p>
        </w:tc>
        <w:tc>
          <w:tcPr>
            <w:tcW w:type="dxa" w:w="2880"/>
          </w:tcPr>
          <w:p>
            <w:r>
              <w:t>-0.3686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-0.3686</w:t>
            </w:r>
          </w:p>
        </w:tc>
        <w:tc>
          <w:tcPr>
            <w:tcW w:type="dxa" w:w="2880"/>
          </w:tcPr>
          <w:p>
            <w:r>
              <w:t>1.085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0.4445</w:t>
            </w:r>
          </w:p>
        </w:tc>
        <w:tc>
          <w:tcPr>
            <w:tcW w:type="dxa" w:w="2880"/>
          </w:tcPr>
          <w:p>
            <w:r>
              <w:t>0.8142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0.6417</w:t>
            </w:r>
          </w:p>
        </w:tc>
        <w:tc>
          <w:tcPr>
            <w:tcW w:type="dxa" w:w="2880"/>
          </w:tcPr>
          <w:p>
            <w:r>
              <w:t>0.3152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0.1858</w:t>
            </w:r>
          </w:p>
        </w:tc>
        <w:tc>
          <w:tcPr>
            <w:tcW w:type="dxa" w:w="2880"/>
          </w:tcPr>
          <w:p>
            <w:r>
              <w:t>0.5862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1.061</w:t>
            </w:r>
          </w:p>
        </w:tc>
        <w:tc>
          <w:tcPr>
            <w:tcW w:type="dxa" w:w="2880"/>
          </w:tcPr>
          <w:p>
            <w:r>
              <w:t>0.7279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0.8018</w:t>
            </w:r>
          </w:p>
        </w:tc>
        <w:tc>
          <w:tcPr>
            <w:tcW w:type="dxa" w:w="2880"/>
          </w:tcPr>
          <w:p>
            <w:r>
              <w:t>1.061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1.553</w:t>
            </w:r>
          </w:p>
        </w:tc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1.171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0.7895</w:t>
            </w:r>
          </w:p>
        </w:tc>
        <w:tc>
          <w:tcPr>
            <w:tcW w:type="dxa" w:w="2880"/>
          </w:tcPr>
          <w:p>
            <w:r>
              <w:t>0.6725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1.147</w:t>
            </w:r>
          </w:p>
        </w:tc>
        <w:tc>
          <w:tcPr>
            <w:tcW w:type="dxa" w:w="2880"/>
          </w:tcPr>
          <w:p>
            <w:r>
              <w:t>1.073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1.073</w:t>
            </w:r>
          </w:p>
        </w:tc>
        <w:tc>
          <w:tcPr>
            <w:tcW w:type="dxa" w:w="2880"/>
          </w:tcPr>
          <w:p>
            <w:r>
              <w:t>0.8018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0.9743</w:t>
            </w:r>
          </w:p>
        </w:tc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0.6376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0.5554</w:t>
            </w:r>
          </w:p>
        </w:tc>
        <w:tc>
          <w:tcPr>
            <w:tcW w:type="dxa" w:w="2880"/>
          </w:tcPr>
          <w:p>
            <w:r>
              <w:t>-0.4364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0.925</w:t>
            </w:r>
          </w:p>
        </w:tc>
        <w:tc>
          <w:tcPr>
            <w:tcW w:type="dxa" w:w="2880"/>
          </w:tcPr>
          <w:p>
            <w:r>
              <w:t>-0.3111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0.1181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0.2474</w:t>
            </w:r>
          </w:p>
        </w:tc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-1.145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-0.7813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-0.5103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-0.5534</w:t>
            </w:r>
          </w:p>
        </w:tc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-0.6314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-0.6355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-0.4856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-0.6828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-0.3604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-0.6273</w:t>
            </w:r>
          </w:p>
        </w:tc>
        <w:tc>
          <w:tcPr>
            <w:tcW w:type="dxa" w:w="2880"/>
          </w:tcPr>
          <w:p>
            <w:r>
              <w:t>-0.3193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-0.4343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-1.052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-1.157</w:t>
            </w:r>
          </w:p>
        </w:tc>
        <w:tc>
          <w:tcPr>
            <w:tcW w:type="dxa" w:w="2880"/>
          </w:tcPr>
          <w:p>
            <w:r>
              <w:t>-0.9107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-1.058</w:t>
            </w:r>
          </w:p>
        </w:tc>
        <w:tc>
          <w:tcPr>
            <w:tcW w:type="dxa" w:w="2880"/>
          </w:tcPr>
          <w:p>
            <w:r>
              <w:t>-0.3604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-0.3193</w:t>
            </w:r>
          </w:p>
        </w:tc>
        <w:tc>
          <w:tcPr>
            <w:tcW w:type="dxa" w:w="2880"/>
          </w:tcPr>
          <w:p>
            <w:r>
              <w:t>-0.7546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-0.8429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-1.157</w:t>
            </w:r>
          </w:p>
        </w:tc>
        <w:tc>
          <w:tcPr>
            <w:tcW w:type="dxa" w:w="2880"/>
          </w:tcPr>
          <w:p>
            <w:r>
              <w:t>-0.5842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-0.7444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-1.554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-1.662</w:t>
            </w:r>
          </w:p>
        </w:tc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-0.5934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-1.116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-0.4548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-0.4548</w:t>
            </w:r>
          </w:p>
        </w:tc>
        <w:tc>
          <w:tcPr>
            <w:tcW w:type="dxa" w:w="2880"/>
          </w:tcPr>
          <w:p>
            <w:r>
              <w:t>-1.588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0.1981</w:t>
            </w:r>
          </w:p>
        </w:tc>
        <w:tc>
          <w:tcPr>
            <w:tcW w:type="dxa" w:w="2880"/>
          </w:tcPr>
          <w:p>
            <w:r>
              <w:t>-0.7711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-0.6314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-0.193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-0.2084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-0.036</w:t>
            </w:r>
          </w:p>
        </w:tc>
        <w:tc>
          <w:tcPr>
            <w:tcW w:type="dxa" w:w="2880"/>
          </w:tcPr>
          <w:p>
            <w:r>
              <w:t>-0.845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-0.036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-0.5904</w:t>
            </w:r>
          </w:p>
        </w:tc>
        <w:tc>
          <w:tcPr>
            <w:tcW w:type="dxa" w:w="2880"/>
          </w:tcPr>
          <w:p>
            <w:r>
              <w:t>-0.5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-0.5472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-0.1509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-0.6766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-0.0688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0.2474</w:t>
            </w:r>
          </w:p>
        </w:tc>
        <w:tc>
          <w:tcPr>
            <w:tcW w:type="dxa" w:w="2880"/>
          </w:tcPr>
          <w:p>
            <w:r>
              <w:t>-0.3111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0.3953</w:t>
            </w:r>
          </w:p>
        </w:tc>
        <w:tc>
          <w:tcPr>
            <w:tcW w:type="dxa" w:w="2880"/>
          </w:tcPr>
          <w:p>
            <w:r>
              <w:t>-0.1427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0.1735</w:t>
            </w:r>
          </w:p>
        </w:tc>
        <w:tc>
          <w:tcPr>
            <w:tcW w:type="dxa" w:w="2880"/>
          </w:tcPr>
          <w:p>
            <w:r>
              <w:t>-0.2741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-0.6766</w:t>
            </w:r>
          </w:p>
        </w:tc>
        <w:tc>
          <w:tcPr>
            <w:tcW w:type="dxa" w:w="2880"/>
          </w:tcPr>
          <w:p>
            <w:r>
              <w:t>-0.0298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-0.3357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-0.3378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0.4938</w:t>
            </w:r>
          </w:p>
        </w:tc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-1.169</w:t>
            </w:r>
          </w:p>
        </w:tc>
        <w:tc>
          <w:tcPr>
            <w:tcW w:type="dxa" w:w="2880"/>
          </w:tcPr>
          <w:p>
            <w:r>
              <w:t>0.0441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-0.6848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-0.4015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-0.2167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0.0749</w:t>
            </w:r>
          </w:p>
        </w:tc>
        <w:tc>
          <w:tcPr>
            <w:tcW w:type="dxa" w:w="2880"/>
          </w:tcPr>
          <w:p>
            <w:r>
              <w:t>-0.1181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-0.0483</w:t>
            </w:r>
          </w:p>
        </w:tc>
        <w:tc>
          <w:tcPr>
            <w:tcW w:type="dxa" w:w="2880"/>
          </w:tcPr>
          <w:p>
            <w:r>
              <w:t>0.346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0.617</w:t>
            </w:r>
          </w:p>
        </w:tc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-0.2947</w:t>
            </w:r>
          </w:p>
        </w:tc>
        <w:tc>
          <w:tcPr>
            <w:tcW w:type="dxa" w:w="2880"/>
          </w:tcPr>
          <w:p>
            <w:r>
              <w:t>-0.0791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0.3583</w:t>
            </w:r>
          </w:p>
        </w:tc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0.3583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-0.0729</w:t>
            </w:r>
          </w:p>
        </w:tc>
        <w:tc>
          <w:tcPr>
            <w:tcW w:type="dxa" w:w="2880"/>
          </w:tcPr>
          <w:p>
            <w:r>
              <w:t>-0.3039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-0.114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0.5924</w:t>
            </w:r>
          </w:p>
        </w:tc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1.122</w:t>
            </w:r>
          </w:p>
        </w:tc>
        <w:tc>
          <w:tcPr>
            <w:tcW w:type="dxa" w:w="2880"/>
          </w:tcPr>
          <w:p>
            <w:r>
              <w:t>0.5144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0.7156</w:t>
            </w:r>
          </w:p>
        </w:tc>
        <w:tc>
          <w:tcPr>
            <w:tcW w:type="dxa" w:w="2880"/>
          </w:tcPr>
          <w:p>
            <w:r>
              <w:t>0.845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0.5677</w:t>
            </w:r>
          </w:p>
        </w:tc>
        <w:tc>
          <w:tcPr>
            <w:tcW w:type="dxa" w:w="2880"/>
          </w:tcPr>
          <w:p>
            <w:r>
              <w:t>0.2721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0.3953</w:t>
            </w:r>
          </w:p>
        </w:tc>
        <w:tc>
          <w:tcPr>
            <w:tcW w:type="dxa" w:w="2880"/>
          </w:tcPr>
          <w:p>
            <w:r>
              <w:t>0.8388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0.3337</w:t>
            </w:r>
          </w:p>
        </w:tc>
        <w:tc>
          <w:tcPr>
            <w:tcW w:type="dxa" w:w="2880"/>
          </w:tcPr>
          <w:p>
            <w:r>
              <w:t>0.8593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0.925</w:t>
            </w:r>
          </w:p>
        </w:tc>
        <w:tc>
          <w:tcPr>
            <w:tcW w:type="dxa" w:w="2880"/>
          </w:tcPr>
          <w:p>
            <w:r>
              <w:t>0.3183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1.258</w:t>
            </w:r>
          </w:p>
        </w:tc>
        <w:tc>
          <w:tcPr>
            <w:tcW w:type="dxa" w:w="2880"/>
          </w:tcPr>
          <w:p>
            <w:r>
              <w:t>0.1513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0.8634</w:t>
            </w:r>
          </w:p>
        </w:tc>
        <w:tc>
          <w:tcPr>
            <w:tcW w:type="dxa" w:w="2880"/>
          </w:tcPr>
          <w:p>
            <w:r>
              <w:t>0.2721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0.9743</w:t>
            </w:r>
          </w:p>
        </w:tc>
        <w:tc>
          <w:tcPr>
            <w:tcW w:type="dxa" w:w="2880"/>
          </w:tcPr>
          <w:p>
            <w:r>
              <w:t>1.252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1.64</w:t>
            </w:r>
          </w:p>
        </w:tc>
        <w:tc>
          <w:tcPr>
            <w:tcW w:type="dxa" w:w="2880"/>
          </w:tcPr>
          <w:p>
            <w:r>
              <w:t>0.884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1.024</w:t>
            </w:r>
          </w:p>
        </w:tc>
        <w:tc>
          <w:tcPr>
            <w:tcW w:type="dxa" w:w="2880"/>
          </w:tcPr>
          <w:p>
            <w:r>
              <w:t>0.4281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0.999</w:t>
            </w:r>
          </w:p>
        </w:tc>
        <w:tc>
          <w:tcPr>
            <w:tcW w:type="dxa" w:w="2880"/>
          </w:tcPr>
          <w:p>
            <w:r>
              <w:t>0.8593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0.654</w:t>
            </w:r>
          </w:p>
        </w:tc>
        <w:tc>
          <w:tcPr>
            <w:tcW w:type="dxa" w:w="2880"/>
          </w:tcPr>
          <w:p>
            <w:r>
              <w:t>0.9743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0.9004</w:t>
            </w:r>
          </w:p>
        </w:tc>
        <w:tc>
          <w:tcPr>
            <w:tcW w:type="dxa" w:w="2880"/>
          </w:tcPr>
          <w:p>
            <w:r>
              <w:t>0.8265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0.5308</w:t>
            </w:r>
          </w:p>
        </w:tc>
        <w:tc>
          <w:tcPr>
            <w:tcW w:type="dxa" w:w="2880"/>
          </w:tcPr>
          <w:p>
            <w:r>
              <w:t>0.192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0.1981</w:t>
            </w:r>
          </w:p>
        </w:tc>
        <w:tc>
          <w:tcPr>
            <w:tcW w:type="dxa" w:w="2880"/>
          </w:tcPr>
          <w:p>
            <w:r>
              <w:t>0.5308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0.9004</w:t>
            </w:r>
          </w:p>
        </w:tc>
        <w:tc>
          <w:tcPr>
            <w:tcW w:type="dxa" w:w="2880"/>
          </w:tcPr>
          <w:p>
            <w:r>
              <w:t>0.5801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0.5801</w:t>
            </w:r>
          </w:p>
        </w:tc>
        <w:tc>
          <w:tcPr>
            <w:tcW w:type="dxa" w:w="2880"/>
          </w:tcPr>
          <w:p>
            <w:r>
              <w:t>0.9004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1.467</w:t>
            </w:r>
          </w:p>
        </w:tc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0.2351</w:t>
            </w:r>
          </w:p>
        </w:tc>
        <w:tc>
          <w:tcPr>
            <w:tcW w:type="dxa" w:w="2880"/>
          </w:tcPr>
          <w:p>
            <w:r>
              <w:t>-0.1653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1.052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0.2844</w:t>
            </w:r>
          </w:p>
        </w:tc>
        <w:tc>
          <w:tcPr>
            <w:tcW w:type="dxa" w:w="2880"/>
          </w:tcPr>
          <w:p>
            <w:r>
              <w:t>0.8049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0.4445</w:t>
            </w:r>
          </w:p>
        </w:tc>
        <w:tc>
          <w:tcPr>
            <w:tcW w:type="dxa" w:w="2880"/>
          </w:tcPr>
          <w:p>
            <w:r>
              <w:t>0.654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0.7279</w:t>
            </w:r>
          </w:p>
        </w:tc>
        <w:tc>
          <w:tcPr>
            <w:tcW w:type="dxa" w:w="2880"/>
          </w:tcPr>
          <w:p>
            <w:r>
              <w:t>0.5595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0.309</w:t>
            </w:r>
          </w:p>
        </w:tc>
        <w:tc>
          <w:tcPr>
            <w:tcW w:type="dxa" w:w="2880"/>
          </w:tcPr>
          <w:p>
            <w:r>
              <w:t>0.7443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0.3337</w:t>
            </w:r>
          </w:p>
        </w:tc>
        <w:tc>
          <w:tcPr>
            <w:tcW w:type="dxa" w:w="2880"/>
          </w:tcPr>
          <w:p>
            <w:r>
              <w:t>0.7484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0.9743</w:t>
            </w:r>
          </w:p>
        </w:tc>
        <w:tc>
          <w:tcPr>
            <w:tcW w:type="dxa" w:w="2880"/>
          </w:tcPr>
          <w:p>
            <w:r>
              <w:t>0.7433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0.962</w:t>
            </w:r>
          </w:p>
        </w:tc>
        <w:tc>
          <w:tcPr>
            <w:tcW w:type="dxa" w:w="2880"/>
          </w:tcPr>
          <w:p>
            <w:r>
              <w:t>0.8922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1.319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1.319</w:t>
            </w:r>
          </w:p>
        </w:tc>
        <w:tc>
          <w:tcPr>
            <w:tcW w:type="dxa" w:w="2880"/>
          </w:tcPr>
          <w:p>
            <w:r>
              <w:t>1.135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-1.022</w:t>
            </w:r>
          </w:p>
        </w:tc>
        <w:tc>
          <w:tcPr>
            <w:tcW w:type="dxa" w:w="2880"/>
          </w:tcPr>
          <w:p>
            <w:r>
              <w:t>0.7895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1.405</w:t>
            </w:r>
          </w:p>
        </w:tc>
        <w:tc>
          <w:tcPr>
            <w:tcW w:type="dxa" w:w="2880"/>
          </w:tcPr>
          <w:p>
            <w:r>
              <w:t>0.1797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1.381</w:t>
            </w:r>
          </w:p>
        </w:tc>
        <w:tc>
          <w:tcPr>
            <w:tcW w:type="dxa" w:w="2880"/>
          </w:tcPr>
          <w:p>
            <w:r>
              <w:t>0.192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-1.28</w:t>
            </w:r>
          </w:p>
        </w:tc>
        <w:tc>
          <w:tcPr>
            <w:tcW w:type="dxa" w:w="2880"/>
          </w:tcPr>
          <w:p>
            <w:r>
              <w:t>0.3152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-1.083</w:t>
            </w:r>
          </w:p>
        </w:tc>
        <w:tc>
          <w:tcPr>
            <w:tcW w:type="dxa" w:w="2880"/>
          </w:tcPr>
          <w:p>
            <w:r>
              <w:t>1.135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1.714</w:t>
            </w:r>
          </w:p>
        </w:tc>
        <w:tc>
          <w:tcPr>
            <w:tcW w:type="dxa" w:w="2880"/>
          </w:tcPr>
          <w:p>
            <w:r>
              <w:t>0.2022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2.97</w:t>
            </w:r>
          </w:p>
        </w:tc>
        <w:tc>
          <w:tcPr>
            <w:tcW w:type="dxa" w:w="2880"/>
          </w:tcPr>
          <w:p>
            <w:r>
              <w:t>0.7731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-0.0154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0.1365</w:t>
            </w:r>
          </w:p>
        </w:tc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-0.153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-1.157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-1.083</w:t>
            </w:r>
          </w:p>
        </w:tc>
        <w:tc>
          <w:tcPr>
            <w:tcW w:type="dxa" w:w="2880"/>
          </w:tcPr>
          <w:p>
            <w:r>
              <w:t>-1.137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-1.268</w:t>
            </w:r>
          </w:p>
        </w:tc>
        <w:tc>
          <w:tcPr>
            <w:tcW w:type="dxa" w:w="2880"/>
          </w:tcPr>
          <w:p>
            <w:r>
              <w:t>-1.034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-0.9846</w:t>
            </w:r>
          </w:p>
        </w:tc>
        <w:tc>
          <w:tcPr>
            <w:tcW w:type="dxa" w:w="2880"/>
          </w:tcPr>
          <w:p>
            <w:r>
              <w:t>-0.8573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-0.7259</w:t>
            </w:r>
          </w:p>
        </w:tc>
        <w:tc>
          <w:tcPr>
            <w:tcW w:type="dxa" w:w="2880"/>
          </w:tcPr>
          <w:p>
            <w:r>
              <w:t>-0.3686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-0.385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-0.2536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0.1365</w:t>
            </w:r>
          </w:p>
        </w:tc>
        <w:tc>
          <w:tcPr>
            <w:tcW w:type="dxa" w:w="2880"/>
          </w:tcPr>
          <w:p>
            <w:r>
              <w:t>-0.4631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0.1119</w:t>
            </w:r>
          </w:p>
        </w:tc>
        <w:tc>
          <w:tcPr>
            <w:tcW w:type="dxa" w:w="2880"/>
          </w:tcPr>
          <w:p>
            <w:r>
              <w:t>-0.923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-1.502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-1.25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-0.2084</w:t>
            </w:r>
          </w:p>
        </w:tc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-0.5904</w:t>
            </w:r>
          </w:p>
        </w:tc>
        <w:tc>
          <w:tcPr>
            <w:tcW w:type="dxa" w:w="2880"/>
          </w:tcPr>
          <w:p>
            <w:r>
              <w:t>-0.5616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-0.5904</w:t>
            </w:r>
          </w:p>
        </w:tc>
        <w:tc>
          <w:tcPr>
            <w:tcW w:type="dxa" w:w="2880"/>
          </w:tcPr>
          <w:p>
            <w:r>
              <w:t>-1.058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-0.9107</w:t>
            </w:r>
          </w:p>
        </w:tc>
        <w:tc>
          <w:tcPr>
            <w:tcW w:type="dxa" w:w="2880"/>
          </w:tcPr>
          <w:p>
            <w:r>
              <w:t>-0.9518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-1.675</w:t>
            </w:r>
          </w:p>
        </w:tc>
        <w:tc>
          <w:tcPr>
            <w:tcW w:type="dxa" w:w="2880"/>
          </w:tcPr>
          <w:p>
            <w:r>
              <w:t>-0.7505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-1.44</w:t>
            </w:r>
          </w:p>
        </w:tc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0.1119</w:t>
            </w:r>
          </w:p>
        </w:tc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-1.009</w:t>
            </w:r>
          </w:p>
        </w:tc>
        <w:tc>
          <w:tcPr>
            <w:tcW w:type="dxa" w:w="2880"/>
          </w:tcPr>
          <w:p>
            <w:r>
              <w:t>-0.3378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-0.7321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-0.4548</w:t>
            </w:r>
          </w:p>
        </w:tc>
        <w:tc>
          <w:tcPr>
            <w:tcW w:type="dxa" w:w="2880"/>
          </w:tcPr>
          <w:p>
            <w:r>
              <w:t>-0.4877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0.3337</w:t>
            </w:r>
          </w:p>
        </w:tc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0.5924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0.8511</w:t>
            </w:r>
          </w:p>
        </w:tc>
        <w:tc>
          <w:tcPr>
            <w:tcW w:type="dxa" w:w="2880"/>
          </w:tcPr>
          <w:p>
            <w:r>
              <w:t>-0.0421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0.3521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0.309</w:t>
            </w:r>
          </w:p>
        </w:tc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-0.2947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-0.3563</w:t>
            </w:r>
          </w:p>
        </w:tc>
        <w:tc>
          <w:tcPr>
            <w:tcW w:type="dxa" w:w="2880"/>
          </w:tcPr>
          <w:p>
            <w:r>
              <w:t>-0.5041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0.2474</w:t>
            </w:r>
          </w:p>
        </w:tc>
        <w:tc>
          <w:tcPr>
            <w:tcW w:type="dxa" w:w="2880"/>
          </w:tcPr>
          <w:p>
            <w:r>
              <w:t>0.0318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-0.0318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0.2228</w:t>
            </w:r>
          </w:p>
        </w:tc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0.0318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-0.0893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-0.1099</w:t>
            </w:r>
          </w:p>
        </w:tc>
        <w:tc>
          <w:tcPr>
            <w:tcW w:type="dxa" w:w="2880"/>
          </w:tcPr>
          <w:p>
            <w:r>
              <w:t>0.5554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0.5554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-0.039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-0.192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0.1858</w:t>
            </w:r>
          </w:p>
        </w:tc>
        <w:tc>
          <w:tcPr>
            <w:tcW w:type="dxa" w:w="2880"/>
          </w:tcPr>
          <w:p>
            <w:r>
              <w:t>-0.344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-0.0052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0.4199</w:t>
            </w:r>
          </w:p>
        </w:tc>
        <w:tc>
          <w:tcPr>
            <w:tcW w:type="dxa" w:w="2880"/>
          </w:tcPr>
          <w:p>
            <w:r>
              <w:t>-0.3008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-0.8368</w:t>
            </w:r>
          </w:p>
        </w:tc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0.0996</w:t>
            </w:r>
          </w:p>
        </w:tc>
        <w:tc>
          <w:tcPr>
            <w:tcW w:type="dxa" w:w="2880"/>
          </w:tcPr>
          <w:p>
            <w:r>
              <w:t>-0.4918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-0.3119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-0.2536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-0.2536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0.309</w:t>
            </w:r>
          </w:p>
        </w:tc>
        <w:tc>
          <w:tcPr>
            <w:tcW w:type="dxa" w:w="2880"/>
          </w:tcPr>
          <w:p>
            <w:r>
              <w:t>-0.5452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0.3491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-0.0514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-0.6027</w:t>
            </w:r>
          </w:p>
        </w:tc>
        <w:tc>
          <w:tcPr>
            <w:tcW w:type="dxa" w:w="2880"/>
          </w:tcPr>
          <w:p>
            <w:r>
              <w:t>-0.3481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-0.6089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0.8142</w:t>
            </w:r>
          </w:p>
        </w:tc>
        <w:tc>
          <w:tcPr>
            <w:tcW w:type="dxa" w:w="2880"/>
          </w:tcPr>
          <w:p>
            <w:r>
              <w:t>0.8018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0.617</w:t>
            </w:r>
          </w:p>
        </w:tc>
        <w:tc>
          <w:tcPr>
            <w:tcW w:type="dxa" w:w="2880"/>
          </w:tcPr>
          <w:p>
            <w:r>
              <w:t>0.1037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-0.0236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1.418</w:t>
            </w:r>
          </w:p>
        </w:tc>
        <w:tc>
          <w:tcPr>
            <w:tcW w:type="dxa" w:w="2880"/>
          </w:tcPr>
          <w:p>
            <w:r>
              <w:t>1.061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0.8265</w:t>
            </w:r>
          </w:p>
        </w:tc>
        <w:tc>
          <w:tcPr>
            <w:tcW w:type="dxa" w:w="2880"/>
          </w:tcPr>
          <w:p>
            <w:r>
              <w:t>1.356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1.295</w:t>
            </w:r>
          </w:p>
        </w:tc>
        <w:tc>
          <w:tcPr>
            <w:tcW w:type="dxa" w:w="2880"/>
          </w:tcPr>
          <w:p>
            <w:r>
              <w:t>1.065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0.9497</w:t>
            </w:r>
          </w:p>
        </w:tc>
        <w:tc>
          <w:tcPr>
            <w:tcW w:type="dxa" w:w="2880"/>
          </w:tcPr>
          <w:p>
            <w:r>
              <w:t>1.036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0.7772</w:t>
            </w:r>
          </w:p>
        </w:tc>
        <w:tc>
          <w:tcPr>
            <w:tcW w:type="dxa" w:w="2880"/>
          </w:tcPr>
          <w:p>
            <w:r>
              <w:t>1.56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0.7217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0.5308</w:t>
            </w:r>
          </w:p>
        </w:tc>
        <w:tc>
          <w:tcPr>
            <w:tcW w:type="dxa" w:w="2880"/>
          </w:tcPr>
          <w:p>
            <w:r>
              <w:t>0.5472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0.9127</w:t>
            </w:r>
          </w:p>
        </w:tc>
        <w:tc>
          <w:tcPr>
            <w:tcW w:type="dxa" w:w="2880"/>
          </w:tcPr>
          <w:p>
            <w:r>
              <w:t>0.4199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0.8511</w:t>
            </w:r>
          </w:p>
        </w:tc>
        <w:tc>
          <w:tcPr>
            <w:tcW w:type="dxa" w:w="2880"/>
          </w:tcPr>
          <w:p>
            <w:r>
              <w:t>0.7217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1.455</w:t>
            </w:r>
          </w:p>
        </w:tc>
        <w:tc>
          <w:tcPr>
            <w:tcW w:type="dxa" w:w="2880"/>
          </w:tcPr>
          <w:p>
            <w:r>
              <w:t>0.1797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2.157</w:t>
            </w:r>
          </w:p>
        </w:tc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1.985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0.9497</w:t>
            </w:r>
          </w:p>
        </w:tc>
        <w:tc>
          <w:tcPr>
            <w:tcW w:type="dxa" w:w="2880"/>
          </w:tcPr>
          <w:p>
            <w:r>
              <w:t>0.9949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1.812</w:t>
            </w:r>
          </w:p>
        </w:tc>
        <w:tc>
          <w:tcPr>
            <w:tcW w:type="dxa" w:w="2880"/>
          </w:tcPr>
          <w:p>
            <w:r>
              <w:t>1.504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2.058</w:t>
            </w:r>
          </w:p>
        </w:tc>
        <w:tc>
          <w:tcPr>
            <w:tcW w:type="dxa" w:w="2880"/>
          </w:tcPr>
          <w:p>
            <w:r>
              <w:t>1.812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1.369</w:t>
            </w:r>
          </w:p>
        </w:tc>
        <w:tc>
          <w:tcPr>
            <w:tcW w:type="dxa" w:w="2880"/>
          </w:tcPr>
          <w:p>
            <w:r>
              <w:t>0.9702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0.9743</w:t>
            </w:r>
          </w:p>
        </w:tc>
        <w:tc>
          <w:tcPr>
            <w:tcW w:type="dxa" w:w="2880"/>
          </w:tcPr>
          <w:p>
            <w:r>
              <w:t>1.504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1.64</w:t>
            </w:r>
          </w:p>
        </w:tc>
        <w:tc>
          <w:tcPr>
            <w:tcW w:type="dxa" w:w="2880"/>
          </w:tcPr>
          <w:p>
            <w:r>
              <w:t>1.229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2.12</w:t>
            </w:r>
          </w:p>
        </w:tc>
        <w:tc>
          <w:tcPr>
            <w:tcW w:type="dxa" w:w="2880"/>
          </w:tcPr>
          <w:p>
            <w:r>
              <w:t>1.683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2.046</w:t>
            </w:r>
          </w:p>
        </w:tc>
        <w:tc>
          <w:tcPr>
            <w:tcW w:type="dxa" w:w="2880"/>
          </w:tcPr>
          <w:p>
            <w:r>
              <w:t>2.12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2.268</w:t>
            </w:r>
          </w:p>
        </w:tc>
        <w:tc>
          <w:tcPr>
            <w:tcW w:type="dxa" w:w="2880"/>
          </w:tcPr>
          <w:p>
            <w:r>
              <w:t>1.344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1.344</w:t>
            </w:r>
          </w:p>
        </w:tc>
        <w:tc>
          <w:tcPr>
            <w:tcW w:type="dxa" w:w="2880"/>
          </w:tcPr>
          <w:p>
            <w:r>
              <w:t>1.763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1.689</w:t>
            </w:r>
          </w:p>
        </w:tc>
        <w:tc>
          <w:tcPr>
            <w:tcW w:type="dxa" w:w="2880"/>
          </w:tcPr>
          <w:p>
            <w:r>
              <w:t>2.514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2.058</w:t>
            </w:r>
          </w:p>
        </w:tc>
        <w:tc>
          <w:tcPr>
            <w:tcW w:type="dxa" w:w="2880"/>
          </w:tcPr>
          <w:p>
            <w:r>
              <w:t>1.886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2.095</w:t>
            </w:r>
          </w:p>
        </w:tc>
        <w:tc>
          <w:tcPr>
            <w:tcW w:type="dxa" w:w="2880"/>
          </w:tcPr>
          <w:p>
            <w:r>
              <w:t>1.775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1.492</w:t>
            </w:r>
          </w:p>
        </w:tc>
        <w:tc>
          <w:tcPr>
            <w:tcW w:type="dxa" w:w="2880"/>
          </w:tcPr>
          <w:p>
            <w:r>
              <w:t>1.843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1.59</w:t>
            </w:r>
          </w:p>
        </w:tc>
        <w:tc>
          <w:tcPr>
            <w:tcW w:type="dxa" w:w="2880"/>
          </w:tcPr>
          <w:p>
            <w:r>
              <w:t>1.278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-1.28</w:t>
            </w:r>
          </w:p>
        </w:tc>
        <w:tc>
          <w:tcPr>
            <w:tcW w:type="dxa" w:w="2880"/>
          </w:tcPr>
          <w:p>
            <w:r>
              <w:t>0.3029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1.011</w:t>
            </w:r>
          </w:p>
        </w:tc>
        <w:tc>
          <w:tcPr>
            <w:tcW w:type="dxa" w:w="2880"/>
          </w:tcPr>
          <w:p>
            <w:r>
              <w:t>0.5472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1.332</w:t>
            </w:r>
          </w:p>
        </w:tc>
        <w:tc>
          <w:tcPr>
            <w:tcW w:type="dxa" w:w="2880"/>
          </w:tcPr>
          <w:p>
            <w:r>
              <w:t>1.301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-1.256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-1.527</w:t>
            </w:r>
          </w:p>
        </w:tc>
        <w:tc>
          <w:tcPr>
            <w:tcW w:type="dxa" w:w="2880"/>
          </w:tcPr>
          <w:p>
            <w:r>
              <w:t>1.139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1.812</w:t>
            </w:r>
          </w:p>
        </w:tc>
        <w:tc>
          <w:tcPr>
            <w:tcW w:type="dxa" w:w="2880"/>
          </w:tcPr>
          <w:p>
            <w:r>
              <w:t>0.6622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1.824</w:t>
            </w:r>
          </w:p>
        </w:tc>
        <w:tc>
          <w:tcPr>
            <w:tcW w:type="dxa" w:w="2880"/>
          </w:tcPr>
          <w:p>
            <w:r>
              <w:t>0.6581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0.5431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-0.923</w:t>
            </w:r>
          </w:p>
        </w:tc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-0.4918</w:t>
            </w:r>
          </w:p>
        </w:tc>
        <w:tc>
          <w:tcPr>
            <w:tcW w:type="dxa" w:w="2880"/>
          </w:tcPr>
          <w:p>
            <w:r>
              <w:t>-0.3152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0.3706</w:t>
            </w:r>
          </w:p>
        </w:tc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-0.7218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-0.6766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-0.9723</w:t>
            </w:r>
          </w:p>
        </w:tc>
        <w:tc>
          <w:tcPr>
            <w:tcW w:type="dxa" w:w="2880"/>
          </w:tcPr>
          <w:p>
            <w:r>
              <w:t>-0.6232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-0.923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-0.5534</w:t>
            </w:r>
          </w:p>
        </w:tc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-0.5719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-0.5904</w:t>
            </w:r>
          </w:p>
        </w:tc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-0.5164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-0.2865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-0.7505</w:t>
            </w:r>
          </w:p>
        </w:tc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-0.7013</w:t>
            </w:r>
          </w:p>
        </w:tc>
        <w:tc>
          <w:tcPr>
            <w:tcW w:type="dxa" w:w="2880"/>
          </w:tcPr>
          <w:p>
            <w:r>
              <w:t>-0.3132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0.0749</w:t>
            </w:r>
          </w:p>
        </w:tc>
        <w:tc>
          <w:tcPr>
            <w:tcW w:type="dxa" w:w="2880"/>
          </w:tcPr>
          <w:p>
            <w:r>
              <w:t>0.115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-0.3686</w:t>
            </w:r>
          </w:p>
        </w:tc>
        <w:tc>
          <w:tcPr>
            <w:tcW w:type="dxa" w:w="2880"/>
          </w:tcPr>
          <w:p>
            <w:r>
              <w:t>0.0174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0.6047</w:t>
            </w:r>
          </w:p>
        </w:tc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-0.6273</w:t>
            </w:r>
          </w:p>
        </w:tc>
        <w:tc>
          <w:tcPr>
            <w:tcW w:type="dxa" w:w="2880"/>
          </w:tcPr>
          <w:p>
            <w:r>
              <w:t>-0.0705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-0.8121</w:t>
            </w:r>
          </w:p>
        </w:tc>
        <w:tc>
          <w:tcPr>
            <w:tcW w:type="dxa" w:w="2880"/>
          </w:tcPr>
          <w:p>
            <w:r>
              <w:t>-0.4261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-0.7464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-0.3686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0.0626</w:t>
            </w:r>
          </w:p>
        </w:tc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-1.33</w:t>
            </w:r>
          </w:p>
        </w:tc>
        <w:tc>
          <w:tcPr>
            <w:tcW w:type="dxa" w:w="2880"/>
          </w:tcPr>
          <w:p>
            <w:r>
              <w:t>-0.3686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-1.33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-0.8399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-0.9723</w:t>
            </w:r>
          </w:p>
        </w:tc>
        <w:tc>
          <w:tcPr>
            <w:tcW w:type="dxa" w:w="2880"/>
          </w:tcPr>
          <w:p>
            <w:r>
              <w:t>-0.5452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-0.7834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-0.6027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</w:t>
            </w:r>
          </w:p>
        </w:tc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-0.5719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-0.7013</w:t>
            </w:r>
          </w:p>
        </w:tc>
        <w:tc>
          <w:tcPr>
            <w:tcW w:type="dxa" w:w="2880"/>
          </w:tcPr>
          <w:p>
            <w:r>
              <w:t>-0.2423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0.1365</w:t>
            </w:r>
          </w:p>
        </w:tc>
        <w:tc>
          <w:tcPr>
            <w:tcW w:type="dxa" w:w="2880"/>
          </w:tcPr>
          <w:p>
            <w:r>
              <w:t>-0.6109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-0.7013</w:t>
            </w:r>
          </w:p>
        </w:tc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-0.3624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-1.015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-0.2741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-0.0483</w:t>
            </w:r>
          </w:p>
        </w:tc>
        <w:tc>
          <w:tcPr>
            <w:tcW w:type="dxa" w:w="2880"/>
          </w:tcPr>
          <w:p>
            <w:r>
              <w:t>-0.7967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-0.2947</w:t>
            </w:r>
          </w:p>
        </w:tc>
        <w:tc>
          <w:tcPr>
            <w:tcW w:type="dxa" w:w="2880"/>
          </w:tcPr>
          <w:p>
            <w:r>
              <w:t>-0.8203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-0.3029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-1.145</w:t>
            </w:r>
          </w:p>
        </w:tc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-0.7197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-0.7834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-0.7013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-0.2651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-0.4548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-0.4713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-0.7957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-0.9641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-0.4487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-0.1314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2.169</w:t>
            </w:r>
          </w:p>
        </w:tc>
        <w:tc>
          <w:tcPr>
            <w:tcW w:type="dxa" w:w="2880"/>
          </w:tcPr>
          <w:p>
            <w:r>
              <w:t>1.042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1.307</w:t>
            </w:r>
          </w:p>
        </w:tc>
        <w:tc>
          <w:tcPr>
            <w:tcW w:type="dxa" w:w="2880"/>
          </w:tcPr>
          <w:p>
            <w:r>
              <w:t>1.566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1.824</w:t>
            </w:r>
          </w:p>
        </w:tc>
        <w:tc>
          <w:tcPr>
            <w:tcW w:type="dxa" w:w="2880"/>
          </w:tcPr>
          <w:p>
            <w:r>
              <w:t>1.295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1.135</w:t>
            </w:r>
          </w:p>
        </w:tc>
        <w:tc>
          <w:tcPr>
            <w:tcW w:type="dxa" w:w="2880"/>
          </w:tcPr>
          <w:p>
            <w:r>
              <w:t>1.865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1.442</w:t>
            </w:r>
          </w:p>
        </w:tc>
        <w:tc>
          <w:tcPr>
            <w:tcW w:type="dxa" w:w="2880"/>
          </w:tcPr>
          <w:p>
            <w:r>
              <w:t>0.8265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1.652</w:t>
            </w:r>
          </w:p>
        </w:tc>
        <w:tc>
          <w:tcPr>
            <w:tcW w:type="dxa" w:w="2880"/>
          </w:tcPr>
          <w:p>
            <w:r>
              <w:t>-0.0668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2.145</w:t>
            </w:r>
          </w:p>
        </w:tc>
        <w:tc>
          <w:tcPr>
            <w:tcW w:type="dxa" w:w="2880"/>
          </w:tcPr>
          <w:p>
            <w:r>
              <w:t>0.2187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1.313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1.184</w:t>
            </w:r>
          </w:p>
        </w:tc>
        <w:tc>
          <w:tcPr>
            <w:tcW w:type="dxa" w:w="2880"/>
          </w:tcPr>
          <w:p>
            <w:r>
              <w:t>0.6909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0.6293</w:t>
            </w:r>
          </w:p>
        </w:tc>
        <w:tc>
          <w:tcPr>
            <w:tcW w:type="dxa" w:w="2880"/>
          </w:tcPr>
          <w:p>
            <w:r>
              <w:t>1.231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1.677</w:t>
            </w:r>
          </w:p>
        </w:tc>
        <w:tc>
          <w:tcPr>
            <w:tcW w:type="dxa" w:w="2880"/>
          </w:tcPr>
          <w:p>
            <w:r>
              <w:t>1.603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2.083</w:t>
            </w:r>
          </w:p>
        </w:tc>
        <w:tc>
          <w:tcPr>
            <w:tcW w:type="dxa" w:w="2880"/>
          </w:tcPr>
          <w:p>
            <w:r>
              <w:t>1.467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2.095</w:t>
            </w:r>
          </w:p>
        </w:tc>
        <w:tc>
          <w:tcPr>
            <w:tcW w:type="dxa" w:w="2880"/>
          </w:tcPr>
          <w:p>
            <w:r>
              <w:t>1.635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1.196</w:t>
            </w:r>
          </w:p>
        </w:tc>
        <w:tc>
          <w:tcPr>
            <w:tcW w:type="dxa" w:w="2880"/>
          </w:tcPr>
          <w:p>
            <w:r>
              <w:t>1.808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1.516</w:t>
            </w:r>
          </w:p>
        </w:tc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2.268</w:t>
            </w:r>
          </w:p>
        </w:tc>
        <w:tc>
          <w:tcPr>
            <w:tcW w:type="dxa" w:w="2880"/>
          </w:tcPr>
          <w:p>
            <w:r>
              <w:t>1.603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1.64</w:t>
            </w:r>
          </w:p>
        </w:tc>
        <w:tc>
          <w:tcPr>
            <w:tcW w:type="dxa" w:w="2880"/>
          </w:tcPr>
          <w:p>
            <w:r>
              <w:t>2.058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2.058</w:t>
            </w:r>
          </w:p>
        </w:tc>
        <w:tc>
          <w:tcPr>
            <w:tcW w:type="dxa" w:w="2880"/>
          </w:tcPr>
          <w:p>
            <w:r>
              <w:t>1.64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1.258</w:t>
            </w:r>
          </w:p>
        </w:tc>
        <w:tc>
          <w:tcPr>
            <w:tcW w:type="dxa" w:w="2880"/>
          </w:tcPr>
          <w:p>
            <w:r>
              <w:t>1.352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0.8881</w:t>
            </w:r>
          </w:p>
        </w:tc>
        <w:tc>
          <w:tcPr>
            <w:tcW w:type="dxa" w:w="2880"/>
          </w:tcPr>
          <w:p>
            <w:r>
              <w:t>1.541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1.824</w:t>
            </w:r>
          </w:p>
        </w:tc>
        <w:tc>
          <w:tcPr>
            <w:tcW w:type="dxa" w:w="2880"/>
          </w:tcPr>
          <w:p>
            <w:r>
              <w:t>1.073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1.874</w:t>
            </w:r>
          </w:p>
        </w:tc>
        <w:tc>
          <w:tcPr>
            <w:tcW w:type="dxa" w:w="2880"/>
          </w:tcPr>
          <w:p>
            <w:r>
              <w:t>1.75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1.442</w:t>
            </w:r>
          </w:p>
        </w:tc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0.6786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2.404</w:t>
            </w:r>
          </w:p>
        </w:tc>
        <w:tc>
          <w:tcPr>
            <w:tcW w:type="dxa" w:w="2880"/>
          </w:tcPr>
          <w:p>
            <w:r>
              <w:t>1.516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1.492</w:t>
            </w:r>
          </w:p>
        </w:tc>
        <w:tc>
          <w:tcPr>
            <w:tcW w:type="dxa" w:w="2880"/>
          </w:tcPr>
          <w:p>
            <w:r>
              <w:t>1.972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1.541</w:t>
            </w:r>
          </w:p>
        </w:tc>
        <w:tc>
          <w:tcPr>
            <w:tcW w:type="dxa" w:w="2880"/>
          </w:tcPr>
          <w:p>
            <w:r>
              <w:t>1.948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1.689</w:t>
            </w:r>
          </w:p>
        </w:tc>
        <w:tc>
          <w:tcPr>
            <w:tcW w:type="dxa" w:w="2880"/>
          </w:tcPr>
          <w:p>
            <w:r>
              <w:t>1.644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1.295</w:t>
            </w:r>
          </w:p>
        </w:tc>
        <w:tc>
          <w:tcPr>
            <w:tcW w:type="dxa" w:w="2880"/>
          </w:tcPr>
          <w:p>
            <w:r>
              <w:t>1.689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1.516</w:t>
            </w:r>
          </w:p>
        </w:tc>
        <w:tc>
          <w:tcPr>
            <w:tcW w:type="dxa" w:w="2880"/>
          </w:tcPr>
          <w:p>
            <w:r>
              <w:t>0.8388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1.085</w:t>
            </w:r>
          </w:p>
        </w:tc>
        <w:tc>
          <w:tcPr>
            <w:tcW w:type="dxa" w:w="2880"/>
          </w:tcPr>
          <w:p>
            <w:r>
              <w:t>1.677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1.837</w:t>
            </w:r>
          </w:p>
        </w:tc>
        <w:tc>
          <w:tcPr>
            <w:tcW w:type="dxa" w:w="2880"/>
          </w:tcPr>
          <w:p>
            <w:r>
              <w:t>0.9825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-0.6766</w:t>
            </w:r>
          </w:p>
        </w:tc>
        <w:tc>
          <w:tcPr>
            <w:tcW w:type="dxa" w:w="2880"/>
          </w:tcPr>
          <w:p>
            <w:r>
              <w:t>-0.4918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-0.5442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-1.539</w:t>
            </w:r>
          </w:p>
        </w:tc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-0.6232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-0.3963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-0.9846</w:t>
            </w:r>
          </w:p>
        </w:tc>
        <w:tc>
          <w:tcPr>
            <w:tcW w:type="dxa" w:w="2880"/>
          </w:tcPr>
          <w:p>
            <w:r>
              <w:t>-0.2167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-0.7382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-0.7793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-0.424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-0.347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-0.5452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-0.2454</w:t>
            </w:r>
          </w:p>
        </w:tc>
        <w:tc>
          <w:tcPr>
            <w:tcW w:type="dxa" w:w="2880"/>
          </w:tcPr>
          <w:p>
            <w:r>
              <w:t>0.4938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0.4938</w:t>
            </w:r>
          </w:p>
        </w:tc>
        <w:tc>
          <w:tcPr>
            <w:tcW w:type="dxa" w:w="2880"/>
          </w:tcPr>
          <w:p>
            <w:r>
              <w:t>-0.2454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-0.1407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0.4199</w:t>
            </w:r>
          </w:p>
        </w:tc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0.2844</w:t>
            </w:r>
          </w:p>
        </w:tc>
        <w:tc>
          <w:tcPr>
            <w:tcW w:type="dxa" w:w="2880"/>
          </w:tcPr>
          <w:p>
            <w:r>
              <w:t>0.2289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0.2597</w:t>
            </w:r>
          </w:p>
        </w:tc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0.2597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0.4199</w:t>
            </w:r>
          </w:p>
        </w:tc>
        <w:tc>
          <w:tcPr>
            <w:tcW w:type="dxa" w:w="2880"/>
          </w:tcPr>
          <w:p>
            <w:r>
              <w:t>0.2043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0.5308</w:t>
            </w:r>
          </w:p>
        </w:tc>
        <w:tc>
          <w:tcPr>
            <w:tcW w:type="dxa" w:w="2880"/>
          </w:tcPr>
          <w:p>
            <w:r>
              <w:t>0.0092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0.2269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-0.0052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0.001</w:t>
            </w:r>
          </w:p>
        </w:tc>
        <w:tc>
          <w:tcPr>
            <w:tcW w:type="dxa" w:w="2880"/>
          </w:tcPr>
          <w:p>
            <w:r>
              <w:t>-0.3501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-0.2084</w:t>
            </w:r>
          </w:p>
        </w:tc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-0.3871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0.1365</w:t>
            </w:r>
          </w:p>
        </w:tc>
        <w:tc>
          <w:tcPr>
            <w:tcW w:type="dxa" w:w="2880"/>
          </w:tcPr>
          <w:p>
            <w:r>
              <w:t>-0.0544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-0.0934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0.4322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-0.4836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-0.6273</w:t>
            </w:r>
          </w:p>
        </w:tc>
        <w:tc>
          <w:tcPr>
            <w:tcW w:type="dxa" w:w="2880"/>
          </w:tcPr>
          <w:p>
            <w:r>
              <w:t>-0.2885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-0.3727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-0.4918</w:t>
            </w:r>
          </w:p>
        </w:tc>
        <w:tc>
          <w:tcPr>
            <w:tcW w:type="dxa" w:w="2880"/>
          </w:tcPr>
          <w:p>
            <w:r>
              <w:t>-0.0688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-0.2618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-0.6089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-0.6951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0.0626</w:t>
            </w:r>
          </w:p>
        </w:tc>
        <w:tc>
          <w:tcPr>
            <w:tcW w:type="dxa" w:w="2880"/>
          </w:tcPr>
          <w:p>
            <w:r>
              <w:t>-0.3029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0.1858</w:t>
            </w:r>
          </w:p>
        </w:tc>
        <w:tc>
          <w:tcPr>
            <w:tcW w:type="dxa" w:w="2880"/>
          </w:tcPr>
          <w:p>
            <w:r>
              <w:t>0.0564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0.2105</w:t>
            </w:r>
          </w:p>
        </w:tc>
        <w:tc>
          <w:tcPr>
            <w:tcW w:type="dxa" w:w="2880"/>
          </w:tcPr>
          <w:p>
            <w:r>
              <w:t>-0.4579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-0.6027</w:t>
            </w:r>
          </w:p>
        </w:tc>
        <w:tc>
          <w:tcPr>
            <w:tcW w:type="dxa" w:w="2880"/>
          </w:tcPr>
          <w:p>
            <w:r>
              <w:t>-0.1058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-0.0483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0.0903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-0.1468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-0.5596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0.6293</w:t>
            </w:r>
          </w:p>
        </w:tc>
        <w:tc>
          <w:tcPr>
            <w:tcW w:type="dxa" w:w="2880"/>
          </w:tcPr>
          <w:p>
            <w:r>
              <w:t>-0.6766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0.2967</w:t>
            </w:r>
          </w:p>
        </w:tc>
        <w:tc>
          <w:tcPr>
            <w:tcW w:type="dxa" w:w="2880"/>
          </w:tcPr>
          <w:p>
            <w:r>
              <w:t>0.1858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0.7033</w:t>
            </w:r>
          </w:p>
        </w:tc>
        <w:tc>
          <w:tcPr>
            <w:tcW w:type="dxa" w:w="2880"/>
          </w:tcPr>
          <w:p>
            <w:r>
              <w:t>1.582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1.985</w:t>
            </w:r>
          </w:p>
        </w:tc>
        <w:tc>
          <w:tcPr>
            <w:tcW w:type="dxa" w:w="2880"/>
          </w:tcPr>
          <w:p>
            <w:r>
              <w:t>1.377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1.455</w:t>
            </w:r>
          </w:p>
        </w:tc>
        <w:tc>
          <w:tcPr>
            <w:tcW w:type="dxa" w:w="2880"/>
          </w:tcPr>
          <w:p>
            <w:r>
              <w:t>1.609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1.972</w:t>
            </w:r>
          </w:p>
        </w:tc>
        <w:tc>
          <w:tcPr>
            <w:tcW w:type="dxa" w:w="2880"/>
          </w:tcPr>
          <w:p>
            <w:r>
              <w:t>1.738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2.33</w:t>
            </w:r>
          </w:p>
        </w:tc>
        <w:tc>
          <w:tcPr>
            <w:tcW w:type="dxa" w:w="2880"/>
          </w:tcPr>
          <w:p>
            <w:r>
              <w:t>1.473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1.812</w:t>
            </w:r>
          </w:p>
        </w:tc>
        <w:tc>
          <w:tcPr>
            <w:tcW w:type="dxa" w:w="2880"/>
          </w:tcPr>
          <w:p>
            <w:r>
              <w:t>1.892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1.455</w:t>
            </w:r>
          </w:p>
        </w:tc>
        <w:tc>
          <w:tcPr>
            <w:tcW w:type="dxa" w:w="2880"/>
          </w:tcPr>
          <w:p>
            <w:r>
              <w:t>1.812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0.8265</w:t>
            </w:r>
          </w:p>
        </w:tc>
        <w:tc>
          <w:tcPr>
            <w:tcW w:type="dxa" w:w="2880"/>
          </w:tcPr>
          <w:p>
            <w:r>
              <w:t>-0.0052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2.005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2.391</w:t>
            </w:r>
          </w:p>
        </w:tc>
        <w:tc>
          <w:tcPr>
            <w:tcW w:type="dxa" w:w="2880"/>
          </w:tcPr>
          <w:p>
            <w:r>
              <w:t>0.6088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2.798</w:t>
            </w:r>
          </w:p>
        </w:tc>
        <w:tc>
          <w:tcPr>
            <w:tcW w:type="dxa" w:w="2880"/>
          </w:tcPr>
          <w:p>
            <w:r>
              <w:t>0.7567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0.617</w:t>
            </w:r>
          </w:p>
        </w:tc>
        <w:tc>
          <w:tcPr>
            <w:tcW w:type="dxa" w:w="2880"/>
          </w:tcPr>
          <w:p>
            <w:r>
              <w:t>1.245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1.245</w:t>
            </w:r>
          </w:p>
        </w:tc>
        <w:tc>
          <w:tcPr>
            <w:tcW w:type="dxa" w:w="2880"/>
          </w:tcPr>
          <w:p>
            <w:r>
              <w:t>1.079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1.196</w:t>
            </w:r>
          </w:p>
        </w:tc>
        <w:tc>
          <w:tcPr>
            <w:tcW w:type="dxa" w:w="2880"/>
          </w:tcPr>
          <w:p>
            <w:r>
              <w:t>1.208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0.5554</w:t>
            </w:r>
          </w:p>
        </w:tc>
        <w:tc>
          <w:tcPr>
            <w:tcW w:type="dxa" w:w="2880"/>
          </w:tcPr>
          <w:p>
            <w:r>
              <w:t>1.644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1.861</w:t>
            </w:r>
          </w:p>
        </w:tc>
        <w:tc>
          <w:tcPr>
            <w:tcW w:type="dxa" w:w="2880"/>
          </w:tcPr>
          <w:p>
            <w:r>
              <w:t>1.131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1.208</w:t>
            </w:r>
          </w:p>
        </w:tc>
        <w:tc>
          <w:tcPr>
            <w:tcW w:type="dxa" w:w="2880"/>
          </w:tcPr>
          <w:p>
            <w:r>
              <w:t>1.553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1.849</w:t>
            </w:r>
          </w:p>
        </w:tc>
        <w:tc>
          <w:tcPr>
            <w:tcW w:type="dxa" w:w="2880"/>
          </w:tcPr>
          <w:p>
            <w:r>
              <w:t>1.233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1.258</w:t>
            </w:r>
          </w:p>
        </w:tc>
        <w:tc>
          <w:tcPr>
            <w:tcW w:type="dxa" w:w="2880"/>
          </w:tcPr>
          <w:p>
            <w:r>
              <w:t>1.5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1.442</w:t>
            </w:r>
          </w:p>
        </w:tc>
        <w:tc>
          <w:tcPr>
            <w:tcW w:type="dxa" w:w="2880"/>
          </w:tcPr>
          <w:p>
            <w:r>
              <w:t>1.535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1.812</w:t>
            </w:r>
          </w:p>
        </w:tc>
        <w:tc>
          <w:tcPr>
            <w:tcW w:type="dxa" w:w="2880"/>
          </w:tcPr>
          <w:p>
            <w:r>
              <w:t>1.442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1.726</w:t>
            </w:r>
          </w:p>
        </w:tc>
        <w:tc>
          <w:tcPr>
            <w:tcW w:type="dxa" w:w="2880"/>
          </w:tcPr>
          <w:p>
            <w:r>
              <w:t>1.424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1.405</w:t>
            </w:r>
          </w:p>
        </w:tc>
        <w:tc>
          <w:tcPr>
            <w:tcW w:type="dxa" w:w="2880"/>
          </w:tcPr>
          <w:p>
            <w:r>
              <w:t>1.792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1.935</w:t>
            </w:r>
          </w:p>
        </w:tc>
        <w:tc>
          <w:tcPr>
            <w:tcW w:type="dxa" w:w="2880"/>
          </w:tcPr>
          <w:p>
            <w:r>
              <w:t>1.56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1.714</w:t>
            </w:r>
          </w:p>
        </w:tc>
        <w:tc>
          <w:tcPr>
            <w:tcW w:type="dxa" w:w="2880"/>
          </w:tcPr>
          <w:p>
            <w:r>
              <w:t>1.67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1.073</w:t>
            </w:r>
          </w:p>
        </w:tc>
        <w:tc>
          <w:tcPr>
            <w:tcW w:type="dxa" w:w="2880"/>
          </w:tcPr>
          <w:p>
            <w:r>
              <w:t>2.28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2.28</w:t>
            </w:r>
          </w:p>
        </w:tc>
        <w:tc>
          <w:tcPr>
            <w:tcW w:type="dxa" w:w="2880"/>
          </w:tcPr>
          <w:p>
            <w:r>
              <w:t>1.332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1.323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1.467</w:t>
            </w:r>
          </w:p>
        </w:tc>
        <w:tc>
          <w:tcPr>
            <w:tcW w:type="dxa" w:w="2880"/>
          </w:tcPr>
          <w:p>
            <w:r>
              <w:t>0.2351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1.344</w:t>
            </w:r>
          </w:p>
        </w:tc>
        <w:tc>
          <w:tcPr>
            <w:tcW w:type="dxa" w:w="2880"/>
          </w:tcPr>
          <w:p>
            <w:r>
              <w:t>0.4692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1.159</w:t>
            </w:r>
          </w:p>
        </w:tc>
        <w:tc>
          <w:tcPr>
            <w:tcW w:type="dxa" w:w="2880"/>
          </w:tcPr>
          <w:p>
            <w:r>
              <w:t>0.5154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2.601</w:t>
            </w:r>
          </w:p>
        </w:tc>
        <w:tc>
          <w:tcPr>
            <w:tcW w:type="dxa" w:w="2880"/>
          </w:tcPr>
          <w:p>
            <w:r>
              <w:t>2.145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2.145</w:t>
            </w:r>
          </w:p>
        </w:tc>
        <w:tc>
          <w:tcPr>
            <w:tcW w:type="dxa" w:w="2880"/>
          </w:tcPr>
          <w:p>
            <w:r>
              <w:t>2.601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0.346</w:t>
            </w:r>
          </w:p>
        </w:tc>
        <w:tc>
          <w:tcPr>
            <w:tcW w:type="dxa" w:w="2880"/>
          </w:tcPr>
          <w:p>
            <w:r>
              <w:t>0.9682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0.0996</w:t>
            </w:r>
          </w:p>
        </w:tc>
        <w:tc>
          <w:tcPr>
            <w:tcW w:type="dxa" w:w="2880"/>
          </w:tcPr>
          <w:p>
            <w:r>
              <w:t>0.192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-0.2762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-1.022</w:t>
            </w:r>
          </w:p>
        </w:tc>
        <w:tc>
          <w:tcPr>
            <w:tcW w:type="dxa" w:w="2880"/>
          </w:tcPr>
          <w:p>
            <w:r>
              <w:t>-0.3021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0.0626</w:t>
            </w:r>
          </w:p>
        </w:tc>
        <w:tc>
          <w:tcPr>
            <w:tcW w:type="dxa" w:w="2880"/>
          </w:tcPr>
          <w:p>
            <w:r>
              <w:t>-0.5134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0.0626</w:t>
            </w:r>
          </w:p>
        </w:tc>
        <w:tc>
          <w:tcPr>
            <w:tcW w:type="dxa" w:w="2880"/>
          </w:tcPr>
          <w:p>
            <w:r>
              <w:t>-0.537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-0.1622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-0.2331</w:t>
            </w:r>
          </w:p>
        </w:tc>
        <w:tc>
          <w:tcPr>
            <w:tcW w:type="dxa" w:w="2880"/>
          </w:tcPr>
          <w:p>
            <w:r>
              <w:t>0.1335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0.3337</w:t>
            </w:r>
          </w:p>
        </w:tc>
        <w:tc>
          <w:tcPr>
            <w:tcW w:type="dxa" w:w="2880"/>
          </w:tcPr>
          <w:p>
            <w:r>
              <w:t>0.1119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0.4445</w:t>
            </w:r>
          </w:p>
        </w:tc>
        <w:tc>
          <w:tcPr>
            <w:tcW w:type="dxa" w:w="2880"/>
          </w:tcPr>
          <w:p>
            <w:r>
              <w:t>0.1304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0.5185</w:t>
            </w:r>
          </w:p>
        </w:tc>
        <w:tc>
          <w:tcPr>
            <w:tcW w:type="dxa" w:w="2880"/>
          </w:tcPr>
          <w:p>
            <w:r>
              <w:t>0.2628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-0.0729</w:t>
            </w:r>
          </w:p>
        </w:tc>
        <w:tc>
          <w:tcPr>
            <w:tcW w:type="dxa" w:w="2880"/>
          </w:tcPr>
          <w:p>
            <w:r>
              <w:t>0.1283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0.3583</w:t>
            </w:r>
          </w:p>
        </w:tc>
        <w:tc>
          <w:tcPr>
            <w:tcW w:type="dxa" w:w="2880"/>
          </w:tcPr>
          <w:p>
            <w:r>
              <w:t>-0.19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0.1427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0.0873</w:t>
            </w:r>
          </w:p>
        </w:tc>
        <w:tc>
          <w:tcPr>
            <w:tcW w:type="dxa" w:w="2880"/>
          </w:tcPr>
          <w:p>
            <w:r>
              <w:t>-0.6335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-1.317</w:t>
            </w:r>
          </w:p>
        </w:tc>
        <w:tc>
          <w:tcPr>
            <w:tcW w:type="dxa" w:w="2880"/>
          </w:tcPr>
          <w:p>
            <w:r>
              <w:t>-0.5534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-0.9723</w:t>
            </w:r>
          </w:p>
        </w:tc>
        <w:tc>
          <w:tcPr>
            <w:tcW w:type="dxa" w:w="2880"/>
          </w:tcPr>
          <w:p>
            <w:r>
              <w:t>-0.2146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-0.5349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-0.2916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0.1489</w:t>
            </w:r>
          </w:p>
        </w:tc>
        <w:tc>
          <w:tcPr>
            <w:tcW w:type="dxa" w:w="2880"/>
          </w:tcPr>
          <w:p>
            <w:r>
              <w:t>-0.1633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0.2967</w:t>
            </w:r>
          </w:p>
        </w:tc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0.2967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-0.5288</w:t>
            </w:r>
          </w:p>
        </w:tc>
        <w:tc>
          <w:tcPr>
            <w:tcW w:type="dxa" w:w="2880"/>
          </w:tcPr>
          <w:p>
            <w:r>
              <w:t>-0.1099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0.2228</w:t>
            </w:r>
          </w:p>
        </w:tc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0.0215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0.4445</w:t>
            </w:r>
          </w:p>
        </w:tc>
        <w:tc>
          <w:tcPr>
            <w:tcW w:type="dxa" w:w="2880"/>
          </w:tcPr>
          <w:p>
            <w:r>
              <w:t>-1.095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-1.095</w:t>
            </w:r>
          </w:p>
        </w:tc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-0.5534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-0.5534</w:t>
            </w:r>
          </w:p>
        </w:tc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-0.7875</w:t>
            </w:r>
          </w:p>
        </w:tc>
        <w:tc>
          <w:tcPr>
            <w:tcW w:type="dxa" w:w="2880"/>
          </w:tcPr>
          <w:p>
            <w:r>
              <w:t>-0.3932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-0.5657</w:t>
            </w:r>
          </w:p>
        </w:tc>
        <w:tc>
          <w:tcPr>
            <w:tcW w:type="dxa" w:w="2880"/>
          </w:tcPr>
          <w:p>
            <w:r>
              <w:t>-0.1058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0.1981</w:t>
            </w:r>
          </w:p>
        </w:tc>
        <w:tc>
          <w:tcPr>
            <w:tcW w:type="dxa" w:w="2880"/>
          </w:tcPr>
          <w:p>
            <w:r>
              <w:t>-0.3748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-0.2848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-0.5164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-0.4754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0.0749</w:t>
            </w:r>
          </w:p>
        </w:tc>
        <w:tc>
          <w:tcPr>
            <w:tcW w:type="dxa" w:w="2880"/>
          </w:tcPr>
          <w:p>
            <w:r>
              <w:t>-0.4641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0.1981</w:t>
            </w:r>
          </w:p>
        </w:tc>
        <w:tc>
          <w:tcPr>
            <w:tcW w:type="dxa" w:w="2880"/>
          </w:tcPr>
          <w:p>
            <w:r>
              <w:t>-0.1386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-0.5904</w:t>
            </w:r>
          </w:p>
        </w:tc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0.0996</w:t>
            </w:r>
          </w:p>
        </w:tc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-0.229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-0.2824</w:t>
            </w:r>
          </w:p>
        </w:tc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0.4076</w:t>
            </w:r>
          </w:p>
        </w:tc>
        <w:tc>
          <w:tcPr>
            <w:tcW w:type="dxa" w:w="2880"/>
          </w:tcPr>
          <w:p>
            <w:r>
              <w:t>-0.8203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-0.5904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0.0051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-0.4117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0.1242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0.7402</w:t>
            </w:r>
          </w:p>
        </w:tc>
        <w:tc>
          <w:tcPr>
            <w:tcW w:type="dxa" w:w="2880"/>
          </w:tcPr>
          <w:p>
            <w:r>
              <w:t>-0.3891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-0.6397</w:t>
            </w:r>
          </w:p>
        </w:tc>
        <w:tc>
          <w:tcPr>
            <w:tcW w:type="dxa" w:w="2880"/>
          </w:tcPr>
          <w:p>
            <w:r>
              <w:t>-0.3378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-0.307</w:t>
            </w:r>
          </w:p>
        </w:tc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-0.3501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-0.9969</w:t>
            </w:r>
          </w:p>
        </w:tc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1.775</w:t>
            </w:r>
          </w:p>
        </w:tc>
        <w:tc>
          <w:tcPr>
            <w:tcW w:type="dxa" w:w="2880"/>
          </w:tcPr>
          <w:p>
            <w:r>
              <w:t>1.489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1.615</w:t>
            </w:r>
          </w:p>
        </w:tc>
        <w:tc>
          <w:tcPr>
            <w:tcW w:type="dxa" w:w="2880"/>
          </w:tcPr>
          <w:p>
            <w:r>
              <w:t>1.344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0.9127</w:t>
            </w:r>
          </w:p>
        </w:tc>
        <w:tc>
          <w:tcPr>
            <w:tcW w:type="dxa" w:w="2880"/>
          </w:tcPr>
          <w:p>
            <w:r>
              <w:t>1.52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2.145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2.145</w:t>
            </w:r>
          </w:p>
        </w:tc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1.677</w:t>
            </w:r>
          </w:p>
        </w:tc>
        <w:tc>
          <w:tcPr>
            <w:tcW w:type="dxa" w:w="2880"/>
          </w:tcPr>
          <w:p>
            <w:r>
              <w:t>1.824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1.644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0.8758</w:t>
            </w:r>
          </w:p>
        </w:tc>
        <w:tc>
          <w:tcPr>
            <w:tcW w:type="dxa" w:w="2880"/>
          </w:tcPr>
          <w:p>
            <w:r>
              <w:t>1.952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1.541</w:t>
            </w:r>
          </w:p>
        </w:tc>
        <w:tc>
          <w:tcPr>
            <w:tcW w:type="dxa" w:w="2880"/>
          </w:tcPr>
          <w:p>
            <w:r>
              <w:t>1.525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1.714</w:t>
            </w:r>
          </w:p>
        </w:tc>
        <w:tc>
          <w:tcPr>
            <w:tcW w:type="dxa" w:w="2880"/>
          </w:tcPr>
          <w:p>
            <w:r>
              <w:t>1.59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1.615</w:t>
            </w:r>
          </w:p>
        </w:tc>
        <w:tc>
          <w:tcPr>
            <w:tcW w:type="dxa" w:w="2880"/>
          </w:tcPr>
          <w:p>
            <w:r>
              <w:t>0.768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1.615</w:t>
            </w:r>
          </w:p>
        </w:tc>
        <w:tc>
          <w:tcPr>
            <w:tcW w:type="dxa" w:w="2880"/>
          </w:tcPr>
          <w:p>
            <w:r>
              <w:t>0.8819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1.874</w:t>
            </w:r>
          </w:p>
        </w:tc>
        <w:tc>
          <w:tcPr>
            <w:tcW w:type="dxa" w:w="2880"/>
          </w:tcPr>
          <w:p>
            <w:r>
              <w:t>1.218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0.9004</w:t>
            </w:r>
          </w:p>
        </w:tc>
        <w:tc>
          <w:tcPr>
            <w:tcW w:type="dxa" w:w="2880"/>
          </w:tcPr>
          <w:p>
            <w:r>
              <w:t>1.763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1.553</w:t>
            </w:r>
          </w:p>
        </w:tc>
        <w:tc>
          <w:tcPr>
            <w:tcW w:type="dxa" w:w="2880"/>
          </w:tcPr>
          <w:p>
            <w:r>
              <w:t>1.387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2.366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2.28</w:t>
            </w:r>
          </w:p>
        </w:tc>
        <w:tc>
          <w:tcPr>
            <w:tcW w:type="dxa" w:w="2880"/>
          </w:tcPr>
          <w:p>
            <w:r>
              <w:t>0.7649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2.453</w:t>
            </w:r>
          </w:p>
        </w:tc>
        <w:tc>
          <w:tcPr>
            <w:tcW w:type="dxa" w:w="2880"/>
          </w:tcPr>
          <w:p>
            <w:r>
              <w:t>0.7988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1.64</w:t>
            </w:r>
          </w:p>
        </w:tc>
        <w:tc>
          <w:tcPr>
            <w:tcW w:type="dxa" w:w="2880"/>
          </w:tcPr>
          <w:p>
            <w:r>
              <w:t>1.883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1.997</w:t>
            </w:r>
          </w:p>
        </w:tc>
        <w:tc>
          <w:tcPr>
            <w:tcW w:type="dxa" w:w="2880"/>
          </w:tcPr>
          <w:p>
            <w:r>
              <w:t>1.722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1.159</w:t>
            </w:r>
          </w:p>
        </w:tc>
        <w:tc>
          <w:tcPr>
            <w:tcW w:type="dxa" w:w="2880"/>
          </w:tcPr>
          <w:p>
            <w:r>
              <w:t>1.558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1.48</w:t>
            </w:r>
          </w:p>
        </w:tc>
        <w:tc>
          <w:tcPr>
            <w:tcW w:type="dxa" w:w="2880"/>
          </w:tcPr>
          <w:p>
            <w:r>
              <w:t>1.451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2.527</w:t>
            </w:r>
          </w:p>
        </w:tc>
        <w:tc>
          <w:tcPr>
            <w:tcW w:type="dxa" w:w="2880"/>
          </w:tcPr>
          <w:p>
            <w:r>
              <w:t>1.658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1.319</w:t>
            </w:r>
          </w:p>
        </w:tc>
        <w:tc>
          <w:tcPr>
            <w:tcW w:type="dxa" w:w="2880"/>
          </w:tcPr>
          <w:p>
            <w:r>
              <w:t>2.286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2.046</w:t>
            </w:r>
          </w:p>
        </w:tc>
        <w:tc>
          <w:tcPr>
            <w:tcW w:type="dxa" w:w="2880"/>
          </w:tcPr>
          <w:p>
            <w:r>
              <w:t>1.486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1.59</w:t>
            </w:r>
          </w:p>
        </w:tc>
        <w:tc>
          <w:tcPr>
            <w:tcW w:type="dxa" w:w="2880"/>
          </w:tcPr>
          <w:p>
            <w:r>
              <w:t>1.705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0.9127</w:t>
            </w:r>
          </w:p>
        </w:tc>
        <w:tc>
          <w:tcPr>
            <w:tcW w:type="dxa" w:w="2880"/>
          </w:tcPr>
          <w:p>
            <w:r>
              <w:t>1.837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1.923</w:t>
            </w:r>
          </w:p>
        </w:tc>
        <w:tc>
          <w:tcPr>
            <w:tcW w:type="dxa" w:w="2880"/>
          </w:tcPr>
          <w:p>
            <w:r>
              <w:t>1.584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1.788</w:t>
            </w:r>
          </w:p>
        </w:tc>
        <w:tc>
          <w:tcPr>
            <w:tcW w:type="dxa" w:w="2880"/>
          </w:tcPr>
          <w:p>
            <w:r>
              <w:t>1.627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1.048</w:t>
            </w:r>
          </w:p>
        </w:tc>
        <w:tc>
          <w:tcPr>
            <w:tcW w:type="dxa" w:w="2880"/>
          </w:tcPr>
          <w:p>
            <w:r>
              <w:t>1.278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1.332</w:t>
            </w:r>
          </w:p>
        </w:tc>
        <w:tc>
          <w:tcPr>
            <w:tcW w:type="dxa" w:w="2880"/>
          </w:tcPr>
          <w:p>
            <w:r>
              <w:t>1.621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2.194</w:t>
            </w:r>
          </w:p>
        </w:tc>
        <w:tc>
          <w:tcPr>
            <w:tcW w:type="dxa" w:w="2880"/>
          </w:tcPr>
          <w:p>
            <w:r>
              <w:t>1.72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1.381</w:t>
            </w:r>
          </w:p>
        </w:tc>
        <w:tc>
          <w:tcPr>
            <w:tcW w:type="dxa" w:w="2880"/>
          </w:tcPr>
          <w:p>
            <w:r>
              <w:t>-0.6273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-0.6273</w:t>
            </w:r>
          </w:p>
        </w:tc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-0.4138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-0.652</w:t>
            </w:r>
          </w:p>
        </w:tc>
        <w:tc>
          <w:tcPr>
            <w:tcW w:type="dxa" w:w="2880"/>
          </w:tcPr>
          <w:p>
            <w:r>
              <w:t>-1.026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0.2474</w:t>
            </w:r>
          </w:p>
        </w:tc>
        <w:tc>
          <w:tcPr>
            <w:tcW w:type="dxa" w:w="2880"/>
          </w:tcPr>
          <w:p>
            <w:r>
              <w:t>-0.2002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-0.4425</w:t>
            </w:r>
          </w:p>
        </w:tc>
        <w:tc>
          <w:tcPr>
            <w:tcW w:type="dxa" w:w="2880"/>
          </w:tcPr>
          <w:p>
            <w:r>
              <w:t>0.3706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0.4938</w:t>
            </w:r>
          </w:p>
        </w:tc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-0.0976</w:t>
            </w:r>
          </w:p>
        </w:tc>
        <w:tc>
          <w:tcPr>
            <w:tcW w:type="dxa" w:w="2880"/>
          </w:tcPr>
          <w:p>
            <w:r>
              <w:t>0.2135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0.3706</w:t>
            </w:r>
          </w:p>
        </w:tc>
        <w:tc>
          <w:tcPr>
            <w:tcW w:type="dxa" w:w="2880"/>
          </w:tcPr>
          <w:p>
            <w:r>
              <w:t>-0.0195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-0.4795</w:t>
            </w:r>
          </w:p>
        </w:tc>
        <w:tc>
          <w:tcPr>
            <w:tcW w:type="dxa" w:w="2880"/>
          </w:tcPr>
          <w:p>
            <w:r>
              <w:t>0.0749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-1.022</w:t>
            </w:r>
          </w:p>
        </w:tc>
        <w:tc>
          <w:tcPr>
            <w:tcW w:type="dxa" w:w="2880"/>
          </w:tcPr>
          <w:p>
            <w:r>
              <w:t>-0.8614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-0.7752</w:t>
            </w:r>
          </w:p>
        </w:tc>
        <w:tc>
          <w:tcPr>
            <w:tcW w:type="dxa" w:w="2880"/>
          </w:tcPr>
          <w:p>
            <w:r>
              <w:t>-0.9846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-0.9477</w:t>
            </w:r>
          </w:p>
        </w:tc>
        <w:tc>
          <w:tcPr>
            <w:tcW w:type="dxa" w:w="2880"/>
          </w:tcPr>
          <w:p>
            <w:r>
              <w:t>-0.8984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-0.9661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-1.001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-0.4856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-0.3563</w:t>
            </w:r>
          </w:p>
        </w:tc>
        <w:tc>
          <w:tcPr>
            <w:tcW w:type="dxa" w:w="2880"/>
          </w:tcPr>
          <w:p>
            <w:r>
              <w:t>-0.7321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-0.7998</w:t>
            </w:r>
          </w:p>
        </w:tc>
        <w:tc>
          <w:tcPr>
            <w:tcW w:type="dxa" w:w="2880"/>
          </w:tcPr>
          <w:p>
            <w:r>
              <w:t>-0.3008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-0.4302</w:t>
            </w:r>
          </w:p>
        </w:tc>
        <w:tc>
          <w:tcPr>
            <w:tcW w:type="dxa" w:w="2880"/>
          </w:tcPr>
          <w:p>
            <w:r>
              <w:t>-0.4856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-0.3809</w:t>
            </w:r>
          </w:p>
        </w:tc>
        <w:tc>
          <w:tcPr>
            <w:tcW w:type="dxa" w:w="2880"/>
          </w:tcPr>
          <w:p>
            <w:r>
              <w:t>0.0688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-0.7321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-1.083</w:t>
            </w:r>
          </w:p>
        </w:tc>
        <w:tc>
          <w:tcPr>
            <w:tcW w:type="dxa" w:w="2880"/>
          </w:tcPr>
          <w:p>
            <w:r>
              <w:t>-0.0113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0.3706</w:t>
            </w:r>
          </w:p>
        </w:tc>
        <w:tc>
          <w:tcPr>
            <w:tcW w:type="dxa" w:w="2880"/>
          </w:tcPr>
          <w:p>
            <w:r>
              <w:t>-0.8737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-0.4179</w:t>
            </w:r>
          </w:p>
        </w:tc>
        <w:tc>
          <w:tcPr>
            <w:tcW w:type="dxa" w:w="2880"/>
          </w:tcPr>
          <w:p>
            <w:r>
              <w:t>-0.7136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-1.798</w:t>
            </w:r>
          </w:p>
        </w:tc>
        <w:tc>
          <w:tcPr>
            <w:tcW w:type="dxa" w:w="2880"/>
          </w:tcPr>
          <w:p>
            <w:r>
              <w:t>-0.1797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-0.4672</w:t>
            </w:r>
          </w:p>
        </w:tc>
        <w:tc>
          <w:tcPr>
            <w:tcW w:type="dxa" w:w="2880"/>
          </w:tcPr>
          <w:p>
            <w:r>
              <w:t>0.1653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0.8388</w:t>
            </w:r>
          </w:p>
        </w:tc>
        <w:tc>
          <w:tcPr>
            <w:tcW w:type="dxa" w:w="2880"/>
          </w:tcPr>
          <w:p>
            <w:r>
              <w:t>0.0544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0.7526</w:t>
            </w:r>
          </w:p>
        </w:tc>
        <w:tc>
          <w:tcPr>
            <w:tcW w:type="dxa" w:w="2880"/>
          </w:tcPr>
          <w:p>
            <w:r>
              <w:t>0.0996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-0.1222</w:t>
            </w:r>
          </w:p>
        </w:tc>
        <w:tc>
          <w:tcPr>
            <w:tcW w:type="dxa" w:w="2880"/>
          </w:tcPr>
          <w:p>
            <w:r>
              <w:t>0.3614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0.1858</w:t>
            </w:r>
          </w:p>
        </w:tc>
        <w:tc>
          <w:tcPr>
            <w:tcW w:type="dxa" w:w="2880"/>
          </w:tcPr>
          <w:p>
            <w:r>
              <w:t>0.0914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-0.3316</w:t>
            </w:r>
          </w:p>
        </w:tc>
        <w:tc>
          <w:tcPr>
            <w:tcW w:type="dxa" w:w="2880"/>
          </w:tcPr>
          <w:p>
            <w:r>
              <w:t>0.2638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0.7279</w:t>
            </w:r>
          </w:p>
        </w:tc>
        <w:tc>
          <w:tcPr>
            <w:tcW w:type="dxa" w:w="2880"/>
          </w:tcPr>
          <w:p>
            <w:r>
              <w:t>-0.2639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-0.2208</w:t>
            </w:r>
          </w:p>
        </w:tc>
        <w:tc>
          <w:tcPr>
            <w:tcW w:type="dxa" w:w="2880"/>
          </w:tcPr>
          <w:p>
            <w:r>
              <w:t>0.0215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-0.6889</w:t>
            </w:r>
          </w:p>
        </w:tc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-1.182</w:t>
            </w:r>
          </w:p>
        </w:tc>
        <w:tc>
          <w:tcPr>
            <w:tcW w:type="dxa" w:w="2880"/>
          </w:tcPr>
          <w:p>
            <w:r>
              <w:t>-0.2454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-0.2454</w:t>
            </w:r>
          </w:p>
        </w:tc>
        <w:tc>
          <w:tcPr>
            <w:tcW w:type="dxa" w:w="2880"/>
          </w:tcPr>
          <w:p>
            <w:r>
              <w:t>-0.578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0.038</w:t>
            </w:r>
          </w:p>
        </w:tc>
        <w:tc>
          <w:tcPr>
            <w:tcW w:type="dxa" w:w="2880"/>
          </w:tcPr>
          <w:p>
            <w:r>
              <w:t>-0.2988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-0.1715</w:t>
            </w:r>
          </w:p>
        </w:tc>
        <w:tc>
          <w:tcPr>
            <w:tcW w:type="dxa" w:w="2880"/>
          </w:tcPr>
          <w:p>
            <w:r>
              <w:t>0.0441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-0.0668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-0.1838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0.3213</w:t>
            </w:r>
          </w:p>
        </w:tc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-0.6643</w:t>
            </w:r>
          </w:p>
        </w:tc>
        <w:tc>
          <w:tcPr>
            <w:tcW w:type="dxa" w:w="2880"/>
          </w:tcPr>
          <w:p>
            <w:r>
              <w:t>-0.0421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-0.0483</w:t>
            </w:r>
          </w:p>
        </w:tc>
        <w:tc>
          <w:tcPr>
            <w:tcW w:type="dxa" w:w="2880"/>
          </w:tcPr>
          <w:p>
            <w:r>
              <w:t>-0.3193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0.2105</w:t>
            </w:r>
          </w:p>
        </w:tc>
        <w:tc>
          <w:tcPr>
            <w:tcW w:type="dxa" w:w="2880"/>
          </w:tcPr>
          <w:p>
            <w:r>
              <w:t>-0.384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-0.4056</w:t>
            </w:r>
          </w:p>
        </w:tc>
        <w:tc>
          <w:tcPr>
            <w:tcW w:type="dxa" w:w="2880"/>
          </w:tcPr>
          <w:p>
            <w:r>
              <w:t>-0.2799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-0.7013</w:t>
            </w:r>
          </w:p>
        </w:tc>
        <w:tc>
          <w:tcPr>
            <w:tcW w:type="dxa" w:w="2880"/>
          </w:tcPr>
          <w:p>
            <w:r>
              <w:t>-0.1099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0.0749</w:t>
            </w:r>
          </w:p>
        </w:tc>
        <w:tc>
          <w:tcPr>
            <w:tcW w:type="dxa" w:w="2880"/>
          </w:tcPr>
          <w:p>
            <w:r>
              <w:t>-0.4733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-0.9723</w:t>
            </w:r>
          </w:p>
        </w:tc>
        <w:tc>
          <w:tcPr>
            <w:tcW w:type="dxa" w:w="2880"/>
          </w:tcPr>
          <w:p>
            <w:r>
              <w:t>0.0503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0.0256</w:t>
            </w:r>
          </w:p>
        </w:tc>
        <w:tc>
          <w:tcPr>
            <w:tcW w:type="dxa" w:w="2880"/>
          </w:tcPr>
          <w:p>
            <w:r>
              <w:t>-0.6181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-1.416</w:t>
            </w:r>
          </w:p>
        </w:tc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-0.1592</w:t>
            </w:r>
          </w:p>
        </w:tc>
        <w:tc>
          <w:tcPr>
            <w:tcW w:type="dxa" w:w="2880"/>
          </w:tcPr>
          <w:p>
            <w:r>
              <w:t>-0.6951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-0.0606</w:t>
            </w:r>
          </w:p>
        </w:tc>
        <w:tc>
          <w:tcPr>
            <w:tcW w:type="dxa" w:w="2880"/>
          </w:tcPr>
          <w:p>
            <w:r>
              <w:t>-0.1099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0.0133</w:t>
            </w:r>
          </w:p>
        </w:tc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-0.1345</w:t>
            </w:r>
          </w:p>
        </w:tc>
        <w:tc>
          <w:tcPr>
            <w:tcW w:type="dxa" w:w="2880"/>
          </w:tcPr>
          <w:p>
            <w:r>
              <w:t>-0.0852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-0.2084</w:t>
            </w:r>
          </w:p>
        </w:tc>
        <w:tc>
          <w:tcPr>
            <w:tcW w:type="dxa" w:w="2880"/>
          </w:tcPr>
          <w:p>
            <w:r>
              <w:t>-0.1961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-0.2577</w:t>
            </w:r>
          </w:p>
        </w:tc>
        <w:tc>
          <w:tcPr>
            <w:tcW w:type="dxa" w:w="2880"/>
          </w:tcPr>
          <w:p>
            <w:r>
              <w:t>-0.3748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-0.5411</w:t>
            </w:r>
          </w:p>
        </w:tc>
        <w:tc>
          <w:tcPr>
            <w:tcW w:type="dxa" w:w="2880"/>
          </w:tcPr>
          <w:p>
            <w:r>
              <w:t>-0.155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1.171</w:t>
            </w:r>
          </w:p>
        </w:tc>
        <w:tc>
          <w:tcPr>
            <w:tcW w:type="dxa" w:w="2880"/>
          </w:tcPr>
          <w:p>
            <w:r>
              <w:t>1.067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1.221</w:t>
            </w:r>
          </w:p>
        </w:tc>
        <w:tc>
          <w:tcPr>
            <w:tcW w:type="dxa" w:w="2880"/>
          </w:tcPr>
          <w:p>
            <w:r>
              <w:t>1.171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1.43</w:t>
            </w:r>
          </w:p>
        </w:tc>
        <w:tc>
          <w:tcPr>
            <w:tcW w:type="dxa" w:w="2880"/>
          </w:tcPr>
          <w:p>
            <w:r>
              <w:t>1.541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1.41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r>
        <w:rPr>
          <w:i/>
          <w:color w:val="525252"/>
          <w:sz w:val="17"/>
        </w:rPr>
        <w:t>100 more rows in the chart's JSON (chart-22928ec9-70d1-47be-8138-15ef9ace47fc.json in the bundle).</w:t>
      </w:r>
    </w:p>
    <w:p>
      <w:pPr>
        <w:pStyle w:val="Heading2"/>
      </w:pPr>
      <w:r>
        <w:t>Figure 43. Find outliers: Green spaces [95]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1.243</w:t>
            </w:r>
          </w:p>
        </w:tc>
        <w:tc>
          <w:tcPr>
            <w:tcW w:type="dxa" w:w="2880"/>
          </w:tcPr>
          <w:p>
            <w:r>
              <w:t>0.3681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-1.382</w:t>
            </w:r>
          </w:p>
        </w:tc>
        <w:tc>
          <w:tcPr>
            <w:tcW w:type="dxa" w:w="2880"/>
          </w:tcPr>
          <w:p>
            <w:r>
              <w:t>0.1622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-0.9962</w:t>
            </w:r>
          </w:p>
        </w:tc>
        <w:tc>
          <w:tcPr>
            <w:tcW w:type="dxa" w:w="2880"/>
          </w:tcPr>
          <w:p>
            <w:r>
              <w:t>0.2394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-0.8417</w:t>
            </w:r>
          </w:p>
        </w:tc>
        <w:tc>
          <w:tcPr>
            <w:tcW w:type="dxa" w:w="2880"/>
          </w:tcPr>
          <w:p>
            <w:r>
              <w:t>-0.1004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-1.305</w:t>
            </w:r>
          </w:p>
        </w:tc>
        <w:tc>
          <w:tcPr>
            <w:tcW w:type="dxa" w:w="2880"/>
          </w:tcPr>
          <w:p>
            <w:r>
              <w:t>0.0592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0.78</w:t>
            </w:r>
          </w:p>
        </w:tc>
        <w:tc>
          <w:tcPr>
            <w:tcW w:type="dxa" w:w="2880"/>
          </w:tcPr>
          <w:p>
            <w:r>
              <w:t>-0.121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1.398</w:t>
            </w:r>
          </w:p>
        </w:tc>
        <w:tc>
          <w:tcPr>
            <w:tcW w:type="dxa" w:w="2880"/>
          </w:tcPr>
          <w:p>
            <w:r>
              <w:t>-0.5586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0.2394</w:t>
            </w:r>
          </w:p>
        </w:tc>
        <w:tc>
          <w:tcPr>
            <w:tcW w:type="dxa" w:w="2880"/>
          </w:tcPr>
          <w:p>
            <w:r>
              <w:t>-0.0695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0.1622</w:t>
            </w:r>
          </w:p>
        </w:tc>
        <w:tc>
          <w:tcPr>
            <w:tcW w:type="dxa" w:w="2880"/>
          </w:tcPr>
          <w:p>
            <w:r>
              <w:t>-0.1158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0.7027</w:t>
            </w:r>
          </w:p>
        </w:tc>
        <w:tc>
          <w:tcPr>
            <w:tcW w:type="dxa" w:w="2880"/>
          </w:tcPr>
          <w:p>
            <w:r>
              <w:t>0.7542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44. Find outliers: Zoning districts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-0.6299</w:t>
            </w:r>
          </w:p>
        </w:tc>
        <w:tc>
          <w:tcPr>
            <w:tcW w:type="dxa" w:w="2880"/>
          </w:tcPr>
          <w:p>
            <w:r>
              <w:t>0.8237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-0.6299</w:t>
            </w:r>
          </w:p>
        </w:tc>
        <w:tc>
          <w:tcPr>
            <w:tcW w:type="dxa" w:w="2880"/>
          </w:tcPr>
          <w:p>
            <w:r>
              <w:t>1.429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-0.6299</w:t>
            </w:r>
          </w:p>
        </w:tc>
        <w:tc>
          <w:tcPr>
            <w:tcW w:type="dxa" w:w="2880"/>
          </w:tcPr>
          <w:p>
            <w:r>
              <w:t>0.8237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-0.6299</w:t>
            </w:r>
          </w:p>
        </w:tc>
        <w:tc>
          <w:tcPr>
            <w:tcW w:type="dxa" w:w="2880"/>
          </w:tcPr>
          <w:p>
            <w:r>
              <w:t>0.0969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0.8237</w:t>
            </w:r>
          </w:p>
        </w:tc>
        <w:tc>
          <w:tcPr>
            <w:tcW w:type="dxa" w:w="2880"/>
          </w:tcPr>
          <w:p>
            <w:r>
              <w:t>0.0162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2.035</w:t>
            </w:r>
          </w:p>
        </w:tc>
        <w:tc>
          <w:tcPr>
            <w:tcW w:type="dxa" w:w="2880"/>
          </w:tcPr>
          <w:p>
            <w:r>
              <w:t>0.0969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-1.357</w:t>
            </w:r>
          </w:p>
        </w:tc>
        <w:tc>
          <w:tcPr>
            <w:tcW w:type="dxa" w:w="2880"/>
          </w:tcPr>
          <w:p>
            <w:r>
              <w:t>0.8237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0.8237</w:t>
            </w:r>
          </w:p>
        </w:tc>
        <w:tc>
          <w:tcPr>
            <w:tcW w:type="dxa" w:w="2880"/>
          </w:tcPr>
          <w:p>
            <w:r>
              <w:t>-0.6299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-0.6299</w:t>
            </w:r>
          </w:p>
        </w:tc>
        <w:tc>
          <w:tcPr>
            <w:tcW w:type="dxa" w:w="2880"/>
          </w:tcPr>
          <w:p>
            <w:r>
              <w:t>0.0969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0.8237</w:t>
            </w:r>
          </w:p>
        </w:tc>
        <w:tc>
          <w:tcPr>
            <w:tcW w:type="dxa" w:w="2880"/>
          </w:tcPr>
          <w:p>
            <w:r>
              <w:t>-0.6299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45. Find point clusters: Building permits over time [97]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46. Find point clusters: Property sales over time [98]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</w:tbl>
    <w:p/>
    <w:p>
      <w:pPr>
        <w:pStyle w:val="Heading2"/>
      </w:pPr>
      <w:r>
        <w:t>Figure 47. Hot spot analysis: Building permits over time [99]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extension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new build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change of use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demolition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48. Repeat and near repeat classification: Property sales over time [100]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apartment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office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house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</w:tbl>
    <w:p/>
    <w:sectPr w:rsidR="00FC693F" w:rsidRPr="0006063C" w:rsidSect="00034616">
      <w:footerReference w:type="default" r:id="rId5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Real estate and urban planning, Lisbon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Real estate and urban planning, Lisbon: report</dc:title>
  <dc:subject>Describe the project Sample: Real estate and urban planning, Lisbon: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