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7F1F"/>
          <w:sz w:val="16"/>
        </w:rPr>
        <w:t>GEOBIT LARGE SPATIAL MODEL</w:t>
      </w:r>
    </w:p>
    <w:p>
      <w:pPr>
        <w:pStyle w:val="Title"/>
      </w:pPr>
      <w:r>
        <w:t>Sample: Water resources, Chiang Mai: report</w:t>
      </w:r>
    </w:p>
    <w:p>
      <w:r>
        <w:rPr>
          <w:color w:val="525252"/>
          <w:sz w:val="18"/>
        </w:rPr>
        <w:t>Project: Sample: Water resources, Chiang Mai</w:t>
      </w:r>
      <w:r>
        <w:rPr>
          <w:color w:val="525252"/>
          <w:sz w:val="18"/>
        </w:rPr>
        <w:br/>
        <w:t>Goal: Describe the project Sample: Water resources, Chiang Mai: run the analyses that tell the most about its data, draw every result, and write a cited report.</w:t>
      </w:r>
      <w:r>
        <w:rPr>
          <w:color w:val="525252"/>
          <w:sz w:val="18"/>
        </w:rPr>
        <w:br/>
        <w:t>Run: d6604a47-a47a-419f-9baf-8c790e459434 (running, 11 agent run(s))</w:t>
      </w:r>
      <w:r>
        <w:rPr>
          <w:color w:val="525252"/>
          <w:sz w:val="18"/>
        </w:rPr>
        <w:br/>
        <w:t>Generated: 2026-10-18T05:15:55Z, version 1</w:t>
      </w:r>
      <w:r>
        <w:rPr>
          <w:color w:val="525252"/>
          <w:sz w:val="18"/>
        </w:rPr>
        <w:br/>
        <w:t>Model cost: USD 0.0000 over 0 model call(s)</w:t>
      </w:r>
    </w:p>
    <w:p>
      <w:pPr>
        <w:pStyle w:val="Heading1"/>
      </w:pPr>
      <w:r>
        <w:t>Data used</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Data</w:t>
            </w:r>
          </w:p>
        </w:tc>
        <w:tc>
          <w:tcPr>
            <w:tcW w:type="dxa" w:w="1440"/>
          </w:tcPr>
          <w:p>
            <w:r>
              <w:t>Kind</w:t>
            </w:r>
          </w:p>
        </w:tc>
        <w:tc>
          <w:tcPr>
            <w:tcW w:type="dxa" w:w="1440"/>
          </w:tcPr>
          <w:p>
            <w:r>
              <w:t>Rows</w:t>
            </w:r>
          </w:p>
        </w:tc>
        <w:tc>
          <w:tcPr>
            <w:tcW w:type="dxa" w:w="1440"/>
          </w:tcPr>
          <w:p>
            <w:r>
              <w:t>Time span</w:t>
            </w:r>
          </w:p>
        </w:tc>
        <w:tc>
          <w:tcPr>
            <w:tcW w:type="dxa" w:w="1440"/>
          </w:tcPr>
          <w:p>
            <w:r>
              <w:t>Summary</w:t>
            </w:r>
          </w:p>
        </w:tc>
        <w:tc>
          <w:tcPr>
            <w:tcW w:type="dxa" w:w="1440"/>
          </w:tcPr>
          <w:p>
            <w:r>
              <w:t>Source</w:t>
            </w:r>
          </w:p>
        </w:tc>
      </w:tr>
      <w:tr>
        <w:tc>
          <w:tcPr>
            <w:tcW w:type="dxa" w:w="1440"/>
          </w:tcPr>
          <w:p>
            <w:r>
              <w:t>River gauge stations</w:t>
            </w:r>
          </w:p>
        </w:tc>
        <w:tc>
          <w:tcPr>
            <w:tcW w:type="dxa" w:w="1440"/>
          </w:tcPr>
          <w:p>
            <w:r>
              <w:t>vector, Point</w:t>
            </w:r>
          </w:p>
        </w:tc>
        <w:tc>
          <w:tcPr>
            <w:tcW w:type="dxa" w:w="1440"/>
          </w:tcPr>
          <w:p>
            <w:r>
              <w:t>10</w:t>
            </w:r>
          </w:p>
        </w:tc>
        <w:tc>
          <w:tcPr>
            <w:tcW w:type="dxa" w:w="1440"/>
          </w:tcPr>
          <w:p>
            <w:r/>
          </w:p>
        </w:tc>
        <w:tc>
          <w:tcPr>
            <w:tcW w:type="dxa" w:w="1440"/>
          </w:tcPr>
          <w:p>
            <w:r>
              <w:t>10 point features; 'river' has 2 values (top: Tributary 7, Main river 3); 'bank_full_m' 270.9 to 1543 (mean 839.8); 'catchment_km2' 41 to 850 (mean 525.9); named by 'name' (e.g. Gauge station P.1, Gauge station P.2, Gauge station P.3); extent 98.9498,18.7638 to 99.0158,18.8219. Point locations of River gauge stations by river.</w:t>
            </w:r>
          </w:p>
        </w:tc>
        <w:tc>
          <w:tcPr>
            <w:tcW w:type="dxa" w:w="1440"/>
          </w:tcPr>
          <w:p>
            <w:r>
              <w:t>[82]</w:t>
            </w:r>
          </w:p>
        </w:tc>
      </w:tr>
      <w:tr>
        <w:tc>
          <w:tcPr>
            <w:tcW w:type="dxa" w:w="1440"/>
          </w:tcPr>
          <w:p>
            <w:r>
              <w:t>Rivers</w:t>
            </w:r>
          </w:p>
        </w:tc>
        <w:tc>
          <w:tcPr>
            <w:tcW w:type="dxa" w:w="1440"/>
          </w:tcPr>
          <w:p>
            <w:r>
              <w:t>vector, LineString</w:t>
            </w:r>
          </w:p>
        </w:tc>
        <w:tc>
          <w:tcPr>
            <w:tcW w:type="dxa" w:w="1440"/>
          </w:tcPr>
          <w:p>
            <w:r>
              <w:t>5</w:t>
            </w:r>
          </w:p>
        </w:tc>
        <w:tc>
          <w:tcPr>
            <w:tcW w:type="dxa" w:w="1440"/>
          </w:tcPr>
          <w:p>
            <w:r/>
          </w:p>
        </w:tc>
        <w:tc>
          <w:tcPr>
            <w:tcW w:type="dxa" w:w="1440"/>
          </w:tcPr>
          <w:p>
            <w:r>
              <w:t>5 line features; 'order' 2 to 4 (mean 2.4); named by 'name' (e.g. Main river, Tributary 1, Tributary 2); total length 46.51 km; extent 98.9306,18.7431 to 99.0167,18.8335. Lines (Rivers) such as routes or networks.</w:t>
            </w:r>
          </w:p>
        </w:tc>
        <w:tc>
          <w:tcPr>
            <w:tcW w:type="dxa" w:w="1440"/>
          </w:tcPr>
          <w:p>
            <w:r>
              <w:t>[83]</w:t>
            </w:r>
          </w:p>
        </w:tc>
      </w:tr>
      <w:tr>
        <w:tc>
          <w:tcPr>
            <w:tcW w:type="dxa" w:w="1440"/>
          </w:tcPr>
          <w:p>
            <w:r>
              <w:t>Sub-catchments</w:t>
            </w:r>
          </w:p>
        </w:tc>
        <w:tc>
          <w:tcPr>
            <w:tcW w:type="dxa" w:w="1440"/>
          </w:tcPr>
          <w:p>
            <w:r>
              <w:t>vector, Polygon</w:t>
            </w:r>
          </w:p>
        </w:tc>
        <w:tc>
          <w:tcPr>
            <w:tcW w:type="dxa" w:w="1440"/>
          </w:tcPr>
          <w:p>
            <w:r>
              <w:t>10</w:t>
            </w:r>
          </w:p>
        </w:tc>
        <w:tc>
          <w:tcPr>
            <w:tcW w:type="dxa" w:w="1440"/>
          </w:tcPr>
          <w:p>
            <w:r/>
          </w:p>
        </w:tc>
        <w:tc>
          <w:tcPr>
            <w:tcW w:type="dxa" w:w="1440"/>
          </w:tcPr>
          <w:p>
            <w:r>
              <w:t>10 polygon (area) features; 'mean_rain_mm' 1,054 to 1,643 (mean 1410); 'forest_pct' 16 to 77 (mean 44.4); 'area_km2' 5.8 to 19.8 (mean 12); named by 'name' (e.g. Sub-catchment 1, Sub-catchment 2, Sub-catchment 3); total area 120.1 km2; extent 98.9283,18.7431 to 99.0422,18.8335. Areas (Sub-catchments) with mean_rain_mm to compare and map.</w:t>
            </w:r>
          </w:p>
        </w:tc>
        <w:tc>
          <w:tcPr>
            <w:tcW w:type="dxa" w:w="1440"/>
          </w:tcPr>
          <w:p>
            <w:r>
              <w:t>[84]</w:t>
            </w:r>
          </w:p>
        </w:tc>
      </w:tr>
      <w:tr>
        <w:tc>
          <w:tcPr>
            <w:tcW w:type="dxa" w:w="1440"/>
          </w:tcPr>
          <w:p>
            <w:r>
              <w:t>Mapped flood extents</w:t>
            </w:r>
          </w:p>
        </w:tc>
        <w:tc>
          <w:tcPr>
            <w:tcW w:type="dxa" w:w="1440"/>
          </w:tcPr>
          <w:p>
            <w:r>
              <w:t>vector, Polygon</w:t>
            </w:r>
          </w:p>
        </w:tc>
        <w:tc>
          <w:tcPr>
            <w:tcW w:type="dxa" w:w="1440"/>
          </w:tcPr>
          <w:p>
            <w:r>
              <w:t>3</w:t>
            </w:r>
          </w:p>
        </w:tc>
        <w:tc>
          <w:tcPr>
            <w:tcW w:type="dxa" w:w="1440"/>
          </w:tcPr>
          <w:p>
            <w:r>
              <w:t>2024-09-28 to 2025-10-06</w:t>
            </w:r>
          </w:p>
        </w:tc>
        <w:tc>
          <w:tcPr>
            <w:tcW w:type="dxa" w:w="1440"/>
          </w:tcPr>
          <w:p>
            <w:r>
              <w:t>3 polygon (area) features; dated by 'mapped_on' from 2024-09-28 to 2025-10-06; 'max_depth_m' 1.1 to 2.1 (mean 1.6); total area 99.54 km2; extent 98.9659,18.7431 to 99.0328,18.8335. Areas (Mapped flood extents) with max_depth_m to compare and map.</w:t>
            </w:r>
          </w:p>
        </w:tc>
        <w:tc>
          <w:tcPr>
            <w:tcW w:type="dxa" w:w="1440"/>
          </w:tcPr>
          <w:p>
            <w:r>
              <w:t>[2]</w:t>
            </w:r>
          </w:p>
        </w:tc>
      </w:tr>
      <w:tr>
        <w:tc>
          <w:tcPr>
            <w:tcW w:type="dxa" w:w="1440"/>
          </w:tcPr>
          <w:p>
            <w:r>
              <w:t>Citizen flood reports</w:t>
            </w:r>
          </w:p>
        </w:tc>
        <w:tc>
          <w:tcPr>
            <w:tcW w:type="dxa" w:w="1440"/>
          </w:tcPr>
          <w:p>
            <w:r>
              <w:t>vector, Point</w:t>
            </w:r>
          </w:p>
        </w:tc>
        <w:tc>
          <w:tcPr>
            <w:tcW w:type="dxa" w:w="1440"/>
          </w:tcPr>
          <w:p>
            <w:r>
              <w:t>900</w:t>
            </w:r>
          </w:p>
        </w:tc>
        <w:tc>
          <w:tcPr>
            <w:tcW w:type="dxa" w:w="1440"/>
          </w:tcPr>
          <w:p>
            <w:r>
              <w:t>2024-06-02 to 2025-11-30</w:t>
            </w:r>
          </w:p>
        </w:tc>
        <w:tc>
          <w:tcPr>
            <w:tcW w:type="dxa" w:w="1440"/>
          </w:tcPr>
          <w:p>
            <w:r>
              <w:t>900 point features; dated by 'reported_at' from 2024-06-02 to 2025-11-30; 'type' has 4 values (top: street flooded 241, rescue 234, house flooded 219); 'verified' has 2 values (top: True 536, False 364); 'water_depth_cm' 3 to 332 (mean 37.65); extent 98.9902,18.7433 to 99.0339,18.8333. Dated point events by type: where and when Citizen flood reports happen.</w:t>
            </w:r>
          </w:p>
        </w:tc>
        <w:tc>
          <w:tcPr>
            <w:tcW w:type="dxa" w:w="1440"/>
          </w:tcPr>
          <w:p>
            <w:r>
              <w:t>[3]</w:t>
            </w:r>
          </w:p>
        </w:tc>
      </w:tr>
      <w:tr>
        <w:tc>
          <w:tcPr>
            <w:tcW w:type="dxa" w:w="1440"/>
          </w:tcPr>
          <w:p>
            <w:r>
              <w:t>Rain gauges</w:t>
            </w:r>
          </w:p>
        </w:tc>
        <w:tc>
          <w:tcPr>
            <w:tcW w:type="dxa" w:w="1440"/>
          </w:tcPr>
          <w:p>
            <w:r>
              <w:t>vector, Point</w:t>
            </w:r>
          </w:p>
        </w:tc>
        <w:tc>
          <w:tcPr>
            <w:tcW w:type="dxa" w:w="1440"/>
          </w:tcPr>
          <w:p>
            <w:r>
              <w:t>15</w:t>
            </w:r>
          </w:p>
        </w:tc>
        <w:tc>
          <w:tcPr>
            <w:tcW w:type="dxa" w:w="1440"/>
          </w:tcPr>
          <w:p>
            <w:r/>
          </w:p>
        </w:tc>
        <w:tc>
          <w:tcPr>
            <w:tcW w:type="dxa" w:w="1440"/>
          </w:tcPr>
          <w:p>
            <w:r>
              <w:t>15 point features; 'elevation_m' 301.6 to 1940 (mean 914.3); named by 'name' (e.g. Rain gauge station 1, Rain gauge station 2, Rain gauge station 3); extent 98.9374,18.7503 to 99.0326,18.8271. Point locations of Rain gauges.</w:t>
            </w:r>
          </w:p>
        </w:tc>
        <w:tc>
          <w:tcPr>
            <w:tcW w:type="dxa" w:w="1440"/>
          </w:tcPr>
          <w:p>
            <w:r>
              <w:t>[85]</w:t>
            </w:r>
          </w:p>
        </w:tc>
      </w:tr>
      <w:tr>
        <w:tc>
          <w:tcPr>
            <w:tcW w:type="dxa" w:w="1440"/>
          </w:tcPr>
          <w:p>
            <w:r>
              <w:t>Levees</w:t>
            </w:r>
          </w:p>
        </w:tc>
        <w:tc>
          <w:tcPr>
            <w:tcW w:type="dxa" w:w="1440"/>
          </w:tcPr>
          <w:p>
            <w:r>
              <w:t>vector, LineString</w:t>
            </w:r>
          </w:p>
        </w:tc>
        <w:tc>
          <w:tcPr>
            <w:tcW w:type="dxa" w:w="1440"/>
          </w:tcPr>
          <w:p>
            <w:r>
              <w:t>4</w:t>
            </w:r>
          </w:p>
        </w:tc>
        <w:tc>
          <w:tcPr>
            <w:tcW w:type="dxa" w:w="1440"/>
          </w:tcPr>
          <w:p>
            <w:r/>
          </w:p>
        </w:tc>
        <w:tc>
          <w:tcPr>
            <w:tcW w:type="dxa" w:w="1440"/>
          </w:tcPr>
          <w:p>
            <w:r>
              <w:t>4 line features; 'condition' has 2 values (top: poor 2, good 2); 'crest_m' 286.7 to 346.4 (mean 307.4); total length 4.802 km; extent 99.0043,18.7529 to 99.0184,18.8152. Lines (Levees) such as routes or networks.</w:t>
            </w:r>
          </w:p>
        </w:tc>
        <w:tc>
          <w:tcPr>
            <w:tcW w:type="dxa" w:w="1440"/>
          </w:tcPr>
          <w:p>
            <w:r>
              <w:t>[86]</w:t>
            </w:r>
          </w:p>
        </w:tc>
      </w:tr>
      <w:tr>
        <w:tc>
          <w:tcPr>
            <w:tcW w:type="dxa" w:w="1440"/>
          </w:tcPr>
          <w:p>
            <w:r>
              <w:t>Catchment terrain model (DEM)</w:t>
            </w:r>
          </w:p>
        </w:tc>
        <w:tc>
          <w:tcPr>
            <w:tcW w:type="dxa" w:w="1440"/>
          </w:tcPr>
          <w:p>
            <w:r>
              <w:t>raster</w:t>
            </w:r>
          </w:p>
        </w:tc>
        <w:tc>
          <w:tcPr>
            <w:tcW w:type="dxa" w:w="1440"/>
          </w:tcPr>
          <w:p>
            <w:r/>
          </w:p>
        </w:tc>
        <w:tc>
          <w:tcPr>
            <w:tcW w:type="dxa" w:w="1440"/>
          </w:tcPr>
          <w:p>
            <w:r/>
          </w:p>
        </w:tc>
        <w:tc>
          <w:tcPr>
            <w:tcW w:type="dxa" w:w="1440"/>
          </w:tcPr>
          <w:p>
            <w:r>
              <w:t>1-band float32 raster (dem), 400 x 333 cells; resolution 30; band 1 250 to 2062; extent 98.9283,18.7432 to 99.0422,18.8335. An elevation surface for terrain analysis.</w:t>
            </w:r>
          </w:p>
        </w:tc>
        <w:tc>
          <w:tcPr>
            <w:tcW w:type="dxa" w:w="1440"/>
          </w:tcPr>
          <w:p>
            <w:r>
              <w:t>[87]</w:t>
            </w:r>
          </w:p>
        </w:tc>
      </w:tr>
      <w:tr>
        <w:tc>
          <w:tcPr>
            <w:tcW w:type="dxa" w:w="1440"/>
          </w:tcPr>
          <w:p>
            <w:r>
              <w:t>Gauge readings by day</w:t>
            </w:r>
          </w:p>
        </w:tc>
        <w:tc>
          <w:tcPr>
            <w:tcW w:type="dxa" w:w="1440"/>
          </w:tcPr>
          <w:p>
            <w:r>
              <w:t>table</w:t>
            </w:r>
          </w:p>
        </w:tc>
        <w:tc>
          <w:tcPr>
            <w:tcW w:type="dxa" w:w="1440"/>
          </w:tcPr>
          <w:p>
            <w:r>
              <w:t>2,740</w:t>
            </w:r>
          </w:p>
        </w:tc>
        <w:tc>
          <w:tcPr>
            <w:tcW w:type="dxa" w:w="1440"/>
          </w:tcPr>
          <w:p>
            <w:r>
              <w:t>2024-06-01 to 2025-11-29</w:t>
            </w:r>
          </w:p>
        </w:tc>
        <w:tc>
          <w:tcPr>
            <w:tcW w:type="dxa" w:w="1440"/>
          </w:tcPr>
          <w:p>
            <w:r>
              <w:t>Table of 2,740 rows and 4 columns without geometry; dated by 'date' from 2024-06-01 to 2025-11-29; 'level_m' 266.7 to 1544 (mean 837.8); 'discharge_m3s' 2.4 to 1108 (mean 220.3). A table of Gauge readings by day without locations.</w:t>
            </w:r>
          </w:p>
        </w:tc>
        <w:tc>
          <w:tcPr>
            <w:tcW w:type="dxa" w:w="1440"/>
          </w:tcPr>
          <w:p>
            <w:r>
              <w:t>[4]</w:t>
            </w:r>
          </w:p>
        </w:tc>
      </w:tr>
      <w:tr>
        <w:tc>
          <w:tcPr>
            <w:tcW w:type="dxa" w:w="1440"/>
          </w:tcPr>
          <w:p>
            <w:r>
              <w:t>Rainfall by month</w:t>
            </w:r>
          </w:p>
        </w:tc>
        <w:tc>
          <w:tcPr>
            <w:tcW w:type="dxa" w:w="1440"/>
          </w:tcPr>
          <w:p>
            <w:r>
              <w:t>table</w:t>
            </w:r>
          </w:p>
        </w:tc>
        <w:tc>
          <w:tcPr>
            <w:tcW w:type="dxa" w:w="1440"/>
          </w:tcPr>
          <w:p>
            <w:r>
              <w:t>360</w:t>
            </w:r>
          </w:p>
        </w:tc>
        <w:tc>
          <w:tcPr>
            <w:tcW w:type="dxa" w:w="1440"/>
          </w:tcPr>
          <w:p>
            <w:r>
              <w:t>2024-01-01 to 2025-12-01</w:t>
            </w:r>
          </w:p>
        </w:tc>
        <w:tc>
          <w:tcPr>
            <w:tcW w:type="dxa" w:w="1440"/>
          </w:tcPr>
          <w:p>
            <w:r>
              <w:t>Table of 360 rows and 3 columns without geometry; dated by 'month' from 2024-01-01 to 2025-12-01; 'rain_mm' 23 to 444 (mean 126.7). A table of Rainfall by month without locations.</w:t>
            </w:r>
          </w:p>
        </w:tc>
        <w:tc>
          <w:tcPr>
            <w:tcW w:type="dxa" w:w="1440"/>
          </w:tcPr>
          <w:p>
            <w:r>
              <w:t>[5]</w:t>
            </w:r>
          </w:p>
        </w:tc>
      </w:tr>
      <w:tr>
        <w:tc>
          <w:tcPr>
            <w:tcW w:type="dxa" w:w="1440"/>
          </w:tcPr>
          <w:p>
            <w:r>
              <w:t>Flood bulletin</w:t>
            </w:r>
          </w:p>
        </w:tc>
        <w:tc>
          <w:tcPr>
            <w:tcW w:type="dxa" w:w="1440"/>
          </w:tcPr>
          <w:p>
            <w:r>
              <w:t>document</w:t>
            </w:r>
          </w:p>
        </w:tc>
        <w:tc>
          <w:tcPr>
            <w:tcW w:type="dxa" w:w="1440"/>
          </w:tcPr>
          <w:p>
            <w:r/>
          </w:p>
        </w:tc>
        <w:tc>
          <w:tcPr>
            <w:tcW w:type="dxa" w:w="1440"/>
          </w:tcPr>
          <w:p>
            <w:r/>
          </w:p>
        </w:tc>
        <w:tc>
          <w:tcPr>
            <w:tcW w:type="dxa" w:w="1440"/>
          </w:tcPr>
          <w:p>
            <w:r>
              <w:t>1-page pdf document 'Flood bulletin'; language en; mentions 8 place(s): Main river (2), Gauge station P.1 (2), Gauge station P.2 (1), Gauge (1), Tributary 2 (1). A document about Main river, Gauge station P.1, Gauge station P.2.</w:t>
            </w:r>
          </w:p>
        </w:tc>
        <w:tc>
          <w:tcPr>
            <w:tcW w:type="dxa" w:w="1440"/>
          </w:tcPr>
          <w:p>
            <w:r>
              <w:t>[88]</w:t>
            </w:r>
          </w:p>
        </w:tc>
      </w:tr>
      <w:tr>
        <w:tc>
          <w:tcPr>
            <w:tcW w:type="dxa" w:w="1440"/>
          </w:tcPr>
          <w:p>
            <w:r>
              <w:t>Sample: Water resources, Chiang Mai</w:t>
            </w:r>
          </w:p>
        </w:tc>
        <w:tc>
          <w:tcPr>
            <w:tcW w:type="dxa" w:w="1440"/>
          </w:tcPr>
          <w:p>
            <w:r>
              <w:t>record</w:t>
            </w:r>
          </w:p>
        </w:tc>
        <w:tc>
          <w:tcPr>
            <w:tcW w:type="dxa" w:w="1440"/>
          </w:tcPr>
          <w:p>
            <w:r/>
          </w:p>
        </w:tc>
        <w:tc>
          <w:tcPr>
            <w:tcW w:type="dxa" w:w="1440"/>
          </w:tcPr>
          <w:p>
            <w:r/>
          </w:p>
        </w:tc>
        <w:tc>
          <w:tcPr>
            <w:tcW w:type="dxa" w:w="1440"/>
          </w:tcPr>
          <w:p>
            <w:r/>
          </w:p>
        </w:tc>
        <w:tc>
          <w:tcPr>
            <w:tcW w:type="dxa" w:w="1440"/>
          </w:tcPr>
          <w:p>
            <w:r>
              <w:t>[89]</w:t>
            </w:r>
          </w:p>
        </w:tc>
      </w:tr>
      <w:tr>
        <w:tc>
          <w:tcPr>
            <w:tcW w:type="dxa" w:w="1440"/>
          </w:tcPr>
          <w:p>
            <w:r>
              <w:t>Emerging hot spots: Citizen flood reports</w:t>
            </w:r>
          </w:p>
        </w:tc>
        <w:tc>
          <w:tcPr>
            <w:tcW w:type="dxa" w:w="1440"/>
          </w:tcPr>
          <w:p>
            <w:r>
              <w:t>layer, Polygon</w:t>
            </w:r>
          </w:p>
        </w:tc>
        <w:tc>
          <w:tcPr>
            <w:tcW w:type="dxa" w:w="1440"/>
          </w:tcPr>
          <w:p>
            <w:r>
              <w:t>54</w:t>
            </w:r>
          </w:p>
        </w:tc>
        <w:tc>
          <w:tcPr>
            <w:tcW w:type="dxa" w:w="1440"/>
          </w:tcPr>
          <w:p>
            <w:r/>
          </w:p>
        </w:tc>
        <w:tc>
          <w:tcPr>
            <w:tcW w:type="dxa" w:w="1440"/>
          </w:tcPr>
          <w:p>
            <w:r/>
          </w:p>
        </w:tc>
        <w:tc>
          <w:tcPr>
            <w:tcW w:type="dxa" w:w="1440"/>
          </w:tcPr>
          <w:p>
            <w:r>
              <w:t>[90]</w:t>
            </w:r>
          </w:p>
        </w:tc>
      </w:tr>
      <w:tr>
        <w:tc>
          <w:tcPr>
            <w:tcW w:type="dxa" w:w="1440"/>
          </w:tcPr>
          <w:p>
            <w:r>
              <w:t>Repeat and near repeat classification: Citizen flood reports</w:t>
            </w:r>
          </w:p>
        </w:tc>
        <w:tc>
          <w:tcPr>
            <w:tcW w:type="dxa" w:w="1440"/>
          </w:tcPr>
          <w:p>
            <w:r>
              <w:t>layer, Point</w:t>
            </w:r>
          </w:p>
        </w:tc>
        <w:tc>
          <w:tcPr>
            <w:tcW w:type="dxa" w:w="1440"/>
          </w:tcPr>
          <w:p>
            <w:r>
              <w:t>900</w:t>
            </w:r>
          </w:p>
        </w:tc>
        <w:tc>
          <w:tcPr>
            <w:tcW w:type="dxa" w:w="1440"/>
          </w:tcPr>
          <w:p>
            <w:r/>
          </w:p>
        </w:tc>
        <w:tc>
          <w:tcPr>
            <w:tcW w:type="dxa" w:w="1440"/>
          </w:tcPr>
          <w:p>
            <w:r/>
          </w:p>
        </w:tc>
        <w:tc>
          <w:tcPr>
            <w:tcW w:type="dxa" w:w="1440"/>
          </w:tcPr>
          <w:p>
            <w:r>
              <w:t>[91]</w:t>
            </w:r>
          </w:p>
        </w:tc>
      </w:tr>
      <w:tr>
        <w:tc>
          <w:tcPr>
            <w:tcW w:type="dxa" w:w="1440"/>
          </w:tcPr>
          <w:p>
            <w:r>
              <w:t>Hot spot analysis: Citizen flood reports</w:t>
            </w:r>
          </w:p>
        </w:tc>
        <w:tc>
          <w:tcPr>
            <w:tcW w:type="dxa" w:w="1440"/>
          </w:tcPr>
          <w:p>
            <w:r>
              <w:t>layer, Polygon</w:t>
            </w:r>
          </w:p>
        </w:tc>
        <w:tc>
          <w:tcPr>
            <w:tcW w:type="dxa" w:w="1440"/>
          </w:tcPr>
          <w:p>
            <w:r>
              <w:t>192</w:t>
            </w:r>
          </w:p>
        </w:tc>
        <w:tc>
          <w:tcPr>
            <w:tcW w:type="dxa" w:w="1440"/>
          </w:tcPr>
          <w:p>
            <w:r/>
          </w:p>
        </w:tc>
        <w:tc>
          <w:tcPr>
            <w:tcW w:type="dxa" w:w="1440"/>
          </w:tcPr>
          <w:p>
            <w:r/>
          </w:p>
        </w:tc>
        <w:tc>
          <w:tcPr>
            <w:tcW w:type="dxa" w:w="1440"/>
          </w:tcPr>
          <w:p>
            <w:r>
              <w:t>[92]</w:t>
            </w:r>
          </w:p>
        </w:tc>
      </w:tr>
      <w:tr>
        <w:tc>
          <w:tcPr>
            <w:tcW w:type="dxa" w:w="1440"/>
          </w:tcPr>
          <w:p>
            <w:r>
              <w:t>Hot spot analysis: Sub-catchments</w:t>
            </w:r>
          </w:p>
        </w:tc>
        <w:tc>
          <w:tcPr>
            <w:tcW w:type="dxa" w:w="1440"/>
          </w:tcPr>
          <w:p>
            <w:r>
              <w:t>layer, Polygon</w:t>
            </w:r>
          </w:p>
        </w:tc>
        <w:tc>
          <w:tcPr>
            <w:tcW w:type="dxa" w:w="1440"/>
          </w:tcPr>
          <w:p>
            <w:r>
              <w:t>10</w:t>
            </w:r>
          </w:p>
        </w:tc>
        <w:tc>
          <w:tcPr>
            <w:tcW w:type="dxa" w:w="1440"/>
          </w:tcPr>
          <w:p>
            <w:r/>
          </w:p>
        </w:tc>
        <w:tc>
          <w:tcPr>
            <w:tcW w:type="dxa" w:w="1440"/>
          </w:tcPr>
          <w:p>
            <w:r/>
          </w:p>
        </w:tc>
        <w:tc>
          <w:tcPr>
            <w:tcW w:type="dxa" w:w="1440"/>
          </w:tcPr>
          <w:p>
            <w:r>
              <w:t>[93]</w:t>
            </w:r>
          </w:p>
        </w:tc>
      </w:tr>
      <w:tr>
        <w:tc>
          <w:tcPr>
            <w:tcW w:type="dxa" w:w="1440"/>
          </w:tcPr>
          <w:p>
            <w:r>
              <w:t>Calculate density: Citizen flood reports</w:t>
            </w:r>
          </w:p>
        </w:tc>
        <w:tc>
          <w:tcPr>
            <w:tcW w:type="dxa" w:w="1440"/>
          </w:tcPr>
          <w:p>
            <w:r>
              <w:t>layer, Polygon</w:t>
            </w:r>
          </w:p>
        </w:tc>
        <w:tc>
          <w:tcPr>
            <w:tcW w:type="dxa" w:w="1440"/>
          </w:tcPr>
          <w:p>
            <w:r>
              <w:t>1,058</w:t>
            </w:r>
          </w:p>
        </w:tc>
        <w:tc>
          <w:tcPr>
            <w:tcW w:type="dxa" w:w="1440"/>
          </w:tcPr>
          <w:p>
            <w:r/>
          </w:p>
        </w:tc>
        <w:tc>
          <w:tcPr>
            <w:tcW w:type="dxa" w:w="1440"/>
          </w:tcPr>
          <w:p>
            <w:r/>
          </w:p>
        </w:tc>
        <w:tc>
          <w:tcPr>
            <w:tcW w:type="dxa" w:w="1440"/>
          </w:tcPr>
          <w:p>
            <w:r>
              <w:t>[94]</w:t>
            </w:r>
          </w:p>
        </w:tc>
      </w:tr>
      <w:tr>
        <w:tc>
          <w:tcPr>
            <w:tcW w:type="dxa" w:w="1440"/>
          </w:tcPr>
          <w:p>
            <w:r>
              <w:t>Summarize within: Sub-catchments</w:t>
            </w:r>
          </w:p>
        </w:tc>
        <w:tc>
          <w:tcPr>
            <w:tcW w:type="dxa" w:w="1440"/>
          </w:tcPr>
          <w:p>
            <w:r>
              <w:t>layer, Polygon</w:t>
            </w:r>
          </w:p>
        </w:tc>
        <w:tc>
          <w:tcPr>
            <w:tcW w:type="dxa" w:w="1440"/>
          </w:tcPr>
          <w:p>
            <w:r>
              <w:t>10</w:t>
            </w:r>
          </w:p>
        </w:tc>
        <w:tc>
          <w:tcPr>
            <w:tcW w:type="dxa" w:w="1440"/>
          </w:tcPr>
          <w:p>
            <w:r/>
          </w:p>
        </w:tc>
        <w:tc>
          <w:tcPr>
            <w:tcW w:type="dxa" w:w="1440"/>
          </w:tcPr>
          <w:p>
            <w:r/>
          </w:p>
        </w:tc>
        <w:tc>
          <w:tcPr>
            <w:tcW w:type="dxa" w:w="1440"/>
          </w:tcPr>
          <w:p>
            <w:r>
              <w:t>[95]</w:t>
            </w:r>
          </w:p>
        </w:tc>
      </w:tr>
      <w:tr>
        <w:tc>
          <w:tcPr>
            <w:tcW w:type="dxa" w:w="1440"/>
          </w:tcPr>
          <w:p>
            <w:r>
              <w:t>Summarize within: Sub-catchments</w:t>
            </w:r>
          </w:p>
        </w:tc>
        <w:tc>
          <w:tcPr>
            <w:tcW w:type="dxa" w:w="1440"/>
          </w:tcPr>
          <w:p>
            <w:r>
              <w:t>layer, Polygon</w:t>
            </w:r>
          </w:p>
        </w:tc>
        <w:tc>
          <w:tcPr>
            <w:tcW w:type="dxa" w:w="1440"/>
          </w:tcPr>
          <w:p>
            <w:r>
              <w:t>10</w:t>
            </w:r>
          </w:p>
        </w:tc>
        <w:tc>
          <w:tcPr>
            <w:tcW w:type="dxa" w:w="1440"/>
          </w:tcPr>
          <w:p>
            <w:r/>
          </w:p>
        </w:tc>
        <w:tc>
          <w:tcPr>
            <w:tcW w:type="dxa" w:w="1440"/>
          </w:tcPr>
          <w:p>
            <w:r/>
          </w:p>
        </w:tc>
        <w:tc>
          <w:tcPr>
            <w:tcW w:type="dxa" w:w="1440"/>
          </w:tcPr>
          <w:p>
            <w:r>
              <w:t>[96]</w:t>
            </w:r>
          </w:p>
        </w:tc>
      </w:tr>
      <w:tr>
        <w:tc>
          <w:tcPr>
            <w:tcW w:type="dxa" w:w="1440"/>
          </w:tcPr>
          <w:p>
            <w:r>
              <w:t>Summarize within: Sub-catchments</w:t>
            </w:r>
          </w:p>
        </w:tc>
        <w:tc>
          <w:tcPr>
            <w:tcW w:type="dxa" w:w="1440"/>
          </w:tcPr>
          <w:p>
            <w:r>
              <w:t>layer, Polygon</w:t>
            </w:r>
          </w:p>
        </w:tc>
        <w:tc>
          <w:tcPr>
            <w:tcW w:type="dxa" w:w="1440"/>
          </w:tcPr>
          <w:p>
            <w:r>
              <w:t>10</w:t>
            </w:r>
          </w:p>
        </w:tc>
        <w:tc>
          <w:tcPr>
            <w:tcW w:type="dxa" w:w="1440"/>
          </w:tcPr>
          <w:p>
            <w:r/>
          </w:p>
        </w:tc>
        <w:tc>
          <w:tcPr>
            <w:tcW w:type="dxa" w:w="1440"/>
          </w:tcPr>
          <w:p>
            <w:r/>
          </w:p>
        </w:tc>
        <w:tc>
          <w:tcPr>
            <w:tcW w:type="dxa" w:w="1440"/>
          </w:tcPr>
          <w:p>
            <w:r>
              <w:t>[97]</w:t>
            </w:r>
          </w:p>
        </w:tc>
      </w:tr>
      <w:tr>
        <w:tc>
          <w:tcPr>
            <w:tcW w:type="dxa" w:w="1440"/>
          </w:tcPr>
          <w:p>
            <w:r>
              <w:t>Slope (degrees)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[98]</w:t>
            </w:r>
          </w:p>
        </w:tc>
      </w:tr>
      <w:tr>
        <w:tc>
          <w:tcPr>
            <w:tcW w:type="dxa" w:w="1440"/>
          </w:tcPr>
          <w:p>
            <w:r>
              <w:t>Find point clusters: Citizen flood reports</w:t>
            </w:r>
          </w:p>
        </w:tc>
        <w:tc>
          <w:tcPr>
            <w:tcW w:type="dxa" w:w="1440"/>
          </w:tcPr>
          <w:p>
            <w:r>
              <w:t>layer, Point</w:t>
            </w:r>
          </w:p>
        </w:tc>
        <w:tc>
          <w:tcPr>
            <w:tcW w:type="dxa" w:w="1440"/>
          </w:tcPr>
          <w:p>
            <w:r>
              <w:t>900</w:t>
            </w:r>
          </w:p>
        </w:tc>
        <w:tc>
          <w:tcPr>
            <w:tcW w:type="dxa" w:w="1440"/>
          </w:tcPr>
          <w:p>
            <w:r/>
          </w:p>
        </w:tc>
        <w:tc>
          <w:tcPr>
            <w:tcW w:type="dxa" w:w="1440"/>
          </w:tcPr>
          <w:p>
            <w:r/>
          </w:p>
        </w:tc>
        <w:tc>
          <w:tcPr>
            <w:tcW w:type="dxa" w:w="1440"/>
          </w:tcPr>
          <w:p>
            <w:r>
              <w:t>[99]</w:t>
            </w:r>
          </w:p>
        </w:tc>
      </w:tr>
      <w:tr>
        <w:tc>
          <w:tcPr>
            <w:tcW w:type="dxa" w:w="1440"/>
          </w:tcPr>
          <w:p>
            <w:r>
              <w:t>Find point clusters: River gauge stations</w:t>
            </w:r>
          </w:p>
        </w:tc>
        <w:tc>
          <w:tcPr>
            <w:tcW w:type="dxa" w:w="1440"/>
          </w:tcPr>
          <w:p>
            <w:r>
              <w:t>layer, Point</w:t>
            </w:r>
          </w:p>
        </w:tc>
        <w:tc>
          <w:tcPr>
            <w:tcW w:type="dxa" w:w="1440"/>
          </w:tcPr>
          <w:p>
            <w:r>
              <w:t>10</w:t>
            </w:r>
          </w:p>
        </w:tc>
        <w:tc>
          <w:tcPr>
            <w:tcW w:type="dxa" w:w="1440"/>
          </w:tcPr>
          <w:p>
            <w:r/>
          </w:p>
        </w:tc>
        <w:tc>
          <w:tcPr>
            <w:tcW w:type="dxa" w:w="1440"/>
          </w:tcPr>
          <w:p>
            <w:r/>
          </w:p>
        </w:tc>
        <w:tc>
          <w:tcPr>
            <w:tcW w:type="dxa" w:w="1440"/>
          </w:tcPr>
          <w:p>
            <w:r>
              <w:t>[100]</w:t>
            </w:r>
          </w:p>
        </w:tc>
      </w:tr>
      <w:tr>
        <w:tc>
          <w:tcPr>
            <w:tcW w:type="dxa" w:w="1440"/>
          </w:tcPr>
          <w:p>
            <w:r>
              <w:t>Find point clusters: cluster hulls</w:t>
            </w:r>
          </w:p>
        </w:tc>
        <w:tc>
          <w:tcPr>
            <w:tcW w:type="dxa" w:w="1440"/>
          </w:tcPr>
          <w:p>
            <w:r>
              <w:t>layer, Polygon</w:t>
            </w:r>
          </w:p>
        </w:tc>
        <w:tc>
          <w:tcPr>
            <w:tcW w:type="dxa" w:w="1440"/>
          </w:tcPr>
          <w:p>
            <w:r>
              <w:t>2</w:t>
            </w:r>
          </w:p>
        </w:tc>
        <w:tc>
          <w:tcPr>
            <w:tcW w:type="dxa" w:w="1440"/>
          </w:tcPr>
          <w:p>
            <w:r/>
          </w:p>
        </w:tc>
        <w:tc>
          <w:tcPr>
            <w:tcW w:type="dxa" w:w="1440"/>
          </w:tcPr>
          <w:p>
            <w:r/>
          </w:p>
        </w:tc>
        <w:tc>
          <w:tcPr>
            <w:tcW w:type="dxa" w:w="1440"/>
          </w:tcPr>
          <w:p>
            <w:r>
              <w:t>[101]</w:t>
            </w:r>
          </w:p>
        </w:tc>
      </w:tr>
      <w:tr>
        <w:tc>
          <w:tcPr>
            <w:tcW w:type="dxa" w:w="1440"/>
          </w:tcPr>
          <w:p>
            <w:r>
              <w:t>Find point clusters: Rain gauges</w:t>
            </w:r>
          </w:p>
        </w:tc>
        <w:tc>
          <w:tcPr>
            <w:tcW w:type="dxa" w:w="1440"/>
          </w:tcPr>
          <w:p>
            <w:r>
              <w:t>layer, Point</w:t>
            </w:r>
          </w:p>
        </w:tc>
        <w:tc>
          <w:tcPr>
            <w:tcW w:type="dxa" w:w="1440"/>
          </w:tcPr>
          <w:p>
            <w:r>
              <w:t>15</w:t>
            </w:r>
          </w:p>
        </w:tc>
        <w:tc>
          <w:tcPr>
            <w:tcW w:type="dxa" w:w="1440"/>
          </w:tcPr>
          <w:p>
            <w:r/>
          </w:p>
        </w:tc>
        <w:tc>
          <w:tcPr>
            <w:tcW w:type="dxa" w:w="1440"/>
          </w:tcPr>
          <w:p>
            <w:r/>
          </w:p>
        </w:tc>
        <w:tc>
          <w:tcPr>
            <w:tcW w:type="dxa" w:w="1440"/>
          </w:tcPr>
          <w:p>
            <w:r>
              <w:t>[102]</w:t>
            </w:r>
          </w:p>
        </w:tc>
      </w:tr>
      <w:tr>
        <w:tc>
          <w:tcPr>
            <w:tcW w:type="dxa" w:w="1440"/>
          </w:tcPr>
          <w:p>
            <w:r>
              <w:t>Find point clusters: cluster hulls</w:t>
            </w:r>
          </w:p>
        </w:tc>
        <w:tc>
          <w:tcPr>
            <w:tcW w:type="dxa" w:w="1440"/>
          </w:tcPr>
          <w:p>
            <w:r>
              <w:t>layer, Polygon</w:t>
            </w:r>
          </w:p>
        </w:tc>
        <w:tc>
          <w:tcPr>
            <w:tcW w:type="dxa" w:w="1440"/>
          </w:tcPr>
          <w:p>
            <w:r>
              <w:t>1</w:t>
            </w:r>
          </w:p>
        </w:tc>
        <w:tc>
          <w:tcPr>
            <w:tcW w:type="dxa" w:w="1440"/>
          </w:tcPr>
          <w:p>
            <w:r/>
          </w:p>
        </w:tc>
        <w:tc>
          <w:tcPr>
            <w:tcW w:type="dxa" w:w="1440"/>
          </w:tcPr>
          <w:p>
            <w:r/>
          </w:p>
        </w:tc>
        <w:tc>
          <w:tcPr>
            <w:tcW w:type="dxa" w:w="1440"/>
          </w:tcPr>
          <w:p>
            <w:r>
              <w:t>[103]</w:t>
            </w:r>
          </w:p>
        </w:tc>
      </w:tr>
      <w:tr>
        <w:tc>
          <w:tcPr>
            <w:tcW w:type="dxa" w:w="1440"/>
          </w:tcPr>
          <w:p>
            <w:r>
              <w:t>Flood bulletin</w:t>
            </w:r>
          </w:p>
        </w:tc>
        <w:tc>
          <w:tcPr>
            <w:tcW w:type="dxa" w:w="1440"/>
          </w:tcPr>
          <w:p>
            <w:r>
              <w:t>document</w:t>
            </w:r>
          </w:p>
        </w:tc>
        <w:tc>
          <w:tcPr>
            <w:tcW w:type="dxa" w:w="1440"/>
          </w:tcPr>
          <w:p>
            <w:r/>
          </w:p>
        </w:tc>
        <w:tc>
          <w:tcPr>
            <w:tcW w:type="dxa" w:w="1440"/>
          </w:tcPr>
          <w:p>
            <w:r/>
          </w:p>
        </w:tc>
        <w:tc>
          <w:tcPr>
            <w:tcW w:type="dxa" w:w="1440"/>
          </w:tcPr>
          <w:p>
            <w:r/>
          </w:p>
        </w:tc>
        <w:tc>
          <w:tcPr>
            <w:tcW w:type="dxa" w:w="1440"/>
          </w:tcPr>
          <w:p>
            <w:r>
              <w:t>[104]</w:t>
            </w:r>
          </w:p>
        </w:tc>
      </w:tr>
    </w:tbl>
    <w:p/>
    <w:p>
      <w:pPr>
        <w:pStyle w:val="Heading1"/>
      </w:pPr>
      <w:r>
        <w:t>Timeline</w:t>
      </w:r>
    </w:p>
    <w:p>
      <w:pPr>
        <w:jc w:val="center"/>
      </w:pPr>
      <w:r>
        <w:drawing>
          <wp:inline xmlns:a="http://schemas.openxmlformats.org/drawingml/2006/main" xmlns:pic="http://schemas.openxmlformats.org/drawingml/2006/picture">
            <wp:extent cx="5486400" cy="3938016"/>
            <wp:docPr id="1" name="Picture 1"/>
            <wp:cNvGraphicFramePr>
              <a:graphicFrameLocks noChangeAspect="1"/>
            </wp:cNvGraphicFramePr>
            <a:graphic>
              <a:graphicData uri="http://schemas.openxmlformats.org/drawingml/2006/picture">
                <pic:pic>
                  <pic:nvPicPr>
                    <pic:cNvPr id="0" name="050.jpg"/>
                    <pic:cNvPicPr/>
                  </pic:nvPicPr>
                  <pic:blipFill>
                    <a:blip r:embed="rId9"/>
                    <a:stretch>
                      <a:fillRect/>
                    </a:stretch>
                  </pic:blipFill>
                  <pic:spPr>
                    <a:xfrm>
                      <a:off x="0" y="0"/>
                      <a:ext cx="5486400" cy="3938016"/>
                    </a:xfrm>
                    <a:prstGeom prst="rect"/>
                  </pic:spPr>
                </pic:pic>
              </a:graphicData>
            </a:graphic>
          </wp:inline>
        </w:drawing>
      </w:r>
    </w:p>
    <w:p>
      <w:r>
        <w:rPr>
          <w:i/>
          <w:color w:val="525252"/>
          <w:sz w:val="17"/>
        </w:rPr>
        <w:t>Figure 1. Timeline: events per month by dataset [1]. Per month, 2024-01-01 to 2025-12-01. Source: Mapped flood extents, Citizen flood reports, Gauge readings by day, Rainfall by month (4,003 features). Dotted lines mark dates named in the project's documents. The data is in the appendix.</w:t>
      </w:r>
    </w:p>
    <w:p>
      <w:r>
        <w:rPr>
          <w:i w:val="0"/>
        </w:rPr>
        <w:t>The timeline counts 4,003 dated events in Mapped flood extents, Citizen flood reports, Gauge readings by day and 1 more per month, from January 2024 to December 2025 [1][2][3][4][5]. By dataset: Gauge readings by day 2,740; Citizen flood reports 900; Rainfall by month 360; Mapped flood extents 3 [1]. The trend is +7.75 events per month; the second half of the months has 2,426 against 1,577 in the first (+53.8%) [1]. Change point detection found no shift in the counts [6]. The project's documents name 2 dates inside this span, drawn as dotted lines; the most named is 2025-10-06 (Flood bulletin, page 1, 1 mention) [7].</w:t>
      </w:r>
    </w:p>
    <w:p>
      <w:r>
        <w:rPr>
          <w:b/>
        </w:rPr>
        <w:t>Busiest months</w:t>
      </w:r>
    </w:p>
    <w:p>
      <w:pPr>
        <w:pStyle w:val="ListBullet"/>
      </w:pPr>
      <w:r>
        <w:t>October 2025: 438 events [1]</w:t>
      </w:r>
    </w:p>
    <w:p>
      <w:pPr>
        <w:pStyle w:val="ListBullet"/>
      </w:pPr>
      <w:r>
        <w:t>August 2025: 287 events [1]</w:t>
      </w:r>
    </w:p>
    <w:p>
      <w:pPr>
        <w:pStyle w:val="ListBullet"/>
      </w:pPr>
      <w:r>
        <w:t>September 2024: 255 events [1]</w:t>
      </w:r>
    </w:p>
    <w:p>
      <w:r>
        <w:rPr>
          <w:b/>
        </w:rPr>
        <w:t>Quietest months</w:t>
      </w:r>
    </w:p>
    <w:p>
      <w:pPr>
        <w:pStyle w:val="ListBullet"/>
      </w:pPr>
      <w:r>
        <w:t>January 2024: 15 events [1]</w:t>
      </w:r>
    </w:p>
    <w:p>
      <w:pPr>
        <w:pStyle w:val="ListBullet"/>
      </w:pPr>
      <w:r>
        <w:t>February 2024: 15 events [1]</w:t>
      </w:r>
    </w:p>
    <w:p>
      <w:pPr>
        <w:pStyle w:val="ListBullet"/>
      </w:pPr>
      <w:r>
        <w:t>March 2024: 15 events [1]</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[8]. In ArcGIS it is Emerging Hot Spot Analysis or Create Space Time Cube [8].</w:t>
      </w:r>
    </w:p>
    <w:p>
      <w:r>
        <w:rPr>
          <w:b/>
        </w:rPr>
        <w:t xml:space="preserve">Why it was run on this data. </w:t>
      </w:r>
      <w:r>
        <w:rPr>
          <w:i w:val="0"/>
        </w:rPr>
        <w:t>Citizen flood reports carry dates in 'reported_at': emerging hot spot analysis finds new, intensifying and fading hot spots per month [9].</w:t>
      </w:r>
    </w:p>
    <w:p>
      <w:r>
        <w:rPr>
          <w:b/>
        </w:rPr>
        <w:t xml:space="preserve">What it found. </w:t>
      </w:r>
      <w:r>
        <w:rPr>
          <w:i w:val="0"/>
        </w:rPr>
        <w:t>The analysis generated 54 features identifying emerging hot spots from the Citizen flood reports [10]. This result utilized 900 features and required 0 time neighbors [10]. The process achieved a resolution of 8 and completed in 15 milliseconds [10]. The associated costs for this operation were 0.145, reflecting that the upstream cost was 0 [10].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54</w:t>
            </w:r>
          </w:p>
        </w:tc>
      </w:tr>
      <w:tr>
        <w:tc>
          <w:tcPr>
            <w:tcW w:type="dxa" w:w="4320"/>
          </w:tcPr>
          <w:p>
            <w:r>
              <w:t>result, elapsed ms</w:t>
            </w:r>
          </w:p>
        </w:tc>
        <w:tc>
          <w:tcPr>
            <w:tcW w:type="dxa" w:w="4320"/>
          </w:tcPr>
          <w:p>
            <w:r>
              <w:t>15</w:t>
            </w:r>
          </w:p>
        </w:tc>
      </w:tr>
      <w:tr>
        <w:tc>
          <w:tcPr>
            <w:tcW w:type="dxa" w:w="4320"/>
          </w:tcPr>
          <w:p>
            <w:r>
              <w:t>result, resolution</w:t>
            </w:r>
          </w:p>
        </w:tc>
        <w:tc>
          <w:tcPr>
            <w:tcW w:type="dxa" w:w="4320"/>
          </w:tcPr>
          <w:p>
            <w:r>
              <w:t>8</w:t>
            </w:r>
          </w:p>
        </w:tc>
      </w:tr>
      <w:tr>
        <w:tc>
          <w:tcPr>
            <w:tcW w:type="dxa" w:w="4320"/>
          </w:tcPr>
          <w:p>
            <w:r>
              <w:t>result, features used</w:t>
            </w:r>
          </w:p>
        </w:tc>
        <w:tc>
          <w:tcPr>
            <w:tcW w:type="dxa" w:w="4320"/>
          </w:tcPr>
          <w:p>
            <w:r>
              <w:t>900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0.145</w:t>
            </w:r>
          </w:p>
        </w:tc>
      </w:tr>
      <w:tr>
        <w:tc>
          <w:tcPr>
            <w:tcW w:type="dxa" w:w="4320"/>
          </w:tcPr>
          <w:p>
            <w:r>
              <w:t>billing, list price</w:t>
            </w:r>
          </w:p>
        </w:tc>
        <w:tc>
          <w:tcPr>
            <w:tcW w:type="dxa" w:w="4320"/>
          </w:tcPr>
          <w:p>
            <w:r>
              <w:t>0.145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Citizen flood reports: Emerging hot spots: 1 layer saved: Emerging hot spots: Citizen flood reports (54 features) [10][11].</w:t>
      </w:r>
    </w:p>
    <w:p>
      <w:pPr>
        <w:pStyle w:val="ListBullet"/>
      </w:pPr>
      <w:r>
        <w:rPr>
          <w:b/>
        </w:rPr>
        <w:t xml:space="preserve">Evidenced: </w:t>
      </w:r>
      <w:r>
        <w:t>It reported result, count 54; result, elapsed ms 15; result, resolution 8; result, features used 900; result, time neighbors 0; billing, cost 0.145 [10].</w:t>
      </w:r>
    </w:p>
    <w:p>
      <w:r>
        <w:rPr>
          <w:i/>
          <w:color w:val="525252"/>
          <w:sz w:val="17"/>
        </w:rPr>
        <w:t>Tool gp_space_time_hot_spots; parameters {"project": "61868fa2-4b0c-4a49-9b21-03b342758885", "features": {"layer": "Citizen flood reports (e21d361b)"}, "interval": "month", "bin_shape": "h3", "resolution": 8, "time_field": "reported_at"}</w:t>
      </w:r>
    </w:p>
    <w:p>
      <w:pPr>
        <w:pStyle w:val="Heading1"/>
      </w:pPr>
      <w:r>
        <w:t>Near repeat</w:t>
      </w:r>
    </w:p>
    <w:p>
      <w:r>
        <w:rPr>
          <w:b/>
        </w:rPr>
        <w:t xml:space="preserve">What this analysis is. </w:t>
      </w:r>
      <w:r>
        <w:rPr>
          <w:i w:val="0"/>
        </w:rPr>
        <w:t>Repeat and near repeat classification: Classify incidents as originators, repeats (same place) or near repeats within a distance and time window, with a Knox test table [12]. In ArcGIS it is Repeat and Near Repeat Classification or Near Repeat Calculator [12].</w:t>
      </w:r>
    </w:p>
    <w:p>
      <w:r>
        <w:rPr>
          <w:b/>
        </w:rPr>
        <w:t xml:space="preserve">Why it was run on this data. </w:t>
      </w:r>
      <w:r>
        <w:rPr>
          <w:i w:val="0"/>
        </w:rPr>
        <w:t>Near repeat analysis tests whether Citizen flood reports close in space also follow each other within 30 days [13].</w:t>
      </w:r>
    </w:p>
    <w:p>
      <w:r>
        <w:rPr>
          <w:b/>
        </w:rPr>
        <w:t xml:space="preserve">What it found. </w:t>
      </w:r>
      <w:r>
        <w:rPr>
          <w:i w:val="0"/>
        </w:rPr>
        <w:t>Near repeat on Citizen flood reports: Repeat and near repeat classification: 1 layer saved: Repeat and near repeat classification: Citizen flood reports (900 features) [11][14]. It reported result, days 30; result, count 900; result, chains 136; result, distance m 200; result, elapsed ms 25; result, pairs linked 474 [14].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days</w:t>
            </w:r>
          </w:p>
        </w:tc>
        <w:tc>
          <w:tcPr>
            <w:tcW w:type="dxa" w:w="4320"/>
          </w:tcPr>
          <w:p>
            <w:r>
              <w:t>30</w:t>
            </w:r>
          </w:p>
        </w:tc>
      </w:tr>
      <w:tr>
        <w:tc>
          <w:tcPr>
            <w:tcW w:type="dxa" w:w="4320"/>
          </w:tcPr>
          <w:p>
            <w:r>
              <w:t>result, count</w:t>
            </w:r>
          </w:p>
        </w:tc>
        <w:tc>
          <w:tcPr>
            <w:tcW w:type="dxa" w:w="4320"/>
          </w:tcPr>
          <w:p>
            <w:r>
              <w:t>900</w:t>
            </w:r>
          </w:p>
        </w:tc>
      </w:tr>
      <w:tr>
        <w:tc>
          <w:tcPr>
            <w:tcW w:type="dxa" w:w="4320"/>
          </w:tcPr>
          <w:p>
            <w:r>
              <w:t>result, chains</w:t>
            </w:r>
          </w:p>
        </w:tc>
        <w:tc>
          <w:tcPr>
            <w:tcW w:type="dxa" w:w="4320"/>
          </w:tcPr>
          <w:p>
            <w:r>
              <w:t>136</w:t>
            </w:r>
          </w:p>
        </w:tc>
      </w:tr>
      <w:tr>
        <w:tc>
          <w:tcPr>
            <w:tcW w:type="dxa" w:w="4320"/>
          </w:tcPr>
          <w:p>
            <w:r>
              <w:t>result, distance m</w:t>
            </w:r>
          </w:p>
        </w:tc>
        <w:tc>
          <w:tcPr>
            <w:tcW w:type="dxa" w:w="4320"/>
          </w:tcPr>
          <w:p>
            <w:r>
              <w:t>200</w:t>
            </w:r>
          </w:p>
        </w:tc>
      </w:tr>
      <w:tr>
        <w:tc>
          <w:tcPr>
            <w:tcW w:type="dxa" w:w="4320"/>
          </w:tcPr>
          <w:p>
            <w:r>
              <w:t>result, elapsed ms</w:t>
            </w:r>
          </w:p>
        </w:tc>
        <w:tc>
          <w:tcPr>
            <w:tcW w:type="dxa" w:w="4320"/>
          </w:tcPr>
          <w:p>
            <w:r>
              <w:t>25</w:t>
            </w:r>
          </w:p>
        </w:tc>
      </w:tr>
      <w:tr>
        <w:tc>
          <w:tcPr>
            <w:tcW w:type="dxa" w:w="4320"/>
          </w:tcPr>
          <w:p>
            <w:r>
              <w:t>result, pairs linked</w:t>
            </w:r>
          </w:p>
        </w:tc>
        <w:tc>
          <w:tcPr>
            <w:tcW w:type="dxa" w:w="4320"/>
          </w:tcPr>
          <w:p>
            <w:r>
              <w:t>474</w:t>
            </w:r>
          </w:p>
        </w:tc>
      </w:tr>
      <w:tr>
        <w:tc>
          <w:tcPr>
            <w:tcW w:type="dxa" w:w="4320"/>
          </w:tcPr>
          <w:p>
            <w:r>
              <w:t>billing, cost</w:t>
            </w:r>
          </w:p>
        </w:tc>
        <w:tc>
          <w:tcPr>
            <w:tcW w:type="dxa" w:w="4320"/>
          </w:tcPr>
          <w:p>
            <w:r>
              <w:t>0.077</w:t>
            </w:r>
          </w:p>
        </w:tc>
      </w:tr>
      <w:tr>
        <w:tc>
          <w:tcPr>
            <w:tcW w:type="dxa" w:w="4320"/>
          </w:tcPr>
          <w:p>
            <w:r>
              <w:t>billing, list price</w:t>
            </w:r>
          </w:p>
        </w:tc>
        <w:tc>
          <w:tcPr>
            <w:tcW w:type="dxa" w:w="4320"/>
          </w:tcPr>
          <w:p>
            <w:r>
              <w:t>0.077</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Near repeat on Citizen flood reports: Repeat and near repeat classification: 1 layer saved: Repeat and near repeat classification: Citizen flood reports (900 features) [11][14].</w:t>
      </w:r>
    </w:p>
    <w:p>
      <w:pPr>
        <w:pStyle w:val="ListBullet"/>
      </w:pPr>
      <w:r>
        <w:rPr>
          <w:b/>
        </w:rPr>
        <w:t xml:space="preserve">Evidenced: </w:t>
      </w:r>
      <w:r>
        <w:t>It reported result, days 30; result, count 900; result, chains 136; result, distance m 200; result, elapsed ms 25; result, pairs linked 474 [14].</w:t>
      </w:r>
    </w:p>
    <w:p>
      <w:r>
        <w:rPr>
          <w:i/>
          <w:color w:val="525252"/>
          <w:sz w:val="17"/>
        </w:rPr>
        <w:t>Tool gp_near_repeat; parameters {"days": 30, "project": "61868fa2-4b0c-4a49-9b21-03b342758885", "features": {"layer": "Citizen flood reports (e21d361b)"}, "distance_m": 200.0, "time_field": "reported_at"}</w:t>
      </w:r>
    </w:p>
    <w:p>
      <w:pPr>
        <w:pStyle w:val="Heading1"/>
      </w:pPr>
      <w:r>
        <w:t>Change point detection</w:t>
      </w:r>
    </w:p>
    <w:p>
      <w:r>
        <w:rPr>
          <w:b/>
        </w:rPr>
        <w:t xml:space="preserve">What this analysis is. </w:t>
      </w:r>
      <w:r>
        <w:rPr>
          <w:i w:val="0"/>
        </w:rPr>
        <w:t>Change point detection: When did the level, count, trend or variability change [15]? For the whole study area or for every bin [15]. In ArcGIS it is Change Point Detection [15].</w:t>
      </w:r>
    </w:p>
    <w:p>
      <w:r>
        <w:rPr>
          <w:b/>
        </w:rPr>
        <w:t xml:space="preserve">Why it was run on this data. </w:t>
      </w:r>
      <w:r>
        <w:rPr>
          <w:i w:val="0"/>
        </w:rPr>
        <w:t>Change point detection finds when the monthly count of Citizen flood reports shifted [16].</w:t>
      </w:r>
    </w:p>
    <w:p>
      <w:r>
        <w:rPr>
          <w:b/>
        </w:rPr>
        <w:t xml:space="preserve">What it found. </w:t>
      </w:r>
      <w:r>
        <w:rPr>
          <w:i w:val="0"/>
        </w:rPr>
        <w:t>Change point detection was successfully completed, though no map output was generated for the analysis [6].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n changes</w:t>
            </w:r>
          </w:p>
        </w:tc>
        <w:tc>
          <w:tcPr>
            <w:tcW w:type="dxa" w:w="4320"/>
          </w:tcPr>
          <w:p>
            <w:r>
              <w:t>0</w:t>
            </w:r>
          </w:p>
        </w:tc>
      </w:tr>
      <w:tr>
        <w:tc>
          <w:tcPr>
            <w:tcW w:type="dxa" w:w="4320"/>
          </w:tcPr>
          <w:p>
            <w:r>
              <w:t>result, elapsed ms</w:t>
            </w:r>
          </w:p>
        </w:tc>
        <w:tc>
          <w:tcPr>
            <w:tcW w:type="dxa" w:w="4320"/>
          </w:tcPr>
          <w:p>
            <w:r>
              <w:t>4</w:t>
            </w:r>
          </w:p>
        </w:tc>
      </w:tr>
      <w:tr>
        <w:tc>
          <w:tcPr>
            <w:tcW w:type="dxa" w:w="4320"/>
          </w:tcPr>
          <w:p>
            <w:r>
              <w:t>result, events used</w:t>
            </w:r>
          </w:p>
        </w:tc>
        <w:tc>
          <w:tcPr>
            <w:tcW w:type="dxa" w:w="4320"/>
          </w:tcPr>
          <w:p>
            <w:r>
              <w:t>900</w:t>
            </w:r>
          </w:p>
        </w:tc>
      </w:tr>
      <w:tr>
        <w:tc>
          <w:tcPr>
            <w:tcW w:type="dxa" w:w="4320"/>
          </w:tcPr>
          <w:p>
            <w:r>
              <w:t>billing, cost</w:t>
            </w:r>
          </w:p>
        </w:tc>
        <w:tc>
          <w:tcPr>
            <w:tcW w:type="dxa" w:w="4320"/>
          </w:tcPr>
          <w:p>
            <w:r>
              <w:t>0.077</w:t>
            </w:r>
          </w:p>
        </w:tc>
      </w:tr>
      <w:tr>
        <w:tc>
          <w:tcPr>
            <w:tcW w:type="dxa" w:w="4320"/>
          </w:tcPr>
          <w:p>
            <w:r>
              <w:t>billing, list price</w:t>
            </w:r>
          </w:p>
        </w:tc>
        <w:tc>
          <w:tcPr>
            <w:tcW w:type="dxa" w:w="4320"/>
          </w:tcPr>
          <w:p>
            <w:r>
              <w:t>0.077</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Change point detection on Citizen flood reports: Change point detection: done; no map output [6][11].</w:t>
      </w:r>
    </w:p>
    <w:p>
      <w:pPr>
        <w:pStyle w:val="ListBullet"/>
      </w:pPr>
      <w:r>
        <w:rPr>
          <w:b/>
        </w:rPr>
        <w:t xml:space="preserve">Evidenced: </w:t>
      </w:r>
      <w:r>
        <w:t>It reported result, n changes 0; result, elapsed ms 4; result, events used 900; billing, cost 0.077; billing, list price 0.077; billing, upstream cost 0 [6].</w:t>
      </w:r>
    </w:p>
    <w:p>
      <w:r>
        <w:rPr>
          <w:i/>
          <w:color w:val="525252"/>
          <w:sz w:val="17"/>
        </w:rPr>
        <w:t>Tool gp_change_point_detection; parameters {"method": "count", "project": "61868fa2-4b0c-4a49-9b21-03b342758885", "features": {"layer": "Citizen flood reports (e21d361b)"}, "interval": "month", "time_field": "reported_at"}</w:t>
      </w:r>
    </w:p>
    <w:p>
      <w:pPr>
        <w:pStyle w:val="Heading1"/>
      </w:pPr>
      <w:r>
        <w:t>Hot spots</w:t>
      </w:r>
    </w:p>
    <w:p>
      <w:r>
        <w:rPr>
          <w:b/>
        </w:rPr>
        <w:t xml:space="preserve">What this analysis is. </w:t>
      </w:r>
      <w:r>
        <w:rPr>
          <w:i w:val="0"/>
        </w:rPr>
        <w:t>Hot spot analysis: Getis-Ord Gi* hot and cold spots with z-scores, p-values and confidence bins [17]. In ArcGIS it is Find Hot Spots or Hot Spot Analysis (Getis-Ord Gi*); in QGIS, qgis:hotspot (plugin) [17].</w:t>
      </w:r>
    </w:p>
    <w:p>
      <w:r>
        <w:rPr>
          <w:b/>
        </w:rPr>
        <w:t xml:space="preserve">Why it was run on this data. </w:t>
      </w:r>
      <w:r>
        <w:rPr>
          <w:i w:val="0"/>
        </w:rPr>
        <w:t>900 points: Getis-Ord Gi* tests whether the concentrations in Citizen flood reports are statistically significant [18].</w:t>
      </w:r>
    </w:p>
    <w:p>
      <w:r>
        <w:rPr>
          <w:b/>
        </w:rPr>
        <w:t xml:space="preserve">What it found. </w:t>
      </w:r>
      <w:r>
        <w:rPr>
          <w:i w:val="0"/>
        </w:rPr>
        <w:t>Hot spot analysis was performed using the Citizen flood reports [11], resulting in the identification of 192 features [19]. This analysis, which covered 900 incidents, completed with an elapsed time of 17 milliseconds [19].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192</w:t>
            </w:r>
          </w:p>
        </w:tc>
      </w:tr>
      <w:tr>
        <w:tc>
          <w:tcPr>
            <w:tcW w:type="dxa" w:w="4320"/>
          </w:tcPr>
          <w:p>
            <w:r>
              <w:t>result, count</w:t>
            </w:r>
          </w:p>
        </w:tc>
        <w:tc>
          <w:tcPr>
            <w:tcW w:type="dxa" w:w="4320"/>
          </w:tcPr>
          <w:p>
            <w:r>
              <w:t>192</w:t>
            </w:r>
          </w:p>
        </w:tc>
      </w:tr>
      <w:tr>
        <w:tc>
          <w:tcPr>
            <w:tcW w:type="dxa" w:w="4320"/>
          </w:tcPr>
          <w:p>
            <w:r>
              <w:t>result, elapsed ms</w:t>
            </w:r>
          </w:p>
        </w:tc>
        <w:tc>
          <w:tcPr>
            <w:tcW w:type="dxa" w:w="4320"/>
          </w:tcPr>
          <w:p>
            <w:r>
              <w:t>17</w:t>
            </w:r>
          </w:p>
        </w:tc>
      </w:tr>
      <w:tr>
        <w:tc>
          <w:tcPr>
            <w:tcW w:type="dxa" w:w="4320"/>
          </w:tcPr>
          <w:p>
            <w:r>
              <w:t>result, cell size m</w:t>
            </w:r>
          </w:p>
        </w:tc>
        <w:tc>
          <w:tcPr>
            <w:tcW w:type="dxa" w:w="4320"/>
          </w:tcPr>
          <w:p>
            <w:r>
              <w:t>500</w:t>
            </w:r>
          </w:p>
        </w:tc>
      </w:tr>
      <w:tr>
        <w:tc>
          <w:tcPr>
            <w:tcW w:type="dxa" w:w="4320"/>
          </w:tcPr>
          <w:p>
            <w:r>
              <w:t>result, incidents used</w:t>
            </w:r>
          </w:p>
        </w:tc>
        <w:tc>
          <w:tcPr>
            <w:tcW w:type="dxa" w:w="4320"/>
          </w:tcPr>
          <w:p>
            <w:r>
              <w:t>900</w:t>
            </w:r>
          </w:p>
        </w:tc>
      </w:tr>
      <w:tr>
        <w:tc>
          <w:tcPr>
            <w:tcW w:type="dxa" w:w="4320"/>
          </w:tcPr>
          <w:p>
            <w:r>
              <w:t>result, distance band m</w:t>
            </w:r>
          </w:p>
        </w:tc>
        <w:tc>
          <w:tcPr>
            <w:tcW w:type="dxa" w:w="4320"/>
          </w:tcPr>
          <w:p>
            <w:r>
              <w:t>500</w:t>
            </w:r>
          </w:p>
        </w:tc>
      </w:tr>
      <w:tr>
        <w:tc>
          <w:tcPr>
            <w:tcW w:type="dxa" w:w="4320"/>
          </w:tcPr>
          <w:p>
            <w:r>
              <w:t>billing, cost</w:t>
            </w:r>
          </w:p>
        </w:tc>
        <w:tc>
          <w:tcPr>
            <w:tcW w:type="dxa" w:w="4320"/>
          </w:tcPr>
          <w:p>
            <w:r>
              <w:t>0.068</w:t>
            </w:r>
          </w:p>
        </w:tc>
      </w:tr>
      <w:tr>
        <w:tc>
          <w:tcPr>
            <w:tcW w:type="dxa" w:w="4320"/>
          </w:tcPr>
          <w:p>
            <w:r>
              <w:t>billing, list price</w:t>
            </w:r>
          </w:p>
        </w:tc>
        <w:tc>
          <w:tcPr>
            <w:tcW w:type="dxa" w:w="4320"/>
          </w:tcPr>
          <w:p>
            <w:r>
              <w:t>0.068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Citizen flood reports: Hot spot analysis: 1 layer saved: Hot spot analysis: Citizen flood reports (192 features) [11][19].</w:t>
      </w:r>
    </w:p>
    <w:p>
      <w:pPr>
        <w:pStyle w:val="ListBullet"/>
      </w:pPr>
      <w:r>
        <w:rPr>
          <w:b/>
        </w:rPr>
        <w:t xml:space="preserve">Evidenced: </w:t>
      </w:r>
      <w:r>
        <w:t>It reported result, bins 192; result, count 192; result, elapsed ms 17; result, cell size m 500; result, incidents used 900; result, distance band m 500 [19].</w:t>
      </w:r>
    </w:p>
    <w:p>
      <w:r>
        <w:rPr>
          <w:i/>
          <w:color w:val="525252"/>
          <w:sz w:val="17"/>
        </w:rPr>
        <w:t>Tool gp_hot_spots; parameters {"project": "61868fa2-4b0c-4a49-9b21-03b342758885", "features": {"layer": "Citizen flood reports (e21d361b)"}, "aggregation": "hexagon", "cell_size_m": 500.0, "distance_band_m": 500.0}</w:t>
      </w:r>
    </w:p>
    <w:p>
      <w:pPr>
        <w:pStyle w:val="Heading1"/>
      </w:pPr>
      <w:r>
        <w:t>Hot spots</w:t>
      </w:r>
    </w:p>
    <w:p>
      <w:r>
        <w:rPr>
          <w:b/>
        </w:rPr>
        <w:t xml:space="preserve">What this analysis is. </w:t>
      </w:r>
      <w:r>
        <w:rPr>
          <w:i w:val="0"/>
        </w:rPr>
        <w:t>Hot spot analysis: Getis-Ord Gi* hot and cold spots with z-scores, p-values and confidence bins [17]. In ArcGIS it is Find Hot Spots or Hot Spot Analysis (Getis-Ord Gi*); in QGIS, qgis:hotspot (plugin) [17].</w:t>
      </w:r>
    </w:p>
    <w:p>
      <w:r>
        <w:rPr>
          <w:b/>
        </w:rPr>
        <w:t xml:space="preserve">Why it was run on this data. </w:t>
      </w:r>
      <w:r>
        <w:rPr>
          <w:i w:val="0"/>
        </w:rPr>
        <w:t>Gi* hot spots of 'mean_rain_mm' across the areas [20].</w:t>
      </w:r>
    </w:p>
    <w:p>
      <w:r>
        <w:rPr>
          <w:b/>
        </w:rPr>
        <w:t xml:space="preserve">What it found. </w:t>
      </w:r>
      <w:r>
        <w:rPr>
          <w:i w:val="0"/>
        </w:rPr>
        <w:t>Hot spots on Sub-catchments: Hot spot analysis: 1 layer saved: Hot spot analysis: Sub-catchments (10 features) [21][22]. It reported result, count 10; result, elapsed ms 1; result, excluded null 0; result, distance band m 3,807; billing, cost 0.0502; billing, list price 0.0502 [21].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10</w:t>
            </w:r>
          </w:p>
        </w:tc>
      </w:tr>
      <w:tr>
        <w:tc>
          <w:tcPr>
            <w:tcW w:type="dxa" w:w="4320"/>
          </w:tcPr>
          <w:p>
            <w:r>
              <w:t>result, elapsed ms</w:t>
            </w:r>
          </w:p>
        </w:tc>
        <w:tc>
          <w:tcPr>
            <w:tcW w:type="dxa" w:w="4320"/>
          </w:tcPr>
          <w:p>
            <w:r>
              <w:t>1</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3,807</w:t>
            </w:r>
          </w:p>
        </w:tc>
      </w:tr>
      <w:tr>
        <w:tc>
          <w:tcPr>
            <w:tcW w:type="dxa" w:w="4320"/>
          </w:tcPr>
          <w:p>
            <w:r>
              <w:t>billing, cost</w:t>
            </w:r>
          </w:p>
        </w:tc>
        <w:tc>
          <w:tcPr>
            <w:tcW w:type="dxa" w:w="4320"/>
          </w:tcPr>
          <w:p>
            <w:r>
              <w:t>0.0502</w:t>
            </w:r>
          </w:p>
        </w:tc>
      </w:tr>
      <w:tr>
        <w:tc>
          <w:tcPr>
            <w:tcW w:type="dxa" w:w="4320"/>
          </w:tcPr>
          <w:p>
            <w:r>
              <w:t>billing, list price</w:t>
            </w:r>
          </w:p>
        </w:tc>
        <w:tc>
          <w:tcPr>
            <w:tcW w:type="dxa" w:w="4320"/>
          </w:tcPr>
          <w:p>
            <w:r>
              <w:t>0.0502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Sub-catchments: Hot spot analysis: 1 layer saved: Hot spot analysis: Sub-catchments (10 features) [21][22].</w:t>
      </w:r>
    </w:p>
    <w:p>
      <w:pPr>
        <w:pStyle w:val="ListBullet"/>
      </w:pPr>
      <w:r>
        <w:rPr>
          <w:b/>
        </w:rPr>
        <w:t xml:space="preserve">Evidenced: </w:t>
      </w:r>
      <w:r>
        <w:t>It reported result, count 10; result, elapsed ms 1; result, excluded null 0; result, distance band m 3,807; billing, cost 0.0502; billing, list price 0.0502 [21].</w:t>
      </w:r>
    </w:p>
    <w:p>
      <w:r>
        <w:rPr>
          <w:i/>
          <w:color w:val="525252"/>
          <w:sz w:val="17"/>
        </w:rPr>
        <w:t>Tool gp_hot_spots; parameters {"field": "mean_rain_mm", "project": "61868fa2-4b0c-4a49-9b21-03b342758885", "features": {"layer": "Sub-catchments (93ab58bf)"}}</w:t>
      </w:r>
    </w:p>
    <w:p>
      <w:pPr>
        <w:pStyle w:val="Heading1"/>
      </w:pPr>
      <w:r>
        <w:t>Calculate density</w:t>
      </w:r>
    </w:p>
    <w:p>
      <w:r>
        <w:rPr>
          <w:b/>
        </w:rPr>
        <w:t xml:space="preserve">What this analysis is. </w:t>
      </w:r>
      <w:r>
        <w:rPr>
          <w:i w:val="0"/>
        </w:rPr>
        <w:t>Calculate density: Kernel density per square kilometer on a grid [23]. In ArcGIS it is Calculate Density or Kernel Density; in QGIS, native:heatmapkerneldensityestimation [23].</w:t>
      </w:r>
    </w:p>
    <w:p>
      <w:r>
        <w:rPr>
          <w:b/>
        </w:rPr>
        <w:t xml:space="preserve">Why it was run on this data. </w:t>
      </w:r>
      <w:r>
        <w:rPr>
          <w:i w:val="0"/>
        </w:rPr>
        <w:t>900 points in Citizen flood reports: a density surface shows where they concentrate [24].</w:t>
      </w:r>
    </w:p>
    <w:p>
      <w:r>
        <w:rPr>
          <w:b/>
        </w:rPr>
        <w:t xml:space="preserve">What it found. </w:t>
      </w:r>
      <w:r>
        <w:rPr>
          <w:i w:val="0"/>
        </w:rPr>
        <w:t>Using citizen flood reports as the input, density was calculated with the `gp_calculate_density` tool [11, 25]. This process analyzed 1,058 features [25] and determined a maximum density of 73.99 per km2 [25]. The total cost associated with the density calculation was 0.068 [25].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1,058</w:t>
            </w:r>
          </w:p>
        </w:tc>
      </w:tr>
      <w:tr>
        <w:tc>
          <w:tcPr>
            <w:tcW w:type="dxa" w:w="4320"/>
          </w:tcPr>
          <w:p>
            <w:r>
              <w:t>result, elapsed ms</w:t>
            </w:r>
          </w:p>
        </w:tc>
        <w:tc>
          <w:tcPr>
            <w:tcW w:type="dxa" w:w="4320"/>
          </w:tcPr>
          <w:p>
            <w:r>
              <w:t>245</w:t>
            </w:r>
          </w:p>
        </w:tc>
      </w:tr>
      <w:tr>
        <w:tc>
          <w:tcPr>
            <w:tcW w:type="dxa" w:w="4320"/>
          </w:tcPr>
          <w:p>
            <w:r>
              <w:t>result, bandwidth m</w:t>
            </w:r>
          </w:p>
        </w:tc>
        <w:tc>
          <w:tcPr>
            <w:tcW w:type="dxa" w:w="4320"/>
          </w:tcPr>
          <w:p>
            <w:r>
              <w:t>500</w:t>
            </w:r>
          </w:p>
        </w:tc>
      </w:tr>
      <w:tr>
        <w:tc>
          <w:tcPr>
            <w:tcW w:type="dxa" w:w="4320"/>
          </w:tcPr>
          <w:p>
            <w:r>
              <w:t>result, cell size m</w:t>
            </w:r>
          </w:p>
        </w:tc>
        <w:tc>
          <w:tcPr>
            <w:tcW w:type="dxa" w:w="4320"/>
          </w:tcPr>
          <w:p>
            <w:r>
              <w:t>200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73.99</w:t>
            </w:r>
          </w:p>
        </w:tc>
      </w:tr>
      <w:tr>
        <w:tc>
          <w:tcPr>
            <w:tcW w:type="dxa" w:w="4320"/>
          </w:tcPr>
          <w:p>
            <w:r>
              <w:t>billing, cost</w:t>
            </w:r>
          </w:p>
        </w:tc>
        <w:tc>
          <w:tcPr>
            <w:tcW w:type="dxa" w:w="4320"/>
          </w:tcPr>
          <w:p>
            <w:r>
              <w:t>0.068</w:t>
            </w:r>
          </w:p>
        </w:tc>
      </w:tr>
      <w:tr>
        <w:tc>
          <w:tcPr>
            <w:tcW w:type="dxa" w:w="4320"/>
          </w:tcPr>
          <w:p>
            <w:r>
              <w:t>billing, list price</w:t>
            </w:r>
          </w:p>
        </w:tc>
        <w:tc>
          <w:tcPr>
            <w:tcW w:type="dxa" w:w="4320"/>
          </w:tcPr>
          <w:p>
            <w:r>
              <w:t>0.068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Citizen flood reports: Calculate density: 1 layer saved: Calculate density: Citizen flood reports (1058 features) [11][25].</w:t>
      </w:r>
    </w:p>
    <w:p>
      <w:pPr>
        <w:pStyle w:val="ListBullet"/>
      </w:pPr>
      <w:r>
        <w:rPr>
          <w:b/>
        </w:rPr>
        <w:t xml:space="preserve">Evidenced: </w:t>
      </w:r>
      <w:r>
        <w:t>It reported result, count 1,058; result, elapsed ms 245; result, bandwidth m 500; result, cell size m 200; result, excluded null 0; result, max density per km2 73.99 [25].</w:t>
      </w:r>
    </w:p>
    <w:p>
      <w:r>
        <w:rPr>
          <w:i/>
          <w:color w:val="525252"/>
          <w:sz w:val="17"/>
        </w:rPr>
        <w:t>Tool gp_calculate_density; parameters {"kernel": "quartic", "project": "61868fa2-4b0c-4a49-9b21-03b342758885", "features": {"layer": "Citizen flood reports (e21d361b)"}, "bandwidth_m": 500.0, "cell_size_m": 200.0}</w:t>
      </w:r>
    </w:p>
    <w:p>
      <w:pPr>
        <w:pStyle w:val="Heading1"/>
      </w:pPr>
      <w:r>
        <w:t>Summarize within</w:t>
      </w:r>
    </w:p>
    <w:p>
      <w:r>
        <w:rPr>
          <w:b/>
        </w:rPr>
        <w:t xml:space="preserve">What this analysis is. </w:t>
      </w:r>
      <w:r>
        <w:rPr>
          <w:i w:val="0"/>
        </w:rPr>
        <w:t>Summarize within: Count and aggregate the features inside each polygon (or bin), proportionally for lines and polygons [26]. In ArcGIS it is Summarize Within or Aggregate Points; in QGIS, native:countpointsinpolygon or native:sumlinelengths [26].</w:t>
      </w:r>
    </w:p>
    <w:p>
      <w:r>
        <w:rPr>
          <w:b/>
        </w:rPr>
        <w:t xml:space="preserve">Why it was run on this data. </w:t>
      </w:r>
      <w:r>
        <w:rPr>
          <w:i w:val="0"/>
        </w:rPr>
        <w:t>Count Citizen flood reports inside each feature of Sub-catchments by type; the counts map as a choropleth (natural breaks, sequential colors) [27].</w:t>
      </w:r>
    </w:p>
    <w:p>
      <w:r>
        <w:rPr>
          <w:b/>
        </w:rPr>
        <w:t xml:space="preserve">What it found. </w:t>
      </w:r>
      <w:r>
        <w:rPr>
          <w:i w:val="0"/>
        </w:rPr>
        <w:t>Summarize within on Citizen flood reports, Sub-catchments: Summarize within: 1 layer saved: Summarize within: Sub-catchments (10 features) [11][22][28]. It reported result, count 10; result, elapsed ms 2; billing, cost 0.02822; billing, list price 0.02822; billing, upstream cost 0 [28].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10</w:t>
            </w:r>
          </w:p>
        </w:tc>
      </w:tr>
      <w:tr>
        <w:tc>
          <w:tcPr>
            <w:tcW w:type="dxa" w:w="4320"/>
          </w:tcPr>
          <w:p>
            <w:r>
              <w:t>result, elapsed ms</w:t>
            </w:r>
          </w:p>
        </w:tc>
        <w:tc>
          <w:tcPr>
            <w:tcW w:type="dxa" w:w="4320"/>
          </w:tcPr>
          <w:p>
            <w:r>
              <w:t>2</w:t>
            </w:r>
          </w:p>
        </w:tc>
      </w:tr>
      <w:tr>
        <w:tc>
          <w:tcPr>
            <w:tcW w:type="dxa" w:w="4320"/>
          </w:tcPr>
          <w:p>
            <w:r>
              <w:t>billing, cost</w:t>
            </w:r>
          </w:p>
        </w:tc>
        <w:tc>
          <w:tcPr>
            <w:tcW w:type="dxa" w:w="4320"/>
          </w:tcPr>
          <w:p>
            <w:r>
              <w:t>0.02822</w:t>
            </w:r>
          </w:p>
        </w:tc>
      </w:tr>
      <w:tr>
        <w:tc>
          <w:tcPr>
            <w:tcW w:type="dxa" w:w="4320"/>
          </w:tcPr>
          <w:p>
            <w:r>
              <w:t>billing, list price</w:t>
            </w:r>
          </w:p>
        </w:tc>
        <w:tc>
          <w:tcPr>
            <w:tcW w:type="dxa" w:w="4320"/>
          </w:tcPr>
          <w:p>
            <w:r>
              <w:t>0.02822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Citizen flood reports, Sub-catchments: Summarize within: 1 layer saved: Summarize within: Sub-catchments (10 features) [11][22][28].</w:t>
      </w:r>
    </w:p>
    <w:p>
      <w:pPr>
        <w:pStyle w:val="ListBullet"/>
      </w:pPr>
      <w:r>
        <w:rPr>
          <w:b/>
        </w:rPr>
        <w:t xml:space="preserve">Evidenced: </w:t>
      </w:r>
      <w:r>
        <w:t>It reported result, count 10; result, elapsed ms 2; billing, cost 0.02822; billing, list price 0.02822; billing, upstream cost 0 [28].</w:t>
      </w:r>
    </w:p>
    <w:p>
      <w:r>
        <w:rPr>
          <w:i/>
          <w:color w:val="525252"/>
          <w:sz w:val="17"/>
        </w:rPr>
        <w:t>Tool gp_summarize_within; parameters {"stats": [{"stat": "sum", "field": "water_depth_cm"}], "project": "61868fa2-4b0c-4a49-9b21-03b342758885", "features": {"layer": "Citizen flood reports (e21d361b)"}, "group_by": "type", "polygons": {"layer": "Sub-catchments (93ab58bf)"}}</w:t>
      </w:r>
    </w:p>
    <w:p>
      <w:pPr>
        <w:pStyle w:val="Heading1"/>
      </w:pPr>
      <w:r>
        <w:t>Summarize within</w:t>
      </w:r>
    </w:p>
    <w:p>
      <w:r>
        <w:rPr>
          <w:b/>
        </w:rPr>
        <w:t xml:space="preserve">What this analysis is. </w:t>
      </w:r>
      <w:r>
        <w:rPr>
          <w:i w:val="0"/>
        </w:rPr>
        <w:t>Summarize within: Count and aggregate the features inside each polygon (or bin), proportionally for lines and polygons [26]. In ArcGIS it is Summarize Within or Aggregate Points; in QGIS, native:countpointsinpolygon or native:sumlinelengths [26].</w:t>
      </w:r>
    </w:p>
    <w:p>
      <w:r>
        <w:rPr>
          <w:b/>
        </w:rPr>
        <w:t xml:space="preserve">Why it was run on this data. </w:t>
      </w:r>
      <w:r>
        <w:rPr>
          <w:i w:val="0"/>
        </w:rPr>
        <w:t>Count Citizen flood reports inside each feature of Sub-catchments by type; the counts map as a choropleth (natural breaks, sequential colors) [27].</w:t>
      </w:r>
    </w:p>
    <w:p>
      <w:r>
        <w:rPr>
          <w:b/>
        </w:rPr>
        <w:t xml:space="preserve">What it found. </w:t>
      </w:r>
      <w:r>
        <w:rPr>
          <w:i w:val="0"/>
        </w:rPr>
        <w:t>Summarize within on River gauge stations, Sub-catchments: Summarize within: 1 layer saved: Summarize within: Sub-catchments (10 features) [22][29][30]. It reported result, count 10; result, elapsed ms 0; billing, cost 0.01042; billing, list price 0.01042; billing, upstream cost 0 [29].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10</w:t>
            </w:r>
          </w:p>
        </w:tc>
      </w:tr>
      <w:tr>
        <w:tc>
          <w:tcPr>
            <w:tcW w:type="dxa" w:w="4320"/>
          </w:tcPr>
          <w:p>
            <w:r>
              <w:t>result, elapsed ms</w:t>
            </w:r>
          </w:p>
        </w:tc>
        <w:tc>
          <w:tcPr>
            <w:tcW w:type="dxa" w:w="4320"/>
          </w:tcPr>
          <w:p>
            <w:r>
              <w:t>0</w:t>
            </w:r>
          </w:p>
        </w:tc>
      </w:tr>
      <w:tr>
        <w:tc>
          <w:tcPr>
            <w:tcW w:type="dxa" w:w="4320"/>
          </w:tcPr>
          <w:p>
            <w:r>
              <w:t>billing, cost</w:t>
            </w:r>
          </w:p>
        </w:tc>
        <w:tc>
          <w:tcPr>
            <w:tcW w:type="dxa" w:w="4320"/>
          </w:tcPr>
          <w:p>
            <w:r>
              <w:t>0.01042</w:t>
            </w:r>
          </w:p>
        </w:tc>
      </w:tr>
      <w:tr>
        <w:tc>
          <w:tcPr>
            <w:tcW w:type="dxa" w:w="4320"/>
          </w:tcPr>
          <w:p>
            <w:r>
              <w:t>billing, list price</w:t>
            </w:r>
          </w:p>
        </w:tc>
        <w:tc>
          <w:tcPr>
            <w:tcW w:type="dxa" w:w="4320"/>
          </w:tcPr>
          <w:p>
            <w:r>
              <w:t>0.01042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River gauge stations, Sub-catchments: Summarize within: 1 layer saved: Summarize within: Sub-catchments (10 features) [22][29][30].</w:t>
      </w:r>
    </w:p>
    <w:p>
      <w:pPr>
        <w:pStyle w:val="ListBullet"/>
      </w:pPr>
      <w:r>
        <w:rPr>
          <w:b/>
        </w:rPr>
        <w:t xml:space="preserve">Evidenced: </w:t>
      </w:r>
      <w:r>
        <w:t>It reported result, count 10; result, elapsed ms 0; billing, cost 0.01042; billing, list price 0.01042; billing, upstream cost 0 [29].</w:t>
      </w:r>
    </w:p>
    <w:p>
      <w:r>
        <w:rPr>
          <w:i/>
          <w:color w:val="525252"/>
          <w:sz w:val="17"/>
        </w:rPr>
        <w:t>Tool gp_summarize_within; parameters {"stats": [{"stat": "sum", "field": "bank_full_m"}], "project": "61868fa2-4b0c-4a49-9b21-03b342758885", "features": {"layer": "River gauge stations (78d4554f)"}, "group_by": "river", "polygons": {"layer": "Sub-catchments (93ab58bf)"}}</w:t>
      </w:r>
    </w:p>
    <w:p>
      <w:pPr>
        <w:pStyle w:val="Heading1"/>
      </w:pPr>
      <w:r>
        <w:t>Summarize within</w:t>
      </w:r>
    </w:p>
    <w:p>
      <w:r>
        <w:rPr>
          <w:b/>
        </w:rPr>
        <w:t xml:space="preserve">What this analysis is. </w:t>
      </w:r>
      <w:r>
        <w:rPr>
          <w:i w:val="0"/>
        </w:rPr>
        <w:t>Summarize within: Count and aggregate the features inside each polygon (or bin), proportionally for lines and polygons [26]. In ArcGIS it is Summarize Within or Aggregate Points; in QGIS, native:countpointsinpolygon or native:sumlinelengths [26].</w:t>
      </w:r>
    </w:p>
    <w:p>
      <w:r>
        <w:rPr>
          <w:b/>
        </w:rPr>
        <w:t xml:space="preserve">Why it was run on this data. </w:t>
      </w:r>
      <w:r>
        <w:rPr>
          <w:i w:val="0"/>
        </w:rPr>
        <w:t>Count Citizen flood reports inside each feature of Sub-catchments by type; the counts map as a choropleth (natural breaks, sequential colors) [27].</w:t>
      </w:r>
    </w:p>
    <w:p>
      <w:r>
        <w:rPr>
          <w:b/>
        </w:rPr>
        <w:t xml:space="preserve">What it found. </w:t>
      </w:r>
      <w:r>
        <w:rPr>
          <w:i w:val="0"/>
        </w:rPr>
        <w:t>Summarize within on Rain gauges, Sub-catchments: Summarize within: 1 layer saved: Summarize within: Sub-catchments (10 features) [22][31][32]. It reported result, count 10; result, elapsed ms 0; billing, cost 0.01052; billing, list price 0.01052; billing, upstream cost 0 [31].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10</w:t>
            </w:r>
          </w:p>
        </w:tc>
      </w:tr>
      <w:tr>
        <w:tc>
          <w:tcPr>
            <w:tcW w:type="dxa" w:w="4320"/>
          </w:tcPr>
          <w:p>
            <w:r>
              <w:t>result, elapsed ms</w:t>
            </w:r>
          </w:p>
        </w:tc>
        <w:tc>
          <w:tcPr>
            <w:tcW w:type="dxa" w:w="4320"/>
          </w:tcPr>
          <w:p>
            <w:r>
              <w:t>0</w:t>
            </w:r>
          </w:p>
        </w:tc>
      </w:tr>
      <w:tr>
        <w:tc>
          <w:tcPr>
            <w:tcW w:type="dxa" w:w="4320"/>
          </w:tcPr>
          <w:p>
            <w:r>
              <w:t>billing, cost</w:t>
            </w:r>
          </w:p>
        </w:tc>
        <w:tc>
          <w:tcPr>
            <w:tcW w:type="dxa" w:w="4320"/>
          </w:tcPr>
          <w:p>
            <w:r>
              <w:t>0.01052</w:t>
            </w:r>
          </w:p>
        </w:tc>
      </w:tr>
      <w:tr>
        <w:tc>
          <w:tcPr>
            <w:tcW w:type="dxa" w:w="4320"/>
          </w:tcPr>
          <w:p>
            <w:r>
              <w:t>billing, list price</w:t>
            </w:r>
          </w:p>
        </w:tc>
        <w:tc>
          <w:tcPr>
            <w:tcW w:type="dxa" w:w="4320"/>
          </w:tcPr>
          <w:p>
            <w:r>
              <w:t>0.01052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Rain gauges, Sub-catchments: Summarize within: 1 layer saved: Summarize within: Sub-catchments (10 features) [22][31][32].</w:t>
      </w:r>
    </w:p>
    <w:p>
      <w:pPr>
        <w:pStyle w:val="ListBullet"/>
      </w:pPr>
      <w:r>
        <w:rPr>
          <w:b/>
        </w:rPr>
        <w:t xml:space="preserve">Evidenced: </w:t>
      </w:r>
      <w:r>
        <w:t>It reported result, count 10; result, elapsed ms 0; billing, cost 0.01052; billing, list price 0.01052; billing, upstream cost 0 [31].</w:t>
      </w:r>
    </w:p>
    <w:p>
      <w:r>
        <w:rPr>
          <w:i/>
          <w:color w:val="525252"/>
          <w:sz w:val="17"/>
        </w:rPr>
        <w:t>Tool gp_summarize_within; parameters {"stats": [{"stat": "sum", "field": "elevation_m"}], "project": "61868fa2-4b0c-4a49-9b21-03b342758885", "features": {"layer": "Rain gauges (3db367dc)"}, "polygons": {"layer": "Sub-catchments (93ab58bf)"}}</w:t>
      </w:r>
    </w:p>
    <w:p>
      <w:pPr>
        <w:pStyle w:val="Heading1"/>
      </w:pPr>
      <w:r>
        <w:t>Zonal statistics</w:t>
      </w:r>
    </w:p>
    <w:p>
      <w:r>
        <w:rPr>
          <w:b/>
        </w:rPr>
        <w:t xml:space="preserve">What this analysis is. </w:t>
      </w:r>
      <w:r>
        <w:rPr>
          <w:i w:val="0"/>
        </w:rPr>
        <w:t>Zonal statistics: count/min/max/mean/std/sum/median/majority per polygon as a table and as GeoJSON [33]. In ArcGIS it is Zonal Statistics as Table (polygons) [33].</w:t>
      </w:r>
    </w:p>
    <w:p>
      <w:r>
        <w:rPr>
          <w:b/>
        </w:rPr>
        <w:t xml:space="preserve">Why it was run on this data. </w:t>
      </w:r>
      <w:r>
        <w:rPr>
          <w:i w:val="0"/>
        </w:rPr>
        <w:t>Statistics of Catchment terrain model (DEM) inside each feature of Sub-catchments [34].</w:t>
      </w:r>
    </w:p>
    <w:p>
      <w:r>
        <w:rPr>
          <w:b/>
        </w:rPr>
        <w:t xml:space="preserve">What it found. </w:t>
      </w:r>
      <w:r>
        <w:rPr>
          <w:i w:val="0"/>
        </w:rPr>
        <w:t>The analysis utilized the Zonal statistics tool, specifically rs_zonal_statistics [35]. The resulting output contained 10 row(s) [35]. This statistical breakdown successfully processed 10 zones [35].</w:t>
      </w:r>
    </w:p>
    <w:p>
      <w:r>
        <w:rPr>
          <w:b/>
        </w:rPr>
        <w:t>Findings</w:t>
      </w:r>
    </w:p>
    <w:p>
      <w:pPr>
        <w:pStyle w:val="ListBullet"/>
      </w:pPr>
      <w:r>
        <w:rPr>
          <w:b/>
        </w:rPr>
        <w:t xml:space="preserve">Evidenced: </w:t>
      </w:r>
      <w:r>
        <w:t>Zonal statistics: Zonal statistics: 10 row(s) [35].</w:t>
      </w:r>
    </w:p>
    <w:p>
      <w:pPr>
        <w:pStyle w:val="ListBullet"/>
      </w:pPr>
      <w:r>
        <w:rPr>
          <w:b/>
        </w:rPr>
        <w:t xml:space="preserve">Evidenced: </w:t>
      </w:r>
      <w:r>
        <w:t>zones 10 [35].</w:t>
      </w:r>
    </w:p>
    <w:p>
      <w:r>
        <w:rPr>
          <w:i/>
          <w:color w:val="525252"/>
          <w:sz w:val="17"/>
        </w:rPr>
        <w:t>Tool rs_zonal_statistics; parameters {"stats": ["mean", "min", "max", "std"], "zones": "Sub-catchments (93ab58bf)", "raster_id": "Catchment terrain model (DEM) (8a54f320)"}</w:t>
      </w:r>
    </w:p>
    <w:p>
      <w:pPr>
        <w:pStyle w:val="Heading1"/>
      </w:pPr>
      <w:r>
        <w:t>Zonal statistics</w:t>
      </w:r>
    </w:p>
    <w:p>
      <w:r>
        <w:rPr>
          <w:b/>
        </w:rPr>
        <w:t xml:space="preserve">What this analysis is. </w:t>
      </w:r>
      <w:r>
        <w:rPr>
          <w:i w:val="0"/>
        </w:rPr>
        <w:t>Zonal statistics: count/min/max/mean/std/sum/median/majority per polygon as a table and as GeoJSON [33]. In ArcGIS it is Zonal Statistics as Table (polygons) [33].</w:t>
      </w:r>
    </w:p>
    <w:p>
      <w:r>
        <w:rPr>
          <w:b/>
        </w:rPr>
        <w:t xml:space="preserve">Why it was run on this data. </w:t>
      </w:r>
      <w:r>
        <w:rPr>
          <w:i w:val="0"/>
        </w:rPr>
        <w:t>Statistics of Catchment terrain model (DEM) inside each feature of Sub-catchments [34].</w:t>
      </w:r>
    </w:p>
    <w:p>
      <w:r>
        <w:rPr>
          <w:b/>
        </w:rPr>
        <w:t xml:space="preserve">What it found. </w:t>
      </w:r>
      <w:r>
        <w:rPr>
          <w:i w:val="0"/>
        </w:rPr>
        <w:t>The analysis utilized the tool rs_zonal_statistics for zonal statistics [36]. Based on the tool summary, the output contained 3 row(s) [36]. Additionally, the process processed 3 zones [36].</w:t>
      </w:r>
    </w:p>
    <w:p>
      <w:r>
        <w:rPr>
          <w:b/>
        </w:rPr>
        <w:t>Findings</w:t>
      </w:r>
    </w:p>
    <w:p>
      <w:pPr>
        <w:pStyle w:val="ListBullet"/>
      </w:pPr>
      <w:r>
        <w:rPr>
          <w:b/>
        </w:rPr>
        <w:t xml:space="preserve">Evidenced: </w:t>
      </w:r>
      <w:r>
        <w:t>Zonal statistics: Zonal statistics: 3 row(s) [36].</w:t>
      </w:r>
    </w:p>
    <w:p>
      <w:pPr>
        <w:pStyle w:val="ListBullet"/>
      </w:pPr>
      <w:r>
        <w:rPr>
          <w:b/>
        </w:rPr>
        <w:t xml:space="preserve">Evidenced: </w:t>
      </w:r>
      <w:r>
        <w:t>zones 3 [36].</w:t>
      </w:r>
    </w:p>
    <w:p>
      <w:r>
        <w:rPr>
          <w:i/>
          <w:color w:val="525252"/>
          <w:sz w:val="17"/>
        </w:rPr>
        <w:t>Tool rs_zonal_statistics; parameters {"stats": ["mean", "min", "max", "std"], "zones": "Mapped flood extents (32d0b09d)", "raster_id": "Catchment terrain model (DEM) (8a54f320)"}</w:t>
      </w:r>
    </w:p>
    <w:p>
      <w:pPr>
        <w:pStyle w:val="Heading1"/>
      </w:pPr>
      <w:r>
        <w:t>Slope</w:t>
      </w:r>
    </w:p>
    <w:p>
      <w:r>
        <w:rPr>
          <w:b/>
        </w:rPr>
        <w:t xml:space="preserve">What this analysis is. </w:t>
      </w:r>
      <w:r>
        <w:rPr>
          <w:i w:val="0"/>
        </w:rPr>
        <w:t>Slope: Horn slope in degrees or percent, with the share of ground in six grade classes [37]. In ArcGIS it is Slope (Spatial Analyst); in QGIS, Slope (GDAL DEM) [37].</w:t>
      </w:r>
    </w:p>
    <w:p>
      <w:r>
        <w:rPr>
          <w:b/>
        </w:rPr>
        <w:t xml:space="preserve">Why it was run on this data. </w:t>
      </w:r>
      <w:r>
        <w:rPr>
          <w:i w:val="0"/>
        </w:rPr>
        <w:t>Slope of the Catchment terrain model (DEM) surface [38].</w:t>
      </w:r>
    </w:p>
    <w:p>
      <w:r>
        <w:rPr>
          <w:b/>
        </w:rPr>
        <w:t xml:space="preserve">What it found. </w:t>
      </w:r>
      <w:r>
        <w:rPr>
          <w:i w:val="0"/>
        </w:rPr>
        <w:t>Slope on Catchment terrain model (DEM): Slope over 119.88 km2: mean 8.48 degrees, max 20.58 degrees; 68% of the ground is steeper than 15% [39][40]. DEM: Catchment terrain model (DEM) [39][40]. Verified: 2 checks passed [39][40]. It reported dem, cols 400; dem, rows 333; dem, cell m 30; dem, relief m 1,812; dem, elev max m 2,062; dem, elev min m 250 [39].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dem, cols</w:t>
            </w:r>
          </w:p>
        </w:tc>
        <w:tc>
          <w:tcPr>
            <w:tcW w:type="dxa" w:w="4320"/>
          </w:tcPr>
          <w:p>
            <w:r>
              <w:t>400</w:t>
            </w:r>
          </w:p>
        </w:tc>
      </w:tr>
      <w:tr>
        <w:tc>
          <w:tcPr>
            <w:tcW w:type="dxa" w:w="4320"/>
          </w:tcPr>
          <w:p>
            <w:r>
              <w:t>dem, rows</w:t>
            </w:r>
          </w:p>
        </w:tc>
        <w:tc>
          <w:tcPr>
            <w:tcW w:type="dxa" w:w="4320"/>
          </w:tcPr>
          <w:p>
            <w:r>
              <w:t>333</w:t>
            </w:r>
          </w:p>
        </w:tc>
      </w:tr>
      <w:tr>
        <w:tc>
          <w:tcPr>
            <w:tcW w:type="dxa" w:w="4320"/>
          </w:tcPr>
          <w:p>
            <w:r>
              <w:t>dem, cell m</w:t>
            </w:r>
          </w:p>
        </w:tc>
        <w:tc>
          <w:tcPr>
            <w:tcW w:type="dxa" w:w="4320"/>
          </w:tcPr>
          <w:p>
            <w:r>
              <w:t>30</w:t>
            </w:r>
          </w:p>
        </w:tc>
      </w:tr>
      <w:tr>
        <w:tc>
          <w:tcPr>
            <w:tcW w:type="dxa" w:w="4320"/>
          </w:tcPr>
          <w:p>
            <w:r>
              <w:t>dem, relief m</w:t>
            </w:r>
          </w:p>
        </w:tc>
        <w:tc>
          <w:tcPr>
            <w:tcW w:type="dxa" w:w="4320"/>
          </w:tcPr>
          <w:p>
            <w:r>
              <w:t>1,812</w:t>
            </w:r>
          </w:p>
        </w:tc>
      </w:tr>
      <w:tr>
        <w:tc>
          <w:tcPr>
            <w:tcW w:type="dxa" w:w="4320"/>
          </w:tcPr>
          <w:p>
            <w:r>
              <w:t>dem, elev max m</w:t>
            </w:r>
          </w:p>
        </w:tc>
        <w:tc>
          <w:tcPr>
            <w:tcW w:type="dxa" w:w="4320"/>
          </w:tcPr>
          <w:p>
            <w:r>
              <w:t>2,062</w:t>
            </w:r>
          </w:p>
        </w:tc>
      </w:tr>
      <w:tr>
        <w:tc>
          <w:tcPr>
            <w:tcW w:type="dxa" w:w="4320"/>
          </w:tcPr>
          <w:p>
            <w:r>
              <w:t>dem, elev min m</w:t>
            </w:r>
          </w:p>
        </w:tc>
        <w:tc>
          <w:tcPr>
            <w:tcW w:type="dxa" w:w="4320"/>
          </w:tcPr>
          <w:p>
            <w:r>
              <w:t>250</w:t>
            </w:r>
          </w:p>
        </w:tc>
      </w:tr>
      <w:tr>
        <w:tc>
          <w:tcPr>
            <w:tcW w:type="dxa" w:w="4320"/>
          </w:tcPr>
          <w:p>
            <w:r>
              <w:t>dem, elev mean m</w:t>
            </w:r>
          </w:p>
        </w:tc>
        <w:tc>
          <w:tcPr>
            <w:tcW w:type="dxa" w:w="4320"/>
          </w:tcPr>
          <w:p>
            <w:r>
              <w:t>882.8</w:t>
            </w:r>
          </w:p>
        </w:tc>
      </w:tr>
      <w:tr>
        <w:tc>
          <w:tcPr>
            <w:tcW w:type="dxa" w:w="4320"/>
          </w:tcPr>
          <w:p>
            <w:r>
              <w:t>dem, missing frac</w:t>
            </w:r>
          </w:p>
        </w:tc>
        <w:tc>
          <w:tcPr>
            <w:tcW w:type="dxa" w:w="4320"/>
          </w:tcPr>
          <w:p>
            <w:r>
              <w:t>0</w:t>
            </w:r>
          </w:p>
        </w:tc>
      </w:tr>
      <w:tr>
        <w:tc>
          <w:tcPr>
            <w:tcW w:type="dxa" w:w="4320"/>
          </w:tcPr>
          <w:p>
            <w:r>
              <w:t>cost, usd</w:t>
            </w:r>
          </w:p>
        </w:tc>
        <w:tc>
          <w:tcPr>
            <w:tcW w:type="dxa" w:w="4320"/>
          </w:tcPr>
          <w:p>
            <w:r>
              <w:t>0</w:t>
            </w:r>
          </w:p>
        </w:tc>
      </w:tr>
      <w:tr>
        <w:tc>
          <w:tcPr>
            <w:tcW w:type="dxa" w:w="4320"/>
          </w:tcPr>
          <w:p>
            <w:r>
              <w:t>grid, cols</w:t>
            </w:r>
          </w:p>
        </w:tc>
        <w:tc>
          <w:tcPr>
            <w:tcW w:type="dxa" w:w="4320"/>
          </w:tcPr>
          <w:p>
            <w:r>
              <w:t>400</w:t>
            </w:r>
          </w:p>
        </w:tc>
      </w:tr>
      <w:tr>
        <w:tc>
          <w:tcPr>
            <w:tcW w:type="dxa" w:w="4320"/>
          </w:tcPr>
          <w:p>
            <w:r>
              <w:t>grid, rows</w:t>
            </w:r>
          </w:p>
        </w:tc>
        <w:tc>
          <w:tcPr>
            <w:tcW w:type="dxa" w:w="4320"/>
          </w:tcPr>
          <w:p>
            <w:r>
              <w:t>333</w:t>
            </w:r>
          </w:p>
        </w:tc>
      </w:tr>
      <w:tr>
        <w:tc>
          <w:tcPr>
            <w:tcW w:type="dxa" w:w="4320"/>
          </w:tcPr>
          <w:p>
            <w:r>
              <w:t>grid, cell m</w:t>
            </w:r>
          </w:p>
        </w:tc>
        <w:tc>
          <w:tcPr>
            <w:tcW w:type="dxa" w:w="4320"/>
          </w:tcPr>
          <w:p>
            <w:r>
              <w:t>30</w:t>
            </w:r>
          </w:p>
        </w:tc>
      </w:tr>
      <w:tr>
        <w:tc>
          <w:tcPr>
            <w:tcW w:type="dxa" w:w="4320"/>
          </w:tcPr>
          <w:p>
            <w:r>
              <w:t>stats, max</w:t>
            </w:r>
          </w:p>
        </w:tc>
        <w:tc>
          <w:tcPr>
            <w:tcW w:type="dxa" w:w="4320"/>
          </w:tcPr>
          <w:p>
            <w:r>
              <w:t>20.58</w:t>
            </w:r>
          </w:p>
        </w:tc>
      </w:tr>
      <w:tr>
        <w:tc>
          <w:tcPr>
            <w:tcW w:type="dxa" w:w="4320"/>
          </w:tcPr>
          <w:p>
            <w:r>
              <w:t>stats, min</w:t>
            </w:r>
          </w:p>
        </w:tc>
        <w:tc>
          <w:tcPr>
            <w:tcW w:type="dxa" w:w="4320"/>
          </w:tcPr>
          <w:p>
            <w:r>
              <w:t>0.01</w:t>
            </w:r>
          </w:p>
        </w:tc>
      </w:tr>
      <w:tr>
        <w:tc>
          <w:tcPr>
            <w:tcW w:type="dxa" w:w="4320"/>
          </w:tcPr>
          <w:p>
            <w:r>
              <w:t>stats, mean</w:t>
            </w:r>
          </w:p>
        </w:tc>
        <w:tc>
          <w:tcPr>
            <w:tcW w:type="dxa" w:w="4320"/>
          </w:tcPr>
          <w:p>
            <w:r>
              <w:t>8.48</w:t>
            </w:r>
          </w:p>
        </w:tc>
      </w:tr>
      <w:tr>
        <w:tc>
          <w:tcPr>
            <w:tcW w:type="dxa" w:w="4320"/>
          </w:tcPr>
          <w:p>
            <w:r>
              <w:t>stats, median</w:t>
            </w:r>
          </w:p>
        </w:tc>
        <w:tc>
          <w:tcPr>
            <w:tcW w:type="dxa" w:w="4320"/>
          </w:tcPr>
          <w:p>
            <w:r>
              <w:t>10.33</w:t>
            </w:r>
          </w:p>
        </w:tc>
      </w:tr>
      <w:tr>
        <w:tc>
          <w:tcPr>
            <w:tcW w:type="dxa" w:w="4320"/>
          </w:tcPr>
          <w:p>
            <w:r>
              <w:t>stats, steeper than 15pct</w:t>
            </w:r>
          </w:p>
        </w:tc>
        <w:tc>
          <w:tcPr>
            <w:tcW w:type="dxa" w:w="4320"/>
          </w:tcPr>
          <w:p>
            <w:r>
              <w:t>68.27</w:t>
            </w:r>
          </w:p>
        </w:tc>
      </w:tr>
      <w:tr>
        <w:tc>
          <w:tcPr>
            <w:tcW w:type="dxa" w:w="4320"/>
          </w:tcPr>
          <w:p>
            <w:r>
              <w:t>rows left out</w:t>
            </w:r>
          </w:p>
        </w:tc>
        <w:tc>
          <w:tcPr>
            <w:tcW w:type="dxa" w:w="4320"/>
          </w:tcPr>
          <w:p>
            <w:r>
              <w:t>0</w:t>
            </w:r>
          </w:p>
        </w:tc>
      </w:tr>
    </w:tbl>
    <w:p/>
    <w:p>
      <w:r>
        <w:rPr>
          <w:b/>
        </w:rPr>
        <w:t>Findings</w:t>
      </w:r>
    </w:p>
    <w:p>
      <w:pPr>
        <w:pStyle w:val="ListBullet"/>
      </w:pPr>
      <w:r>
        <w:rPr>
          <w:b/>
        </w:rPr>
        <w:t xml:space="preserve">Evidenced: </w:t>
      </w:r>
      <w:r>
        <w:t>Slope on Catchment terrain model (DEM): Slope over 119.88 km2: mean 8.48 degrees, max 20.58 degrees; 68% of the ground is steeper than 15% [39][40].</w:t>
      </w:r>
    </w:p>
    <w:p>
      <w:pPr>
        <w:pStyle w:val="ListBullet"/>
      </w:pPr>
      <w:r>
        <w:rPr>
          <w:b/>
        </w:rPr>
        <w:t xml:space="preserve">Evidenced: </w:t>
      </w:r>
      <w:r>
        <w:t>DEM: Catchment terrain model (DEM) [39][40].</w:t>
      </w:r>
    </w:p>
    <w:p>
      <w:pPr>
        <w:pStyle w:val="ListBullet"/>
      </w:pPr>
      <w:r>
        <w:rPr>
          <w:b/>
        </w:rPr>
        <w:t xml:space="preserve">Evidenced: </w:t>
      </w:r>
      <w:r>
        <w:t>Verified: 2 checks passed [39][40].</w:t>
      </w:r>
    </w:p>
    <w:p>
      <w:pPr>
        <w:pStyle w:val="ListBullet"/>
      </w:pPr>
      <w:r>
        <w:rPr>
          <w:b/>
        </w:rPr>
        <w:t xml:space="preserve">Evidenced: </w:t>
      </w:r>
      <w:r>
        <w:t>It reported dem, cols 400; dem, rows 333; dem, cell m 30; dem, relief m 1,812; dem, elev max m 2,062; dem, elev min m 250 [39].</w:t>
      </w:r>
    </w:p>
    <w:p>
      <w:r>
        <w:rPr>
          <w:i/>
          <w:color w:val="525252"/>
          <w:sz w:val="17"/>
        </w:rPr>
        <w:t>Tool tr_slope; parameters {"dem": {"layer": "Catchment terrain model (DEM) (8a54f320)"}, "project": "61868fa2-4b0c-4a49-9b21-03b342758885"}</w:t>
      </w:r>
    </w:p>
    <w:p>
      <w:pPr>
        <w:pStyle w:val="Heading1"/>
      </w:pPr>
      <w:r>
        <w:t>Find point clusters</w:t>
      </w:r>
    </w:p>
    <w:p>
      <w:r>
        <w:rPr>
          <w:b/>
        </w:rPr>
        <w:t xml:space="preserve">What this analysis is. </w:t>
      </w:r>
      <w:r>
        <w:rPr>
          <w:i w:val="0"/>
        </w:rPr>
        <w:t>Find point clusters: Density-based clusters (DBSCAN, HDBSCAN or OPTICS, optionally space-time) with hulls and noise [41]. In ArcGIS it is Find Point Clusters or Density-based Clustering; in QGIS, native:dbscanclustering or native:stdbscanclustering [41].</w:t>
      </w:r>
    </w:p>
    <w:p>
      <w:r>
        <w:rPr>
          <w:b/>
        </w:rPr>
        <w:t xml:space="preserve">Why it was run on this data. </w:t>
      </w:r>
      <w:r>
        <w:rPr>
          <w:i w:val="0"/>
        </w:rPr>
        <w:t>DBSCAN finds dense groups of Citizen flood reports and separates noise [42].</w:t>
      </w:r>
    </w:p>
    <w:p>
      <w:r>
        <w:rPr>
          <w:b/>
        </w:rPr>
        <w:t xml:space="preserve">What it found. </w:t>
      </w:r>
      <w:r>
        <w:rPr>
          <w:i w:val="0"/>
        </w:rPr>
        <w:t>Find point clusters on Citizen flood reports: Find point clusters: 1 layer saved: Find point clusters: Citizen flood reports (900 features) [11][43]. It reported result, count 900; result, noise 900; result, distance m 200; result, elapsed ms 13; result, min points 20; billing, cost 0.068 [43].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900</w:t>
            </w:r>
          </w:p>
        </w:tc>
      </w:tr>
      <w:tr>
        <w:tc>
          <w:tcPr>
            <w:tcW w:type="dxa" w:w="4320"/>
          </w:tcPr>
          <w:p>
            <w:r>
              <w:t>result, noise</w:t>
            </w:r>
          </w:p>
        </w:tc>
        <w:tc>
          <w:tcPr>
            <w:tcW w:type="dxa" w:w="4320"/>
          </w:tcPr>
          <w:p>
            <w:r>
              <w:t>900</w:t>
            </w:r>
          </w:p>
        </w:tc>
      </w:tr>
      <w:tr>
        <w:tc>
          <w:tcPr>
            <w:tcW w:type="dxa" w:w="4320"/>
          </w:tcPr>
          <w:p>
            <w:r>
              <w:t>result, distance m</w:t>
            </w:r>
          </w:p>
        </w:tc>
        <w:tc>
          <w:tcPr>
            <w:tcW w:type="dxa" w:w="4320"/>
          </w:tcPr>
          <w:p>
            <w:r>
              <w:t>200</w:t>
            </w:r>
          </w:p>
        </w:tc>
      </w:tr>
      <w:tr>
        <w:tc>
          <w:tcPr>
            <w:tcW w:type="dxa" w:w="4320"/>
          </w:tcPr>
          <w:p>
            <w:r>
              <w:t>result, elapsed ms</w:t>
            </w:r>
          </w:p>
        </w:tc>
        <w:tc>
          <w:tcPr>
            <w:tcW w:type="dxa" w:w="4320"/>
          </w:tcPr>
          <w:p>
            <w:r>
              <w:t>13</w:t>
            </w:r>
          </w:p>
        </w:tc>
      </w:tr>
      <w:tr>
        <w:tc>
          <w:tcPr>
            <w:tcW w:type="dxa" w:w="4320"/>
          </w:tcPr>
          <w:p>
            <w:r>
              <w:t>result, min points</w:t>
            </w:r>
          </w:p>
        </w:tc>
        <w:tc>
          <w:tcPr>
            <w:tcW w:type="dxa" w:w="4320"/>
          </w:tcPr>
          <w:p>
            <w:r>
              <w:t>20</w:t>
            </w:r>
          </w:p>
        </w:tc>
      </w:tr>
      <w:tr>
        <w:tc>
          <w:tcPr>
            <w:tcW w:type="dxa" w:w="4320"/>
          </w:tcPr>
          <w:p>
            <w:r>
              <w:t>billing, cost</w:t>
            </w:r>
          </w:p>
        </w:tc>
        <w:tc>
          <w:tcPr>
            <w:tcW w:type="dxa" w:w="4320"/>
          </w:tcPr>
          <w:p>
            <w:r>
              <w:t>0.068</w:t>
            </w:r>
          </w:p>
        </w:tc>
      </w:tr>
      <w:tr>
        <w:tc>
          <w:tcPr>
            <w:tcW w:type="dxa" w:w="4320"/>
          </w:tcPr>
          <w:p>
            <w:r>
              <w:t>billing, list price</w:t>
            </w:r>
          </w:p>
        </w:tc>
        <w:tc>
          <w:tcPr>
            <w:tcW w:type="dxa" w:w="4320"/>
          </w:tcPr>
          <w:p>
            <w:r>
              <w:t>0.068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Citizen flood reports: Find point clusters: 1 layer saved: Find point clusters: Citizen flood reports (900 features) [11][43].</w:t>
      </w:r>
    </w:p>
    <w:p>
      <w:pPr>
        <w:pStyle w:val="ListBullet"/>
      </w:pPr>
      <w:r>
        <w:rPr>
          <w:b/>
        </w:rPr>
        <w:t xml:space="preserve">Evidenced: </w:t>
      </w:r>
      <w:r>
        <w:t>It reported result, count 900; result, noise 900; result, distance m 200; result, elapsed ms 13; result, min points 20; billing, cost 0.068 [43].</w:t>
      </w:r>
    </w:p>
    <w:p>
      <w:r>
        <w:rPr>
          <w:i/>
          <w:color w:val="525252"/>
          <w:sz w:val="17"/>
        </w:rPr>
        <w:t>Tool gp_find_point_clusters; parameters {"method": "dbscan", "project": "61868fa2-4b0c-4a49-9b21-03b342758885", "features": {"layer": "Citizen flood reports (e21d361b)"}, "distance_m": 200.0, "min_points": 20}</w:t>
      </w:r>
    </w:p>
    <w:p>
      <w:pPr>
        <w:pStyle w:val="Heading1"/>
      </w:pPr>
      <w:r>
        <w:t>Find point clusters</w:t>
      </w:r>
    </w:p>
    <w:p>
      <w:r>
        <w:rPr>
          <w:b/>
        </w:rPr>
        <w:t xml:space="preserve">What this analysis is. </w:t>
      </w:r>
      <w:r>
        <w:rPr>
          <w:i w:val="0"/>
        </w:rPr>
        <w:t>Find point clusters: Density-based clusters (DBSCAN, HDBSCAN or OPTICS, optionally space-time) with hulls and noise [41]. In ArcGIS it is Find Point Clusters or Density-based Clustering; in QGIS, native:dbscanclustering or native:stdbscanclustering [41].</w:t>
      </w:r>
    </w:p>
    <w:p>
      <w:r>
        <w:rPr>
          <w:b/>
        </w:rPr>
        <w:t xml:space="preserve">Why it was run on this data. </w:t>
      </w:r>
      <w:r>
        <w:rPr>
          <w:i w:val="0"/>
        </w:rPr>
        <w:t>DBSCAN finds dense groups of River gauge stations and separates noise [44].</w:t>
      </w:r>
    </w:p>
    <w:p>
      <w:r>
        <w:rPr>
          <w:b/>
        </w:rPr>
        <w:t xml:space="preserve">What it found. </w:t>
      </w:r>
      <w:r>
        <w:rPr>
          <w:i w:val="0"/>
        </w:rPr>
        <w:t>Find point clusters on River gauge stations: Find point clusters: 2 layers saved: Find point clusters: River gauge stations (10 features); Find point clusters: cluster hulls (2 features) [30][45]. It reported result, count 10; result, noise 3; result, distance m 2,000; result, elapsed ms 85; result, min points 3; billing, cost 0.0502 [45].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10</w:t>
            </w:r>
          </w:p>
        </w:tc>
      </w:tr>
      <w:tr>
        <w:tc>
          <w:tcPr>
            <w:tcW w:type="dxa" w:w="4320"/>
          </w:tcPr>
          <w:p>
            <w:r>
              <w:t>result, noise</w:t>
            </w:r>
          </w:p>
        </w:tc>
        <w:tc>
          <w:tcPr>
            <w:tcW w:type="dxa" w:w="4320"/>
          </w:tcPr>
          <w:p>
            <w:r>
              <w:t>3</w:t>
            </w:r>
          </w:p>
        </w:tc>
      </w:tr>
      <w:tr>
        <w:tc>
          <w:tcPr>
            <w:tcW w:type="dxa" w:w="4320"/>
          </w:tcPr>
          <w:p>
            <w:r>
              <w:t>result, distance m</w:t>
            </w:r>
          </w:p>
        </w:tc>
        <w:tc>
          <w:tcPr>
            <w:tcW w:type="dxa" w:w="4320"/>
          </w:tcPr>
          <w:p>
            <w:r>
              <w:t>2,000</w:t>
            </w:r>
          </w:p>
        </w:tc>
      </w:tr>
      <w:tr>
        <w:tc>
          <w:tcPr>
            <w:tcW w:type="dxa" w:w="4320"/>
          </w:tcPr>
          <w:p>
            <w:r>
              <w:t>result, elapsed ms</w:t>
            </w:r>
          </w:p>
        </w:tc>
        <w:tc>
          <w:tcPr>
            <w:tcW w:type="dxa" w:w="4320"/>
          </w:tcPr>
          <w:p>
            <w:r>
              <w:t>85</w:t>
            </w:r>
          </w:p>
        </w:tc>
      </w:tr>
      <w:tr>
        <w:tc>
          <w:tcPr>
            <w:tcW w:type="dxa" w:w="4320"/>
          </w:tcPr>
          <w:p>
            <w:r>
              <w:t>result, min points</w:t>
            </w:r>
          </w:p>
        </w:tc>
        <w:tc>
          <w:tcPr>
            <w:tcW w:type="dxa" w:w="4320"/>
          </w:tcPr>
          <w:p>
            <w:r>
              <w:t>3</w:t>
            </w:r>
          </w:p>
        </w:tc>
      </w:tr>
      <w:tr>
        <w:tc>
          <w:tcPr>
            <w:tcW w:type="dxa" w:w="4320"/>
          </w:tcPr>
          <w:p>
            <w:r>
              <w:t>billing, cost</w:t>
            </w:r>
          </w:p>
        </w:tc>
        <w:tc>
          <w:tcPr>
            <w:tcW w:type="dxa" w:w="4320"/>
          </w:tcPr>
          <w:p>
            <w:r>
              <w:t>0.0502</w:t>
            </w:r>
          </w:p>
        </w:tc>
      </w:tr>
      <w:tr>
        <w:tc>
          <w:tcPr>
            <w:tcW w:type="dxa" w:w="4320"/>
          </w:tcPr>
          <w:p>
            <w:r>
              <w:t>billing, list price</w:t>
            </w:r>
          </w:p>
        </w:tc>
        <w:tc>
          <w:tcPr>
            <w:tcW w:type="dxa" w:w="4320"/>
          </w:tcPr>
          <w:p>
            <w:r>
              <w:t>0.0502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River gauge stations: Find point clusters: 2 layers saved: Find point clusters: River gauge stations (10 features); Find point clusters: cluster hulls (2 features) [30][45].</w:t>
      </w:r>
    </w:p>
    <w:p>
      <w:pPr>
        <w:pStyle w:val="ListBullet"/>
      </w:pPr>
      <w:r>
        <w:rPr>
          <w:b/>
        </w:rPr>
        <w:t xml:space="preserve">Evidenced: </w:t>
      </w:r>
      <w:r>
        <w:t>It reported result, count 10; result, noise 3; result, distance m 2,000; result, elapsed ms 85; result, min points 3; billing, cost 0.0502 [45].</w:t>
      </w:r>
    </w:p>
    <w:p>
      <w:r>
        <w:rPr>
          <w:i/>
          <w:color w:val="525252"/>
          <w:sz w:val="17"/>
        </w:rPr>
        <w:t>Tool gp_find_point_clusters; parameters {"method": "dbscan", "project": "61868fa2-4b0c-4a49-9b21-03b342758885", "features": {"layer": "River gauge stations (78d4554f)"}, "distance_m": 2000.0, "min_points": 3}</w:t>
      </w:r>
    </w:p>
    <w:p>
      <w:pPr>
        <w:pStyle w:val="Heading1"/>
      </w:pPr>
      <w:r>
        <w:t>Find point clusters</w:t>
      </w:r>
    </w:p>
    <w:p>
      <w:r>
        <w:rPr>
          <w:b/>
        </w:rPr>
        <w:t xml:space="preserve">What this analysis is. </w:t>
      </w:r>
      <w:r>
        <w:rPr>
          <w:i w:val="0"/>
        </w:rPr>
        <w:t>Find point clusters: Density-based clusters (DBSCAN, HDBSCAN or OPTICS, optionally space-time) with hulls and noise [41]. In ArcGIS it is Find Point Clusters or Density-based Clustering; in QGIS, native:dbscanclustering or native:stdbscanclustering [41].</w:t>
      </w:r>
    </w:p>
    <w:p>
      <w:r>
        <w:rPr>
          <w:b/>
        </w:rPr>
        <w:t xml:space="preserve">Why it was run on this data. </w:t>
      </w:r>
      <w:r>
        <w:rPr>
          <w:i w:val="0"/>
        </w:rPr>
        <w:t>DBSCAN finds dense groups of Rain gauges and separates noise [46].</w:t>
      </w:r>
    </w:p>
    <w:p>
      <w:r>
        <w:rPr>
          <w:b/>
        </w:rPr>
        <w:t xml:space="preserve">What it found. </w:t>
      </w:r>
      <w:r>
        <w:rPr>
          <w:i w:val="0"/>
        </w:rPr>
        <w:t>Find point clusters on Rain gauges: Find point clusters: 2 layers saved: Find point clusters: Rain gauges (15 features); Find point clusters: cluster hulls (1 feature) [32][47]. It reported result, count 15; result, noise 0; result, distance m 5,000; result, elapsed ms 2; result, min points 3; billing, cost 0.0503 [47].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15</w:t>
            </w:r>
          </w:p>
        </w:tc>
      </w:tr>
      <w:tr>
        <w:tc>
          <w:tcPr>
            <w:tcW w:type="dxa" w:w="4320"/>
          </w:tcPr>
          <w:p>
            <w:r>
              <w:t>result, noise</w:t>
            </w:r>
          </w:p>
        </w:tc>
        <w:tc>
          <w:tcPr>
            <w:tcW w:type="dxa" w:w="4320"/>
          </w:tcPr>
          <w:p>
            <w:r>
              <w:t>0</w:t>
            </w:r>
          </w:p>
        </w:tc>
      </w:tr>
      <w:tr>
        <w:tc>
          <w:tcPr>
            <w:tcW w:type="dxa" w:w="4320"/>
          </w:tcPr>
          <w:p>
            <w:r>
              <w:t>result, distance m</w:t>
            </w:r>
          </w:p>
        </w:tc>
        <w:tc>
          <w:tcPr>
            <w:tcW w:type="dxa" w:w="4320"/>
          </w:tcPr>
          <w:p>
            <w:r>
              <w:t>5,000</w:t>
            </w:r>
          </w:p>
        </w:tc>
      </w:tr>
      <w:tr>
        <w:tc>
          <w:tcPr>
            <w:tcW w:type="dxa" w:w="4320"/>
          </w:tcPr>
          <w:p>
            <w:r>
              <w:t>result, elapsed ms</w:t>
            </w:r>
          </w:p>
        </w:tc>
        <w:tc>
          <w:tcPr>
            <w:tcW w:type="dxa" w:w="4320"/>
          </w:tcPr>
          <w:p>
            <w:r>
              <w:t>2</w:t>
            </w:r>
          </w:p>
        </w:tc>
      </w:tr>
      <w:tr>
        <w:tc>
          <w:tcPr>
            <w:tcW w:type="dxa" w:w="4320"/>
          </w:tcPr>
          <w:p>
            <w:r>
              <w:t>result, min points</w:t>
            </w:r>
          </w:p>
        </w:tc>
        <w:tc>
          <w:tcPr>
            <w:tcW w:type="dxa" w:w="4320"/>
          </w:tcPr>
          <w:p>
            <w:r>
              <w:t>3</w:t>
            </w:r>
          </w:p>
        </w:tc>
      </w:tr>
      <w:tr>
        <w:tc>
          <w:tcPr>
            <w:tcW w:type="dxa" w:w="4320"/>
          </w:tcPr>
          <w:p>
            <w:r>
              <w:t>billing, cost</w:t>
            </w:r>
          </w:p>
        </w:tc>
        <w:tc>
          <w:tcPr>
            <w:tcW w:type="dxa" w:w="4320"/>
          </w:tcPr>
          <w:p>
            <w:r>
              <w:t>0.0503</w:t>
            </w:r>
          </w:p>
        </w:tc>
      </w:tr>
      <w:tr>
        <w:tc>
          <w:tcPr>
            <w:tcW w:type="dxa" w:w="4320"/>
          </w:tcPr>
          <w:p>
            <w:r>
              <w:t>billing, list price</w:t>
            </w:r>
          </w:p>
        </w:tc>
        <w:tc>
          <w:tcPr>
            <w:tcW w:type="dxa" w:w="4320"/>
          </w:tcPr>
          <w:p>
            <w:r>
              <w:t>0.0503</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Rain gauges: Find point clusters: 2 layers saved: Find point clusters: Rain gauges (15 features); Find point clusters: cluster hulls (1 feature) [32][47].</w:t>
      </w:r>
    </w:p>
    <w:p>
      <w:pPr>
        <w:pStyle w:val="ListBullet"/>
      </w:pPr>
      <w:r>
        <w:rPr>
          <w:b/>
        </w:rPr>
        <w:t xml:space="preserve">Evidenced: </w:t>
      </w:r>
      <w:r>
        <w:t>It reported result, count 15; result, noise 0; result, distance m 5,000; result, elapsed ms 2; result, min points 3; billing, cost 0.0503 [47].</w:t>
      </w:r>
    </w:p>
    <w:p>
      <w:r>
        <w:rPr>
          <w:i/>
          <w:color w:val="525252"/>
          <w:sz w:val="17"/>
        </w:rPr>
        <w:t>A model draft was discarded because a sentence did not cite a source of this section.</w:t>
      </w:r>
    </w:p>
    <w:p>
      <w:r>
        <w:rPr>
          <w:i/>
          <w:color w:val="525252"/>
          <w:sz w:val="17"/>
        </w:rPr>
        <w:t>Tool gp_find_point_clusters; parameters {"method": "dbscan", "project": "61868fa2-4b0c-4a49-9b21-03b342758885", "features": {"layer": "Rain gauges (3db367dc)"}, "distance_m": 5000.0, "min_points": 3}</w:t>
      </w:r>
    </w:p>
    <w:p>
      <w:pPr>
        <w:pStyle w:val="Heading1"/>
      </w:pPr>
      <w:r>
        <w:t>Maps and charts</w:t>
      </w:r>
    </w:p>
    <w:p>
      <w:r>
        <w:rPr>
          <w:i w:val="0"/>
        </w:rPr>
        <w:t>The run also made 16 map image(s) [48][49][50][51][52][53][54][55][56][57][58][59][60][61][62][63] and 18 chart(s) [64][65][66][67][68][69][70][71][72][73][74][75][76][77][78][79][80][81].</w:t>
      </w:r>
    </w:p>
    <w:p>
      <w:pPr>
        <w:jc w:val="center"/>
      </w:pPr>
      <w:r>
        <w:drawing>
          <wp:inline xmlns:a="http://schemas.openxmlformats.org/drawingml/2006/main" xmlns:pic="http://schemas.openxmlformats.org/drawingml/2006/picture">
            <wp:extent cx="5760720" cy="3840480"/>
            <wp:docPr id="2" name="Picture 2"/>
            <wp:cNvGraphicFramePr>
              <a:graphicFrameLocks noChangeAspect="1"/>
            </wp:cNvGraphicFramePr>
            <a:graphic>
              <a:graphicData uri="http://schemas.openxmlformats.org/drawingml/2006/picture">
                <pic:pic>
                  <pic:nvPicPr>
                    <pic:cNvPr id="0" name="001.jpg"/>
                    <pic:cNvPicPr/>
                  </pic:nvPicPr>
                  <pic:blipFill>
                    <a:blip r:embed="rId10"/>
                    <a:stretch>
                      <a:fillRect/>
                    </a:stretch>
                  </pic:blipFill>
                  <pic:spPr>
                    <a:xfrm>
                      <a:off x="0" y="0"/>
                      <a:ext cx="5760720" cy="3840480"/>
                    </a:xfrm>
                    <a:prstGeom prst="rect"/>
                  </pic:spPr>
                </pic:pic>
              </a:graphicData>
            </a:graphic>
          </wp:inline>
        </w:drawing>
      </w:r>
    </w:p>
    <w:p>
      <w:r>
        <w:rPr>
          <w:i/>
          <w:color w:val="525252"/>
          <w:sz w:val="17"/>
        </w:rPr>
        <w:t>Figure 2. Emerging hot spots: Citizen flood reports [48]</w:t>
      </w:r>
    </w:p>
    <w:p>
      <w:pPr>
        <w:jc w:val="center"/>
      </w:pPr>
      <w:r>
        <w:drawing>
          <wp:inline xmlns:a="http://schemas.openxmlformats.org/drawingml/2006/main" xmlns:pic="http://schemas.openxmlformats.org/drawingml/2006/picture">
            <wp:extent cx="5760720" cy="3840480"/>
            <wp:docPr id="3" name="Picture 3"/>
            <wp:cNvGraphicFramePr>
              <a:graphicFrameLocks noChangeAspect="1"/>
            </wp:cNvGraphicFramePr>
            <a:graphic>
              <a:graphicData uri="http://schemas.openxmlformats.org/drawingml/2006/picture">
                <pic:pic>
                  <pic:nvPicPr>
                    <pic:cNvPr id="0" name="002.jpg"/>
                    <pic:cNvPicPr/>
                  </pic:nvPicPr>
                  <pic:blipFill>
                    <a:blip r:embed="rId11"/>
                    <a:stretch>
                      <a:fillRect/>
                    </a:stretch>
                  </pic:blipFill>
                  <pic:spPr>
                    <a:xfrm>
                      <a:off x="0" y="0"/>
                      <a:ext cx="5760720" cy="3840480"/>
                    </a:xfrm>
                    <a:prstGeom prst="rect"/>
                  </pic:spPr>
                </pic:pic>
              </a:graphicData>
            </a:graphic>
          </wp:inline>
        </w:drawing>
      </w:r>
    </w:p>
    <w:p>
      <w:r>
        <w:rPr>
          <w:i/>
          <w:color w:val="525252"/>
          <w:sz w:val="17"/>
        </w:rPr>
        <w:t>Figure 3. Repeat and near repeat classification: Citizen flood reports [49]</w:t>
      </w:r>
    </w:p>
    <w:p>
      <w:pPr>
        <w:jc w:val="center"/>
      </w:pPr>
      <w:r>
        <w:drawing>
          <wp:inline xmlns:a="http://schemas.openxmlformats.org/drawingml/2006/main" xmlns:pic="http://schemas.openxmlformats.org/drawingml/2006/picture">
            <wp:extent cx="5760720" cy="3840480"/>
            <wp:docPr id="4" name="Picture 4"/>
            <wp:cNvGraphicFramePr>
              <a:graphicFrameLocks noChangeAspect="1"/>
            </wp:cNvGraphicFramePr>
            <a:graphic>
              <a:graphicData uri="http://schemas.openxmlformats.org/drawingml/2006/picture">
                <pic:pic>
                  <pic:nvPicPr>
                    <pic:cNvPr id="0" name="004.jpg"/>
                    <pic:cNvPicPr/>
                  </pic:nvPicPr>
                  <pic:blipFill>
                    <a:blip r:embed="rId12"/>
                    <a:stretch>
                      <a:fillRect/>
                    </a:stretch>
                  </pic:blipFill>
                  <pic:spPr>
                    <a:xfrm>
                      <a:off x="0" y="0"/>
                      <a:ext cx="5760720" cy="3840480"/>
                    </a:xfrm>
                    <a:prstGeom prst="rect"/>
                  </pic:spPr>
                </pic:pic>
              </a:graphicData>
            </a:graphic>
          </wp:inline>
        </w:drawing>
      </w:r>
    </w:p>
    <w:p>
      <w:r>
        <w:rPr>
          <w:i/>
          <w:color w:val="525252"/>
          <w:sz w:val="17"/>
        </w:rPr>
        <w:t>Figure 4. Hot spot analysis: Citizen flood reports [50]</w:t>
      </w:r>
    </w:p>
    <w:p>
      <w:pPr>
        <w:jc w:val="center"/>
      </w:pPr>
      <w:r>
        <w:drawing>
          <wp:inline xmlns:a="http://schemas.openxmlformats.org/drawingml/2006/main" xmlns:pic="http://schemas.openxmlformats.org/drawingml/2006/picture">
            <wp:extent cx="5760720" cy="3840480"/>
            <wp:docPr id="5" name="Picture 5"/>
            <wp:cNvGraphicFramePr>
              <a:graphicFrameLocks noChangeAspect="1"/>
            </wp:cNvGraphicFramePr>
            <a:graphic>
              <a:graphicData uri="http://schemas.openxmlformats.org/drawingml/2006/picture">
                <pic:pic>
                  <pic:nvPicPr>
                    <pic:cNvPr id="0" name="006.jpg"/>
                    <pic:cNvPicPr/>
                  </pic:nvPicPr>
                  <pic:blipFill>
                    <a:blip r:embed="rId13"/>
                    <a:stretch>
                      <a:fillRect/>
                    </a:stretch>
                  </pic:blipFill>
                  <pic:spPr>
                    <a:xfrm>
                      <a:off x="0" y="0"/>
                      <a:ext cx="5760720" cy="3840480"/>
                    </a:xfrm>
                    <a:prstGeom prst="rect"/>
                  </pic:spPr>
                </pic:pic>
              </a:graphicData>
            </a:graphic>
          </wp:inline>
        </w:drawing>
      </w:r>
    </w:p>
    <w:p>
      <w:r>
        <w:rPr>
          <w:i/>
          <w:color w:val="525252"/>
          <w:sz w:val="17"/>
        </w:rPr>
        <w:t>Figure 5. Hot spot analysis: Sub-catchments [51]</w:t>
      </w:r>
    </w:p>
    <w:p>
      <w:pPr>
        <w:jc w:val="center"/>
      </w:pPr>
      <w:r>
        <w:drawing>
          <wp:inline xmlns:a="http://schemas.openxmlformats.org/drawingml/2006/main" xmlns:pic="http://schemas.openxmlformats.org/drawingml/2006/picture">
            <wp:extent cx="5760720" cy="3840480"/>
            <wp:docPr id="6" name="Picture 6"/>
            <wp:cNvGraphicFramePr>
              <a:graphicFrameLocks noChangeAspect="1"/>
            </wp:cNvGraphicFramePr>
            <a:graphic>
              <a:graphicData uri="http://schemas.openxmlformats.org/drawingml/2006/picture">
                <pic:pic>
                  <pic:nvPicPr>
                    <pic:cNvPr id="0" name="008.jpg"/>
                    <pic:cNvPicPr/>
                  </pic:nvPicPr>
                  <pic:blipFill>
                    <a:blip r:embed="rId14"/>
                    <a:stretch>
                      <a:fillRect/>
                    </a:stretch>
                  </pic:blipFill>
                  <pic:spPr>
                    <a:xfrm>
                      <a:off x="0" y="0"/>
                      <a:ext cx="5760720" cy="3840480"/>
                    </a:xfrm>
                    <a:prstGeom prst="rect"/>
                  </pic:spPr>
                </pic:pic>
              </a:graphicData>
            </a:graphic>
          </wp:inline>
        </w:drawing>
      </w:r>
    </w:p>
    <w:p>
      <w:r>
        <w:rPr>
          <w:i/>
          <w:color w:val="525252"/>
          <w:sz w:val="17"/>
        </w:rPr>
        <w:t>Figure 6. Calculate density: Citizen flood reports [52]</w:t>
      </w:r>
    </w:p>
    <w:p>
      <w:pPr>
        <w:jc w:val="center"/>
      </w:pPr>
      <w:r>
        <w:drawing>
          <wp:inline xmlns:a="http://schemas.openxmlformats.org/drawingml/2006/main" xmlns:pic="http://schemas.openxmlformats.org/drawingml/2006/picture">
            <wp:extent cx="5760720" cy="3840480"/>
            <wp:docPr id="7" name="Picture 7"/>
            <wp:cNvGraphicFramePr>
              <a:graphicFrameLocks noChangeAspect="1"/>
            </wp:cNvGraphicFramePr>
            <a:graphic>
              <a:graphicData uri="http://schemas.openxmlformats.org/drawingml/2006/picture">
                <pic:pic>
                  <pic:nvPicPr>
                    <pic:cNvPr id="0" name="010.jpg"/>
                    <pic:cNvPicPr/>
                  </pic:nvPicPr>
                  <pic:blipFill>
                    <a:blip r:embed="rId15"/>
                    <a:stretch>
                      <a:fillRect/>
                    </a:stretch>
                  </pic:blipFill>
                  <pic:spPr>
                    <a:xfrm>
                      <a:off x="0" y="0"/>
                      <a:ext cx="5760720" cy="3840480"/>
                    </a:xfrm>
                    <a:prstGeom prst="rect"/>
                  </pic:spPr>
                </pic:pic>
              </a:graphicData>
            </a:graphic>
          </wp:inline>
        </w:drawing>
      </w:r>
    </w:p>
    <w:p>
      <w:r>
        <w:rPr>
          <w:i/>
          <w:color w:val="525252"/>
          <w:sz w:val="17"/>
        </w:rPr>
        <w:t>Figure 7. Summarize within: Sub-catchments [53]</w:t>
      </w:r>
    </w:p>
    <w:p>
      <w:pPr>
        <w:jc w:val="center"/>
      </w:pPr>
      <w:r>
        <w:drawing>
          <wp:inline xmlns:a="http://schemas.openxmlformats.org/drawingml/2006/main" xmlns:pic="http://schemas.openxmlformats.org/drawingml/2006/picture">
            <wp:extent cx="5760720" cy="3840480"/>
            <wp:docPr id="8" name="Picture 8"/>
            <wp:cNvGraphicFramePr>
              <a:graphicFrameLocks noChangeAspect="1"/>
            </wp:cNvGraphicFramePr>
            <a:graphic>
              <a:graphicData uri="http://schemas.openxmlformats.org/drawingml/2006/picture">
                <pic:pic>
                  <pic:nvPicPr>
                    <pic:cNvPr id="0" name="012.jpg"/>
                    <pic:cNvPicPr/>
                  </pic:nvPicPr>
                  <pic:blipFill>
                    <a:blip r:embed="rId16"/>
                    <a:stretch>
                      <a:fillRect/>
                    </a:stretch>
                  </pic:blipFill>
                  <pic:spPr>
                    <a:xfrm>
                      <a:off x="0" y="0"/>
                      <a:ext cx="5760720" cy="3840480"/>
                    </a:xfrm>
                    <a:prstGeom prst="rect"/>
                  </pic:spPr>
                </pic:pic>
              </a:graphicData>
            </a:graphic>
          </wp:inline>
        </w:drawing>
      </w:r>
    </w:p>
    <w:p>
      <w:r>
        <w:rPr>
          <w:i/>
          <w:color w:val="525252"/>
          <w:sz w:val="17"/>
        </w:rPr>
        <w:t>Figure 8. Summarize within: Sub-catchments [54]</w:t>
      </w:r>
    </w:p>
    <w:p>
      <w:pPr>
        <w:jc w:val="center"/>
      </w:pPr>
      <w:r>
        <w:drawing>
          <wp:inline xmlns:a="http://schemas.openxmlformats.org/drawingml/2006/main" xmlns:pic="http://schemas.openxmlformats.org/drawingml/2006/picture">
            <wp:extent cx="5760720" cy="3840480"/>
            <wp:docPr id="9" name="Picture 9"/>
            <wp:cNvGraphicFramePr>
              <a:graphicFrameLocks noChangeAspect="1"/>
            </wp:cNvGraphicFramePr>
            <a:graphic>
              <a:graphicData uri="http://schemas.openxmlformats.org/drawingml/2006/picture">
                <pic:pic>
                  <pic:nvPicPr>
                    <pic:cNvPr id="0" name="015.jpg"/>
                    <pic:cNvPicPr/>
                  </pic:nvPicPr>
                  <pic:blipFill>
                    <a:blip r:embed="rId17"/>
                    <a:stretch>
                      <a:fillRect/>
                    </a:stretch>
                  </pic:blipFill>
                  <pic:spPr>
                    <a:xfrm>
                      <a:off x="0" y="0"/>
                      <a:ext cx="5760720" cy="3840480"/>
                    </a:xfrm>
                    <a:prstGeom prst="rect"/>
                  </pic:spPr>
                </pic:pic>
              </a:graphicData>
            </a:graphic>
          </wp:inline>
        </w:drawing>
      </w:r>
    </w:p>
    <w:p>
      <w:r>
        <w:rPr>
          <w:i/>
          <w:color w:val="525252"/>
          <w:sz w:val="17"/>
        </w:rPr>
        <w:t>Figure 9. Summarize within: Sub-catchments [55]</w:t>
      </w:r>
    </w:p>
    <w:p>
      <w:pPr>
        <w:jc w:val="center"/>
      </w:pPr>
      <w:r>
        <w:drawing>
          <wp:inline xmlns:a="http://schemas.openxmlformats.org/drawingml/2006/main" xmlns:pic="http://schemas.openxmlformats.org/drawingml/2006/picture">
            <wp:extent cx="5760720" cy="3840480"/>
            <wp:docPr id="10" name="Picture 10"/>
            <wp:cNvGraphicFramePr>
              <a:graphicFrameLocks noChangeAspect="1"/>
            </wp:cNvGraphicFramePr>
            <a:graphic>
              <a:graphicData uri="http://schemas.openxmlformats.org/drawingml/2006/picture">
                <pic:pic>
                  <pic:nvPicPr>
                    <pic:cNvPr id="0" name="016.jpg"/>
                    <pic:cNvPicPr/>
                  </pic:nvPicPr>
                  <pic:blipFill>
                    <a:blip r:embed="rId18"/>
                    <a:stretch>
                      <a:fillRect/>
                    </a:stretch>
                  </pic:blipFill>
                  <pic:spPr>
                    <a:xfrm>
                      <a:off x="0" y="0"/>
                      <a:ext cx="5760720" cy="3840480"/>
                    </a:xfrm>
                    <a:prstGeom prst="rect"/>
                  </pic:spPr>
                </pic:pic>
              </a:graphicData>
            </a:graphic>
          </wp:inline>
        </w:drawing>
      </w:r>
    </w:p>
    <w:p>
      <w:r>
        <w:rPr>
          <w:i/>
          <w:color w:val="525252"/>
          <w:sz w:val="17"/>
        </w:rPr>
        <w:t>Figure 10. Slope (degrees) [56]</w:t>
      </w:r>
    </w:p>
    <w:p>
      <w:pPr>
        <w:jc w:val="center"/>
      </w:pPr>
      <w:r>
        <w:drawing>
          <wp:inline xmlns:a="http://schemas.openxmlformats.org/drawingml/2006/main" xmlns:pic="http://schemas.openxmlformats.org/drawingml/2006/picture">
            <wp:extent cx="5760720" cy="3840480"/>
            <wp:docPr id="11" name="Picture 11"/>
            <wp:cNvGraphicFramePr>
              <a:graphicFrameLocks noChangeAspect="1"/>
            </wp:cNvGraphicFramePr>
            <a:graphic>
              <a:graphicData uri="http://schemas.openxmlformats.org/drawingml/2006/picture">
                <pic:pic>
                  <pic:nvPicPr>
                    <pic:cNvPr id="0" name="018.jpg"/>
                    <pic:cNvPicPr/>
                  </pic:nvPicPr>
                  <pic:blipFill>
                    <a:blip r:embed="rId19"/>
                    <a:stretch>
                      <a:fillRect/>
                    </a:stretch>
                  </pic:blipFill>
                  <pic:spPr>
                    <a:xfrm>
                      <a:off x="0" y="0"/>
                      <a:ext cx="5760720" cy="3840480"/>
                    </a:xfrm>
                    <a:prstGeom prst="rect"/>
                  </pic:spPr>
                </pic:pic>
              </a:graphicData>
            </a:graphic>
          </wp:inline>
        </w:drawing>
      </w:r>
    </w:p>
    <w:p>
      <w:r>
        <w:rPr>
          <w:i/>
          <w:color w:val="525252"/>
          <w:sz w:val="17"/>
        </w:rPr>
        <w:t>Figure 11. Find point clusters: Citizen flood reports [57]</w:t>
      </w:r>
    </w:p>
    <w:p>
      <w:pPr>
        <w:jc w:val="center"/>
      </w:pPr>
      <w:r>
        <w:drawing>
          <wp:inline xmlns:a="http://schemas.openxmlformats.org/drawingml/2006/main" xmlns:pic="http://schemas.openxmlformats.org/drawingml/2006/picture">
            <wp:extent cx="5760720" cy="3840480"/>
            <wp:docPr id="12" name="Picture 12"/>
            <wp:cNvGraphicFramePr>
              <a:graphicFrameLocks noChangeAspect="1"/>
            </wp:cNvGraphicFramePr>
            <a:graphic>
              <a:graphicData uri="http://schemas.openxmlformats.org/drawingml/2006/picture">
                <pic:pic>
                  <pic:nvPicPr>
                    <pic:cNvPr id="0" name="020.jpg"/>
                    <pic:cNvPicPr/>
                  </pic:nvPicPr>
                  <pic:blipFill>
                    <a:blip r:embed="rId20"/>
                    <a:stretch>
                      <a:fillRect/>
                    </a:stretch>
                  </pic:blipFill>
                  <pic:spPr>
                    <a:xfrm>
                      <a:off x="0" y="0"/>
                      <a:ext cx="5760720" cy="3840480"/>
                    </a:xfrm>
                    <a:prstGeom prst="rect"/>
                  </pic:spPr>
                </pic:pic>
              </a:graphicData>
            </a:graphic>
          </wp:inline>
        </w:drawing>
      </w:r>
    </w:p>
    <w:p>
      <w:r>
        <w:rPr>
          <w:i/>
          <w:color w:val="525252"/>
          <w:sz w:val="17"/>
        </w:rPr>
        <w:t>Figure 12. Find point clusters: River gauge stations [58]</w:t>
      </w:r>
    </w:p>
    <w:p>
      <w:pPr>
        <w:jc w:val="center"/>
      </w:pPr>
      <w:r>
        <w:drawing>
          <wp:inline xmlns:a="http://schemas.openxmlformats.org/drawingml/2006/main" xmlns:pic="http://schemas.openxmlformats.org/drawingml/2006/picture">
            <wp:extent cx="5760720" cy="3840480"/>
            <wp:docPr id="13" name="Picture 13"/>
            <wp:cNvGraphicFramePr>
              <a:graphicFrameLocks noChangeAspect="1"/>
            </wp:cNvGraphicFramePr>
            <a:graphic>
              <a:graphicData uri="http://schemas.openxmlformats.org/drawingml/2006/picture">
                <pic:pic>
                  <pic:nvPicPr>
                    <pic:cNvPr id="0" name="023.jpg"/>
                    <pic:cNvPicPr/>
                  </pic:nvPicPr>
                  <pic:blipFill>
                    <a:blip r:embed="rId21"/>
                    <a:stretch>
                      <a:fillRect/>
                    </a:stretch>
                  </pic:blipFill>
                  <pic:spPr>
                    <a:xfrm>
                      <a:off x="0" y="0"/>
                      <a:ext cx="5760720" cy="3840480"/>
                    </a:xfrm>
                    <a:prstGeom prst="rect"/>
                  </pic:spPr>
                </pic:pic>
              </a:graphicData>
            </a:graphic>
          </wp:inline>
        </w:drawing>
      </w:r>
    </w:p>
    <w:p>
      <w:r>
        <w:rPr>
          <w:i/>
          <w:color w:val="525252"/>
          <w:sz w:val="17"/>
        </w:rPr>
        <w:t>Figure 13. Find point clusters: cluster hulls [59]</w:t>
      </w:r>
    </w:p>
    <w:p>
      <w:pPr>
        <w:jc w:val="center"/>
      </w:pPr>
      <w:r>
        <w:drawing>
          <wp:inline xmlns:a="http://schemas.openxmlformats.org/drawingml/2006/main" xmlns:pic="http://schemas.openxmlformats.org/drawingml/2006/picture">
            <wp:extent cx="5760720" cy="3840480"/>
            <wp:docPr id="14" name="Picture 14"/>
            <wp:cNvGraphicFramePr>
              <a:graphicFrameLocks noChangeAspect="1"/>
            </wp:cNvGraphicFramePr>
            <a:graphic>
              <a:graphicData uri="http://schemas.openxmlformats.org/drawingml/2006/picture">
                <pic:pic>
                  <pic:nvPicPr>
                    <pic:cNvPr id="0" name="025.jpg"/>
                    <pic:cNvPicPr/>
                  </pic:nvPicPr>
                  <pic:blipFill>
                    <a:blip r:embed="rId22"/>
                    <a:stretch>
                      <a:fillRect/>
                    </a:stretch>
                  </pic:blipFill>
                  <pic:spPr>
                    <a:xfrm>
                      <a:off x="0" y="0"/>
                      <a:ext cx="5760720" cy="3840480"/>
                    </a:xfrm>
                    <a:prstGeom prst="rect"/>
                  </pic:spPr>
                </pic:pic>
              </a:graphicData>
            </a:graphic>
          </wp:inline>
        </w:drawing>
      </w:r>
    </w:p>
    <w:p>
      <w:r>
        <w:rPr>
          <w:i/>
          <w:color w:val="525252"/>
          <w:sz w:val="17"/>
        </w:rPr>
        <w:t>Figure 14. Find point clusters: Rain gauges [60]</w:t>
      </w:r>
    </w:p>
    <w:p>
      <w:pPr>
        <w:jc w:val="center"/>
      </w:pPr>
      <w:r>
        <w:drawing>
          <wp:inline xmlns:a="http://schemas.openxmlformats.org/drawingml/2006/main" xmlns:pic="http://schemas.openxmlformats.org/drawingml/2006/picture">
            <wp:extent cx="5760720" cy="3840480"/>
            <wp:docPr id="15" name="Picture 15"/>
            <wp:cNvGraphicFramePr>
              <a:graphicFrameLocks noChangeAspect="1"/>
            </wp:cNvGraphicFramePr>
            <a:graphic>
              <a:graphicData uri="http://schemas.openxmlformats.org/drawingml/2006/picture">
                <pic:pic>
                  <pic:nvPicPr>
                    <pic:cNvPr id="0" name="026.jpg"/>
                    <pic:cNvPicPr/>
                  </pic:nvPicPr>
                  <pic:blipFill>
                    <a:blip r:embed="rId23"/>
                    <a:stretch>
                      <a:fillRect/>
                    </a:stretch>
                  </pic:blipFill>
                  <pic:spPr>
                    <a:xfrm>
                      <a:off x="0" y="0"/>
                      <a:ext cx="5760720" cy="3840480"/>
                    </a:xfrm>
                    <a:prstGeom prst="rect"/>
                  </pic:spPr>
                </pic:pic>
              </a:graphicData>
            </a:graphic>
          </wp:inline>
        </w:drawing>
      </w:r>
    </w:p>
    <w:p>
      <w:r>
        <w:rPr>
          <w:i/>
          <w:color w:val="525252"/>
          <w:sz w:val="17"/>
        </w:rPr>
        <w:t>Figure 15. Find point clusters: cluster hulls [61]</w:t>
      </w:r>
    </w:p>
    <w:p>
      <w:pPr>
        <w:jc w:val="center"/>
      </w:pPr>
      <w:r>
        <w:drawing>
          <wp:inline xmlns:a="http://schemas.openxmlformats.org/drawingml/2006/main" xmlns:pic="http://schemas.openxmlformats.org/drawingml/2006/picture">
            <wp:extent cx="5760720" cy="3840480"/>
            <wp:docPr id="16" name="Picture 16"/>
            <wp:cNvGraphicFramePr>
              <a:graphicFrameLocks noChangeAspect="1"/>
            </wp:cNvGraphicFramePr>
            <a:graphic>
              <a:graphicData uri="http://schemas.openxmlformats.org/drawingml/2006/picture">
                <pic:pic>
                  <pic:nvPicPr>
                    <pic:cNvPr id="0" name="028.jpg"/>
                    <pic:cNvPicPr/>
                  </pic:nvPicPr>
                  <pic:blipFill>
                    <a:blip r:embed="rId24"/>
                    <a:stretch>
                      <a:fillRect/>
                    </a:stretch>
                  </pic:blipFill>
                  <pic:spPr>
                    <a:xfrm>
                      <a:off x="0" y="0"/>
                      <a:ext cx="5760720" cy="3840480"/>
                    </a:xfrm>
                    <a:prstGeom prst="rect"/>
                  </pic:spPr>
                </pic:pic>
              </a:graphicData>
            </a:graphic>
          </wp:inline>
        </w:drawing>
      </w:r>
    </w:p>
    <w:p>
      <w:r>
        <w:rPr>
          <w:i/>
          <w:color w:val="525252"/>
          <w:sz w:val="17"/>
        </w:rPr>
        <w:t>Figure 16. Sub-catchments by mean_rain_mm [62]</w:t>
      </w:r>
    </w:p>
    <w:p>
      <w:pPr>
        <w:jc w:val="center"/>
      </w:pPr>
      <w:r>
        <w:drawing>
          <wp:inline xmlns:a="http://schemas.openxmlformats.org/drawingml/2006/main" xmlns:pic="http://schemas.openxmlformats.org/drawingml/2006/picture">
            <wp:extent cx="5760720" cy="3840480"/>
            <wp:docPr id="17" name="Picture 17"/>
            <wp:cNvGraphicFramePr>
              <a:graphicFrameLocks noChangeAspect="1"/>
            </wp:cNvGraphicFramePr>
            <a:graphic>
              <a:graphicData uri="http://schemas.openxmlformats.org/drawingml/2006/picture">
                <pic:pic>
                  <pic:nvPicPr>
                    <pic:cNvPr id="0" name="030.jpg"/>
                    <pic:cNvPicPr/>
                  </pic:nvPicPr>
                  <pic:blipFill>
                    <a:blip r:embed="rId25"/>
                    <a:stretch>
                      <a:fillRect/>
                    </a:stretch>
                  </pic:blipFill>
                  <pic:spPr>
                    <a:xfrm>
                      <a:off x="0" y="0"/>
                      <a:ext cx="5760720" cy="3840480"/>
                    </a:xfrm>
                    <a:prstGeom prst="rect"/>
                  </pic:spPr>
                </pic:pic>
              </a:graphicData>
            </a:graphic>
          </wp:inline>
        </w:drawing>
      </w:r>
    </w:p>
    <w:p>
      <w:r>
        <w:rPr>
          <w:i/>
          <w:color w:val="525252"/>
          <w:sz w:val="17"/>
        </w:rPr>
        <w:t>Figure 17. Mapped flood extents by max_depth_m [63]</w:t>
      </w:r>
    </w:p>
    <w:p>
      <w:r>
        <w:rPr>
          <w:b/>
        </w:rPr>
        <w:t xml:space="preserve">What the map shows. </w:t>
      </w:r>
      <w:r>
        <w:rPr>
          <w:i/>
        </w:rPr>
        <w:t>The map, titled "Emerging hot spots: Citizen flood reports," displays an analysis of potential flood reporting clusters across a gridded area. According to the legend, the pattern result for this analysis is "No pattern detected." Visually, the entire area is covered by a uniform hexagonal grid structure, indicating the scope of the report, but no specific hot spots or distinct groupings are highlighted. The overall reading suggests that citizen flood reports are not concentrated in any specific, statistically significant area within the mapped region. Therefore, the image indicates that [48]</w:t>
      </w:r>
    </w:p>
    <w:p>
      <w:r>
        <w:rPr>
          <w:i/>
          <w:color w:val="525252"/>
          <w:sz w:val="17"/>
        </w:rPr>
        <w:t>Inferred: read from the image by gemma4:e4b, not evidence.</w:t>
      </w:r>
    </w:p>
    <w:p>
      <w:pPr>
        <w:jc w:val="center"/>
      </w:pPr>
      <w:r>
        <w:drawing>
          <wp:inline xmlns:a="http://schemas.openxmlformats.org/drawingml/2006/main" xmlns:pic="http://schemas.openxmlformats.org/drawingml/2006/picture">
            <wp:extent cx="5486400" cy="3919728"/>
            <wp:docPr id="18" name="Picture 18"/>
            <wp:cNvGraphicFramePr>
              <a:graphicFrameLocks noChangeAspect="1"/>
            </wp:cNvGraphicFramePr>
            <a:graphic>
              <a:graphicData uri="http://schemas.openxmlformats.org/drawingml/2006/picture">
                <pic:pic>
                  <pic:nvPicPr>
                    <pic:cNvPr id="0" name="032.jpg"/>
                    <pic:cNvPicPr/>
                  </pic:nvPicPr>
                  <pic:blipFill>
                    <a:blip r:embed="rId26"/>
                    <a:stretch>
                      <a:fillRect/>
                    </a:stretch>
                  </pic:blipFill>
                  <pic:spPr>
                    <a:xfrm>
                      <a:off x="0" y="0"/>
                      <a:ext cx="5486400" cy="3919728"/>
                    </a:xfrm>
                    <a:prstGeom prst="rect"/>
                  </pic:spPr>
                </pic:pic>
              </a:graphicData>
            </a:graphic>
          </wp:inline>
        </w:drawing>
      </w:r>
    </w:p>
    <w:p>
      <w:r>
        <w:rPr>
          <w:i/>
          <w:color w:val="525252"/>
          <w:sz w:val="17"/>
        </w:rPr>
        <w:t>Figure 18. Citizen flood reports over time (reported_at) [64]. Per month, 2024-06-01 to 2025-11-01. Source: Citizen flood reports (900 features). The data is in the appendix.</w:t>
      </w:r>
    </w:p>
    <w:p>
      <w:pPr>
        <w:jc w:val="center"/>
      </w:pPr>
      <w:r>
        <w:drawing>
          <wp:inline xmlns:a="http://schemas.openxmlformats.org/drawingml/2006/main" xmlns:pic="http://schemas.openxmlformats.org/drawingml/2006/picture">
            <wp:extent cx="5486400" cy="3608832"/>
            <wp:docPr id="19" name="Picture 19"/>
            <wp:cNvGraphicFramePr>
              <a:graphicFrameLocks noChangeAspect="1"/>
            </wp:cNvGraphicFramePr>
            <a:graphic>
              <a:graphicData uri="http://schemas.openxmlformats.org/drawingml/2006/picture">
                <pic:pic>
                  <pic:nvPicPr>
                    <pic:cNvPr id="0" name="033.jpg"/>
                    <pic:cNvPicPr/>
                  </pic:nvPicPr>
                  <pic:blipFill>
                    <a:blip r:embed="rId27"/>
                    <a:stretch>
                      <a:fillRect/>
                    </a:stretch>
                  </pic:blipFill>
                  <pic:spPr>
                    <a:xfrm>
                      <a:off x="0" y="0"/>
                      <a:ext cx="5486400" cy="3608832"/>
                    </a:xfrm>
                    <a:prstGeom prst="rect"/>
                  </pic:spPr>
                </pic:pic>
              </a:graphicData>
            </a:graphic>
          </wp:inline>
        </w:drawing>
      </w:r>
    </w:p>
    <w:p>
      <w:r>
        <w:rPr>
          <w:i/>
          <w:color w:val="525252"/>
          <w:sz w:val="17"/>
        </w:rPr>
        <w:t>Figure 19. Gauge readings by day over time (date) [65]. Per month, 2024-06-01 to 2025-11-01. Source: Gauge readings by day (2,740 features). The data is in the appendix.</w:t>
      </w:r>
    </w:p>
    <w:p>
      <w:pPr>
        <w:jc w:val="center"/>
      </w:pPr>
      <w:r>
        <w:drawing>
          <wp:inline xmlns:a="http://schemas.openxmlformats.org/drawingml/2006/main" xmlns:pic="http://schemas.openxmlformats.org/drawingml/2006/picture">
            <wp:extent cx="5486400" cy="3547872"/>
            <wp:docPr id="20" name="Picture 20"/>
            <wp:cNvGraphicFramePr>
              <a:graphicFrameLocks noChangeAspect="1"/>
            </wp:cNvGraphicFramePr>
            <a:graphic>
              <a:graphicData uri="http://schemas.openxmlformats.org/drawingml/2006/picture">
                <pic:pic>
                  <pic:nvPicPr>
                    <pic:cNvPr id="0" name="034.jpg"/>
                    <pic:cNvPicPr/>
                  </pic:nvPicPr>
                  <pic:blipFill>
                    <a:blip r:embed="rId28"/>
                    <a:stretch>
                      <a:fillRect/>
                    </a:stretch>
                  </pic:blipFill>
                  <pic:spPr>
                    <a:xfrm>
                      <a:off x="0" y="0"/>
                      <a:ext cx="5486400" cy="3547872"/>
                    </a:xfrm>
                    <a:prstGeom prst="rect"/>
                  </pic:spPr>
                </pic:pic>
              </a:graphicData>
            </a:graphic>
          </wp:inline>
        </w:drawing>
      </w:r>
    </w:p>
    <w:p>
      <w:r>
        <w:rPr>
          <w:i/>
          <w:color w:val="525252"/>
          <w:sz w:val="17"/>
        </w:rPr>
        <w:t>Figure 20. Rainfall by month over time (month) [66]. Per month, 2024-01-01 to 2025-12-01. Source: Rainfall by month (360 features). The data is in the appendix.</w:t>
      </w:r>
    </w:p>
    <w:p>
      <w:pPr>
        <w:jc w:val="center"/>
      </w:pPr>
      <w:r>
        <w:drawing>
          <wp:inline xmlns:a="http://schemas.openxmlformats.org/drawingml/2006/main" xmlns:pic="http://schemas.openxmlformats.org/drawingml/2006/picture">
            <wp:extent cx="5486400" cy="3712464"/>
            <wp:docPr id="21" name="Picture 21"/>
            <wp:cNvGraphicFramePr>
              <a:graphicFrameLocks noChangeAspect="1"/>
            </wp:cNvGraphicFramePr>
            <a:graphic>
              <a:graphicData uri="http://schemas.openxmlformats.org/drawingml/2006/picture">
                <pic:pic>
                  <pic:nvPicPr>
                    <pic:cNvPr id="0" name="035.jpg"/>
                    <pic:cNvPicPr/>
                  </pic:nvPicPr>
                  <pic:blipFill>
                    <a:blip r:embed="rId29"/>
                    <a:stretch>
                      <a:fillRect/>
                    </a:stretch>
                  </pic:blipFill>
                  <pic:spPr>
                    <a:xfrm>
                      <a:off x="0" y="0"/>
                      <a:ext cx="5486400" cy="3712464"/>
                    </a:xfrm>
                    <a:prstGeom prst="rect"/>
                  </pic:spPr>
                </pic:pic>
              </a:graphicData>
            </a:graphic>
          </wp:inline>
        </w:drawing>
      </w:r>
    </w:p>
    <w:p>
      <w:r>
        <w:rPr>
          <w:i/>
          <w:color w:val="525252"/>
          <w:sz w:val="17"/>
        </w:rPr>
        <w:t>Figure 21. Emerging hot spots: Citizen flood reports [67]. Source: Emerging hot spots: Citizen flood reports (54 features). The data is in the appendix.</w:t>
      </w:r>
    </w:p>
    <w:p>
      <w:pPr>
        <w:jc w:val="center"/>
      </w:pPr>
      <w:r>
        <w:drawing>
          <wp:inline xmlns:a="http://schemas.openxmlformats.org/drawingml/2006/main" xmlns:pic="http://schemas.openxmlformats.org/drawingml/2006/picture">
            <wp:extent cx="5486400" cy="3919728"/>
            <wp:docPr id="22" name="Picture 22"/>
            <wp:cNvGraphicFramePr>
              <a:graphicFrameLocks noChangeAspect="1"/>
            </wp:cNvGraphicFramePr>
            <a:graphic>
              <a:graphicData uri="http://schemas.openxmlformats.org/drawingml/2006/picture">
                <pic:pic>
                  <pic:nvPicPr>
                    <pic:cNvPr id="0" name="036.jpg"/>
                    <pic:cNvPicPr/>
                  </pic:nvPicPr>
                  <pic:blipFill>
                    <a:blip r:embed="rId30"/>
                    <a:stretch>
                      <a:fillRect/>
                    </a:stretch>
                  </pic:blipFill>
                  <pic:spPr>
                    <a:xfrm>
                      <a:off x="0" y="0"/>
                      <a:ext cx="5486400" cy="3919728"/>
                    </a:xfrm>
                    <a:prstGeom prst="rect"/>
                  </pic:spPr>
                </pic:pic>
              </a:graphicData>
            </a:graphic>
          </wp:inline>
        </w:drawing>
      </w:r>
    </w:p>
    <w:p>
      <w:r>
        <w:rPr>
          <w:i/>
          <w:color w:val="525252"/>
          <w:sz w:val="17"/>
        </w:rPr>
        <w:t>Figure 22. Repeat and near repeat classification: Citizen flood reports [68]. Per month, 2024-06-01 to 2025-11-01. Source: Repeat and near repeat classification: Citizen flood reports (900 features). The data is in the appendix.</w:t>
      </w:r>
    </w:p>
    <w:p>
      <w:pPr>
        <w:jc w:val="center"/>
      </w:pPr>
      <w:r>
        <w:drawing>
          <wp:inline xmlns:a="http://schemas.openxmlformats.org/drawingml/2006/main" xmlns:pic="http://schemas.openxmlformats.org/drawingml/2006/picture">
            <wp:extent cx="5486400" cy="3846576"/>
            <wp:docPr id="23" name="Picture 23"/>
            <wp:cNvGraphicFramePr>
              <a:graphicFrameLocks noChangeAspect="1"/>
            </wp:cNvGraphicFramePr>
            <a:graphic>
              <a:graphicData uri="http://schemas.openxmlformats.org/drawingml/2006/picture">
                <pic:pic>
                  <pic:nvPicPr>
                    <pic:cNvPr id="0" name="037.jpg"/>
                    <pic:cNvPicPr/>
                  </pic:nvPicPr>
                  <pic:blipFill>
                    <a:blip r:embed="rId31"/>
                    <a:stretch>
                      <a:fillRect/>
                    </a:stretch>
                  </pic:blipFill>
                  <pic:spPr>
                    <a:xfrm>
                      <a:off x="0" y="0"/>
                      <a:ext cx="5486400" cy="3846576"/>
                    </a:xfrm>
                    <a:prstGeom prst="rect"/>
                  </pic:spPr>
                </pic:pic>
              </a:graphicData>
            </a:graphic>
          </wp:inline>
        </w:drawing>
      </w:r>
    </w:p>
    <w:p>
      <w:r>
        <w:rPr>
          <w:i/>
          <w:color w:val="525252"/>
          <w:sz w:val="17"/>
        </w:rPr>
        <w:t>Figure 23. Hot spot analysis: Citizen flood reports [69]. Source: Hot spot analysis: Citizen flood reports (192 features). The data is in the appendix.</w:t>
      </w:r>
    </w:p>
    <w:p>
      <w:pPr>
        <w:jc w:val="center"/>
      </w:pPr>
      <w:r>
        <w:drawing>
          <wp:inline xmlns:a="http://schemas.openxmlformats.org/drawingml/2006/main" xmlns:pic="http://schemas.openxmlformats.org/drawingml/2006/picture">
            <wp:extent cx="5486400" cy="3852672"/>
            <wp:docPr id="24" name="Picture 24"/>
            <wp:cNvGraphicFramePr>
              <a:graphicFrameLocks noChangeAspect="1"/>
            </wp:cNvGraphicFramePr>
            <a:graphic>
              <a:graphicData uri="http://schemas.openxmlformats.org/drawingml/2006/picture">
                <pic:pic>
                  <pic:nvPicPr>
                    <pic:cNvPr id="0" name="038.jpg"/>
                    <pic:cNvPicPr/>
                  </pic:nvPicPr>
                  <pic:blipFill>
                    <a:blip r:embed="rId32"/>
                    <a:stretch>
                      <a:fillRect/>
                    </a:stretch>
                  </pic:blipFill>
                  <pic:spPr>
                    <a:xfrm>
                      <a:off x="0" y="0"/>
                      <a:ext cx="5486400" cy="3852672"/>
                    </a:xfrm>
                    <a:prstGeom prst="rect"/>
                  </pic:spPr>
                </pic:pic>
              </a:graphicData>
            </a:graphic>
          </wp:inline>
        </w:drawing>
      </w:r>
    </w:p>
    <w:p>
      <w:r>
        <w:rPr>
          <w:i/>
          <w:color w:val="525252"/>
          <w:sz w:val="17"/>
        </w:rPr>
        <w:t>Figure 24. Hot spot analysis: Sub-catchments [70]. Source: Hot spot analysis: Sub-catchments (10 features). The data is in the appendix.</w:t>
      </w:r>
    </w:p>
    <w:p>
      <w:pPr>
        <w:jc w:val="center"/>
      </w:pPr>
      <w:r>
        <w:drawing>
          <wp:inline xmlns:a="http://schemas.openxmlformats.org/drawingml/2006/main" xmlns:pic="http://schemas.openxmlformats.org/drawingml/2006/picture">
            <wp:extent cx="5486400" cy="3621024"/>
            <wp:docPr id="25" name="Picture 25"/>
            <wp:cNvGraphicFramePr>
              <a:graphicFrameLocks noChangeAspect="1"/>
            </wp:cNvGraphicFramePr>
            <a:graphic>
              <a:graphicData uri="http://schemas.openxmlformats.org/drawingml/2006/picture">
                <pic:pic>
                  <pic:nvPicPr>
                    <pic:cNvPr id="0" name="039.jpg"/>
                    <pic:cNvPicPr/>
                  </pic:nvPicPr>
                  <pic:blipFill>
                    <a:blip r:embed="rId33"/>
                    <a:stretch>
                      <a:fillRect/>
                    </a:stretch>
                  </pic:blipFill>
                  <pic:spPr>
                    <a:xfrm>
                      <a:off x="0" y="0"/>
                      <a:ext cx="5486400" cy="3621024"/>
                    </a:xfrm>
                    <a:prstGeom prst="rect"/>
                  </pic:spPr>
                </pic:pic>
              </a:graphicData>
            </a:graphic>
          </wp:inline>
        </w:drawing>
      </w:r>
    </w:p>
    <w:p>
      <w:r>
        <w:rPr>
          <w:i/>
          <w:color w:val="525252"/>
          <w:sz w:val="17"/>
        </w:rPr>
        <w:t>Figure 25. Calculate density: Citizen flood reports [71]. Source: Calculate density: Citizen flood reports (1,058 features). The data is in the appendix.</w:t>
      </w:r>
    </w:p>
    <w:p>
      <w:pPr>
        <w:jc w:val="center"/>
      </w:pPr>
      <w:r>
        <w:drawing>
          <wp:inline xmlns:a="http://schemas.openxmlformats.org/drawingml/2006/main" xmlns:pic="http://schemas.openxmlformats.org/drawingml/2006/picture">
            <wp:extent cx="5486400" cy="3730752"/>
            <wp:docPr id="26" name="Picture 26"/>
            <wp:cNvGraphicFramePr>
              <a:graphicFrameLocks noChangeAspect="1"/>
            </wp:cNvGraphicFramePr>
            <a:graphic>
              <a:graphicData uri="http://schemas.openxmlformats.org/drawingml/2006/picture">
                <pic:pic>
                  <pic:nvPicPr>
                    <pic:cNvPr id="0" name="040.jpg"/>
                    <pic:cNvPicPr/>
                  </pic:nvPicPr>
                  <pic:blipFill>
                    <a:blip r:embed="rId34"/>
                    <a:stretch>
                      <a:fillRect/>
                    </a:stretch>
                  </pic:blipFill>
                  <pic:spPr>
                    <a:xfrm>
                      <a:off x="0" y="0"/>
                      <a:ext cx="5486400" cy="3730752"/>
                    </a:xfrm>
                    <a:prstGeom prst="rect"/>
                  </pic:spPr>
                </pic:pic>
              </a:graphicData>
            </a:graphic>
          </wp:inline>
        </w:drawing>
      </w:r>
    </w:p>
    <w:p>
      <w:r>
        <w:rPr>
          <w:i/>
          <w:color w:val="525252"/>
          <w:sz w:val="17"/>
        </w:rPr>
        <w:t>Figure 26. Summarize within: Sub-catchments [72]. Source: Summarize within: Sub-catchments (10 features). The data is in the appendix.</w:t>
      </w:r>
    </w:p>
    <w:p>
      <w:pPr>
        <w:jc w:val="center"/>
      </w:pPr>
      <w:r>
        <w:drawing>
          <wp:inline xmlns:a="http://schemas.openxmlformats.org/drawingml/2006/main" xmlns:pic="http://schemas.openxmlformats.org/drawingml/2006/picture">
            <wp:extent cx="5486400" cy="3730752"/>
            <wp:docPr id="27" name="Picture 27"/>
            <wp:cNvGraphicFramePr>
              <a:graphicFrameLocks noChangeAspect="1"/>
            </wp:cNvGraphicFramePr>
            <a:graphic>
              <a:graphicData uri="http://schemas.openxmlformats.org/drawingml/2006/picture">
                <pic:pic>
                  <pic:nvPicPr>
                    <pic:cNvPr id="0" name="041.jpg"/>
                    <pic:cNvPicPr/>
                  </pic:nvPicPr>
                  <pic:blipFill>
                    <a:blip r:embed="rId35"/>
                    <a:stretch>
                      <a:fillRect/>
                    </a:stretch>
                  </pic:blipFill>
                  <pic:spPr>
                    <a:xfrm>
                      <a:off x="0" y="0"/>
                      <a:ext cx="5486400" cy="3730752"/>
                    </a:xfrm>
                    <a:prstGeom prst="rect"/>
                  </pic:spPr>
                </pic:pic>
              </a:graphicData>
            </a:graphic>
          </wp:inline>
        </w:drawing>
      </w:r>
    </w:p>
    <w:p>
      <w:r>
        <w:rPr>
          <w:i/>
          <w:color w:val="525252"/>
          <w:sz w:val="17"/>
        </w:rPr>
        <w:t>Figure 27. Summarize within: Sub-catchments [73]. Source: Summarize within: Sub-catchments (10 features). The data is in the appendix.</w:t>
      </w:r>
    </w:p>
    <w:p>
      <w:pPr>
        <w:jc w:val="center"/>
      </w:pPr>
      <w:r>
        <w:drawing>
          <wp:inline xmlns:a="http://schemas.openxmlformats.org/drawingml/2006/main" xmlns:pic="http://schemas.openxmlformats.org/drawingml/2006/picture">
            <wp:extent cx="5486400" cy="3730752"/>
            <wp:docPr id="28" name="Picture 28"/>
            <wp:cNvGraphicFramePr>
              <a:graphicFrameLocks noChangeAspect="1"/>
            </wp:cNvGraphicFramePr>
            <a:graphic>
              <a:graphicData uri="http://schemas.openxmlformats.org/drawingml/2006/picture">
                <pic:pic>
                  <pic:nvPicPr>
                    <pic:cNvPr id="0" name="042.jpg"/>
                    <pic:cNvPicPr/>
                  </pic:nvPicPr>
                  <pic:blipFill>
                    <a:blip r:embed="rId36"/>
                    <a:stretch>
                      <a:fillRect/>
                    </a:stretch>
                  </pic:blipFill>
                  <pic:spPr>
                    <a:xfrm>
                      <a:off x="0" y="0"/>
                      <a:ext cx="5486400" cy="3730752"/>
                    </a:xfrm>
                    <a:prstGeom prst="rect"/>
                  </pic:spPr>
                </pic:pic>
              </a:graphicData>
            </a:graphic>
          </wp:inline>
        </w:drawing>
      </w:r>
    </w:p>
    <w:p>
      <w:r>
        <w:rPr>
          <w:i/>
          <w:color w:val="525252"/>
          <w:sz w:val="17"/>
        </w:rPr>
        <w:t>Figure 28. Summarize within: Sub-catchments [74]. Source: Summarize within: Sub-catchments (10 features). The data is in the appendix.</w:t>
      </w:r>
    </w:p>
    <w:p>
      <w:pPr>
        <w:jc w:val="center"/>
      </w:pPr>
      <w:r>
        <w:drawing>
          <wp:inline xmlns:a="http://schemas.openxmlformats.org/drawingml/2006/main" xmlns:pic="http://schemas.openxmlformats.org/drawingml/2006/picture">
            <wp:extent cx="5486400" cy="1658112"/>
            <wp:docPr id="29" name="Picture 29"/>
            <wp:cNvGraphicFramePr>
              <a:graphicFrameLocks noChangeAspect="1"/>
            </wp:cNvGraphicFramePr>
            <a:graphic>
              <a:graphicData uri="http://schemas.openxmlformats.org/drawingml/2006/picture">
                <pic:pic>
                  <pic:nvPicPr>
                    <pic:cNvPr id="0" name="043.jpg"/>
                    <pic:cNvPicPr/>
                  </pic:nvPicPr>
                  <pic:blipFill>
                    <a:blip r:embed="rId37"/>
                    <a:stretch>
                      <a:fillRect/>
                    </a:stretch>
                  </pic:blipFill>
                  <pic:spPr>
                    <a:xfrm>
                      <a:off x="0" y="0"/>
                      <a:ext cx="5486400" cy="1658112"/>
                    </a:xfrm>
                    <a:prstGeom prst="rect"/>
                  </pic:spPr>
                </pic:pic>
              </a:graphicData>
            </a:graphic>
          </wp:inline>
        </w:drawing>
      </w:r>
    </w:p>
    <w:p>
      <w:r>
        <w:rPr>
          <w:i/>
          <w:color w:val="525252"/>
          <w:sz w:val="17"/>
        </w:rPr>
        <w:t>Figure 29. Find point clusters: Citizen flood reports [75]. Period: 2024-06-02 to 2025-11-30 (reported_at). Source: Find point clusters: Citizen flood reports (900 features). The data is in the appendix.</w:t>
      </w:r>
    </w:p>
    <w:p>
      <w:pPr>
        <w:jc w:val="center"/>
      </w:pPr>
      <w:r>
        <w:drawing>
          <wp:inline xmlns:a="http://schemas.openxmlformats.org/drawingml/2006/main" xmlns:pic="http://schemas.openxmlformats.org/drawingml/2006/picture">
            <wp:extent cx="5486400" cy="2164080"/>
            <wp:docPr id="30" name="Picture 30"/>
            <wp:cNvGraphicFramePr>
              <a:graphicFrameLocks noChangeAspect="1"/>
            </wp:cNvGraphicFramePr>
            <a:graphic>
              <a:graphicData uri="http://schemas.openxmlformats.org/drawingml/2006/picture">
                <pic:pic>
                  <pic:nvPicPr>
                    <pic:cNvPr id="0" name="044.jpg"/>
                    <pic:cNvPicPr/>
                  </pic:nvPicPr>
                  <pic:blipFill>
                    <a:blip r:embed="rId38"/>
                    <a:stretch>
                      <a:fillRect/>
                    </a:stretch>
                  </pic:blipFill>
                  <pic:spPr>
                    <a:xfrm>
                      <a:off x="0" y="0"/>
                      <a:ext cx="5486400" cy="2164080"/>
                    </a:xfrm>
                    <a:prstGeom prst="rect"/>
                  </pic:spPr>
                </pic:pic>
              </a:graphicData>
            </a:graphic>
          </wp:inline>
        </w:drawing>
      </w:r>
    </w:p>
    <w:p>
      <w:r>
        <w:rPr>
          <w:i/>
          <w:color w:val="525252"/>
          <w:sz w:val="17"/>
        </w:rPr>
        <w:t>Figure 30. Find point clusters: River gauge stations [76]. Source: Find point clusters: River gauge stations (10 features). The data is in the appendix.</w:t>
      </w:r>
    </w:p>
    <w:p>
      <w:pPr>
        <w:jc w:val="center"/>
      </w:pPr>
      <w:r>
        <w:drawing>
          <wp:inline xmlns:a="http://schemas.openxmlformats.org/drawingml/2006/main" xmlns:pic="http://schemas.openxmlformats.org/drawingml/2006/picture">
            <wp:extent cx="5486400" cy="1908048"/>
            <wp:docPr id="31" name="Picture 31"/>
            <wp:cNvGraphicFramePr>
              <a:graphicFrameLocks noChangeAspect="1"/>
            </wp:cNvGraphicFramePr>
            <a:graphic>
              <a:graphicData uri="http://schemas.openxmlformats.org/drawingml/2006/picture">
                <pic:pic>
                  <pic:nvPicPr>
                    <pic:cNvPr id="0" name="045.jpg"/>
                    <pic:cNvPicPr/>
                  </pic:nvPicPr>
                  <pic:blipFill>
                    <a:blip r:embed="rId39"/>
                    <a:stretch>
                      <a:fillRect/>
                    </a:stretch>
                  </pic:blipFill>
                  <pic:spPr>
                    <a:xfrm>
                      <a:off x="0" y="0"/>
                      <a:ext cx="5486400" cy="1908048"/>
                    </a:xfrm>
                    <a:prstGeom prst="rect"/>
                  </pic:spPr>
                </pic:pic>
              </a:graphicData>
            </a:graphic>
          </wp:inline>
        </w:drawing>
      </w:r>
    </w:p>
    <w:p>
      <w:r>
        <w:rPr>
          <w:i/>
          <w:color w:val="525252"/>
          <w:sz w:val="17"/>
        </w:rPr>
        <w:t>Figure 31. Find point clusters: cluster hulls [77]. Source: Find point clusters: cluster hulls (2 features). The data is in the appendix.</w:t>
      </w:r>
    </w:p>
    <w:p>
      <w:pPr>
        <w:jc w:val="center"/>
      </w:pPr>
      <w:r>
        <w:drawing>
          <wp:inline xmlns:a="http://schemas.openxmlformats.org/drawingml/2006/main" xmlns:pic="http://schemas.openxmlformats.org/drawingml/2006/picture">
            <wp:extent cx="5486400" cy="1658112"/>
            <wp:docPr id="32" name="Picture 32"/>
            <wp:cNvGraphicFramePr>
              <a:graphicFrameLocks noChangeAspect="1"/>
            </wp:cNvGraphicFramePr>
            <a:graphic>
              <a:graphicData uri="http://schemas.openxmlformats.org/drawingml/2006/picture">
                <pic:pic>
                  <pic:nvPicPr>
                    <pic:cNvPr id="0" name="046.jpg"/>
                    <pic:cNvPicPr/>
                  </pic:nvPicPr>
                  <pic:blipFill>
                    <a:blip r:embed="rId40"/>
                    <a:stretch>
                      <a:fillRect/>
                    </a:stretch>
                  </pic:blipFill>
                  <pic:spPr>
                    <a:xfrm>
                      <a:off x="0" y="0"/>
                      <a:ext cx="5486400" cy="1658112"/>
                    </a:xfrm>
                    <a:prstGeom prst="rect"/>
                  </pic:spPr>
                </pic:pic>
              </a:graphicData>
            </a:graphic>
          </wp:inline>
        </w:drawing>
      </w:r>
    </w:p>
    <w:p>
      <w:r>
        <w:rPr>
          <w:i/>
          <w:color w:val="525252"/>
          <w:sz w:val="17"/>
        </w:rPr>
        <w:t>Figure 32. Find point clusters: Rain gauges [78]. Source: Find point clusters: Rain gauges (15 features). The data is in the appendix.</w:t>
      </w:r>
    </w:p>
    <w:p>
      <w:pPr>
        <w:jc w:val="center"/>
      </w:pPr>
      <w:r>
        <w:drawing>
          <wp:inline xmlns:a="http://schemas.openxmlformats.org/drawingml/2006/main" xmlns:pic="http://schemas.openxmlformats.org/drawingml/2006/picture">
            <wp:extent cx="5486400" cy="1658112"/>
            <wp:docPr id="33" name="Picture 33"/>
            <wp:cNvGraphicFramePr>
              <a:graphicFrameLocks noChangeAspect="1"/>
            </wp:cNvGraphicFramePr>
            <a:graphic>
              <a:graphicData uri="http://schemas.openxmlformats.org/drawingml/2006/picture">
                <pic:pic>
                  <pic:nvPicPr>
                    <pic:cNvPr id="0" name="047.jpg"/>
                    <pic:cNvPicPr/>
                  </pic:nvPicPr>
                  <pic:blipFill>
                    <a:blip r:embed="rId41"/>
                    <a:stretch>
                      <a:fillRect/>
                    </a:stretch>
                  </pic:blipFill>
                  <pic:spPr>
                    <a:xfrm>
                      <a:off x="0" y="0"/>
                      <a:ext cx="5486400" cy="1658112"/>
                    </a:xfrm>
                    <a:prstGeom prst="rect"/>
                  </pic:spPr>
                </pic:pic>
              </a:graphicData>
            </a:graphic>
          </wp:inline>
        </w:drawing>
      </w:r>
    </w:p>
    <w:p>
      <w:r>
        <w:rPr>
          <w:i/>
          <w:color w:val="525252"/>
          <w:sz w:val="17"/>
        </w:rPr>
        <w:t>Figure 33. Find point clusters: cluster hulls [79]. Source: Find point clusters: cluster hulls (1 features). The data is in the appendix.</w:t>
      </w:r>
    </w:p>
    <w:p>
      <w:pPr>
        <w:jc w:val="center"/>
      </w:pPr>
      <w:r>
        <w:drawing>
          <wp:inline xmlns:a="http://schemas.openxmlformats.org/drawingml/2006/main" xmlns:pic="http://schemas.openxmlformats.org/drawingml/2006/picture">
            <wp:extent cx="5486400" cy="3919728"/>
            <wp:docPr id="34" name="Picture 34"/>
            <wp:cNvGraphicFramePr>
              <a:graphicFrameLocks noChangeAspect="1"/>
            </wp:cNvGraphicFramePr>
            <a:graphic>
              <a:graphicData uri="http://schemas.openxmlformats.org/drawingml/2006/picture">
                <pic:pic>
                  <pic:nvPicPr>
                    <pic:cNvPr id="0" name="048.jpg"/>
                    <pic:cNvPicPr/>
                  </pic:nvPicPr>
                  <pic:blipFill>
                    <a:blip r:embed="rId42"/>
                    <a:stretch>
                      <a:fillRect/>
                    </a:stretch>
                  </pic:blipFill>
                  <pic:spPr>
                    <a:xfrm>
                      <a:off x="0" y="0"/>
                      <a:ext cx="5486400" cy="3919728"/>
                    </a:xfrm>
                    <a:prstGeom prst="rect"/>
                  </pic:spPr>
                </pic:pic>
              </a:graphicData>
            </a:graphic>
          </wp:inline>
        </w:drawing>
      </w:r>
    </w:p>
    <w:p>
      <w:r>
        <w:rPr>
          <w:i/>
          <w:color w:val="525252"/>
          <w:sz w:val="17"/>
        </w:rPr>
        <w:t>Figure 34. Find point clusters: Citizen flood reports over time [80]. Per month, 2024-06-01 to 2025-11-01. Source: Find point clusters: Citizen flood reports (900 features). The data is in the appendix.</w:t>
      </w:r>
    </w:p>
    <w:p>
      <w:pPr>
        <w:jc w:val="center"/>
      </w:pPr>
      <w:r>
        <w:drawing>
          <wp:inline xmlns:a="http://schemas.openxmlformats.org/drawingml/2006/main" xmlns:pic="http://schemas.openxmlformats.org/drawingml/2006/picture">
            <wp:extent cx="5486400" cy="3919728"/>
            <wp:docPr id="35" name="Picture 35"/>
            <wp:cNvGraphicFramePr>
              <a:graphicFrameLocks noChangeAspect="1"/>
            </wp:cNvGraphicFramePr>
            <a:graphic>
              <a:graphicData uri="http://schemas.openxmlformats.org/drawingml/2006/picture">
                <pic:pic>
                  <pic:nvPicPr>
                    <pic:cNvPr id="0" name="036.jpg"/>
                    <pic:cNvPicPr/>
                  </pic:nvPicPr>
                  <pic:blipFill>
                    <a:blip r:embed="rId30"/>
                    <a:stretch>
                      <a:fillRect/>
                    </a:stretch>
                  </pic:blipFill>
                  <pic:spPr>
                    <a:xfrm>
                      <a:off x="0" y="0"/>
                      <a:ext cx="5486400" cy="3919728"/>
                    </a:xfrm>
                    <a:prstGeom prst="rect"/>
                  </pic:spPr>
                </pic:pic>
              </a:graphicData>
            </a:graphic>
          </wp:inline>
        </w:drawing>
      </w:r>
    </w:p>
    <w:p>
      <w:r>
        <w:rPr>
          <w:i/>
          <w:color w:val="525252"/>
          <w:sz w:val="17"/>
        </w:rPr>
        <w:t>Figure 35. Repeat and near repeat classification: Citizen flood reports over time [81]. Per month, 2024-06-01 to 2025-11-01. Source: Repeat and near repeat classification: Citizen flood reports (900 features). The data is in the appendix.</w:t>
      </w:r>
    </w:p>
    <w:p>
      <w:pPr>
        <w:pStyle w:val="Heading1"/>
      </w:pPr>
      <w:r>
        <w:t>Changes since the last run</w:t>
      </w:r>
    </w:p>
    <w:p>
      <w:r>
        <w:t>This is the first report of this project.</w:t>
      </w:r>
    </w:p>
    <w:p>
      <w:pPr>
        <w:pStyle w:val="Heading1"/>
      </w:pPr>
      <w:r>
        <w:t>Sources</w:t>
      </w:r>
    </w:p>
    <w:p>
      <w:pPr>
        <w:spacing w:after="40"/>
      </w:pPr>
      <w:r>
        <w:t>[1] Rendering: Chart: Timeline: events per month by dataset. 96 rows (id ab73206e-a519-4180-9535-698e58b41091)</w:t>
      </w:r>
    </w:p>
    <w:p>
      <w:pPr>
        <w:spacing w:after="40"/>
      </w:pPr>
      <w:r>
        <w:t>[2] Dataset: Mapped flood extents. vector, 3 rows (id db7dcc69-6952-403c-92c2-c3bc2246001a)</w:t>
      </w:r>
    </w:p>
    <w:p>
      <w:pPr>
        <w:spacing w:after="40"/>
      </w:pPr>
      <w:r>
        <w:t>[3] Dataset: Citizen flood reports. vector, 900 rows (id 1efc03c7-deb5-479a-8a37-e719f58c2b20)</w:t>
      </w:r>
    </w:p>
    <w:p>
      <w:pPr>
        <w:spacing w:after="40"/>
      </w:pPr>
      <w:r>
        <w:t>[4] Dataset: Gauge readings by day. table, 2740 rows (id 2f1b0f9a-faac-4f0f-a937-14d42ba33293)</w:t>
      </w:r>
    </w:p>
    <w:p>
      <w:pPr>
        <w:spacing w:after="40"/>
      </w:pPr>
      <w:r>
        <w:t>[5] Dataset: Rainfall by month. table, 360 rows (id b74ec6fb-9f9c-443c-9bf1-60b415ac2d65)</w:t>
      </w:r>
    </w:p>
    <w:p>
      <w:pPr>
        <w:spacing w:after="40"/>
      </w:pPr>
      <w:r>
        <w:t>[6] Tool result: gp_change_point_detection, step 2. Change point detection: done; no map output. (id 2d6ff918-4a3d-4d6b-90bb-880ab63700de:2)</w:t>
      </w:r>
    </w:p>
    <w:p>
      <w:pPr>
        <w:spacing w:after="40"/>
      </w:pPr>
      <w:r>
        <w:t>[7] Document page: Flood bulletin, page 1. 6 October 2025 (id 85d1f153-b632-4f92-9c75-e27e602d03cd:1)</w:t>
      </w:r>
    </w:p>
    <w:p>
      <w:pPr>
        <w:spacing w:after="40"/>
      </w:pPr>
      <w:r>
        <w:t>[8] Catalog: Emerging hot spots (operation catalog, gp_space_time_hot_spots). Where hot spots are new, consecutive, intensifying, persistent, diminishing, sporadic, oscillating or historical over time. ArcGIS: Emerging Hot Spot Analysis, Create Space Time Cube. (id gp_space_time_hot_spots)</w:t>
      </w:r>
    </w:p>
    <w:p>
      <w:pPr>
        <w:spacing w:after="40"/>
      </w:pPr>
      <w:r>
        <w:t>[9] Plan: Space time hot spots of Citizen flood reports (the Start plan's candidate c_8817aba79f40). Citizen flood reports carry dates in 'reported_at': emerging hot spot analysis finds new, intensifying and fading hot spots per month. (id 782d5b2b-9474-44b9-a11b-9d4d784bcedb:c_8817aba79f40)</w:t>
      </w:r>
    </w:p>
    <w:p>
      <w:pPr>
        <w:spacing w:after="40"/>
      </w:pPr>
      <w:r>
        <w:t>[10] Tool result: gp_space_time_hot_spots, step 0. Emerging hot spots: 1 layer saved: Emerging hot spots: Citizen flood reports (54 features). (id 2d6ff918-4a3d-4d6b-90bb-880ab63700de:0)</w:t>
      </w:r>
    </w:p>
    <w:p>
      <w:pPr>
        <w:spacing w:after="40"/>
      </w:pPr>
      <w:r>
        <w:t>[11] Layer: Citizen flood reports. 900 features (id e21d361b-1aea-4c6c-983a-db6793334e54)</w:t>
      </w:r>
    </w:p>
    <w:p>
      <w:pPr>
        <w:spacing w:after="40"/>
      </w:pPr>
      <w:r>
        <w:t>[12] Catalog: Repeat and near repeat classification (operation catalog, gp_near_repeat). Classify incidents as originators, repeats (same place) or near repeats within a distance and time window, with a Knox test table. ArcGIS: Repeat and Near Repeat Classification, Near Repeat Calculator. (id gp_near_repeat)</w:t>
      </w:r>
    </w:p>
    <w:p>
      <w:pPr>
        <w:spacing w:after="40"/>
      </w:pPr>
      <w:r>
        <w:t>[13] Plan: Near repeat of Citizen flood reports (the Start plan's candidate c_dc6752c63c8e). Near repeat analysis tests whether Citizen flood reports close in space also follow each other within 30 days. (id 782d5b2b-9474-44b9-a11b-9d4d784bcedb:c_dc6752c63c8e)</w:t>
      </w:r>
    </w:p>
    <w:p>
      <w:pPr>
        <w:spacing w:after="40"/>
      </w:pPr>
      <w:r>
        <w:t>[14] Tool result: gp_near_repeat, step 1. Repeat and near repeat classification: 1 layer saved: Repeat and near repeat classification: Citizen flood reports (900 features). (id 2d6ff918-4a3d-4d6b-90bb-880ab63700de:1)</w:t>
      </w:r>
    </w:p>
    <w:p>
      <w:pPr>
        <w:spacing w:after="40"/>
      </w:pPr>
      <w:r>
        <w:t>[15] Catalog: Change point detection (operation catalog, gp_change_point_detection). When did the level, count, trend or variability change? For the whole study area or for every bin. ArcGIS: Change Point Detection. (id gp_change_point_detection)</w:t>
      </w:r>
    </w:p>
    <w:p>
      <w:pPr>
        <w:spacing w:after="40"/>
      </w:pPr>
      <w:r>
        <w:t>[16] Plan: Change points of Citizen flood reports (the Start plan's candidate c_026cfc884747). Change point detection finds when the monthly count of Citizen flood reports shifted. (id 782d5b2b-9474-44b9-a11b-9d4d784bcedb:c_026cfc884747)</w:t>
      </w:r>
    </w:p>
    <w:p>
      <w:pPr>
        <w:spacing w:after="40"/>
      </w:pPr>
      <w:r>
        <w:t>[17] Catalog: Hot spot analysis (operation catalog, gp_hot_spots). Getis-Ord Gi* hot and cold spots with z-scores, p-values and confidence bins. ArcGIS: Find Hot Spots, Hot Spot Analysis (Getis-Ord Gi*). QGIS: qgis:hotspot (plugin). (id gp_hot_spots)</w:t>
      </w:r>
    </w:p>
    <w:p>
      <w:pPr>
        <w:spacing w:after="40"/>
      </w:pPr>
      <w:r>
        <w:t>[18] Plan: Hot spots of Citizen flood reports (the Start plan's candidate c_55817c6df3fb). 900 points: Getis-Ord Gi* tests whether the concentrations in Citizen flood reports are statistically significant. (id 782d5b2b-9474-44b9-a11b-9d4d784bcedb:c_55817c6df3fb)</w:t>
      </w:r>
    </w:p>
    <w:p>
      <w:pPr>
        <w:spacing w:after="40"/>
      </w:pPr>
      <w:r>
        <w:t>[19] Tool result: gp_hot_spots, step 0. Hot spot analysis: 1 layer saved: Hot spot analysis: Citizen flood reports (192 features). (id d01cf43d-7790-4072-93f9-676ff4a27366:0)</w:t>
      </w:r>
    </w:p>
    <w:p>
      <w:pPr>
        <w:spacing w:after="40"/>
      </w:pPr>
      <w:r>
        <w:t>[20] Plan: Hot spots of Sub-catchments (the Start plan's candidate c_65d5fe8b1094). Gi* hot spots of 'mean_rain_mm' across the areas. (id 782d5b2b-9474-44b9-a11b-9d4d784bcedb:c_65d5fe8b1094)</w:t>
      </w:r>
    </w:p>
    <w:p>
      <w:pPr>
        <w:spacing w:after="40"/>
      </w:pPr>
      <w:r>
        <w:t>[21] Tool result: gp_hot_spots, step 1. Hot spot analysis: 1 layer saved: Hot spot analysis: Sub-catchments (10 features). (id d01cf43d-7790-4072-93f9-676ff4a27366:1)</w:t>
      </w:r>
    </w:p>
    <w:p>
      <w:pPr>
        <w:spacing w:after="40"/>
      </w:pPr>
      <w:r>
        <w:t>[22] Layer: Sub-catchments. 10 features (id 93ab58bf-7296-4170-ad95-b10fa72c5e22)</w:t>
      </w:r>
    </w:p>
    <w:p>
      <w:pPr>
        <w:spacing w:after="40"/>
      </w:pPr>
      <w:r>
        <w:t>[23] Catalog: Calculate density (operation catalog, gp_calculate_density). Kernel density per square kilometer on a grid. ArcGIS: Calculate Density, Kernel Density. QGIS: native:heatmapkerneldensityestimation. (id gp_calculate_density)</w:t>
      </w:r>
    </w:p>
    <w:p>
      <w:pPr>
        <w:spacing w:after="40"/>
      </w:pPr>
      <w:r>
        <w:t>[24] Plan: Kernel density of Citizen flood reports (the Start plan's candidate c_ae50d36cd0d9). 900 points in Citizen flood reports: a density surface shows where they concentrate. (id 782d5b2b-9474-44b9-a11b-9d4d784bcedb:c_ae50d36cd0d9)</w:t>
      </w:r>
    </w:p>
    <w:p>
      <w:pPr>
        <w:spacing w:after="40"/>
      </w:pPr>
      <w:r>
        <w:t>[25] Tool result: gp_calculate_density, step 0. Calculate density: 1 layer saved: Calculate density: Citizen flood reports (1058 features). (id 8747d1d4-2b67-4155-bcb2-a4e53f193c9d:0)</w:t>
      </w:r>
    </w:p>
    <w:p>
      <w:pPr>
        <w:spacing w:after="40"/>
      </w:pPr>
      <w:r>
        <w:t>[26] Catalog: Summarize within (operation catalog, gp_summarize_within). Count and aggregate the features inside each polygon (or bin), proportionally for lines and polygons. ArcGIS: Summarize Within, Aggregate Points. QGIS: native:countpointsinpolygon, native:sumlinelengths. (id gp_summarize_within)</w:t>
      </w:r>
    </w:p>
    <w:p>
      <w:pPr>
        <w:spacing w:after="40"/>
      </w:pPr>
      <w:r>
        <w:t>[27] Plan: Citizen flood reports per feature of Sub-catchments (the Start plan's candidate c_3b154a6e32f0). Count Citizen flood reports inside each feature of Sub-catchments by type; the counts map as a choropleth (natural breaks, sequential colors). (id 782d5b2b-9474-44b9-a11b-9d4d784bcedb:c_3b154a6e32f0)</w:t>
      </w:r>
    </w:p>
    <w:p>
      <w:pPr>
        <w:spacing w:after="40"/>
      </w:pPr>
      <w:r>
        <w:t>[28] Tool result: gp_summarize_within, step 0. Summarize within: 1 layer saved: Summarize within: Sub-catchments (10 features). (id 8dd97c93-e555-418d-a9c0-cfdf74a7bac8:0)</w:t>
      </w:r>
    </w:p>
    <w:p>
      <w:pPr>
        <w:spacing w:after="40"/>
      </w:pPr>
      <w:r>
        <w:t>[29] Tool result: gp_summarize_within, step 1. Summarize within: 1 layer saved: Summarize within: Sub-catchments (10 features). (id 8dd97c93-e555-418d-a9c0-cfdf74a7bac8:1)</w:t>
      </w:r>
    </w:p>
    <w:p>
      <w:pPr>
        <w:spacing w:after="40"/>
      </w:pPr>
      <w:r>
        <w:t>[30] Layer: River gauge stations. 10 features (id 78d4554f-40bd-482a-8b8e-976f0f3f0fe9)</w:t>
      </w:r>
    </w:p>
    <w:p>
      <w:pPr>
        <w:spacing w:after="40"/>
      </w:pPr>
      <w:r>
        <w:t>[31] Tool result: gp_summarize_within, step 2. Summarize within: 1 layer saved: Summarize within: Sub-catchments (10 features). (id 8dd97c93-e555-418d-a9c0-cfdf74a7bac8:2)</w:t>
      </w:r>
    </w:p>
    <w:p>
      <w:pPr>
        <w:spacing w:after="40"/>
      </w:pPr>
      <w:r>
        <w:t>[32] Layer: Rain gauges. 15 features (id 3db367dc-7928-4385-9039-bfe0bba84b6d)</w:t>
      </w:r>
    </w:p>
    <w:p>
      <w:pPr>
        <w:spacing w:after="40"/>
      </w:pPr>
      <w:r>
        <w:t>[33] Catalog: Zonal statistics (analysis catalog, rs_zonal_statistics). count/min/max/mean/std/sum/median/majority per polygon as a table and as GeoJSON. ArcGIS: Zonal Statistics as Table (polygons). (id rs_zonal_statistics)</w:t>
      </w:r>
    </w:p>
    <w:p>
      <w:pPr>
        <w:spacing w:after="40"/>
      </w:pPr>
      <w:r>
        <w:t>[34] Plan: Zonal statistics of Catchment terrain model (DEM) and Sub-catchments (the Start plan's candidate c_252b1099847d). Statistics of Catchment terrain model (DEM) inside each feature of Sub-catchments. (id 782d5b2b-9474-44b9-a11b-9d4d784bcedb:c_252b1099847d)</w:t>
      </w:r>
    </w:p>
    <w:p>
      <w:pPr>
        <w:spacing w:after="40"/>
      </w:pPr>
      <w:r>
        <w:t>[35] Tool result: rs_zonal_statistics, step 0. Zonal statistics: 10 row(s). zones 10. (id a7316d79-1e6d-45dd-9d15-38c74be5152e:0)</w:t>
      </w:r>
    </w:p>
    <w:p>
      <w:pPr>
        <w:spacing w:after="40"/>
      </w:pPr>
      <w:r>
        <w:t>[36] Tool result: rs_zonal_statistics, step 1. Zonal statistics: 3 row(s). zones 3. (id a7316d79-1e6d-45dd-9d15-38c74be5152e:1)</w:t>
      </w:r>
    </w:p>
    <w:p>
      <w:pPr>
        <w:spacing w:after="40"/>
      </w:pPr>
      <w:r>
        <w:t>[37] Catalog: Slope (analysis catalog, tr_slope). Horn slope in degrees or percent, with the share of ground in six grade classes. ArcGIS: Slope (Spatial Analyst). QGIS: Slope (GDAL DEM). (id tr_slope)</w:t>
      </w:r>
    </w:p>
    <w:p>
      <w:pPr>
        <w:spacing w:after="40"/>
      </w:pPr>
      <w:r>
        <w:t>[38] Plan: Slope of Catchment terrain model (DEM) (the Start plan's candidate c_7150677d61cb). Slope of the Catchment terrain model (DEM) surface. (id 782d5b2b-9474-44b9-a11b-9d4d784bcedb:c_7150677d61cb)</w:t>
      </w:r>
    </w:p>
    <w:p>
      <w:pPr>
        <w:spacing w:after="40"/>
      </w:pPr>
      <w:r>
        <w:t>[39] Tool result: tr_slope, step 2. Slope over 119.88 km2: mean 8.48 degrees, max 20.58 degrees; 68% of the ground is steeper than 15%. DEM: Catchment terrain model (DEM). Verified: 2 checks passed. (id a7316d79-1e6d-45dd-9d15-38c74be5152e:2)</w:t>
      </w:r>
    </w:p>
    <w:p>
      <w:pPr>
        <w:spacing w:after="40"/>
      </w:pPr>
      <w:r>
        <w:t>[40] Layer: Catchment terrain model (DEM). 0 features (id 8a54f320-9f63-4fda-934a-2891d0746533)</w:t>
      </w:r>
    </w:p>
    <w:p>
      <w:pPr>
        <w:spacing w:after="40"/>
      </w:pPr>
      <w:r>
        <w:t>[41] Catalog: Find point clusters (operation catalog, gp_find_point_clusters). Density-based clusters (DBSCAN, HDBSCAN or OPTICS, optionally space-time) with hulls and noise. ArcGIS: Find Point Clusters, Density-based Clustering. QGIS: native:dbscanclustering, native:stdbscanclustering. (id gp_find_point_clusters)</w:t>
      </w:r>
    </w:p>
    <w:p>
      <w:pPr>
        <w:spacing w:after="40"/>
      </w:pPr>
      <w:r>
        <w:t>[42] Plan: Cluster points of Citizen flood reports (the Start plan's candidate c_14cb11cdaf9e). DBSCAN finds dense groups of Citizen flood reports and separates noise. (id 782d5b2b-9474-44b9-a11b-9d4d784bcedb:c_14cb11cdaf9e)</w:t>
      </w:r>
    </w:p>
    <w:p>
      <w:pPr>
        <w:spacing w:after="40"/>
      </w:pPr>
      <w:r>
        <w:t>[43] Tool result: gp_find_point_clusters, step 0. Find point clusters: 1 layer saved: Find point clusters: Citizen flood reports (900 features). (id e37a3cf8-9f42-4186-9a30-b91e39fd4753:0)</w:t>
      </w:r>
    </w:p>
    <w:p>
      <w:pPr>
        <w:spacing w:after="40"/>
      </w:pPr>
      <w:r>
        <w:t>[44] Plan: Cluster points of River gauge stations (the Start plan's candidate c_850adaee1a23). DBSCAN finds dense groups of River gauge stations and separates noise. (id 782d5b2b-9474-44b9-a11b-9d4d784bcedb:c_850adaee1a23)</w:t>
      </w:r>
    </w:p>
    <w:p>
      <w:pPr>
        <w:spacing w:after="40"/>
      </w:pPr>
      <w:r>
        <w:t>[45] Tool result: gp_find_point_clusters, step 1. Find point clusters: 2 layers saved: Find point clusters: River gauge stations (10 features); Find point clusters: cluster hulls (2 features). (id e37a3cf8-9f42-4186-9a30-b91e39fd4753:1)</w:t>
      </w:r>
    </w:p>
    <w:p>
      <w:pPr>
        <w:spacing w:after="40"/>
      </w:pPr>
      <w:r>
        <w:t>[46] Plan: Cluster points of Rain gauges (the Start plan's candidate c_880362120631). DBSCAN finds dense groups of Rain gauges and separates noise. (id 782d5b2b-9474-44b9-a11b-9d4d784bcedb:c_880362120631)</w:t>
      </w:r>
    </w:p>
    <w:p>
      <w:pPr>
        <w:spacing w:after="40"/>
      </w:pPr>
      <w:r>
        <w:t>[47] Tool result: gp_find_point_clusters, step 2. Find point clusters: 2 layers saved: Find point clusters: Rain gauges (15 features); Find point clusters: cluster hulls (1 feature). (id e37a3cf8-9f42-4186-9a30-b91e39fd4753:2)</w:t>
      </w:r>
    </w:p>
    <w:p>
      <w:pPr>
        <w:spacing w:after="40"/>
      </w:pPr>
      <w:r>
        <w:t>[48] Rendering: Map: Emerging hot spots: Citizen flood reports (id df84019c-853e-4480-ae80-4360a5057762)</w:t>
      </w:r>
    </w:p>
    <w:p>
      <w:pPr>
        <w:spacing w:after="40"/>
      </w:pPr>
      <w:r>
        <w:t>[49] Rendering: Map: Repeat and near repeat classification: Citizen flood reports (id db30ad7f-93e1-49a6-8051-b2115ddb3932)</w:t>
      </w:r>
    </w:p>
    <w:p>
      <w:pPr>
        <w:spacing w:after="40"/>
      </w:pPr>
      <w:r>
        <w:t>[50] Rendering: Map: Hot spot analysis: Citizen flood reports (id 58d7b995-0988-4e8e-9630-4bc577176a92)</w:t>
      </w:r>
    </w:p>
    <w:p>
      <w:pPr>
        <w:spacing w:after="40"/>
      </w:pPr>
      <w:r>
        <w:t>[51] Rendering: Map: Hot spot analysis: Sub-catchments (id 235866fd-a134-4c95-9350-8f2aece11b24)</w:t>
      </w:r>
    </w:p>
    <w:p>
      <w:pPr>
        <w:spacing w:after="40"/>
      </w:pPr>
      <w:r>
        <w:t>[52] Rendering: Map: Calculate density: Citizen flood reports (id 691e1041-8462-4990-a2b4-333fec815627)</w:t>
      </w:r>
    </w:p>
    <w:p>
      <w:pPr>
        <w:spacing w:after="40"/>
      </w:pPr>
      <w:r>
        <w:t>[53] Rendering: Map: Summarize within: Sub-catchments (id 2a79fecc-b8b2-4472-b272-fb43b039dbd2)</w:t>
      </w:r>
    </w:p>
    <w:p>
      <w:pPr>
        <w:spacing w:after="40"/>
      </w:pPr>
      <w:r>
        <w:t>[54] Rendering: Map: Summarize within: Sub-catchments (id 857ca1b5-8fec-48a4-b304-266e68d31b94)</w:t>
      </w:r>
    </w:p>
    <w:p>
      <w:pPr>
        <w:spacing w:after="40"/>
      </w:pPr>
      <w:r>
        <w:t>[55] Rendering: Map: Summarize within: Sub-catchments (id 1e84fe9a-d7b2-4902-98c6-88f83d1753eb)</w:t>
      </w:r>
    </w:p>
    <w:p>
      <w:pPr>
        <w:spacing w:after="40"/>
      </w:pPr>
      <w:r>
        <w:t>[56] Rendering: Map: Slope (degrees) (id 1d6c4200-1fcb-4126-ad0a-641d77b24050)</w:t>
      </w:r>
    </w:p>
    <w:p>
      <w:pPr>
        <w:spacing w:after="40"/>
      </w:pPr>
      <w:r>
        <w:t>[57] Rendering: Map: Find point clusters: Citizen flood reports (id 322bd37e-7f71-4ec2-be16-3d3eb394fa1a)</w:t>
      </w:r>
    </w:p>
    <w:p>
      <w:pPr>
        <w:spacing w:after="40"/>
      </w:pPr>
      <w:r>
        <w:t>[58] Rendering: Map: Find point clusters: River gauge stations (id 42494457-0017-4176-b060-8c623d818af7)</w:t>
      </w:r>
    </w:p>
    <w:p>
      <w:pPr>
        <w:spacing w:after="40"/>
      </w:pPr>
      <w:r>
        <w:t>[59] Rendering: Map: Find point clusters: cluster hulls (id cbd218da-1936-4b2f-928b-583963a4d05b)</w:t>
      </w:r>
    </w:p>
    <w:p>
      <w:pPr>
        <w:spacing w:after="40"/>
      </w:pPr>
      <w:r>
        <w:t>[60] Rendering: Map: Find point clusters: Rain gauges (id de3b65e7-1df0-45b3-a9d9-3f16c3ec25e0)</w:t>
      </w:r>
    </w:p>
    <w:p>
      <w:pPr>
        <w:spacing w:after="40"/>
      </w:pPr>
      <w:r>
        <w:t>[61] Rendering: Map: Find point clusters: cluster hulls (id bb029bff-1f80-4876-9c36-9f206c27cb52)</w:t>
      </w:r>
    </w:p>
    <w:p>
      <w:pPr>
        <w:spacing w:after="40"/>
      </w:pPr>
      <w:r>
        <w:t>[62] Rendering: Map: Sub-catchments by mean_rain_mm (id 629ae5d8-0e0f-40be-8efe-59858715407c)</w:t>
      </w:r>
    </w:p>
    <w:p>
      <w:pPr>
        <w:spacing w:after="40"/>
      </w:pPr>
      <w:r>
        <w:t>[63] Rendering: Map: Mapped flood extents by max_depth_m (id 672a21a8-f21f-47d9-915d-f1215f2351ea)</w:t>
      </w:r>
    </w:p>
    <w:p>
      <w:pPr>
        <w:spacing w:after="40"/>
      </w:pPr>
      <w:r>
        <w:t>[64] Rendering: Chart: Citizen flood reports over time (reported_at). 72 rows (id 1f057250-f2f3-4444-8ee4-312f7e3f29b8)</w:t>
      </w:r>
    </w:p>
    <w:p>
      <w:pPr>
        <w:spacing w:after="40"/>
      </w:pPr>
      <w:r>
        <w:t>[65] Rendering: Chart: Gauge readings by day over time (date). 18 rows (id 1cefadf3-c3b0-4bdc-b14d-0912c06be92b)</w:t>
      </w:r>
    </w:p>
    <w:p>
      <w:pPr>
        <w:spacing w:after="40"/>
      </w:pPr>
      <w:r>
        <w:t>[66] Rendering: Chart: Rainfall by month over time (month). 24 rows (id 68e438aa-5686-4857-9a3f-cd8c3cde2386)</w:t>
      </w:r>
    </w:p>
    <w:p>
      <w:pPr>
        <w:spacing w:after="40"/>
      </w:pPr>
      <w:r>
        <w:t>[67] Rendering: Chart: Emerging hot spots: Citizen flood reports. 7 rows (id 2f15b311-199d-4056-abbf-7f7d18fe96f7)</w:t>
      </w:r>
    </w:p>
    <w:p>
      <w:pPr>
        <w:spacing w:after="40"/>
      </w:pPr>
      <w:r>
        <w:t>[68] Rendering: Chart: Repeat and near repeat classification: Citizen flood reports. 72 rows (id ad285a50-1301-486d-8690-dc043ed0946c)</w:t>
      </w:r>
    </w:p>
    <w:p>
      <w:pPr>
        <w:spacing w:after="40"/>
      </w:pPr>
      <w:r>
        <w:t>[69] Rendering: Chart: Hot spot analysis: Citizen flood reports. 12 rows (id 3368b83c-fef0-4ed7-a8a9-0b1b9da8619b)</w:t>
      </w:r>
    </w:p>
    <w:p>
      <w:pPr>
        <w:spacing w:after="40"/>
      </w:pPr>
      <w:r>
        <w:t>[70] Rendering: Chart: Hot spot analysis: Sub-catchments. 6 rows (id c9d116d9-5701-464b-b839-63cf43f651de)</w:t>
      </w:r>
    </w:p>
    <w:p>
      <w:pPr>
        <w:spacing w:after="40"/>
      </w:pPr>
      <w:r>
        <w:t>[71] Rendering: Chart: Calculate density: Citizen flood reports. 12 rows (id c7966614-d1c9-46e7-8925-8f2f0bac5902)</w:t>
      </w:r>
    </w:p>
    <w:p>
      <w:pPr>
        <w:spacing w:after="40"/>
      </w:pPr>
      <w:r>
        <w:t>[72] Rendering: Chart: Summarize within: Sub-catchments. 5 rows (id 8c848fa1-3d91-47af-9649-288a226486ed)</w:t>
      </w:r>
    </w:p>
    <w:p>
      <w:pPr>
        <w:spacing w:after="40"/>
      </w:pPr>
      <w:r>
        <w:t>[73] Rendering: Chart: Summarize within: Sub-catchments. 5 rows (id dfeafeea-e8b5-4e66-bec7-146625c650af)</w:t>
      </w:r>
    </w:p>
    <w:p>
      <w:pPr>
        <w:spacing w:after="40"/>
      </w:pPr>
      <w:r>
        <w:t>[74] Rendering: Chart: Summarize within: Sub-catchments. 5 rows (id a13f8b52-7627-46cb-b4b5-97051fbb536c)</w:t>
      </w:r>
    </w:p>
    <w:p>
      <w:pPr>
        <w:spacing w:after="40"/>
      </w:pPr>
      <w:r>
        <w:t>[75] Rendering: Chart: Find point clusters: Citizen flood reports. 1 rows (id 0788ef2e-51b6-4142-92a3-ee3cbdd4a246)</w:t>
      </w:r>
    </w:p>
    <w:p>
      <w:pPr>
        <w:spacing w:after="40"/>
      </w:pPr>
      <w:r>
        <w:t>[76] Rendering: Chart: Find point clusters: River gauge stations. 3 rows (id ec2f47a4-6cfe-4935-ae97-f19fd059d77c)</w:t>
      </w:r>
    </w:p>
    <w:p>
      <w:pPr>
        <w:spacing w:after="40"/>
      </w:pPr>
      <w:r>
        <w:t>[77] Rendering: Chart: Find point clusters: cluster hulls. 2 rows (id 0c8ac877-ebc0-43c8-a153-654498de370e)</w:t>
      </w:r>
    </w:p>
    <w:p>
      <w:pPr>
        <w:spacing w:after="40"/>
      </w:pPr>
      <w:r>
        <w:t>[78] Rendering: Chart: Find point clusters: Rain gauges. 1 rows (id 28dec6f4-3a37-41d3-901b-dde7b707ca85)</w:t>
      </w:r>
    </w:p>
    <w:p>
      <w:pPr>
        <w:spacing w:after="40"/>
      </w:pPr>
      <w:r>
        <w:t>[79] Rendering: Chart: Find point clusters: cluster hulls. 1 rows (id 88019df2-74d5-411f-aa91-914142d1020b)</w:t>
      </w:r>
    </w:p>
    <w:p>
      <w:pPr>
        <w:spacing w:after="40"/>
      </w:pPr>
      <w:r>
        <w:t>[80] Rendering: Chart: Find point clusters: Citizen flood reports over time. 72 rows (id 9aed8e2a-dca7-41a3-88ab-dcad1081cc59)</w:t>
      </w:r>
    </w:p>
    <w:p>
      <w:pPr>
        <w:spacing w:after="40"/>
      </w:pPr>
      <w:r>
        <w:t>[81] Rendering: Chart: Repeat and near repeat classification: Citizen flood reports over time. 72 rows (id 682239cc-117a-45c4-932d-cd4f72d53c6a)</w:t>
      </w:r>
    </w:p>
    <w:p>
      <w:pPr>
        <w:spacing w:after="40"/>
      </w:pPr>
      <w:r>
        <w:t>[82] Dataset: River gauge stations. vector, 10 rows (id 51e6f3e7-39f7-409d-b75a-5e3c4f2111ba)</w:t>
      </w:r>
    </w:p>
    <w:p>
      <w:pPr>
        <w:spacing w:after="40"/>
      </w:pPr>
      <w:r>
        <w:t>[83] Dataset: Rivers. vector, 5 rows (id c3beaebe-fab3-43f4-8bd5-fd534de0bc90)</w:t>
      </w:r>
    </w:p>
    <w:p>
      <w:pPr>
        <w:spacing w:after="40"/>
      </w:pPr>
      <w:r>
        <w:t>[84] Dataset: Sub-catchments. vector, 10 rows (id 3b3a6800-4b3b-485f-9a6e-9cb94a905fda)</w:t>
      </w:r>
    </w:p>
    <w:p>
      <w:pPr>
        <w:spacing w:after="40"/>
      </w:pPr>
      <w:r>
        <w:t>[85] Dataset: Rain gauges. vector, 15 rows (id 798fc52e-f033-441e-89de-9aba95030abe)</w:t>
      </w:r>
    </w:p>
    <w:p>
      <w:pPr>
        <w:spacing w:after="40"/>
      </w:pPr>
      <w:r>
        <w:t>[86] Dataset: Levees. vector, 4 rows (id 452fb0cc-8b65-48aa-80fb-aa893b871288)</w:t>
      </w:r>
    </w:p>
    <w:p>
      <w:pPr>
        <w:spacing w:after="40"/>
      </w:pPr>
      <w:r>
        <w:t>[87] Dataset: Catchment terrain model (DEM). raster, ? rows (id 1e838159-31fe-49cd-9295-eb56c3c76602)</w:t>
      </w:r>
    </w:p>
    <w:p>
      <w:pPr>
        <w:spacing w:after="40"/>
      </w:pPr>
      <w:r>
        <w:t>[88] Dataset: Flood bulletin. document, ? rows (id 0d72e77d-8ce0-4130-85e5-3594ccc48b8b)</w:t>
      </w:r>
    </w:p>
    <w:p>
      <w:pPr>
        <w:spacing w:after="40"/>
      </w:pPr>
      <w:r>
        <w:t>[89] Record: Sample: Water resources, Chiang Mai (id 61868fa2-4b0c-4a49-9b21-03b342758885)</w:t>
      </w:r>
    </w:p>
    <w:p>
      <w:pPr>
        <w:spacing w:after="40"/>
      </w:pPr>
      <w:r>
        <w:t>[90] Layer: Emerging hot spots: Citizen flood reports. 54 features (id 76aee3c4-5662-40a6-a573-f7385c27cb6f)</w:t>
      </w:r>
    </w:p>
    <w:p>
      <w:pPr>
        <w:spacing w:after="40"/>
      </w:pPr>
      <w:r>
        <w:t>[91] Layer: Repeat and near repeat classification: Citizen flood reports. 900 features (id 453b38fc-b031-4019-9f36-cea25aa9d8bc)</w:t>
      </w:r>
    </w:p>
    <w:p>
      <w:pPr>
        <w:spacing w:after="40"/>
      </w:pPr>
      <w:r>
        <w:t>[92] Layer: Hot spot analysis: Citizen flood reports. 192 features (id 194f8e1a-bb85-455a-a877-c8e63e1e9706)</w:t>
      </w:r>
    </w:p>
    <w:p>
      <w:pPr>
        <w:spacing w:after="40"/>
      </w:pPr>
      <w:r>
        <w:t>[93] Layer: Hot spot analysis: Sub-catchments. 10 features (id 1a25513d-2337-4e12-b048-9964386b8caf)</w:t>
      </w:r>
    </w:p>
    <w:p>
      <w:pPr>
        <w:spacing w:after="40"/>
      </w:pPr>
      <w:r>
        <w:t>[94] Layer: Calculate density: Citizen flood reports. 1,058 features (id d06650d9-2045-4364-b4eb-7e2d08340918)</w:t>
      </w:r>
    </w:p>
    <w:p>
      <w:pPr>
        <w:spacing w:after="40"/>
      </w:pPr>
      <w:r>
        <w:t>[95] Layer: Summarize within: Sub-catchments. 10 features (id fd0b3217-d60a-47c7-90ab-ea465e8c7c5d)</w:t>
      </w:r>
    </w:p>
    <w:p>
      <w:pPr>
        <w:spacing w:after="40"/>
      </w:pPr>
      <w:r>
        <w:t>[96] Layer: Summarize within: Sub-catchments. 10 features (id ea36acc2-c9e4-47d1-ae43-8e8a01796331)</w:t>
      </w:r>
    </w:p>
    <w:p>
      <w:pPr>
        <w:spacing w:after="40"/>
      </w:pPr>
      <w:r>
        <w:t>[97] Layer: Summarize within: Sub-catchments. 10 features (id e444fc8a-915a-41cf-b527-64e4d1f433ad)</w:t>
      </w:r>
    </w:p>
    <w:p>
      <w:pPr>
        <w:spacing w:after="40"/>
      </w:pPr>
      <w:r>
        <w:t>[98] Layer: Slope (degrees). 0 features (id a753c90d-d085-4dc3-9dbd-73f27c7b0ce4)</w:t>
      </w:r>
    </w:p>
    <w:p>
      <w:pPr>
        <w:spacing w:after="40"/>
      </w:pPr>
      <w:r>
        <w:t>[99] Layer: Find point clusters: Citizen flood reports. 900 features (id 74df7279-bf60-476d-a11f-318baf9e29c1)</w:t>
      </w:r>
    </w:p>
    <w:p>
      <w:pPr>
        <w:spacing w:after="40"/>
      </w:pPr>
      <w:r>
        <w:t>[100] Layer: Find point clusters: River gauge stations. 10 features (id 206d0831-64d5-4e32-8f3e-6a20b952bafa)</w:t>
      </w:r>
    </w:p>
    <w:p>
      <w:pPr>
        <w:spacing w:after="40"/>
      </w:pPr>
      <w:r>
        <w:t>[101] Layer: Find point clusters: cluster hulls. 2 features (id fdb581a7-158f-4075-9090-44eea9d091f3)</w:t>
      </w:r>
    </w:p>
    <w:p>
      <w:pPr>
        <w:spacing w:after="40"/>
      </w:pPr>
      <w:r>
        <w:t>[102] Layer: Find point clusters: Rain gauges. 15 features (id c05c732b-60cd-4aa0-9e1c-3c5d0446cfb9)</w:t>
      </w:r>
    </w:p>
    <w:p>
      <w:pPr>
        <w:spacing w:after="40"/>
      </w:pPr>
      <w:r>
        <w:t>[103] Layer: Find point clusters: cluster hulls. 1 features (id f339f855-d239-4237-9f3a-0d4890abce5e)</w:t>
      </w:r>
    </w:p>
    <w:p>
      <w:pPr>
        <w:spacing w:after="40"/>
      </w:pPr>
      <w:r>
        <w:t>[104] Document: Flood bulletin (id 85d1f153-b632-4f92-9c75-e27e602d03cd)</w:t>
      </w:r>
    </w:p>
    <w:p>
      <w:pPr>
        <w:pStyle w:val="Heading1"/>
      </w:pPr>
      <w:r>
        <w:t>Appendix: the data behind the charts</w:t>
      </w:r>
    </w:p>
    <w:p>
      <w:pPr>
        <w:pStyle w:val="Heading2"/>
      </w:pPr>
      <w:r>
        <w:t>Figure 1. Timeline: events per month by dataset [1]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2024-01-01</w:t>
            </w:r>
          </w:p>
        </w:tc>
        <w:tc>
          <w:tcPr>
            <w:tcW w:type="dxa" w:w="2880"/>
          </w:tcPr>
          <w:p>
            <w:r>
              <w:t>Gauge readings by day</w:t>
            </w:r>
          </w:p>
        </w:tc>
        <w:tc>
          <w:tcPr>
            <w:tcW w:type="dxa" w:w="2880"/>
          </w:tcPr>
          <w:p>
            <w:r>
              <w:t>0</w:t>
            </w:r>
          </w:p>
        </w:tc>
      </w:tr>
      <w:tr>
        <w:tc>
          <w:tcPr>
            <w:tcW w:type="dxa" w:w="2880"/>
          </w:tcPr>
          <w:p>
            <w:r>
              <w:t>2024-01-01</w:t>
            </w:r>
          </w:p>
        </w:tc>
        <w:tc>
          <w:tcPr>
            <w:tcW w:type="dxa" w:w="2880"/>
          </w:tcPr>
          <w:p>
            <w:r>
              <w:t>Citizen flood reports</w:t>
            </w:r>
          </w:p>
        </w:tc>
        <w:tc>
          <w:tcPr>
            <w:tcW w:type="dxa" w:w="2880"/>
          </w:tcPr>
          <w:p>
            <w:r>
              <w:t>0</w:t>
            </w:r>
          </w:p>
        </w:tc>
      </w:tr>
      <w:tr>
        <w:tc>
          <w:tcPr>
            <w:tcW w:type="dxa" w:w="2880"/>
          </w:tcPr>
          <w:p>
            <w:r>
              <w:t>2024-01-01</w:t>
            </w:r>
          </w:p>
        </w:tc>
        <w:tc>
          <w:tcPr>
            <w:tcW w:type="dxa" w:w="2880"/>
          </w:tcPr>
          <w:p>
            <w:r>
              <w:t>Rainfall by month</w:t>
            </w:r>
          </w:p>
        </w:tc>
        <w:tc>
          <w:tcPr>
            <w:tcW w:type="dxa" w:w="2880"/>
          </w:tcPr>
          <w:p>
            <w:r>
              <w:t>15</w:t>
            </w:r>
          </w:p>
        </w:tc>
      </w:tr>
      <w:tr>
        <w:tc>
          <w:tcPr>
            <w:tcW w:type="dxa" w:w="2880"/>
          </w:tcPr>
          <w:p>
            <w:r>
              <w:t>2024-01-01</w:t>
            </w:r>
          </w:p>
        </w:tc>
        <w:tc>
          <w:tcPr>
            <w:tcW w:type="dxa" w:w="2880"/>
          </w:tcPr>
          <w:p>
            <w:r>
              <w:t>Mapped flood extents</w:t>
            </w:r>
          </w:p>
        </w:tc>
        <w:tc>
          <w:tcPr>
            <w:tcW w:type="dxa" w:w="2880"/>
          </w:tcPr>
          <w:p>
            <w:r>
              <w:t>0</w:t>
            </w:r>
          </w:p>
        </w:tc>
      </w:tr>
      <w:tr>
        <w:tc>
          <w:tcPr>
            <w:tcW w:type="dxa" w:w="2880"/>
          </w:tcPr>
          <w:p>
            <w:r>
              <w:t>2024-02-01</w:t>
            </w:r>
          </w:p>
        </w:tc>
        <w:tc>
          <w:tcPr>
            <w:tcW w:type="dxa" w:w="2880"/>
          </w:tcPr>
          <w:p>
            <w:r>
              <w:t>Gauge readings by day</w:t>
            </w:r>
          </w:p>
        </w:tc>
        <w:tc>
          <w:tcPr>
            <w:tcW w:type="dxa" w:w="2880"/>
          </w:tcPr>
          <w:p>
            <w:r>
              <w:t>0</w:t>
            </w:r>
          </w:p>
        </w:tc>
      </w:tr>
      <w:tr>
        <w:tc>
          <w:tcPr>
            <w:tcW w:type="dxa" w:w="2880"/>
          </w:tcPr>
          <w:p>
            <w:r>
              <w:t>2024-02-01</w:t>
            </w:r>
          </w:p>
        </w:tc>
        <w:tc>
          <w:tcPr>
            <w:tcW w:type="dxa" w:w="2880"/>
          </w:tcPr>
          <w:p>
            <w:r>
              <w:t>Citizen flood reports</w:t>
            </w:r>
          </w:p>
        </w:tc>
        <w:tc>
          <w:tcPr>
            <w:tcW w:type="dxa" w:w="2880"/>
          </w:tcPr>
          <w:p>
            <w:r>
              <w:t>0</w:t>
            </w:r>
          </w:p>
        </w:tc>
      </w:tr>
      <w:tr>
        <w:tc>
          <w:tcPr>
            <w:tcW w:type="dxa" w:w="2880"/>
          </w:tcPr>
          <w:p>
            <w:r>
              <w:t>2024-02-01</w:t>
            </w:r>
          </w:p>
        </w:tc>
        <w:tc>
          <w:tcPr>
            <w:tcW w:type="dxa" w:w="2880"/>
          </w:tcPr>
          <w:p>
            <w:r>
              <w:t>Rainfall by month</w:t>
            </w:r>
          </w:p>
        </w:tc>
        <w:tc>
          <w:tcPr>
            <w:tcW w:type="dxa" w:w="2880"/>
          </w:tcPr>
          <w:p>
            <w:r>
              <w:t>15</w:t>
            </w:r>
          </w:p>
        </w:tc>
      </w:tr>
      <w:tr>
        <w:tc>
          <w:tcPr>
            <w:tcW w:type="dxa" w:w="2880"/>
          </w:tcPr>
          <w:p>
            <w:r>
              <w:t>2024-02-01</w:t>
            </w:r>
          </w:p>
        </w:tc>
        <w:tc>
          <w:tcPr>
            <w:tcW w:type="dxa" w:w="2880"/>
          </w:tcPr>
          <w:p>
            <w:r>
              <w:t>Mapped flood extents</w:t>
            </w:r>
          </w:p>
        </w:tc>
        <w:tc>
          <w:tcPr>
            <w:tcW w:type="dxa" w:w="2880"/>
          </w:tcPr>
          <w:p>
            <w:r>
              <w:t>0</w:t>
            </w:r>
          </w:p>
        </w:tc>
      </w:tr>
      <w:tr>
        <w:tc>
          <w:tcPr>
            <w:tcW w:type="dxa" w:w="2880"/>
          </w:tcPr>
          <w:p>
            <w:r>
              <w:t>2024-03-01</w:t>
            </w:r>
          </w:p>
        </w:tc>
        <w:tc>
          <w:tcPr>
            <w:tcW w:type="dxa" w:w="2880"/>
          </w:tcPr>
          <w:p>
            <w:r>
              <w:t>Gauge readings by day</w:t>
            </w:r>
          </w:p>
        </w:tc>
        <w:tc>
          <w:tcPr>
            <w:tcW w:type="dxa" w:w="2880"/>
          </w:tcPr>
          <w:p>
            <w:r>
              <w:t>0</w:t>
            </w:r>
          </w:p>
        </w:tc>
      </w:tr>
      <w:tr>
        <w:tc>
          <w:tcPr>
            <w:tcW w:type="dxa" w:w="2880"/>
          </w:tcPr>
          <w:p>
            <w:r>
              <w:t>2024-03-01</w:t>
            </w:r>
          </w:p>
        </w:tc>
        <w:tc>
          <w:tcPr>
            <w:tcW w:type="dxa" w:w="2880"/>
          </w:tcPr>
          <w:p>
            <w:r>
              <w:t>Citizen flood reports</w:t>
            </w:r>
          </w:p>
        </w:tc>
        <w:tc>
          <w:tcPr>
            <w:tcW w:type="dxa" w:w="2880"/>
          </w:tcPr>
          <w:p>
            <w:r>
              <w:t>0</w:t>
            </w:r>
          </w:p>
        </w:tc>
      </w:tr>
      <w:tr>
        <w:tc>
          <w:tcPr>
            <w:tcW w:type="dxa" w:w="2880"/>
          </w:tcPr>
          <w:p>
            <w:r>
              <w:t>2024-03-01</w:t>
            </w:r>
          </w:p>
        </w:tc>
        <w:tc>
          <w:tcPr>
            <w:tcW w:type="dxa" w:w="2880"/>
          </w:tcPr>
          <w:p>
            <w:r>
              <w:t>Rainfall by month</w:t>
            </w:r>
          </w:p>
        </w:tc>
        <w:tc>
          <w:tcPr>
            <w:tcW w:type="dxa" w:w="2880"/>
          </w:tcPr>
          <w:p>
            <w:r>
              <w:t>15</w:t>
            </w:r>
          </w:p>
        </w:tc>
      </w:tr>
      <w:tr>
        <w:tc>
          <w:tcPr>
            <w:tcW w:type="dxa" w:w="2880"/>
          </w:tcPr>
          <w:p>
            <w:r>
              <w:t>2024-03-01</w:t>
            </w:r>
          </w:p>
        </w:tc>
        <w:tc>
          <w:tcPr>
            <w:tcW w:type="dxa" w:w="2880"/>
          </w:tcPr>
          <w:p>
            <w:r>
              <w:t>Mapped flood extents</w:t>
            </w:r>
          </w:p>
        </w:tc>
        <w:tc>
          <w:tcPr>
            <w:tcW w:type="dxa" w:w="2880"/>
          </w:tcPr>
          <w:p>
            <w:r>
              <w:t>0</w:t>
            </w:r>
          </w:p>
        </w:tc>
      </w:tr>
      <w:tr>
        <w:tc>
          <w:tcPr>
            <w:tcW w:type="dxa" w:w="2880"/>
          </w:tcPr>
          <w:p>
            <w:r>
              <w:t>2024-04-01</w:t>
            </w:r>
          </w:p>
        </w:tc>
        <w:tc>
          <w:tcPr>
            <w:tcW w:type="dxa" w:w="2880"/>
          </w:tcPr>
          <w:p>
            <w:r>
              <w:t>Gauge readings by day</w:t>
            </w:r>
          </w:p>
        </w:tc>
        <w:tc>
          <w:tcPr>
            <w:tcW w:type="dxa" w:w="2880"/>
          </w:tcPr>
          <w:p>
            <w:r>
              <w:t>0</w:t>
            </w:r>
          </w:p>
        </w:tc>
      </w:tr>
      <w:tr>
        <w:tc>
          <w:tcPr>
            <w:tcW w:type="dxa" w:w="2880"/>
          </w:tcPr>
          <w:p>
            <w:r>
              <w:t>2024-04-01</w:t>
            </w:r>
          </w:p>
        </w:tc>
        <w:tc>
          <w:tcPr>
            <w:tcW w:type="dxa" w:w="2880"/>
          </w:tcPr>
          <w:p>
            <w:r>
              <w:t>Citizen flood reports</w:t>
            </w:r>
          </w:p>
        </w:tc>
        <w:tc>
          <w:tcPr>
            <w:tcW w:type="dxa" w:w="2880"/>
          </w:tcPr>
          <w:p>
            <w:r>
              <w:t>0</w:t>
            </w:r>
          </w:p>
        </w:tc>
      </w:tr>
      <w:tr>
        <w:tc>
          <w:tcPr>
            <w:tcW w:type="dxa" w:w="2880"/>
          </w:tcPr>
          <w:p>
            <w:r>
              <w:t>2024-04-01</w:t>
            </w:r>
          </w:p>
        </w:tc>
        <w:tc>
          <w:tcPr>
            <w:tcW w:type="dxa" w:w="2880"/>
          </w:tcPr>
          <w:p>
            <w:r>
              <w:t>Rainfall by month</w:t>
            </w:r>
          </w:p>
        </w:tc>
        <w:tc>
          <w:tcPr>
            <w:tcW w:type="dxa" w:w="2880"/>
          </w:tcPr>
          <w:p>
            <w:r>
              <w:t>15</w:t>
            </w:r>
          </w:p>
        </w:tc>
      </w:tr>
      <w:tr>
        <w:tc>
          <w:tcPr>
            <w:tcW w:type="dxa" w:w="2880"/>
          </w:tcPr>
          <w:p>
            <w:r>
              <w:t>2024-04-01</w:t>
            </w:r>
          </w:p>
        </w:tc>
        <w:tc>
          <w:tcPr>
            <w:tcW w:type="dxa" w:w="2880"/>
          </w:tcPr>
          <w:p>
            <w:r>
              <w:t>Mapped flood extents</w:t>
            </w:r>
          </w:p>
        </w:tc>
        <w:tc>
          <w:tcPr>
            <w:tcW w:type="dxa" w:w="2880"/>
          </w:tcPr>
          <w:p>
            <w:r>
              <w:t>0</w:t>
            </w:r>
          </w:p>
        </w:tc>
      </w:tr>
      <w:tr>
        <w:tc>
          <w:tcPr>
            <w:tcW w:type="dxa" w:w="2880"/>
          </w:tcPr>
          <w:p>
            <w:r>
              <w:t>2024-05-01</w:t>
            </w:r>
          </w:p>
        </w:tc>
        <w:tc>
          <w:tcPr>
            <w:tcW w:type="dxa" w:w="2880"/>
          </w:tcPr>
          <w:p>
            <w:r>
              <w:t>Gauge readings by day</w:t>
            </w:r>
          </w:p>
        </w:tc>
        <w:tc>
          <w:tcPr>
            <w:tcW w:type="dxa" w:w="2880"/>
          </w:tcPr>
          <w:p>
            <w:r>
              <w:t>0</w:t>
            </w:r>
          </w:p>
        </w:tc>
      </w:tr>
      <w:tr>
        <w:tc>
          <w:tcPr>
            <w:tcW w:type="dxa" w:w="2880"/>
          </w:tcPr>
          <w:p>
            <w:r>
              <w:t>2024-05-01</w:t>
            </w:r>
          </w:p>
        </w:tc>
        <w:tc>
          <w:tcPr>
            <w:tcW w:type="dxa" w:w="2880"/>
          </w:tcPr>
          <w:p>
            <w:r>
              <w:t>Citizen flood reports</w:t>
            </w:r>
          </w:p>
        </w:tc>
        <w:tc>
          <w:tcPr>
            <w:tcW w:type="dxa" w:w="2880"/>
          </w:tcPr>
          <w:p>
            <w:r>
              <w:t>0</w:t>
            </w:r>
          </w:p>
        </w:tc>
      </w:tr>
      <w:tr>
        <w:tc>
          <w:tcPr>
            <w:tcW w:type="dxa" w:w="2880"/>
          </w:tcPr>
          <w:p>
            <w:r>
              <w:t>2024-05-01</w:t>
            </w:r>
          </w:p>
        </w:tc>
        <w:tc>
          <w:tcPr>
            <w:tcW w:type="dxa" w:w="2880"/>
          </w:tcPr>
          <w:p>
            <w:r>
              <w:t>Rainfall by month</w:t>
            </w:r>
          </w:p>
        </w:tc>
        <w:tc>
          <w:tcPr>
            <w:tcW w:type="dxa" w:w="2880"/>
          </w:tcPr>
          <w:p>
            <w:r>
              <w:t>15</w:t>
            </w:r>
          </w:p>
        </w:tc>
      </w:tr>
      <w:tr>
        <w:tc>
          <w:tcPr>
            <w:tcW w:type="dxa" w:w="2880"/>
          </w:tcPr>
          <w:p>
            <w:r>
              <w:t>2024-05-01</w:t>
            </w:r>
          </w:p>
        </w:tc>
        <w:tc>
          <w:tcPr>
            <w:tcW w:type="dxa" w:w="2880"/>
          </w:tcPr>
          <w:p>
            <w:r>
              <w:t>Mapped flood extents</w:t>
            </w:r>
          </w:p>
        </w:tc>
        <w:tc>
          <w:tcPr>
            <w:tcW w:type="dxa" w:w="2880"/>
          </w:tcPr>
          <w:p>
            <w:r>
              <w:t>0</w:t>
            </w:r>
          </w:p>
        </w:tc>
      </w:tr>
      <w:tr>
        <w:tc>
          <w:tcPr>
            <w:tcW w:type="dxa" w:w="2880"/>
          </w:tcPr>
          <w:p>
            <w:r>
              <w:t>2024-06-01</w:t>
            </w:r>
          </w:p>
        </w:tc>
        <w:tc>
          <w:tcPr>
            <w:tcW w:type="dxa" w:w="2880"/>
          </w:tcPr>
          <w:p>
            <w:r>
              <w:t>Gauge readings by day</w:t>
            </w:r>
          </w:p>
        </w:tc>
        <w:tc>
          <w:tcPr>
            <w:tcW w:type="dxa" w:w="2880"/>
          </w:tcPr>
          <w:p>
            <w:r>
              <w:t>150</w:t>
            </w:r>
          </w:p>
        </w:tc>
      </w:tr>
      <w:tr>
        <w:tc>
          <w:tcPr>
            <w:tcW w:type="dxa" w:w="2880"/>
          </w:tcPr>
          <w:p>
            <w:r>
              <w:t>2024-06-01</w:t>
            </w:r>
          </w:p>
        </w:tc>
        <w:tc>
          <w:tcPr>
            <w:tcW w:type="dxa" w:w="2880"/>
          </w:tcPr>
          <w:p>
            <w:r>
              <w:t>Citizen flood reports</w:t>
            </w:r>
          </w:p>
        </w:tc>
        <w:tc>
          <w:tcPr>
            <w:tcW w:type="dxa" w:w="2880"/>
          </w:tcPr>
          <w:p>
            <w:r>
              <w:t>29</w:t>
            </w:r>
          </w:p>
        </w:tc>
      </w:tr>
      <w:tr>
        <w:tc>
          <w:tcPr>
            <w:tcW w:type="dxa" w:w="2880"/>
          </w:tcPr>
          <w:p>
            <w:r>
              <w:t>2024-06-01</w:t>
            </w:r>
          </w:p>
        </w:tc>
        <w:tc>
          <w:tcPr>
            <w:tcW w:type="dxa" w:w="2880"/>
          </w:tcPr>
          <w:p>
            <w:r>
              <w:t>Rainfall by month</w:t>
            </w:r>
          </w:p>
        </w:tc>
        <w:tc>
          <w:tcPr>
            <w:tcW w:type="dxa" w:w="2880"/>
          </w:tcPr>
          <w:p>
            <w:r>
              <w:t>15</w:t>
            </w:r>
          </w:p>
        </w:tc>
      </w:tr>
      <w:tr>
        <w:tc>
          <w:tcPr>
            <w:tcW w:type="dxa" w:w="2880"/>
          </w:tcPr>
          <w:p>
            <w:r>
              <w:t>2024-06-01</w:t>
            </w:r>
          </w:p>
        </w:tc>
        <w:tc>
          <w:tcPr>
            <w:tcW w:type="dxa" w:w="2880"/>
          </w:tcPr>
          <w:p>
            <w:r>
              <w:t>Mapped flood extents</w:t>
            </w:r>
          </w:p>
        </w:tc>
        <w:tc>
          <w:tcPr>
            <w:tcW w:type="dxa" w:w="2880"/>
          </w:tcPr>
          <w:p>
            <w:r>
              <w:t>0</w:t>
            </w:r>
          </w:p>
        </w:tc>
      </w:tr>
      <w:tr>
        <w:tc>
          <w:tcPr>
            <w:tcW w:type="dxa" w:w="2880"/>
          </w:tcPr>
          <w:p>
            <w:r>
              <w:t>2024-07-01</w:t>
            </w:r>
          </w:p>
        </w:tc>
        <w:tc>
          <w:tcPr>
            <w:tcW w:type="dxa" w:w="2880"/>
          </w:tcPr>
          <w:p>
            <w:r>
              <w:t>Gauge readings by day</w:t>
            </w:r>
          </w:p>
        </w:tc>
        <w:tc>
          <w:tcPr>
            <w:tcW w:type="dxa" w:w="2880"/>
          </w:tcPr>
          <w:p>
            <w:r>
              <w:t>160</w:t>
            </w:r>
          </w:p>
        </w:tc>
      </w:tr>
      <w:tr>
        <w:tc>
          <w:tcPr>
            <w:tcW w:type="dxa" w:w="2880"/>
          </w:tcPr>
          <w:p>
            <w:r>
              <w:t>2024-07-01</w:t>
            </w:r>
          </w:p>
        </w:tc>
        <w:tc>
          <w:tcPr>
            <w:tcW w:type="dxa" w:w="2880"/>
          </w:tcPr>
          <w:p>
            <w:r>
              <w:t>Citizen flood reports</w:t>
            </w:r>
          </w:p>
        </w:tc>
        <w:tc>
          <w:tcPr>
            <w:tcW w:type="dxa" w:w="2880"/>
          </w:tcPr>
          <w:p>
            <w:r>
              <w:t>44</w:t>
            </w:r>
          </w:p>
        </w:tc>
      </w:tr>
      <w:tr>
        <w:tc>
          <w:tcPr>
            <w:tcW w:type="dxa" w:w="2880"/>
          </w:tcPr>
          <w:p>
            <w:r>
              <w:t>2024-07-01</w:t>
            </w:r>
          </w:p>
        </w:tc>
        <w:tc>
          <w:tcPr>
            <w:tcW w:type="dxa" w:w="2880"/>
          </w:tcPr>
          <w:p>
            <w:r>
              <w:t>Rainfall by month</w:t>
            </w:r>
          </w:p>
        </w:tc>
        <w:tc>
          <w:tcPr>
            <w:tcW w:type="dxa" w:w="2880"/>
          </w:tcPr>
          <w:p>
            <w:r>
              <w:t>15</w:t>
            </w:r>
          </w:p>
        </w:tc>
      </w:tr>
      <w:tr>
        <w:tc>
          <w:tcPr>
            <w:tcW w:type="dxa" w:w="2880"/>
          </w:tcPr>
          <w:p>
            <w:r>
              <w:t>2024-07-01</w:t>
            </w:r>
          </w:p>
        </w:tc>
        <w:tc>
          <w:tcPr>
            <w:tcW w:type="dxa" w:w="2880"/>
          </w:tcPr>
          <w:p>
            <w:r>
              <w:t>Mapped flood extents</w:t>
            </w:r>
          </w:p>
        </w:tc>
        <w:tc>
          <w:tcPr>
            <w:tcW w:type="dxa" w:w="2880"/>
          </w:tcPr>
          <w:p>
            <w:r>
              <w:t>0</w:t>
            </w:r>
          </w:p>
        </w:tc>
      </w:tr>
      <w:tr>
        <w:tc>
          <w:tcPr>
            <w:tcW w:type="dxa" w:w="2880"/>
          </w:tcPr>
          <w:p>
            <w:r>
              <w:t>2024-08-01</w:t>
            </w:r>
          </w:p>
        </w:tc>
        <w:tc>
          <w:tcPr>
            <w:tcW w:type="dxa" w:w="2880"/>
          </w:tcPr>
          <w:p>
            <w:r>
              <w:t>Gauge readings by day</w:t>
            </w:r>
          </w:p>
        </w:tc>
        <w:tc>
          <w:tcPr>
            <w:tcW w:type="dxa" w:w="2880"/>
          </w:tcPr>
          <w:p>
            <w:r>
              <w:t>150</w:t>
            </w:r>
          </w:p>
        </w:tc>
      </w:tr>
      <w:tr>
        <w:tc>
          <w:tcPr>
            <w:tcW w:type="dxa" w:w="2880"/>
          </w:tcPr>
          <w:p>
            <w:r>
              <w:t>2024-08-01</w:t>
            </w:r>
          </w:p>
        </w:tc>
        <w:tc>
          <w:tcPr>
            <w:tcW w:type="dxa" w:w="2880"/>
          </w:tcPr>
          <w:p>
            <w:r>
              <w:t>Citizen flood reports</w:t>
            </w:r>
          </w:p>
        </w:tc>
        <w:tc>
          <w:tcPr>
            <w:tcW w:type="dxa" w:w="2880"/>
          </w:tcPr>
          <w:p>
            <w:r>
              <w:t>54</w:t>
            </w:r>
          </w:p>
        </w:tc>
      </w:tr>
      <w:tr>
        <w:tc>
          <w:tcPr>
            <w:tcW w:type="dxa" w:w="2880"/>
          </w:tcPr>
          <w:p>
            <w:r>
              <w:t>2024-08-01</w:t>
            </w:r>
          </w:p>
        </w:tc>
        <w:tc>
          <w:tcPr>
            <w:tcW w:type="dxa" w:w="2880"/>
          </w:tcPr>
          <w:p>
            <w:r>
              <w:t>Rainfall by month</w:t>
            </w:r>
          </w:p>
        </w:tc>
        <w:tc>
          <w:tcPr>
            <w:tcW w:type="dxa" w:w="2880"/>
          </w:tcPr>
          <w:p>
            <w:r>
              <w:t>15</w:t>
            </w:r>
          </w:p>
        </w:tc>
      </w:tr>
      <w:tr>
        <w:tc>
          <w:tcPr>
            <w:tcW w:type="dxa" w:w="2880"/>
          </w:tcPr>
          <w:p>
            <w:r>
              <w:t>2024-08-01</w:t>
            </w:r>
          </w:p>
        </w:tc>
        <w:tc>
          <w:tcPr>
            <w:tcW w:type="dxa" w:w="2880"/>
          </w:tcPr>
          <w:p>
            <w:r>
              <w:t>Mapped flood extents</w:t>
            </w:r>
          </w:p>
        </w:tc>
        <w:tc>
          <w:tcPr>
            <w:tcW w:type="dxa" w:w="2880"/>
          </w:tcPr>
          <w:p>
            <w:r>
              <w:t>0</w:t>
            </w:r>
          </w:p>
        </w:tc>
      </w:tr>
      <w:tr>
        <w:tc>
          <w:tcPr>
            <w:tcW w:type="dxa" w:w="2880"/>
          </w:tcPr>
          <w:p>
            <w:r>
              <w:t>2024-09-01</w:t>
            </w:r>
          </w:p>
        </w:tc>
        <w:tc>
          <w:tcPr>
            <w:tcW w:type="dxa" w:w="2880"/>
          </w:tcPr>
          <w:p>
            <w:r>
              <w:t>Gauge readings by day</w:t>
            </w:r>
          </w:p>
        </w:tc>
        <w:tc>
          <w:tcPr>
            <w:tcW w:type="dxa" w:w="2880"/>
          </w:tcPr>
          <w:p>
            <w:r>
              <w:t>150</w:t>
            </w:r>
          </w:p>
        </w:tc>
      </w:tr>
      <w:tr>
        <w:tc>
          <w:tcPr>
            <w:tcW w:type="dxa" w:w="2880"/>
          </w:tcPr>
          <w:p>
            <w:r>
              <w:t>2024-09-01</w:t>
            </w:r>
          </w:p>
        </w:tc>
        <w:tc>
          <w:tcPr>
            <w:tcW w:type="dxa" w:w="2880"/>
          </w:tcPr>
          <w:p>
            <w:r>
              <w:t>Citizen flood reports</w:t>
            </w:r>
          </w:p>
        </w:tc>
        <w:tc>
          <w:tcPr>
            <w:tcW w:type="dxa" w:w="2880"/>
          </w:tcPr>
          <w:p>
            <w:r>
              <w:t>89</w:t>
            </w:r>
          </w:p>
        </w:tc>
      </w:tr>
      <w:tr>
        <w:tc>
          <w:tcPr>
            <w:tcW w:type="dxa" w:w="2880"/>
          </w:tcPr>
          <w:p>
            <w:r>
              <w:t>2024-09-01</w:t>
            </w:r>
          </w:p>
        </w:tc>
        <w:tc>
          <w:tcPr>
            <w:tcW w:type="dxa" w:w="2880"/>
          </w:tcPr>
          <w:p>
            <w:r>
              <w:t>Rainfall by month</w:t>
            </w:r>
          </w:p>
        </w:tc>
        <w:tc>
          <w:tcPr>
            <w:tcW w:type="dxa" w:w="2880"/>
          </w:tcPr>
          <w:p>
            <w:r>
              <w:t>15</w:t>
            </w:r>
          </w:p>
        </w:tc>
      </w:tr>
      <w:tr>
        <w:tc>
          <w:tcPr>
            <w:tcW w:type="dxa" w:w="2880"/>
          </w:tcPr>
          <w:p>
            <w:r>
              <w:t>2024-09-01</w:t>
            </w:r>
          </w:p>
        </w:tc>
        <w:tc>
          <w:tcPr>
            <w:tcW w:type="dxa" w:w="2880"/>
          </w:tcPr>
          <w:p>
            <w:r>
              <w:t>Mapped flood extents</w:t>
            </w:r>
          </w:p>
        </w:tc>
        <w:tc>
          <w:tcPr>
            <w:tcW w:type="dxa" w:w="2880"/>
          </w:tcPr>
          <w:p>
            <w:r>
              <w:t>1</w:t>
            </w:r>
          </w:p>
        </w:tc>
      </w:tr>
      <w:tr>
        <w:tc>
          <w:tcPr>
            <w:tcW w:type="dxa" w:w="2880"/>
          </w:tcPr>
          <w:p>
            <w:r>
              <w:t>2024-10-01</w:t>
            </w:r>
          </w:p>
        </w:tc>
        <w:tc>
          <w:tcPr>
            <w:tcW w:type="dxa" w:w="2880"/>
          </w:tcPr>
          <w:p>
            <w:r>
              <w:t>Gauge readings by day</w:t>
            </w:r>
          </w:p>
        </w:tc>
        <w:tc>
          <w:tcPr>
            <w:tcW w:type="dxa" w:w="2880"/>
          </w:tcPr>
          <w:p>
            <w:r>
              <w:t>160</w:t>
            </w:r>
          </w:p>
        </w:tc>
      </w:tr>
      <w:tr>
        <w:tc>
          <w:tcPr>
            <w:tcW w:type="dxa" w:w="2880"/>
          </w:tcPr>
          <w:p>
            <w:r>
              <w:t>2024-10-01</w:t>
            </w:r>
          </w:p>
        </w:tc>
        <w:tc>
          <w:tcPr>
            <w:tcW w:type="dxa" w:w="2880"/>
          </w:tcPr>
          <w:p>
            <w:r>
              <w:t>Citizen flood reports</w:t>
            </w:r>
          </w:p>
        </w:tc>
        <w:tc>
          <w:tcPr>
            <w:tcW w:type="dxa" w:w="2880"/>
          </w:tcPr>
          <w:p>
            <w:r>
              <w:t>57</w:t>
            </w:r>
          </w:p>
        </w:tc>
      </w:tr>
      <w:tr>
        <w:tc>
          <w:tcPr>
            <w:tcW w:type="dxa" w:w="2880"/>
          </w:tcPr>
          <w:p>
            <w:r>
              <w:t>2024-10-01</w:t>
            </w:r>
          </w:p>
        </w:tc>
        <w:tc>
          <w:tcPr>
            <w:tcW w:type="dxa" w:w="2880"/>
          </w:tcPr>
          <w:p>
            <w:r>
              <w:t>Rainfall by month</w:t>
            </w:r>
          </w:p>
        </w:tc>
        <w:tc>
          <w:tcPr>
            <w:tcW w:type="dxa" w:w="2880"/>
          </w:tcPr>
          <w:p>
            <w:r>
              <w:t>15</w:t>
            </w:r>
          </w:p>
        </w:tc>
      </w:tr>
      <w:tr>
        <w:tc>
          <w:tcPr>
            <w:tcW w:type="dxa" w:w="2880"/>
          </w:tcPr>
          <w:p>
            <w:r>
              <w:t>2024-10-01</w:t>
            </w:r>
          </w:p>
        </w:tc>
        <w:tc>
          <w:tcPr>
            <w:tcW w:type="dxa" w:w="2880"/>
          </w:tcPr>
          <w:p>
            <w:r>
              <w:t>Mapped flood extents</w:t>
            </w:r>
          </w:p>
        </w:tc>
        <w:tc>
          <w:tcPr>
            <w:tcW w:type="dxa" w:w="2880"/>
          </w:tcPr>
          <w:p>
            <w:r>
              <w:t>0</w:t>
            </w:r>
          </w:p>
        </w:tc>
      </w:tr>
      <w:tr>
        <w:tc>
          <w:tcPr>
            <w:tcW w:type="dxa" w:w="2880"/>
          </w:tcPr>
          <w:p>
            <w:r>
              <w:t>2024-11-01</w:t>
            </w:r>
          </w:p>
        </w:tc>
        <w:tc>
          <w:tcPr>
            <w:tcW w:type="dxa" w:w="2880"/>
          </w:tcPr>
          <w:p>
            <w:r>
              <w:t>Gauge readings by day</w:t>
            </w:r>
          </w:p>
        </w:tc>
        <w:tc>
          <w:tcPr>
            <w:tcW w:type="dxa" w:w="2880"/>
          </w:tcPr>
          <w:p>
            <w:r>
              <w:t>150</w:t>
            </w:r>
          </w:p>
        </w:tc>
      </w:tr>
      <w:tr>
        <w:tc>
          <w:tcPr>
            <w:tcW w:type="dxa" w:w="2880"/>
          </w:tcPr>
          <w:p>
            <w:r>
              <w:t>2024-11-01</w:t>
            </w:r>
          </w:p>
        </w:tc>
        <w:tc>
          <w:tcPr>
            <w:tcW w:type="dxa" w:w="2880"/>
          </w:tcPr>
          <w:p>
            <w:r>
              <w:t>Citizen flood reports</w:t>
            </w:r>
          </w:p>
        </w:tc>
        <w:tc>
          <w:tcPr>
            <w:tcW w:type="dxa" w:w="2880"/>
          </w:tcPr>
          <w:p>
            <w:r>
              <w:t>30</w:t>
            </w:r>
          </w:p>
        </w:tc>
      </w:tr>
      <w:tr>
        <w:tc>
          <w:tcPr>
            <w:tcW w:type="dxa" w:w="2880"/>
          </w:tcPr>
          <w:p>
            <w:r>
              <w:t>2024-11-01</w:t>
            </w:r>
          </w:p>
        </w:tc>
        <w:tc>
          <w:tcPr>
            <w:tcW w:type="dxa" w:w="2880"/>
          </w:tcPr>
          <w:p>
            <w:r>
              <w:t>Rainfall by month</w:t>
            </w:r>
          </w:p>
        </w:tc>
        <w:tc>
          <w:tcPr>
            <w:tcW w:type="dxa" w:w="2880"/>
          </w:tcPr>
          <w:p>
            <w:r>
              <w:t>15</w:t>
            </w:r>
          </w:p>
        </w:tc>
      </w:tr>
      <w:tr>
        <w:tc>
          <w:tcPr>
            <w:tcW w:type="dxa" w:w="2880"/>
          </w:tcPr>
          <w:p>
            <w:r>
              <w:t>2024-11-01</w:t>
            </w:r>
          </w:p>
        </w:tc>
        <w:tc>
          <w:tcPr>
            <w:tcW w:type="dxa" w:w="2880"/>
          </w:tcPr>
          <w:p>
            <w:r>
              <w:t>Mapped flood extents</w:t>
            </w:r>
          </w:p>
        </w:tc>
        <w:tc>
          <w:tcPr>
            <w:tcW w:type="dxa" w:w="2880"/>
          </w:tcPr>
          <w:p>
            <w:r>
              <w:t>0</w:t>
            </w:r>
          </w:p>
        </w:tc>
      </w:tr>
      <w:tr>
        <w:tc>
          <w:tcPr>
            <w:tcW w:type="dxa" w:w="2880"/>
          </w:tcPr>
          <w:p>
            <w:r>
              <w:t>2024-12-01</w:t>
            </w:r>
          </w:p>
        </w:tc>
        <w:tc>
          <w:tcPr>
            <w:tcW w:type="dxa" w:w="2880"/>
          </w:tcPr>
          <w:p>
            <w:r>
              <w:t>Gauge readings by day</w:t>
            </w:r>
          </w:p>
        </w:tc>
        <w:tc>
          <w:tcPr>
            <w:tcW w:type="dxa" w:w="2880"/>
          </w:tcPr>
          <w:p>
            <w:r>
              <w:t>150</w:t>
            </w:r>
          </w:p>
        </w:tc>
      </w:tr>
      <w:tr>
        <w:tc>
          <w:tcPr>
            <w:tcW w:type="dxa" w:w="2880"/>
          </w:tcPr>
          <w:p>
            <w:r>
              <w:t>2024-12-01</w:t>
            </w:r>
          </w:p>
        </w:tc>
        <w:tc>
          <w:tcPr>
            <w:tcW w:type="dxa" w:w="2880"/>
          </w:tcPr>
          <w:p>
            <w:r>
              <w:t>Citizen flood reports</w:t>
            </w:r>
          </w:p>
        </w:tc>
        <w:tc>
          <w:tcPr>
            <w:tcW w:type="dxa" w:w="2880"/>
          </w:tcPr>
          <w:p>
            <w:r>
              <w:t>23</w:t>
            </w:r>
          </w:p>
        </w:tc>
      </w:tr>
      <w:tr>
        <w:tc>
          <w:tcPr>
            <w:tcW w:type="dxa" w:w="2880"/>
          </w:tcPr>
          <w:p>
            <w:r>
              <w:t>2024-12-01</w:t>
            </w:r>
          </w:p>
        </w:tc>
        <w:tc>
          <w:tcPr>
            <w:tcW w:type="dxa" w:w="2880"/>
          </w:tcPr>
          <w:p>
            <w:r>
              <w:t>Rainfall by month</w:t>
            </w:r>
          </w:p>
        </w:tc>
        <w:tc>
          <w:tcPr>
            <w:tcW w:type="dxa" w:w="2880"/>
          </w:tcPr>
          <w:p>
            <w:r>
              <w:t>15</w:t>
            </w:r>
          </w:p>
        </w:tc>
      </w:tr>
      <w:tr>
        <w:tc>
          <w:tcPr>
            <w:tcW w:type="dxa" w:w="2880"/>
          </w:tcPr>
          <w:p>
            <w:r>
              <w:t>2024-12-01</w:t>
            </w:r>
          </w:p>
        </w:tc>
        <w:tc>
          <w:tcPr>
            <w:tcW w:type="dxa" w:w="2880"/>
          </w:tcPr>
          <w:p>
            <w:r>
              <w:t>Mapped flood extents</w:t>
            </w:r>
          </w:p>
        </w:tc>
        <w:tc>
          <w:tcPr>
            <w:tcW w:type="dxa" w:w="2880"/>
          </w:tcPr>
          <w:p>
            <w:r>
              <w:t>0</w:t>
            </w:r>
          </w:p>
        </w:tc>
      </w:tr>
      <w:tr>
        <w:tc>
          <w:tcPr>
            <w:tcW w:type="dxa" w:w="2880"/>
          </w:tcPr>
          <w:p>
            <w:r>
              <w:t>2025-01-01</w:t>
            </w:r>
          </w:p>
        </w:tc>
        <w:tc>
          <w:tcPr>
            <w:tcW w:type="dxa" w:w="2880"/>
          </w:tcPr>
          <w:p>
            <w:r>
              <w:t>Gauge readings by day</w:t>
            </w:r>
          </w:p>
        </w:tc>
        <w:tc>
          <w:tcPr>
            <w:tcW w:type="dxa" w:w="2880"/>
          </w:tcPr>
          <w:p>
            <w:r>
              <w:t>160</w:t>
            </w:r>
          </w:p>
        </w:tc>
      </w:tr>
      <w:tr>
        <w:tc>
          <w:tcPr>
            <w:tcW w:type="dxa" w:w="2880"/>
          </w:tcPr>
          <w:p>
            <w:r>
              <w:t>2025-01-01</w:t>
            </w:r>
          </w:p>
        </w:tc>
        <w:tc>
          <w:tcPr>
            <w:tcW w:type="dxa" w:w="2880"/>
          </w:tcPr>
          <w:p>
            <w:r>
              <w:t>Citizen flood reports</w:t>
            </w:r>
          </w:p>
        </w:tc>
        <w:tc>
          <w:tcPr>
            <w:tcW w:type="dxa" w:w="2880"/>
          </w:tcPr>
          <w:p>
            <w:r>
              <w:t>13</w:t>
            </w:r>
          </w:p>
        </w:tc>
      </w:tr>
      <w:tr>
        <w:tc>
          <w:tcPr>
            <w:tcW w:type="dxa" w:w="2880"/>
          </w:tcPr>
          <w:p>
            <w:r>
              <w:t>2025-01-01</w:t>
            </w:r>
          </w:p>
        </w:tc>
        <w:tc>
          <w:tcPr>
            <w:tcW w:type="dxa" w:w="2880"/>
          </w:tcPr>
          <w:p>
            <w:r>
              <w:t>Rainfall by month</w:t>
            </w:r>
          </w:p>
        </w:tc>
        <w:tc>
          <w:tcPr>
            <w:tcW w:type="dxa" w:w="2880"/>
          </w:tcPr>
          <w:p>
            <w:r>
              <w:t>15</w:t>
            </w:r>
          </w:p>
        </w:tc>
      </w:tr>
      <w:tr>
        <w:tc>
          <w:tcPr>
            <w:tcW w:type="dxa" w:w="2880"/>
          </w:tcPr>
          <w:p>
            <w:r>
              <w:t>2025-01-01</w:t>
            </w:r>
          </w:p>
        </w:tc>
        <w:tc>
          <w:tcPr>
            <w:tcW w:type="dxa" w:w="2880"/>
          </w:tcPr>
          <w:p>
            <w:r>
              <w:t>Mapped flood extents</w:t>
            </w:r>
          </w:p>
        </w:tc>
        <w:tc>
          <w:tcPr>
            <w:tcW w:type="dxa" w:w="2880"/>
          </w:tcPr>
          <w:p>
            <w:r>
              <w:t>0</w:t>
            </w:r>
          </w:p>
        </w:tc>
      </w:tr>
      <w:tr>
        <w:tc>
          <w:tcPr>
            <w:tcW w:type="dxa" w:w="2880"/>
          </w:tcPr>
          <w:p>
            <w:r>
              <w:t>2025-02-01</w:t>
            </w:r>
          </w:p>
        </w:tc>
        <w:tc>
          <w:tcPr>
            <w:tcW w:type="dxa" w:w="2880"/>
          </w:tcPr>
          <w:p>
            <w:r>
              <w:t>Gauge readings by day</w:t>
            </w:r>
          </w:p>
        </w:tc>
        <w:tc>
          <w:tcPr>
            <w:tcW w:type="dxa" w:w="2880"/>
          </w:tcPr>
          <w:p>
            <w:r>
              <w:t>140</w:t>
            </w:r>
          </w:p>
        </w:tc>
      </w:tr>
      <w:tr>
        <w:tc>
          <w:tcPr>
            <w:tcW w:type="dxa" w:w="2880"/>
          </w:tcPr>
          <w:p>
            <w:r>
              <w:t>2025-02-01</w:t>
            </w:r>
          </w:p>
        </w:tc>
        <w:tc>
          <w:tcPr>
            <w:tcW w:type="dxa" w:w="2880"/>
          </w:tcPr>
          <w:p>
            <w:r>
              <w:t>Citizen flood reports</w:t>
            </w:r>
          </w:p>
        </w:tc>
        <w:tc>
          <w:tcPr>
            <w:tcW w:type="dxa" w:w="2880"/>
          </w:tcPr>
          <w:p>
            <w:r>
              <w:t>8</w:t>
            </w:r>
          </w:p>
        </w:tc>
      </w:tr>
      <w:tr>
        <w:tc>
          <w:tcPr>
            <w:tcW w:type="dxa" w:w="2880"/>
          </w:tcPr>
          <w:p>
            <w:r>
              <w:t>2025-02-01</w:t>
            </w:r>
          </w:p>
        </w:tc>
        <w:tc>
          <w:tcPr>
            <w:tcW w:type="dxa" w:w="2880"/>
          </w:tcPr>
          <w:p>
            <w:r>
              <w:t>Rainfall by month</w:t>
            </w:r>
          </w:p>
        </w:tc>
        <w:tc>
          <w:tcPr>
            <w:tcW w:type="dxa" w:w="2880"/>
          </w:tcPr>
          <w:p>
            <w:r>
              <w:t>15</w:t>
            </w:r>
          </w:p>
        </w:tc>
      </w:tr>
      <w:tr>
        <w:tc>
          <w:tcPr>
            <w:tcW w:type="dxa" w:w="2880"/>
          </w:tcPr>
          <w:p>
            <w:r>
              <w:t>2025-02-01</w:t>
            </w:r>
          </w:p>
        </w:tc>
        <w:tc>
          <w:tcPr>
            <w:tcW w:type="dxa" w:w="2880"/>
          </w:tcPr>
          <w:p>
            <w:r>
              <w:t>Mapped flood extents</w:t>
            </w:r>
          </w:p>
        </w:tc>
        <w:tc>
          <w:tcPr>
            <w:tcW w:type="dxa" w:w="2880"/>
          </w:tcPr>
          <w:p>
            <w:r>
              <w:t>0</w:t>
            </w:r>
          </w:p>
        </w:tc>
      </w:tr>
      <w:tr>
        <w:tc>
          <w:tcPr>
            <w:tcW w:type="dxa" w:w="2880"/>
          </w:tcPr>
          <w:p>
            <w:r>
              <w:t>2025-03-01</w:t>
            </w:r>
          </w:p>
        </w:tc>
        <w:tc>
          <w:tcPr>
            <w:tcW w:type="dxa" w:w="2880"/>
          </w:tcPr>
          <w:p>
            <w:r>
              <w:t>Gauge readings by day</w:t>
            </w:r>
          </w:p>
        </w:tc>
        <w:tc>
          <w:tcPr>
            <w:tcW w:type="dxa" w:w="2880"/>
          </w:tcPr>
          <w:p>
            <w:r>
              <w:t>150</w:t>
            </w:r>
          </w:p>
        </w:tc>
      </w:tr>
      <w:tr>
        <w:tc>
          <w:tcPr>
            <w:tcW w:type="dxa" w:w="2880"/>
          </w:tcPr>
          <w:p>
            <w:r>
              <w:t>2025-03-01</w:t>
            </w:r>
          </w:p>
        </w:tc>
        <w:tc>
          <w:tcPr>
            <w:tcW w:type="dxa" w:w="2880"/>
          </w:tcPr>
          <w:p>
            <w:r>
              <w:t>Citizen flood reports</w:t>
            </w:r>
          </w:p>
        </w:tc>
        <w:tc>
          <w:tcPr>
            <w:tcW w:type="dxa" w:w="2880"/>
          </w:tcPr>
          <w:p>
            <w:r>
              <w:t>4</w:t>
            </w:r>
          </w:p>
        </w:tc>
      </w:tr>
      <w:tr>
        <w:tc>
          <w:tcPr>
            <w:tcW w:type="dxa" w:w="2880"/>
          </w:tcPr>
          <w:p>
            <w:r>
              <w:t>2025-03-01</w:t>
            </w:r>
          </w:p>
        </w:tc>
        <w:tc>
          <w:tcPr>
            <w:tcW w:type="dxa" w:w="2880"/>
          </w:tcPr>
          <w:p>
            <w:r>
              <w:t>Rainfall by month</w:t>
            </w:r>
          </w:p>
        </w:tc>
        <w:tc>
          <w:tcPr>
            <w:tcW w:type="dxa" w:w="2880"/>
          </w:tcPr>
          <w:p>
            <w:r>
              <w:t>15</w:t>
            </w:r>
          </w:p>
        </w:tc>
      </w:tr>
      <w:tr>
        <w:tc>
          <w:tcPr>
            <w:tcW w:type="dxa" w:w="2880"/>
          </w:tcPr>
          <w:p>
            <w:r>
              <w:t>2025-03-01</w:t>
            </w:r>
          </w:p>
        </w:tc>
        <w:tc>
          <w:tcPr>
            <w:tcW w:type="dxa" w:w="2880"/>
          </w:tcPr>
          <w:p>
            <w:r>
              <w:t>Mapped flood extents</w:t>
            </w:r>
          </w:p>
        </w:tc>
        <w:tc>
          <w:tcPr>
            <w:tcW w:type="dxa" w:w="2880"/>
          </w:tcPr>
          <w:p>
            <w:r>
              <w:t>0</w:t>
            </w:r>
          </w:p>
        </w:tc>
      </w:tr>
      <w:tr>
        <w:tc>
          <w:tcPr>
            <w:tcW w:type="dxa" w:w="2880"/>
          </w:tcPr>
          <w:p>
            <w:r>
              <w:t>2025-04-01</w:t>
            </w:r>
          </w:p>
        </w:tc>
        <w:tc>
          <w:tcPr>
            <w:tcW w:type="dxa" w:w="2880"/>
          </w:tcPr>
          <w:p>
            <w:r>
              <w:t>Gauge readings by day</w:t>
            </w:r>
          </w:p>
        </w:tc>
        <w:tc>
          <w:tcPr>
            <w:tcW w:type="dxa" w:w="2880"/>
          </w:tcPr>
          <w:p>
            <w:r>
              <w:t>150</w:t>
            </w:r>
          </w:p>
        </w:tc>
      </w:tr>
      <w:tr>
        <w:tc>
          <w:tcPr>
            <w:tcW w:type="dxa" w:w="2880"/>
          </w:tcPr>
          <w:p>
            <w:r>
              <w:t>2025-04-01</w:t>
            </w:r>
          </w:p>
        </w:tc>
        <w:tc>
          <w:tcPr>
            <w:tcW w:type="dxa" w:w="2880"/>
          </w:tcPr>
          <w:p>
            <w:r>
              <w:t>Citizen flood reports</w:t>
            </w:r>
          </w:p>
        </w:tc>
        <w:tc>
          <w:tcPr>
            <w:tcW w:type="dxa" w:w="2880"/>
          </w:tcPr>
          <w:p>
            <w:r>
              <w:t>9</w:t>
            </w:r>
          </w:p>
        </w:tc>
      </w:tr>
      <w:tr>
        <w:tc>
          <w:tcPr>
            <w:tcW w:type="dxa" w:w="2880"/>
          </w:tcPr>
          <w:p>
            <w:r>
              <w:t>2025-04-01</w:t>
            </w:r>
          </w:p>
        </w:tc>
        <w:tc>
          <w:tcPr>
            <w:tcW w:type="dxa" w:w="2880"/>
          </w:tcPr>
          <w:p>
            <w:r>
              <w:t>Rainfall by month</w:t>
            </w:r>
          </w:p>
        </w:tc>
        <w:tc>
          <w:tcPr>
            <w:tcW w:type="dxa" w:w="2880"/>
          </w:tcPr>
          <w:p>
            <w:r>
              <w:t>15</w:t>
            </w:r>
          </w:p>
        </w:tc>
      </w:tr>
      <w:tr>
        <w:tc>
          <w:tcPr>
            <w:tcW w:type="dxa" w:w="2880"/>
          </w:tcPr>
          <w:p>
            <w:r>
              <w:t>2025-04-01</w:t>
            </w:r>
          </w:p>
        </w:tc>
        <w:tc>
          <w:tcPr>
            <w:tcW w:type="dxa" w:w="2880"/>
          </w:tcPr>
          <w:p>
            <w:r>
              <w:t>Mapped flood extents</w:t>
            </w:r>
          </w:p>
        </w:tc>
        <w:tc>
          <w:tcPr>
            <w:tcW w:type="dxa" w:w="2880"/>
          </w:tcPr>
          <w:p>
            <w:r>
              <w:t>0</w:t>
            </w:r>
          </w:p>
        </w:tc>
      </w:tr>
      <w:tr>
        <w:tc>
          <w:tcPr>
            <w:tcW w:type="dxa" w:w="2880"/>
          </w:tcPr>
          <w:p>
            <w:r>
              <w:t>2025-05-01</w:t>
            </w:r>
          </w:p>
        </w:tc>
        <w:tc>
          <w:tcPr>
            <w:tcW w:type="dxa" w:w="2880"/>
          </w:tcPr>
          <w:p>
            <w:r>
              <w:t>Gauge readings by day</w:t>
            </w:r>
          </w:p>
        </w:tc>
        <w:tc>
          <w:tcPr>
            <w:tcW w:type="dxa" w:w="2880"/>
          </w:tcPr>
          <w:p>
            <w:r>
              <w:t>160</w:t>
            </w:r>
          </w:p>
        </w:tc>
      </w:tr>
      <w:tr>
        <w:tc>
          <w:tcPr>
            <w:tcW w:type="dxa" w:w="2880"/>
          </w:tcPr>
          <w:p>
            <w:r>
              <w:t>2025-05-01</w:t>
            </w:r>
          </w:p>
        </w:tc>
        <w:tc>
          <w:tcPr>
            <w:tcW w:type="dxa" w:w="2880"/>
          </w:tcPr>
          <w:p>
            <w:r>
              <w:t>Citizen flood reports</w:t>
            </w:r>
          </w:p>
        </w:tc>
        <w:tc>
          <w:tcPr>
            <w:tcW w:type="dxa" w:w="2880"/>
          </w:tcPr>
          <w:p>
            <w:r>
              <w:t>20</w:t>
            </w:r>
          </w:p>
        </w:tc>
      </w:tr>
      <w:tr>
        <w:tc>
          <w:tcPr>
            <w:tcW w:type="dxa" w:w="2880"/>
          </w:tcPr>
          <w:p>
            <w:r>
              <w:t>2025-05-01</w:t>
            </w:r>
          </w:p>
        </w:tc>
        <w:tc>
          <w:tcPr>
            <w:tcW w:type="dxa" w:w="2880"/>
          </w:tcPr>
          <w:p>
            <w:r>
              <w:t>Rainfall by month</w:t>
            </w:r>
          </w:p>
        </w:tc>
        <w:tc>
          <w:tcPr>
            <w:tcW w:type="dxa" w:w="2880"/>
          </w:tcPr>
          <w:p>
            <w:r>
              <w:t>15</w:t>
            </w:r>
          </w:p>
        </w:tc>
      </w:tr>
      <w:tr>
        <w:tc>
          <w:tcPr>
            <w:tcW w:type="dxa" w:w="2880"/>
          </w:tcPr>
          <w:p>
            <w:r>
              <w:t>2025-05-01</w:t>
            </w:r>
          </w:p>
        </w:tc>
        <w:tc>
          <w:tcPr>
            <w:tcW w:type="dxa" w:w="2880"/>
          </w:tcPr>
          <w:p>
            <w:r>
              <w:t>Mapped flood extents</w:t>
            </w:r>
          </w:p>
        </w:tc>
        <w:tc>
          <w:tcPr>
            <w:tcW w:type="dxa" w:w="2880"/>
          </w:tcPr>
          <w:p>
            <w:r>
              <w:t>0</w:t>
            </w:r>
          </w:p>
        </w:tc>
      </w:tr>
      <w:tr>
        <w:tc>
          <w:tcPr>
            <w:tcW w:type="dxa" w:w="2880"/>
          </w:tcPr>
          <w:p>
            <w:r>
              <w:t>2025-06-01</w:t>
            </w:r>
          </w:p>
        </w:tc>
        <w:tc>
          <w:tcPr>
            <w:tcW w:type="dxa" w:w="2880"/>
          </w:tcPr>
          <w:p>
            <w:r>
              <w:t>Gauge readings by day</w:t>
            </w:r>
          </w:p>
        </w:tc>
        <w:tc>
          <w:tcPr>
            <w:tcW w:type="dxa" w:w="2880"/>
          </w:tcPr>
          <w:p>
            <w:r>
              <w:t>150</w:t>
            </w:r>
          </w:p>
        </w:tc>
      </w:tr>
      <w:tr>
        <w:tc>
          <w:tcPr>
            <w:tcW w:type="dxa" w:w="2880"/>
          </w:tcPr>
          <w:p>
            <w:r>
              <w:t>2025-06-01</w:t>
            </w:r>
          </w:p>
        </w:tc>
        <w:tc>
          <w:tcPr>
            <w:tcW w:type="dxa" w:w="2880"/>
          </w:tcPr>
          <w:p>
            <w:r>
              <w:t>Citizen flood reports</w:t>
            </w:r>
          </w:p>
        </w:tc>
        <w:tc>
          <w:tcPr>
            <w:tcW w:type="dxa" w:w="2880"/>
          </w:tcPr>
          <w:p>
            <w:r>
              <w:t>29</w:t>
            </w:r>
          </w:p>
        </w:tc>
      </w:tr>
      <w:tr>
        <w:tc>
          <w:tcPr>
            <w:tcW w:type="dxa" w:w="2880"/>
          </w:tcPr>
          <w:p>
            <w:r>
              <w:t>2025-06-01</w:t>
            </w:r>
          </w:p>
        </w:tc>
        <w:tc>
          <w:tcPr>
            <w:tcW w:type="dxa" w:w="2880"/>
          </w:tcPr>
          <w:p>
            <w:r>
              <w:t>Rainfall by month</w:t>
            </w:r>
          </w:p>
        </w:tc>
        <w:tc>
          <w:tcPr>
            <w:tcW w:type="dxa" w:w="2880"/>
          </w:tcPr>
          <w:p>
            <w:r>
              <w:t>15</w:t>
            </w:r>
          </w:p>
        </w:tc>
      </w:tr>
      <w:tr>
        <w:tc>
          <w:tcPr>
            <w:tcW w:type="dxa" w:w="2880"/>
          </w:tcPr>
          <w:p>
            <w:r>
              <w:t>2025-06-01</w:t>
            </w:r>
          </w:p>
        </w:tc>
        <w:tc>
          <w:tcPr>
            <w:tcW w:type="dxa" w:w="2880"/>
          </w:tcPr>
          <w:p>
            <w:r>
              <w:t>Mapped flood extents</w:t>
            </w:r>
          </w:p>
        </w:tc>
        <w:tc>
          <w:tcPr>
            <w:tcW w:type="dxa" w:w="2880"/>
          </w:tcPr>
          <w:p>
            <w:r>
              <w:t>0</w:t>
            </w:r>
          </w:p>
        </w:tc>
      </w:tr>
      <w:tr>
        <w:tc>
          <w:tcPr>
            <w:tcW w:type="dxa" w:w="2880"/>
          </w:tcPr>
          <w:p>
            <w:r>
              <w:t>2025-07-01</w:t>
            </w:r>
          </w:p>
        </w:tc>
        <w:tc>
          <w:tcPr>
            <w:tcW w:type="dxa" w:w="2880"/>
          </w:tcPr>
          <w:p>
            <w:r>
              <w:t>Gauge readings by day</w:t>
            </w:r>
          </w:p>
        </w:tc>
        <w:tc>
          <w:tcPr>
            <w:tcW w:type="dxa" w:w="2880"/>
          </w:tcPr>
          <w:p>
            <w:r>
              <w:t>150</w:t>
            </w:r>
          </w:p>
        </w:tc>
      </w:tr>
      <w:tr>
        <w:tc>
          <w:tcPr>
            <w:tcW w:type="dxa" w:w="2880"/>
          </w:tcPr>
          <w:p>
            <w:r>
              <w:t>2025-07-01</w:t>
            </w:r>
          </w:p>
        </w:tc>
        <w:tc>
          <w:tcPr>
            <w:tcW w:type="dxa" w:w="2880"/>
          </w:tcPr>
          <w:p>
            <w:r>
              <w:t>Citizen flood reports</w:t>
            </w:r>
          </w:p>
        </w:tc>
        <w:tc>
          <w:tcPr>
            <w:tcW w:type="dxa" w:w="2880"/>
          </w:tcPr>
          <w:p>
            <w:r>
              <w:t>34</w:t>
            </w:r>
          </w:p>
        </w:tc>
      </w:tr>
      <w:tr>
        <w:tc>
          <w:tcPr>
            <w:tcW w:type="dxa" w:w="2880"/>
          </w:tcPr>
          <w:p>
            <w:r>
              <w:t>2025-07-01</w:t>
            </w:r>
          </w:p>
        </w:tc>
        <w:tc>
          <w:tcPr>
            <w:tcW w:type="dxa" w:w="2880"/>
          </w:tcPr>
          <w:p>
            <w:r>
              <w:t>Rainfall by month</w:t>
            </w:r>
          </w:p>
        </w:tc>
        <w:tc>
          <w:tcPr>
            <w:tcW w:type="dxa" w:w="2880"/>
          </w:tcPr>
          <w:p>
            <w:r>
              <w:t>15</w:t>
            </w:r>
          </w:p>
        </w:tc>
      </w:tr>
      <w:tr>
        <w:tc>
          <w:tcPr>
            <w:tcW w:type="dxa" w:w="2880"/>
          </w:tcPr>
          <w:p>
            <w:r>
              <w:t>2025-07-01</w:t>
            </w:r>
          </w:p>
        </w:tc>
        <w:tc>
          <w:tcPr>
            <w:tcW w:type="dxa" w:w="2880"/>
          </w:tcPr>
          <w:p>
            <w:r>
              <w:t>Mapped flood extents</w:t>
            </w:r>
          </w:p>
        </w:tc>
        <w:tc>
          <w:tcPr>
            <w:tcW w:type="dxa" w:w="2880"/>
          </w:tcPr>
          <w:p>
            <w:r>
              <w:t>0</w:t>
            </w:r>
          </w:p>
        </w:tc>
      </w:tr>
      <w:tr>
        <w:tc>
          <w:tcPr>
            <w:tcW w:type="dxa" w:w="2880"/>
          </w:tcPr>
          <w:p>
            <w:r>
              <w:t>2025-08-01</w:t>
            </w:r>
          </w:p>
        </w:tc>
        <w:tc>
          <w:tcPr>
            <w:tcW w:type="dxa" w:w="2880"/>
          </w:tcPr>
          <w:p>
            <w:r>
              <w:t>Gauge readings by day</w:t>
            </w:r>
          </w:p>
        </w:tc>
        <w:tc>
          <w:tcPr>
            <w:tcW w:type="dxa" w:w="2880"/>
          </w:tcPr>
          <w:p>
            <w:r>
              <w:t>160</w:t>
            </w:r>
          </w:p>
        </w:tc>
      </w:tr>
      <w:tr>
        <w:tc>
          <w:tcPr>
            <w:tcW w:type="dxa" w:w="2880"/>
          </w:tcPr>
          <w:p>
            <w:r>
              <w:t>2025-08-01</w:t>
            </w:r>
          </w:p>
        </w:tc>
        <w:tc>
          <w:tcPr>
            <w:tcW w:type="dxa" w:w="2880"/>
          </w:tcPr>
          <w:p>
            <w:r>
              <w:t>Citizen flood reports</w:t>
            </w:r>
          </w:p>
        </w:tc>
        <w:tc>
          <w:tcPr>
            <w:tcW w:type="dxa" w:w="2880"/>
          </w:tcPr>
          <w:p>
            <w:r>
              <w:t>111</w:t>
            </w:r>
          </w:p>
        </w:tc>
      </w:tr>
      <w:tr>
        <w:tc>
          <w:tcPr>
            <w:tcW w:type="dxa" w:w="2880"/>
          </w:tcPr>
          <w:p>
            <w:r>
              <w:t>2025-08-01</w:t>
            </w:r>
          </w:p>
        </w:tc>
        <w:tc>
          <w:tcPr>
            <w:tcW w:type="dxa" w:w="2880"/>
          </w:tcPr>
          <w:p>
            <w:r>
              <w:t>Rainfall by month</w:t>
            </w:r>
          </w:p>
        </w:tc>
        <w:tc>
          <w:tcPr>
            <w:tcW w:type="dxa" w:w="2880"/>
          </w:tcPr>
          <w:p>
            <w:r>
              <w:t>15</w:t>
            </w:r>
          </w:p>
        </w:tc>
      </w:tr>
      <w:tr>
        <w:tc>
          <w:tcPr>
            <w:tcW w:type="dxa" w:w="2880"/>
          </w:tcPr>
          <w:p>
            <w:r>
              <w:t>2025-08-01</w:t>
            </w:r>
          </w:p>
        </w:tc>
        <w:tc>
          <w:tcPr>
            <w:tcW w:type="dxa" w:w="2880"/>
          </w:tcPr>
          <w:p>
            <w:r>
              <w:t>Mapped flood extents</w:t>
            </w:r>
          </w:p>
        </w:tc>
        <w:tc>
          <w:tcPr>
            <w:tcW w:type="dxa" w:w="2880"/>
          </w:tcPr>
          <w:p>
            <w:r>
              <w:t>1</w:t>
            </w:r>
          </w:p>
        </w:tc>
      </w:tr>
      <w:tr>
        <w:tc>
          <w:tcPr>
            <w:tcW w:type="dxa" w:w="2880"/>
          </w:tcPr>
          <w:p>
            <w:r>
              <w:t>2025-09-01</w:t>
            </w:r>
          </w:p>
        </w:tc>
        <w:tc>
          <w:tcPr>
            <w:tcW w:type="dxa" w:w="2880"/>
          </w:tcPr>
          <w:p>
            <w:r>
              <w:t>Gauge readings by day</w:t>
            </w:r>
          </w:p>
        </w:tc>
        <w:tc>
          <w:tcPr>
            <w:tcW w:type="dxa" w:w="2880"/>
          </w:tcPr>
          <w:p>
            <w:r>
              <w:t>150</w:t>
            </w:r>
          </w:p>
        </w:tc>
      </w:tr>
      <w:tr>
        <w:tc>
          <w:tcPr>
            <w:tcW w:type="dxa" w:w="2880"/>
          </w:tcPr>
          <w:p>
            <w:r>
              <w:t>2025-09-01</w:t>
            </w:r>
          </w:p>
        </w:tc>
        <w:tc>
          <w:tcPr>
            <w:tcW w:type="dxa" w:w="2880"/>
          </w:tcPr>
          <w:p>
            <w:r>
              <w:t>Citizen flood reports</w:t>
            </w:r>
          </w:p>
        </w:tc>
        <w:tc>
          <w:tcPr>
            <w:tcW w:type="dxa" w:w="2880"/>
          </w:tcPr>
          <w:p>
            <w:r>
              <w:t>38</w:t>
            </w:r>
          </w:p>
        </w:tc>
      </w:tr>
      <w:tr>
        <w:tc>
          <w:tcPr>
            <w:tcW w:type="dxa" w:w="2880"/>
          </w:tcPr>
          <w:p>
            <w:r>
              <w:t>2025-09-01</w:t>
            </w:r>
          </w:p>
        </w:tc>
        <w:tc>
          <w:tcPr>
            <w:tcW w:type="dxa" w:w="2880"/>
          </w:tcPr>
          <w:p>
            <w:r>
              <w:t>Rainfall by month</w:t>
            </w:r>
          </w:p>
        </w:tc>
        <w:tc>
          <w:tcPr>
            <w:tcW w:type="dxa" w:w="2880"/>
          </w:tcPr>
          <w:p>
            <w:r>
              <w:t>15</w:t>
            </w:r>
          </w:p>
        </w:tc>
      </w:tr>
      <w:tr>
        <w:tc>
          <w:tcPr>
            <w:tcW w:type="dxa" w:w="2880"/>
          </w:tcPr>
          <w:p>
            <w:r>
              <w:t>2025-09-01</w:t>
            </w:r>
          </w:p>
        </w:tc>
        <w:tc>
          <w:tcPr>
            <w:tcW w:type="dxa" w:w="2880"/>
          </w:tcPr>
          <w:p>
            <w:r>
              <w:t>Mapped flood extents</w:t>
            </w:r>
          </w:p>
        </w:tc>
        <w:tc>
          <w:tcPr>
            <w:tcW w:type="dxa" w:w="2880"/>
          </w:tcPr>
          <w:p>
            <w:r>
              <w:t>0</w:t>
            </w:r>
          </w:p>
        </w:tc>
      </w:tr>
      <w:tr>
        <w:tc>
          <w:tcPr>
            <w:tcW w:type="dxa" w:w="2880"/>
          </w:tcPr>
          <w:p>
            <w:r>
              <w:t>2025-10-01</w:t>
            </w:r>
          </w:p>
        </w:tc>
        <w:tc>
          <w:tcPr>
            <w:tcW w:type="dxa" w:w="2880"/>
          </w:tcPr>
          <w:p>
            <w:r>
              <w:t>Gauge readings by day</w:t>
            </w:r>
          </w:p>
        </w:tc>
        <w:tc>
          <w:tcPr>
            <w:tcW w:type="dxa" w:w="2880"/>
          </w:tcPr>
          <w:p>
            <w:r>
              <w:t>150</w:t>
            </w:r>
          </w:p>
        </w:tc>
      </w:tr>
      <w:tr>
        <w:tc>
          <w:tcPr>
            <w:tcW w:type="dxa" w:w="2880"/>
          </w:tcPr>
          <w:p>
            <w:r>
              <w:t>2025-10-01</w:t>
            </w:r>
          </w:p>
        </w:tc>
        <w:tc>
          <w:tcPr>
            <w:tcW w:type="dxa" w:w="2880"/>
          </w:tcPr>
          <w:p>
            <w:r>
              <w:t>Citizen flood reports</w:t>
            </w:r>
          </w:p>
        </w:tc>
        <w:tc>
          <w:tcPr>
            <w:tcW w:type="dxa" w:w="2880"/>
          </w:tcPr>
          <w:p>
            <w:r>
              <w:t>272</w:t>
            </w:r>
          </w:p>
        </w:tc>
      </w:tr>
      <w:tr>
        <w:tc>
          <w:tcPr>
            <w:tcW w:type="dxa" w:w="2880"/>
          </w:tcPr>
          <w:p>
            <w:r>
              <w:t>2025-10-01</w:t>
            </w:r>
          </w:p>
        </w:tc>
        <w:tc>
          <w:tcPr>
            <w:tcW w:type="dxa" w:w="2880"/>
          </w:tcPr>
          <w:p>
            <w:r>
              <w:t>Rainfall by month</w:t>
            </w:r>
          </w:p>
        </w:tc>
        <w:tc>
          <w:tcPr>
            <w:tcW w:type="dxa" w:w="2880"/>
          </w:tcPr>
          <w:p>
            <w:r>
              <w:t>15</w:t>
            </w:r>
          </w:p>
        </w:tc>
      </w:tr>
      <w:tr>
        <w:tc>
          <w:tcPr>
            <w:tcW w:type="dxa" w:w="2880"/>
          </w:tcPr>
          <w:p>
            <w:r>
              <w:t>2025-10-01</w:t>
            </w:r>
          </w:p>
        </w:tc>
        <w:tc>
          <w:tcPr>
            <w:tcW w:type="dxa" w:w="2880"/>
          </w:tcPr>
          <w:p>
            <w:r>
              <w:t>Mapped flood extents</w:t>
            </w:r>
          </w:p>
        </w:tc>
        <w:tc>
          <w:tcPr>
            <w:tcW w:type="dxa" w:w="2880"/>
          </w:tcPr>
          <w:p>
            <w:r>
              <w:t>1</w:t>
            </w:r>
          </w:p>
        </w:tc>
      </w:tr>
      <w:tr>
        <w:tc>
          <w:tcPr>
            <w:tcW w:type="dxa" w:w="2880"/>
          </w:tcPr>
          <w:p>
            <w:r>
              <w:t>2025-11-01</w:t>
            </w:r>
          </w:p>
        </w:tc>
        <w:tc>
          <w:tcPr>
            <w:tcW w:type="dxa" w:w="2880"/>
          </w:tcPr>
          <w:p>
            <w:r>
              <w:t>Gauge readings by day</w:t>
            </w:r>
          </w:p>
        </w:tc>
        <w:tc>
          <w:tcPr>
            <w:tcW w:type="dxa" w:w="2880"/>
          </w:tcPr>
          <w:p>
            <w:r>
              <w:t>150</w:t>
            </w:r>
          </w:p>
        </w:tc>
      </w:tr>
      <w:tr>
        <w:tc>
          <w:tcPr>
            <w:tcW w:type="dxa" w:w="2880"/>
          </w:tcPr>
          <w:p>
            <w:r>
              <w:t>2025-11-01</w:t>
            </w:r>
          </w:p>
        </w:tc>
        <w:tc>
          <w:tcPr>
            <w:tcW w:type="dxa" w:w="2880"/>
          </w:tcPr>
          <w:p>
            <w:r>
              <w:t>Citizen flood reports</w:t>
            </w:r>
          </w:p>
        </w:tc>
        <w:tc>
          <w:tcPr>
            <w:tcW w:type="dxa" w:w="2880"/>
          </w:tcPr>
          <w:p>
            <w:r>
              <w:t>36</w:t>
            </w:r>
          </w:p>
        </w:tc>
      </w:tr>
      <w:tr>
        <w:tc>
          <w:tcPr>
            <w:tcW w:type="dxa" w:w="2880"/>
          </w:tcPr>
          <w:p>
            <w:r>
              <w:t>2025-11-01</w:t>
            </w:r>
          </w:p>
        </w:tc>
        <w:tc>
          <w:tcPr>
            <w:tcW w:type="dxa" w:w="2880"/>
          </w:tcPr>
          <w:p>
            <w:r>
              <w:t>Rainfall by month</w:t>
            </w:r>
          </w:p>
        </w:tc>
        <w:tc>
          <w:tcPr>
            <w:tcW w:type="dxa" w:w="2880"/>
          </w:tcPr>
          <w:p>
            <w:r>
              <w:t>15</w:t>
            </w:r>
          </w:p>
        </w:tc>
      </w:tr>
      <w:tr>
        <w:tc>
          <w:tcPr>
            <w:tcW w:type="dxa" w:w="2880"/>
          </w:tcPr>
          <w:p>
            <w:r>
              <w:t>2025-11-01</w:t>
            </w:r>
          </w:p>
        </w:tc>
        <w:tc>
          <w:tcPr>
            <w:tcW w:type="dxa" w:w="2880"/>
          </w:tcPr>
          <w:p>
            <w:r>
              <w:t>Mapped flood extents</w:t>
            </w:r>
          </w:p>
        </w:tc>
        <w:tc>
          <w:tcPr>
            <w:tcW w:type="dxa" w:w="2880"/>
          </w:tcPr>
          <w:p>
            <w:r>
              <w:t>0</w:t>
            </w:r>
          </w:p>
        </w:tc>
      </w:tr>
      <w:tr>
        <w:tc>
          <w:tcPr>
            <w:tcW w:type="dxa" w:w="2880"/>
          </w:tcPr>
          <w:p>
            <w:r>
              <w:t>2025-12-01</w:t>
            </w:r>
          </w:p>
        </w:tc>
        <w:tc>
          <w:tcPr>
            <w:tcW w:type="dxa" w:w="2880"/>
          </w:tcPr>
          <w:p>
            <w:r>
              <w:t>Gauge readings by day</w:t>
            </w:r>
          </w:p>
        </w:tc>
        <w:tc>
          <w:tcPr>
            <w:tcW w:type="dxa" w:w="2880"/>
          </w:tcPr>
          <w:p>
            <w:r>
              <w:t>0</w:t>
            </w:r>
          </w:p>
        </w:tc>
      </w:tr>
      <w:tr>
        <w:tc>
          <w:tcPr>
            <w:tcW w:type="dxa" w:w="2880"/>
          </w:tcPr>
          <w:p>
            <w:r>
              <w:t>2025-12-01</w:t>
            </w:r>
          </w:p>
        </w:tc>
        <w:tc>
          <w:tcPr>
            <w:tcW w:type="dxa" w:w="2880"/>
          </w:tcPr>
          <w:p>
            <w:r>
              <w:t>Citizen flood reports</w:t>
            </w:r>
          </w:p>
        </w:tc>
        <w:tc>
          <w:tcPr>
            <w:tcW w:type="dxa" w:w="2880"/>
          </w:tcPr>
          <w:p>
            <w:r>
              <w:t>0</w:t>
            </w:r>
          </w:p>
        </w:tc>
      </w:tr>
      <w:tr>
        <w:tc>
          <w:tcPr>
            <w:tcW w:type="dxa" w:w="2880"/>
          </w:tcPr>
          <w:p>
            <w:r>
              <w:t>2025-12-01</w:t>
            </w:r>
          </w:p>
        </w:tc>
        <w:tc>
          <w:tcPr>
            <w:tcW w:type="dxa" w:w="2880"/>
          </w:tcPr>
          <w:p>
            <w:r>
              <w:t>Rainfall by month</w:t>
            </w:r>
          </w:p>
        </w:tc>
        <w:tc>
          <w:tcPr>
            <w:tcW w:type="dxa" w:w="2880"/>
          </w:tcPr>
          <w:p>
            <w:r>
              <w:t>15</w:t>
            </w:r>
          </w:p>
        </w:tc>
      </w:tr>
      <w:tr>
        <w:tc>
          <w:tcPr>
            <w:tcW w:type="dxa" w:w="2880"/>
          </w:tcPr>
          <w:p>
            <w:r>
              <w:t>2025-12-01</w:t>
            </w:r>
          </w:p>
        </w:tc>
        <w:tc>
          <w:tcPr>
            <w:tcW w:type="dxa" w:w="2880"/>
          </w:tcPr>
          <w:p>
            <w:r>
              <w:t>Mapped flood extents</w:t>
            </w:r>
          </w:p>
        </w:tc>
        <w:tc>
          <w:tcPr>
            <w:tcW w:type="dxa" w:w="2880"/>
          </w:tcPr>
          <w:p>
            <w:r>
              <w:t>0</w:t>
            </w:r>
          </w:p>
        </w:tc>
      </w:tr>
    </w:tbl>
    <w:p/>
    <w:p>
      <w:pPr>
        <w:pStyle w:val="Heading2"/>
      </w:pPr>
      <w:r>
        <w:t>Figure 18. Citizen flood reports over time (reported_at) [64]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2024-06-01</w:t>
            </w:r>
          </w:p>
        </w:tc>
        <w:tc>
          <w:tcPr>
            <w:tcW w:type="dxa" w:w="2880"/>
          </w:tcPr>
          <w:p>
            <w:r>
              <w:t>street flooded</w:t>
            </w:r>
          </w:p>
        </w:tc>
        <w:tc>
          <w:tcPr>
            <w:tcW w:type="dxa" w:w="2880"/>
          </w:tcPr>
          <w:p>
            <w:r>
              <w:t>7</w:t>
            </w:r>
          </w:p>
        </w:tc>
      </w:tr>
      <w:tr>
        <w:tc>
          <w:tcPr>
            <w:tcW w:type="dxa" w:w="2880"/>
          </w:tcPr>
          <w:p>
            <w:r>
              <w:t>2024-06-01</w:t>
            </w:r>
          </w:p>
        </w:tc>
        <w:tc>
          <w:tcPr>
            <w:tcW w:type="dxa" w:w="2880"/>
          </w:tcPr>
          <w:p>
            <w:r>
              <w:t>rescue</w:t>
            </w:r>
          </w:p>
        </w:tc>
        <w:tc>
          <w:tcPr>
            <w:tcW w:type="dxa" w:w="2880"/>
          </w:tcPr>
          <w:p>
            <w:r>
              <w:t>10</w:t>
            </w:r>
          </w:p>
        </w:tc>
      </w:tr>
      <w:tr>
        <w:tc>
          <w:tcPr>
            <w:tcW w:type="dxa" w:w="2880"/>
          </w:tcPr>
          <w:p>
            <w:r>
              <w:t>2024-06-01</w:t>
            </w:r>
          </w:p>
        </w:tc>
        <w:tc>
          <w:tcPr>
            <w:tcW w:type="dxa" w:w="2880"/>
          </w:tcPr>
          <w:p>
            <w:r>
              <w:t>house flooded</w:t>
            </w:r>
          </w:p>
        </w:tc>
        <w:tc>
          <w:tcPr>
            <w:tcW w:type="dxa" w:w="2880"/>
          </w:tcPr>
          <w:p>
            <w:r>
              <w:t>7</w:t>
            </w:r>
          </w:p>
        </w:tc>
      </w:tr>
      <w:tr>
        <w:tc>
          <w:tcPr>
            <w:tcW w:type="dxa" w:w="2880"/>
          </w:tcPr>
          <w:p>
            <w:r>
              <w:t>2024-06-01</w:t>
            </w:r>
          </w:p>
        </w:tc>
        <w:tc>
          <w:tcPr>
            <w:tcW w:type="dxa" w:w="2880"/>
          </w:tcPr>
          <w:p>
            <w:r>
              <w:t>road closed</w:t>
            </w:r>
          </w:p>
        </w:tc>
        <w:tc>
          <w:tcPr>
            <w:tcW w:type="dxa" w:w="2880"/>
          </w:tcPr>
          <w:p>
            <w:r>
              <w:t>5</w:t>
            </w:r>
          </w:p>
        </w:tc>
      </w:tr>
      <w:tr>
        <w:tc>
          <w:tcPr>
            <w:tcW w:type="dxa" w:w="2880"/>
          </w:tcPr>
          <w:p>
            <w:r>
              <w:t>2024-07-01</w:t>
            </w:r>
          </w:p>
        </w:tc>
        <w:tc>
          <w:tcPr>
            <w:tcW w:type="dxa" w:w="2880"/>
          </w:tcPr>
          <w:p>
            <w:r>
              <w:t>street flooded</w:t>
            </w:r>
          </w:p>
        </w:tc>
        <w:tc>
          <w:tcPr>
            <w:tcW w:type="dxa" w:w="2880"/>
          </w:tcPr>
          <w:p>
            <w:r>
              <w:t>15</w:t>
            </w:r>
          </w:p>
        </w:tc>
      </w:tr>
      <w:tr>
        <w:tc>
          <w:tcPr>
            <w:tcW w:type="dxa" w:w="2880"/>
          </w:tcPr>
          <w:p>
            <w:r>
              <w:t>2024-07-01</w:t>
            </w:r>
          </w:p>
        </w:tc>
        <w:tc>
          <w:tcPr>
            <w:tcW w:type="dxa" w:w="2880"/>
          </w:tcPr>
          <w:p>
            <w:r>
              <w:t>rescue</w:t>
            </w:r>
          </w:p>
        </w:tc>
        <w:tc>
          <w:tcPr>
            <w:tcW w:type="dxa" w:w="2880"/>
          </w:tcPr>
          <w:p>
            <w:r>
              <w:t>11</w:t>
            </w:r>
          </w:p>
        </w:tc>
      </w:tr>
      <w:tr>
        <w:tc>
          <w:tcPr>
            <w:tcW w:type="dxa" w:w="2880"/>
          </w:tcPr>
          <w:p>
            <w:r>
              <w:t>2024-07-01</w:t>
            </w:r>
          </w:p>
        </w:tc>
        <w:tc>
          <w:tcPr>
            <w:tcW w:type="dxa" w:w="2880"/>
          </w:tcPr>
          <w:p>
            <w:r>
              <w:t>house flooded</w:t>
            </w:r>
          </w:p>
        </w:tc>
        <w:tc>
          <w:tcPr>
            <w:tcW w:type="dxa" w:w="2880"/>
          </w:tcPr>
          <w:p>
            <w:r>
              <w:t>8</w:t>
            </w:r>
          </w:p>
        </w:tc>
      </w:tr>
      <w:tr>
        <w:tc>
          <w:tcPr>
            <w:tcW w:type="dxa" w:w="2880"/>
          </w:tcPr>
          <w:p>
            <w:r>
              <w:t>2024-07-01</w:t>
            </w:r>
          </w:p>
        </w:tc>
        <w:tc>
          <w:tcPr>
            <w:tcW w:type="dxa" w:w="2880"/>
          </w:tcPr>
          <w:p>
            <w:r>
              <w:t>road closed</w:t>
            </w:r>
          </w:p>
        </w:tc>
        <w:tc>
          <w:tcPr>
            <w:tcW w:type="dxa" w:w="2880"/>
          </w:tcPr>
          <w:p>
            <w:r>
              <w:t>10</w:t>
            </w:r>
          </w:p>
        </w:tc>
      </w:tr>
      <w:tr>
        <w:tc>
          <w:tcPr>
            <w:tcW w:type="dxa" w:w="2880"/>
          </w:tcPr>
          <w:p>
            <w:r>
              <w:t>2024-08-01</w:t>
            </w:r>
          </w:p>
        </w:tc>
        <w:tc>
          <w:tcPr>
            <w:tcW w:type="dxa" w:w="2880"/>
          </w:tcPr>
          <w:p>
            <w:r>
              <w:t>street flooded</w:t>
            </w:r>
          </w:p>
        </w:tc>
        <w:tc>
          <w:tcPr>
            <w:tcW w:type="dxa" w:w="2880"/>
          </w:tcPr>
          <w:p>
            <w:r>
              <w:t>17</w:t>
            </w:r>
          </w:p>
        </w:tc>
      </w:tr>
      <w:tr>
        <w:tc>
          <w:tcPr>
            <w:tcW w:type="dxa" w:w="2880"/>
          </w:tcPr>
          <w:p>
            <w:r>
              <w:t>2024-08-01</w:t>
            </w:r>
          </w:p>
        </w:tc>
        <w:tc>
          <w:tcPr>
            <w:tcW w:type="dxa" w:w="2880"/>
          </w:tcPr>
          <w:p>
            <w:r>
              <w:t>rescue</w:t>
            </w:r>
          </w:p>
        </w:tc>
        <w:tc>
          <w:tcPr>
            <w:tcW w:type="dxa" w:w="2880"/>
          </w:tcPr>
          <w:p>
            <w:r>
              <w:t>11</w:t>
            </w:r>
          </w:p>
        </w:tc>
      </w:tr>
      <w:tr>
        <w:tc>
          <w:tcPr>
            <w:tcW w:type="dxa" w:w="2880"/>
          </w:tcPr>
          <w:p>
            <w:r>
              <w:t>2024-08-01</w:t>
            </w:r>
          </w:p>
        </w:tc>
        <w:tc>
          <w:tcPr>
            <w:tcW w:type="dxa" w:w="2880"/>
          </w:tcPr>
          <w:p>
            <w:r>
              <w:t>house flooded</w:t>
            </w:r>
          </w:p>
        </w:tc>
        <w:tc>
          <w:tcPr>
            <w:tcW w:type="dxa" w:w="2880"/>
          </w:tcPr>
          <w:p>
            <w:r>
              <w:t>14</w:t>
            </w:r>
          </w:p>
        </w:tc>
      </w:tr>
      <w:tr>
        <w:tc>
          <w:tcPr>
            <w:tcW w:type="dxa" w:w="2880"/>
          </w:tcPr>
          <w:p>
            <w:r>
              <w:t>2024-08-01</w:t>
            </w:r>
          </w:p>
        </w:tc>
        <w:tc>
          <w:tcPr>
            <w:tcW w:type="dxa" w:w="2880"/>
          </w:tcPr>
          <w:p>
            <w:r>
              <w:t>road closed</w:t>
            </w:r>
          </w:p>
        </w:tc>
        <w:tc>
          <w:tcPr>
            <w:tcW w:type="dxa" w:w="2880"/>
          </w:tcPr>
          <w:p>
            <w:r>
              <w:t>12</w:t>
            </w:r>
          </w:p>
        </w:tc>
      </w:tr>
      <w:tr>
        <w:tc>
          <w:tcPr>
            <w:tcW w:type="dxa" w:w="2880"/>
          </w:tcPr>
          <w:p>
            <w:r>
              <w:t>2024-09-01</w:t>
            </w:r>
          </w:p>
        </w:tc>
        <w:tc>
          <w:tcPr>
            <w:tcW w:type="dxa" w:w="2880"/>
          </w:tcPr>
          <w:p>
            <w:r>
              <w:t>street flooded</w:t>
            </w:r>
          </w:p>
        </w:tc>
        <w:tc>
          <w:tcPr>
            <w:tcW w:type="dxa" w:w="2880"/>
          </w:tcPr>
          <w:p>
            <w:r>
              <w:t>28</w:t>
            </w:r>
          </w:p>
        </w:tc>
      </w:tr>
      <w:tr>
        <w:tc>
          <w:tcPr>
            <w:tcW w:type="dxa" w:w="2880"/>
          </w:tcPr>
          <w:p>
            <w:r>
              <w:t>2024-09-01</w:t>
            </w:r>
          </w:p>
        </w:tc>
        <w:tc>
          <w:tcPr>
            <w:tcW w:type="dxa" w:w="2880"/>
          </w:tcPr>
          <w:p>
            <w:r>
              <w:t>rescue</w:t>
            </w:r>
          </w:p>
        </w:tc>
        <w:tc>
          <w:tcPr>
            <w:tcW w:type="dxa" w:w="2880"/>
          </w:tcPr>
          <w:p>
            <w:r>
              <w:t>23</w:t>
            </w:r>
          </w:p>
        </w:tc>
      </w:tr>
      <w:tr>
        <w:tc>
          <w:tcPr>
            <w:tcW w:type="dxa" w:w="2880"/>
          </w:tcPr>
          <w:p>
            <w:r>
              <w:t>2024-09-01</w:t>
            </w:r>
          </w:p>
        </w:tc>
        <w:tc>
          <w:tcPr>
            <w:tcW w:type="dxa" w:w="2880"/>
          </w:tcPr>
          <w:p>
            <w:r>
              <w:t>house flooded</w:t>
            </w:r>
          </w:p>
        </w:tc>
        <w:tc>
          <w:tcPr>
            <w:tcW w:type="dxa" w:w="2880"/>
          </w:tcPr>
          <w:p>
            <w:r>
              <w:t>18</w:t>
            </w:r>
          </w:p>
        </w:tc>
      </w:tr>
      <w:tr>
        <w:tc>
          <w:tcPr>
            <w:tcW w:type="dxa" w:w="2880"/>
          </w:tcPr>
          <w:p>
            <w:r>
              <w:t>2024-09-01</w:t>
            </w:r>
          </w:p>
        </w:tc>
        <w:tc>
          <w:tcPr>
            <w:tcW w:type="dxa" w:w="2880"/>
          </w:tcPr>
          <w:p>
            <w:r>
              <w:t>road closed</w:t>
            </w:r>
          </w:p>
        </w:tc>
        <w:tc>
          <w:tcPr>
            <w:tcW w:type="dxa" w:w="2880"/>
          </w:tcPr>
          <w:p>
            <w:r>
              <w:t>20</w:t>
            </w:r>
          </w:p>
        </w:tc>
      </w:tr>
      <w:tr>
        <w:tc>
          <w:tcPr>
            <w:tcW w:type="dxa" w:w="2880"/>
          </w:tcPr>
          <w:p>
            <w:r>
              <w:t>2024-10-01</w:t>
            </w:r>
          </w:p>
        </w:tc>
        <w:tc>
          <w:tcPr>
            <w:tcW w:type="dxa" w:w="2880"/>
          </w:tcPr>
          <w:p>
            <w:r>
              <w:t>street flooded</w:t>
            </w:r>
          </w:p>
        </w:tc>
        <w:tc>
          <w:tcPr>
            <w:tcW w:type="dxa" w:w="2880"/>
          </w:tcPr>
          <w:p>
            <w:r>
              <w:t>11</w:t>
            </w:r>
          </w:p>
        </w:tc>
      </w:tr>
      <w:tr>
        <w:tc>
          <w:tcPr>
            <w:tcW w:type="dxa" w:w="2880"/>
          </w:tcPr>
          <w:p>
            <w:r>
              <w:t>2024-10-01</w:t>
            </w:r>
          </w:p>
        </w:tc>
        <w:tc>
          <w:tcPr>
            <w:tcW w:type="dxa" w:w="2880"/>
          </w:tcPr>
          <w:p>
            <w:r>
              <w:t>rescue</w:t>
            </w:r>
          </w:p>
        </w:tc>
        <w:tc>
          <w:tcPr>
            <w:tcW w:type="dxa" w:w="2880"/>
          </w:tcPr>
          <w:p>
            <w:r>
              <w:t>18</w:t>
            </w:r>
          </w:p>
        </w:tc>
      </w:tr>
      <w:tr>
        <w:tc>
          <w:tcPr>
            <w:tcW w:type="dxa" w:w="2880"/>
          </w:tcPr>
          <w:p>
            <w:r>
              <w:t>2024-10-01</w:t>
            </w:r>
          </w:p>
        </w:tc>
        <w:tc>
          <w:tcPr>
            <w:tcW w:type="dxa" w:w="2880"/>
          </w:tcPr>
          <w:p>
            <w:r>
              <w:t>house flooded</w:t>
            </w:r>
          </w:p>
        </w:tc>
        <w:tc>
          <w:tcPr>
            <w:tcW w:type="dxa" w:w="2880"/>
          </w:tcPr>
          <w:p>
            <w:r>
              <w:t>12</w:t>
            </w:r>
          </w:p>
        </w:tc>
      </w:tr>
      <w:tr>
        <w:tc>
          <w:tcPr>
            <w:tcW w:type="dxa" w:w="2880"/>
          </w:tcPr>
          <w:p>
            <w:r>
              <w:t>2024-10-01</w:t>
            </w:r>
          </w:p>
        </w:tc>
        <w:tc>
          <w:tcPr>
            <w:tcW w:type="dxa" w:w="2880"/>
          </w:tcPr>
          <w:p>
            <w:r>
              <w:t>road closed</w:t>
            </w:r>
          </w:p>
        </w:tc>
        <w:tc>
          <w:tcPr>
            <w:tcW w:type="dxa" w:w="2880"/>
          </w:tcPr>
          <w:p>
            <w:r>
              <w:t>16</w:t>
            </w:r>
          </w:p>
        </w:tc>
      </w:tr>
      <w:tr>
        <w:tc>
          <w:tcPr>
            <w:tcW w:type="dxa" w:w="2880"/>
          </w:tcPr>
          <w:p>
            <w:r>
              <w:t>2024-11-01</w:t>
            </w:r>
          </w:p>
        </w:tc>
        <w:tc>
          <w:tcPr>
            <w:tcW w:type="dxa" w:w="2880"/>
          </w:tcPr>
          <w:p>
            <w:r>
              <w:t>street flooded</w:t>
            </w:r>
          </w:p>
        </w:tc>
        <w:tc>
          <w:tcPr>
            <w:tcW w:type="dxa" w:w="2880"/>
          </w:tcPr>
          <w:p>
            <w:r>
              <w:t>9</w:t>
            </w:r>
          </w:p>
        </w:tc>
      </w:tr>
      <w:tr>
        <w:tc>
          <w:tcPr>
            <w:tcW w:type="dxa" w:w="2880"/>
          </w:tcPr>
          <w:p>
            <w:r>
              <w:t>2024-11-01</w:t>
            </w:r>
          </w:p>
        </w:tc>
        <w:tc>
          <w:tcPr>
            <w:tcW w:type="dxa" w:w="2880"/>
          </w:tcPr>
          <w:p>
            <w:r>
              <w:t>rescue</w:t>
            </w:r>
          </w:p>
        </w:tc>
        <w:tc>
          <w:tcPr>
            <w:tcW w:type="dxa" w:w="2880"/>
          </w:tcPr>
          <w:p>
            <w:r>
              <w:t>10</w:t>
            </w:r>
          </w:p>
        </w:tc>
      </w:tr>
      <w:tr>
        <w:tc>
          <w:tcPr>
            <w:tcW w:type="dxa" w:w="2880"/>
          </w:tcPr>
          <w:p>
            <w:r>
              <w:t>2024-11-01</w:t>
            </w:r>
          </w:p>
        </w:tc>
        <w:tc>
          <w:tcPr>
            <w:tcW w:type="dxa" w:w="2880"/>
          </w:tcPr>
          <w:p>
            <w:r>
              <w:t>house flooded</w:t>
            </w:r>
          </w:p>
        </w:tc>
        <w:tc>
          <w:tcPr>
            <w:tcW w:type="dxa" w:w="2880"/>
          </w:tcPr>
          <w:p>
            <w:r>
              <w:t>6</w:t>
            </w:r>
          </w:p>
        </w:tc>
      </w:tr>
      <w:tr>
        <w:tc>
          <w:tcPr>
            <w:tcW w:type="dxa" w:w="2880"/>
          </w:tcPr>
          <w:p>
            <w:r>
              <w:t>2024-11-01</w:t>
            </w:r>
          </w:p>
        </w:tc>
        <w:tc>
          <w:tcPr>
            <w:tcW w:type="dxa" w:w="2880"/>
          </w:tcPr>
          <w:p>
            <w:r>
              <w:t>road closed</w:t>
            </w:r>
          </w:p>
        </w:tc>
        <w:tc>
          <w:tcPr>
            <w:tcW w:type="dxa" w:w="2880"/>
          </w:tcPr>
          <w:p>
            <w:r>
              <w:t>5</w:t>
            </w:r>
          </w:p>
        </w:tc>
      </w:tr>
      <w:tr>
        <w:tc>
          <w:tcPr>
            <w:tcW w:type="dxa" w:w="2880"/>
          </w:tcPr>
          <w:p>
            <w:r>
              <w:t>2024-12-01</w:t>
            </w:r>
          </w:p>
        </w:tc>
        <w:tc>
          <w:tcPr>
            <w:tcW w:type="dxa" w:w="2880"/>
          </w:tcPr>
          <w:p>
            <w:r>
              <w:t>street flooded</w:t>
            </w:r>
          </w:p>
        </w:tc>
        <w:tc>
          <w:tcPr>
            <w:tcW w:type="dxa" w:w="2880"/>
          </w:tcPr>
          <w:p>
            <w:r>
              <w:t>6</w:t>
            </w:r>
          </w:p>
        </w:tc>
      </w:tr>
      <w:tr>
        <w:tc>
          <w:tcPr>
            <w:tcW w:type="dxa" w:w="2880"/>
          </w:tcPr>
          <w:p>
            <w:r>
              <w:t>2024-12-01</w:t>
            </w:r>
          </w:p>
        </w:tc>
        <w:tc>
          <w:tcPr>
            <w:tcW w:type="dxa" w:w="2880"/>
          </w:tcPr>
          <w:p>
            <w:r>
              <w:t>rescue</w:t>
            </w:r>
          </w:p>
        </w:tc>
        <w:tc>
          <w:tcPr>
            <w:tcW w:type="dxa" w:w="2880"/>
          </w:tcPr>
          <w:p>
            <w:r>
              <w:t>1</w:t>
            </w:r>
          </w:p>
        </w:tc>
      </w:tr>
      <w:tr>
        <w:tc>
          <w:tcPr>
            <w:tcW w:type="dxa" w:w="2880"/>
          </w:tcPr>
          <w:p>
            <w:r>
              <w:t>2024-12-01</w:t>
            </w:r>
          </w:p>
        </w:tc>
        <w:tc>
          <w:tcPr>
            <w:tcW w:type="dxa" w:w="2880"/>
          </w:tcPr>
          <w:p>
            <w:r>
              <w:t>house flooded</w:t>
            </w:r>
          </w:p>
        </w:tc>
        <w:tc>
          <w:tcPr>
            <w:tcW w:type="dxa" w:w="2880"/>
          </w:tcPr>
          <w:p>
            <w:r>
              <w:t>10</w:t>
            </w:r>
          </w:p>
        </w:tc>
      </w:tr>
      <w:tr>
        <w:tc>
          <w:tcPr>
            <w:tcW w:type="dxa" w:w="2880"/>
          </w:tcPr>
          <w:p>
            <w:r>
              <w:t>2024-12-01</w:t>
            </w:r>
          </w:p>
        </w:tc>
        <w:tc>
          <w:tcPr>
            <w:tcW w:type="dxa" w:w="2880"/>
          </w:tcPr>
          <w:p>
            <w:r>
              <w:t>road closed</w:t>
            </w:r>
          </w:p>
        </w:tc>
        <w:tc>
          <w:tcPr>
            <w:tcW w:type="dxa" w:w="2880"/>
          </w:tcPr>
          <w:p>
            <w:r>
              <w:t>6</w:t>
            </w:r>
          </w:p>
        </w:tc>
      </w:tr>
      <w:tr>
        <w:tc>
          <w:tcPr>
            <w:tcW w:type="dxa" w:w="2880"/>
          </w:tcPr>
          <w:p>
            <w:r>
              <w:t>2025-01-01</w:t>
            </w:r>
          </w:p>
        </w:tc>
        <w:tc>
          <w:tcPr>
            <w:tcW w:type="dxa" w:w="2880"/>
          </w:tcPr>
          <w:p>
            <w:r>
              <w:t>street flooded</w:t>
            </w:r>
          </w:p>
        </w:tc>
        <w:tc>
          <w:tcPr>
            <w:tcW w:type="dxa" w:w="2880"/>
          </w:tcPr>
          <w:p>
            <w:r>
              <w:t>2</w:t>
            </w:r>
          </w:p>
        </w:tc>
      </w:tr>
      <w:tr>
        <w:tc>
          <w:tcPr>
            <w:tcW w:type="dxa" w:w="2880"/>
          </w:tcPr>
          <w:p>
            <w:r>
              <w:t>2025-01-01</w:t>
            </w:r>
          </w:p>
        </w:tc>
        <w:tc>
          <w:tcPr>
            <w:tcW w:type="dxa" w:w="2880"/>
          </w:tcPr>
          <w:p>
            <w:r>
              <w:t>rescue</w:t>
            </w:r>
          </w:p>
        </w:tc>
        <w:tc>
          <w:tcPr>
            <w:tcW w:type="dxa" w:w="2880"/>
          </w:tcPr>
          <w:p>
            <w:r>
              <w:t>4</w:t>
            </w:r>
          </w:p>
        </w:tc>
      </w:tr>
      <w:tr>
        <w:tc>
          <w:tcPr>
            <w:tcW w:type="dxa" w:w="2880"/>
          </w:tcPr>
          <w:p>
            <w:r>
              <w:t>2025-01-01</w:t>
            </w:r>
          </w:p>
        </w:tc>
        <w:tc>
          <w:tcPr>
            <w:tcW w:type="dxa" w:w="2880"/>
          </w:tcPr>
          <w:p>
            <w:r>
              <w:t>house flooded</w:t>
            </w:r>
          </w:p>
        </w:tc>
        <w:tc>
          <w:tcPr>
            <w:tcW w:type="dxa" w:w="2880"/>
          </w:tcPr>
          <w:p>
            <w:r>
              <w:t>2</w:t>
            </w:r>
          </w:p>
        </w:tc>
      </w:tr>
      <w:tr>
        <w:tc>
          <w:tcPr>
            <w:tcW w:type="dxa" w:w="2880"/>
          </w:tcPr>
          <w:p>
            <w:r>
              <w:t>2025-01-01</w:t>
            </w:r>
          </w:p>
        </w:tc>
        <w:tc>
          <w:tcPr>
            <w:tcW w:type="dxa" w:w="2880"/>
          </w:tcPr>
          <w:p>
            <w:r>
              <w:t>road closed</w:t>
            </w:r>
          </w:p>
        </w:tc>
        <w:tc>
          <w:tcPr>
            <w:tcW w:type="dxa" w:w="2880"/>
          </w:tcPr>
          <w:p>
            <w:r>
              <w:t>5</w:t>
            </w:r>
          </w:p>
        </w:tc>
      </w:tr>
      <w:tr>
        <w:tc>
          <w:tcPr>
            <w:tcW w:type="dxa" w:w="2880"/>
          </w:tcPr>
          <w:p>
            <w:r>
              <w:t>2025-02-01</w:t>
            </w:r>
          </w:p>
        </w:tc>
        <w:tc>
          <w:tcPr>
            <w:tcW w:type="dxa" w:w="2880"/>
          </w:tcPr>
          <w:p>
            <w:r>
              <w:t>street flooded</w:t>
            </w:r>
          </w:p>
        </w:tc>
        <w:tc>
          <w:tcPr>
            <w:tcW w:type="dxa" w:w="2880"/>
          </w:tcPr>
          <w:p>
            <w:r>
              <w:t>2</w:t>
            </w:r>
          </w:p>
        </w:tc>
      </w:tr>
      <w:tr>
        <w:tc>
          <w:tcPr>
            <w:tcW w:type="dxa" w:w="2880"/>
          </w:tcPr>
          <w:p>
            <w:r>
              <w:t>2025-02-01</w:t>
            </w:r>
          </w:p>
        </w:tc>
        <w:tc>
          <w:tcPr>
            <w:tcW w:type="dxa" w:w="2880"/>
          </w:tcPr>
          <w:p>
            <w:r>
              <w:t>rescue</w:t>
            </w:r>
          </w:p>
        </w:tc>
        <w:tc>
          <w:tcPr>
            <w:tcW w:type="dxa" w:w="2880"/>
          </w:tcPr>
          <w:p>
            <w:r>
              <w:t>2</w:t>
            </w:r>
          </w:p>
        </w:tc>
      </w:tr>
      <w:tr>
        <w:tc>
          <w:tcPr>
            <w:tcW w:type="dxa" w:w="2880"/>
          </w:tcPr>
          <w:p>
            <w:r>
              <w:t>2025-02-01</w:t>
            </w:r>
          </w:p>
        </w:tc>
        <w:tc>
          <w:tcPr>
            <w:tcW w:type="dxa" w:w="2880"/>
          </w:tcPr>
          <w:p>
            <w:r>
              <w:t>house flooded</w:t>
            </w:r>
          </w:p>
        </w:tc>
        <w:tc>
          <w:tcPr>
            <w:tcW w:type="dxa" w:w="2880"/>
          </w:tcPr>
          <w:p>
            <w:r>
              <w:t>3</w:t>
            </w:r>
          </w:p>
        </w:tc>
      </w:tr>
      <w:tr>
        <w:tc>
          <w:tcPr>
            <w:tcW w:type="dxa" w:w="2880"/>
          </w:tcPr>
          <w:p>
            <w:r>
              <w:t>2025-02-01</w:t>
            </w:r>
          </w:p>
        </w:tc>
        <w:tc>
          <w:tcPr>
            <w:tcW w:type="dxa" w:w="2880"/>
          </w:tcPr>
          <w:p>
            <w:r>
              <w:t>road closed</w:t>
            </w:r>
          </w:p>
        </w:tc>
        <w:tc>
          <w:tcPr>
            <w:tcW w:type="dxa" w:w="2880"/>
          </w:tcPr>
          <w:p>
            <w:r>
              <w:t>1</w:t>
            </w:r>
          </w:p>
        </w:tc>
      </w:tr>
      <w:tr>
        <w:tc>
          <w:tcPr>
            <w:tcW w:type="dxa" w:w="2880"/>
          </w:tcPr>
          <w:p>
            <w:r>
              <w:t>2025-03-01</w:t>
            </w:r>
          </w:p>
        </w:tc>
        <w:tc>
          <w:tcPr>
            <w:tcW w:type="dxa" w:w="2880"/>
          </w:tcPr>
          <w:p>
            <w:r>
              <w:t>street flooded</w:t>
            </w:r>
          </w:p>
        </w:tc>
        <w:tc>
          <w:tcPr>
            <w:tcW w:type="dxa" w:w="2880"/>
          </w:tcPr>
          <w:p>
            <w:r>
              <w:t>0</w:t>
            </w:r>
          </w:p>
        </w:tc>
      </w:tr>
      <w:tr>
        <w:tc>
          <w:tcPr>
            <w:tcW w:type="dxa" w:w="2880"/>
          </w:tcPr>
          <w:p>
            <w:r>
              <w:t>2025-03-01</w:t>
            </w:r>
          </w:p>
        </w:tc>
        <w:tc>
          <w:tcPr>
            <w:tcW w:type="dxa" w:w="2880"/>
          </w:tcPr>
          <w:p>
            <w:r>
              <w:t>rescue</w:t>
            </w:r>
          </w:p>
        </w:tc>
        <w:tc>
          <w:tcPr>
            <w:tcW w:type="dxa" w:w="2880"/>
          </w:tcPr>
          <w:p>
            <w:r>
              <w:t>1</w:t>
            </w:r>
          </w:p>
        </w:tc>
      </w:tr>
      <w:tr>
        <w:tc>
          <w:tcPr>
            <w:tcW w:type="dxa" w:w="2880"/>
          </w:tcPr>
          <w:p>
            <w:r>
              <w:t>2025-03-01</w:t>
            </w:r>
          </w:p>
        </w:tc>
        <w:tc>
          <w:tcPr>
            <w:tcW w:type="dxa" w:w="2880"/>
          </w:tcPr>
          <w:p>
            <w:r>
              <w:t>house flooded</w:t>
            </w:r>
          </w:p>
        </w:tc>
        <w:tc>
          <w:tcPr>
            <w:tcW w:type="dxa" w:w="2880"/>
          </w:tcPr>
          <w:p>
            <w:r>
              <w:t>1</w:t>
            </w:r>
          </w:p>
        </w:tc>
      </w:tr>
      <w:tr>
        <w:tc>
          <w:tcPr>
            <w:tcW w:type="dxa" w:w="2880"/>
          </w:tcPr>
          <w:p>
            <w:r>
              <w:t>2025-03-01</w:t>
            </w:r>
          </w:p>
        </w:tc>
        <w:tc>
          <w:tcPr>
            <w:tcW w:type="dxa" w:w="2880"/>
          </w:tcPr>
          <w:p>
            <w:r>
              <w:t>road closed</w:t>
            </w:r>
          </w:p>
        </w:tc>
        <w:tc>
          <w:tcPr>
            <w:tcW w:type="dxa" w:w="2880"/>
          </w:tcPr>
          <w:p>
            <w:r>
              <w:t>2</w:t>
            </w:r>
          </w:p>
        </w:tc>
      </w:tr>
      <w:tr>
        <w:tc>
          <w:tcPr>
            <w:tcW w:type="dxa" w:w="2880"/>
          </w:tcPr>
          <w:p>
            <w:r>
              <w:t>2025-04-01</w:t>
            </w:r>
          </w:p>
        </w:tc>
        <w:tc>
          <w:tcPr>
            <w:tcW w:type="dxa" w:w="2880"/>
          </w:tcPr>
          <w:p>
            <w:r>
              <w:t>street flooded</w:t>
            </w:r>
          </w:p>
        </w:tc>
        <w:tc>
          <w:tcPr>
            <w:tcW w:type="dxa" w:w="2880"/>
          </w:tcPr>
          <w:p>
            <w:r>
              <w:t>0</w:t>
            </w:r>
          </w:p>
        </w:tc>
      </w:tr>
      <w:tr>
        <w:tc>
          <w:tcPr>
            <w:tcW w:type="dxa" w:w="2880"/>
          </w:tcPr>
          <w:p>
            <w:r>
              <w:t>2025-04-01</w:t>
            </w:r>
          </w:p>
        </w:tc>
        <w:tc>
          <w:tcPr>
            <w:tcW w:type="dxa" w:w="2880"/>
          </w:tcPr>
          <w:p>
            <w:r>
              <w:t>rescue</w:t>
            </w:r>
          </w:p>
        </w:tc>
        <w:tc>
          <w:tcPr>
            <w:tcW w:type="dxa" w:w="2880"/>
          </w:tcPr>
          <w:p>
            <w:r>
              <w:t>3</w:t>
            </w:r>
          </w:p>
        </w:tc>
      </w:tr>
      <w:tr>
        <w:tc>
          <w:tcPr>
            <w:tcW w:type="dxa" w:w="2880"/>
          </w:tcPr>
          <w:p>
            <w:r>
              <w:t>2025-04-01</w:t>
            </w:r>
          </w:p>
        </w:tc>
        <w:tc>
          <w:tcPr>
            <w:tcW w:type="dxa" w:w="2880"/>
          </w:tcPr>
          <w:p>
            <w:r>
              <w:t>house flooded</w:t>
            </w:r>
          </w:p>
        </w:tc>
        <w:tc>
          <w:tcPr>
            <w:tcW w:type="dxa" w:w="2880"/>
          </w:tcPr>
          <w:p>
            <w:r>
              <w:t>2</w:t>
            </w:r>
          </w:p>
        </w:tc>
      </w:tr>
      <w:tr>
        <w:tc>
          <w:tcPr>
            <w:tcW w:type="dxa" w:w="2880"/>
          </w:tcPr>
          <w:p>
            <w:r>
              <w:t>2025-04-01</w:t>
            </w:r>
          </w:p>
        </w:tc>
        <w:tc>
          <w:tcPr>
            <w:tcW w:type="dxa" w:w="2880"/>
          </w:tcPr>
          <w:p>
            <w:r>
              <w:t>road closed</w:t>
            </w:r>
          </w:p>
        </w:tc>
        <w:tc>
          <w:tcPr>
            <w:tcW w:type="dxa" w:w="2880"/>
          </w:tcPr>
          <w:p>
            <w:r>
              <w:t>4</w:t>
            </w:r>
          </w:p>
        </w:tc>
      </w:tr>
      <w:tr>
        <w:tc>
          <w:tcPr>
            <w:tcW w:type="dxa" w:w="2880"/>
          </w:tcPr>
          <w:p>
            <w:r>
              <w:t>2025-05-01</w:t>
            </w:r>
          </w:p>
        </w:tc>
        <w:tc>
          <w:tcPr>
            <w:tcW w:type="dxa" w:w="2880"/>
          </w:tcPr>
          <w:p>
            <w:r>
              <w:t>street flooded</w:t>
            </w:r>
          </w:p>
        </w:tc>
        <w:tc>
          <w:tcPr>
            <w:tcW w:type="dxa" w:w="2880"/>
          </w:tcPr>
          <w:p>
            <w:r>
              <w:t>3</w:t>
            </w:r>
          </w:p>
        </w:tc>
      </w:tr>
      <w:tr>
        <w:tc>
          <w:tcPr>
            <w:tcW w:type="dxa" w:w="2880"/>
          </w:tcPr>
          <w:p>
            <w:r>
              <w:t>2025-05-01</w:t>
            </w:r>
          </w:p>
        </w:tc>
        <w:tc>
          <w:tcPr>
            <w:tcW w:type="dxa" w:w="2880"/>
          </w:tcPr>
          <w:p>
            <w:r>
              <w:t>rescue</w:t>
            </w:r>
          </w:p>
        </w:tc>
        <w:tc>
          <w:tcPr>
            <w:tcW w:type="dxa" w:w="2880"/>
          </w:tcPr>
          <w:p>
            <w:r>
              <w:t>6</w:t>
            </w:r>
          </w:p>
        </w:tc>
      </w:tr>
      <w:tr>
        <w:tc>
          <w:tcPr>
            <w:tcW w:type="dxa" w:w="2880"/>
          </w:tcPr>
          <w:p>
            <w:r>
              <w:t>2025-05-01</w:t>
            </w:r>
          </w:p>
        </w:tc>
        <w:tc>
          <w:tcPr>
            <w:tcW w:type="dxa" w:w="2880"/>
          </w:tcPr>
          <w:p>
            <w:r>
              <w:t>house flooded</w:t>
            </w:r>
          </w:p>
        </w:tc>
        <w:tc>
          <w:tcPr>
            <w:tcW w:type="dxa" w:w="2880"/>
          </w:tcPr>
          <w:p>
            <w:r>
              <w:t>6</w:t>
            </w:r>
          </w:p>
        </w:tc>
      </w:tr>
      <w:tr>
        <w:tc>
          <w:tcPr>
            <w:tcW w:type="dxa" w:w="2880"/>
          </w:tcPr>
          <w:p>
            <w:r>
              <w:t>2025-05-01</w:t>
            </w:r>
          </w:p>
        </w:tc>
        <w:tc>
          <w:tcPr>
            <w:tcW w:type="dxa" w:w="2880"/>
          </w:tcPr>
          <w:p>
            <w:r>
              <w:t>road closed</w:t>
            </w:r>
          </w:p>
        </w:tc>
        <w:tc>
          <w:tcPr>
            <w:tcW w:type="dxa" w:w="2880"/>
          </w:tcPr>
          <w:p>
            <w:r>
              <w:t>5</w:t>
            </w:r>
          </w:p>
        </w:tc>
      </w:tr>
      <w:tr>
        <w:tc>
          <w:tcPr>
            <w:tcW w:type="dxa" w:w="2880"/>
          </w:tcPr>
          <w:p>
            <w:r>
              <w:t>2025-06-01</w:t>
            </w:r>
          </w:p>
        </w:tc>
        <w:tc>
          <w:tcPr>
            <w:tcW w:type="dxa" w:w="2880"/>
          </w:tcPr>
          <w:p>
            <w:r>
              <w:t>street flooded</w:t>
            </w:r>
          </w:p>
        </w:tc>
        <w:tc>
          <w:tcPr>
            <w:tcW w:type="dxa" w:w="2880"/>
          </w:tcPr>
          <w:p>
            <w:r>
              <w:t>9</w:t>
            </w:r>
          </w:p>
        </w:tc>
      </w:tr>
      <w:tr>
        <w:tc>
          <w:tcPr>
            <w:tcW w:type="dxa" w:w="2880"/>
          </w:tcPr>
          <w:p>
            <w:r>
              <w:t>2025-06-01</w:t>
            </w:r>
          </w:p>
        </w:tc>
        <w:tc>
          <w:tcPr>
            <w:tcW w:type="dxa" w:w="2880"/>
          </w:tcPr>
          <w:p>
            <w:r>
              <w:t>rescue</w:t>
            </w:r>
          </w:p>
        </w:tc>
        <w:tc>
          <w:tcPr>
            <w:tcW w:type="dxa" w:w="2880"/>
          </w:tcPr>
          <w:p>
            <w:r>
              <w:t>5</w:t>
            </w:r>
          </w:p>
        </w:tc>
      </w:tr>
      <w:tr>
        <w:tc>
          <w:tcPr>
            <w:tcW w:type="dxa" w:w="2880"/>
          </w:tcPr>
          <w:p>
            <w:r>
              <w:t>2025-06-01</w:t>
            </w:r>
          </w:p>
        </w:tc>
        <w:tc>
          <w:tcPr>
            <w:tcW w:type="dxa" w:w="2880"/>
          </w:tcPr>
          <w:p>
            <w:r>
              <w:t>house flooded</w:t>
            </w:r>
          </w:p>
        </w:tc>
        <w:tc>
          <w:tcPr>
            <w:tcW w:type="dxa" w:w="2880"/>
          </w:tcPr>
          <w:p>
            <w:r>
              <w:t>9</w:t>
            </w:r>
          </w:p>
        </w:tc>
      </w:tr>
      <w:tr>
        <w:tc>
          <w:tcPr>
            <w:tcW w:type="dxa" w:w="2880"/>
          </w:tcPr>
          <w:p>
            <w:r>
              <w:t>2025-06-01</w:t>
            </w:r>
          </w:p>
        </w:tc>
        <w:tc>
          <w:tcPr>
            <w:tcW w:type="dxa" w:w="2880"/>
          </w:tcPr>
          <w:p>
            <w:r>
              <w:t>road closed</w:t>
            </w:r>
          </w:p>
        </w:tc>
        <w:tc>
          <w:tcPr>
            <w:tcW w:type="dxa" w:w="2880"/>
          </w:tcPr>
          <w:p>
            <w:r>
              <w:t>6</w:t>
            </w:r>
          </w:p>
        </w:tc>
      </w:tr>
      <w:tr>
        <w:tc>
          <w:tcPr>
            <w:tcW w:type="dxa" w:w="2880"/>
          </w:tcPr>
          <w:p>
            <w:r>
              <w:t>2025-07-01</w:t>
            </w:r>
          </w:p>
        </w:tc>
        <w:tc>
          <w:tcPr>
            <w:tcW w:type="dxa" w:w="2880"/>
          </w:tcPr>
          <w:p>
            <w:r>
              <w:t>street flooded</w:t>
            </w:r>
          </w:p>
        </w:tc>
        <w:tc>
          <w:tcPr>
            <w:tcW w:type="dxa" w:w="2880"/>
          </w:tcPr>
          <w:p>
            <w:r>
              <w:t>11</w:t>
            </w:r>
          </w:p>
        </w:tc>
      </w:tr>
      <w:tr>
        <w:tc>
          <w:tcPr>
            <w:tcW w:type="dxa" w:w="2880"/>
          </w:tcPr>
          <w:p>
            <w:r>
              <w:t>2025-07-01</w:t>
            </w:r>
          </w:p>
        </w:tc>
        <w:tc>
          <w:tcPr>
            <w:tcW w:type="dxa" w:w="2880"/>
          </w:tcPr>
          <w:p>
            <w:r>
              <w:t>rescue</w:t>
            </w:r>
          </w:p>
        </w:tc>
        <w:tc>
          <w:tcPr>
            <w:tcW w:type="dxa" w:w="2880"/>
          </w:tcPr>
          <w:p>
            <w:r>
              <w:t>8</w:t>
            </w:r>
          </w:p>
        </w:tc>
      </w:tr>
      <w:tr>
        <w:tc>
          <w:tcPr>
            <w:tcW w:type="dxa" w:w="2880"/>
          </w:tcPr>
          <w:p>
            <w:r>
              <w:t>2025-07-01</w:t>
            </w:r>
          </w:p>
        </w:tc>
        <w:tc>
          <w:tcPr>
            <w:tcW w:type="dxa" w:w="2880"/>
          </w:tcPr>
          <w:p>
            <w:r>
              <w:t>house flooded</w:t>
            </w:r>
          </w:p>
        </w:tc>
        <w:tc>
          <w:tcPr>
            <w:tcW w:type="dxa" w:w="2880"/>
          </w:tcPr>
          <w:p>
            <w:r>
              <w:t>8</w:t>
            </w:r>
          </w:p>
        </w:tc>
      </w:tr>
      <w:tr>
        <w:tc>
          <w:tcPr>
            <w:tcW w:type="dxa" w:w="2880"/>
          </w:tcPr>
          <w:p>
            <w:r>
              <w:t>2025-07-01</w:t>
            </w:r>
          </w:p>
        </w:tc>
        <w:tc>
          <w:tcPr>
            <w:tcW w:type="dxa" w:w="2880"/>
          </w:tcPr>
          <w:p>
            <w:r>
              <w:t>road closed</w:t>
            </w:r>
          </w:p>
        </w:tc>
        <w:tc>
          <w:tcPr>
            <w:tcW w:type="dxa" w:w="2880"/>
          </w:tcPr>
          <w:p>
            <w:r>
              <w:t>7</w:t>
            </w:r>
          </w:p>
        </w:tc>
      </w:tr>
      <w:tr>
        <w:tc>
          <w:tcPr>
            <w:tcW w:type="dxa" w:w="2880"/>
          </w:tcPr>
          <w:p>
            <w:r>
              <w:t>2025-08-01</w:t>
            </w:r>
          </w:p>
        </w:tc>
        <w:tc>
          <w:tcPr>
            <w:tcW w:type="dxa" w:w="2880"/>
          </w:tcPr>
          <w:p>
            <w:r>
              <w:t>street flooded</w:t>
            </w:r>
          </w:p>
        </w:tc>
        <w:tc>
          <w:tcPr>
            <w:tcW w:type="dxa" w:w="2880"/>
          </w:tcPr>
          <w:p>
            <w:r>
              <w:t>25</w:t>
            </w:r>
          </w:p>
        </w:tc>
      </w:tr>
      <w:tr>
        <w:tc>
          <w:tcPr>
            <w:tcW w:type="dxa" w:w="2880"/>
          </w:tcPr>
          <w:p>
            <w:r>
              <w:t>2025-08-01</w:t>
            </w:r>
          </w:p>
        </w:tc>
        <w:tc>
          <w:tcPr>
            <w:tcW w:type="dxa" w:w="2880"/>
          </w:tcPr>
          <w:p>
            <w:r>
              <w:t>rescue</w:t>
            </w:r>
          </w:p>
        </w:tc>
        <w:tc>
          <w:tcPr>
            <w:tcW w:type="dxa" w:w="2880"/>
          </w:tcPr>
          <w:p>
            <w:r>
              <w:t>28</w:t>
            </w:r>
          </w:p>
        </w:tc>
      </w:tr>
      <w:tr>
        <w:tc>
          <w:tcPr>
            <w:tcW w:type="dxa" w:w="2880"/>
          </w:tcPr>
          <w:p>
            <w:r>
              <w:t>2025-08-01</w:t>
            </w:r>
          </w:p>
        </w:tc>
        <w:tc>
          <w:tcPr>
            <w:tcW w:type="dxa" w:w="2880"/>
          </w:tcPr>
          <w:p>
            <w:r>
              <w:t>house flooded</w:t>
            </w:r>
          </w:p>
        </w:tc>
        <w:tc>
          <w:tcPr>
            <w:tcW w:type="dxa" w:w="2880"/>
          </w:tcPr>
          <w:p>
            <w:r>
              <w:t>33</w:t>
            </w:r>
          </w:p>
        </w:tc>
      </w:tr>
      <w:tr>
        <w:tc>
          <w:tcPr>
            <w:tcW w:type="dxa" w:w="2880"/>
          </w:tcPr>
          <w:p>
            <w:r>
              <w:t>2025-08-01</w:t>
            </w:r>
          </w:p>
        </w:tc>
        <w:tc>
          <w:tcPr>
            <w:tcW w:type="dxa" w:w="2880"/>
          </w:tcPr>
          <w:p>
            <w:r>
              <w:t>road closed</w:t>
            </w:r>
          </w:p>
        </w:tc>
        <w:tc>
          <w:tcPr>
            <w:tcW w:type="dxa" w:w="2880"/>
          </w:tcPr>
          <w:p>
            <w:r>
              <w:t>25</w:t>
            </w:r>
          </w:p>
        </w:tc>
      </w:tr>
      <w:tr>
        <w:tc>
          <w:tcPr>
            <w:tcW w:type="dxa" w:w="2880"/>
          </w:tcPr>
          <w:p>
            <w:r>
              <w:t>2025-09-01</w:t>
            </w:r>
          </w:p>
        </w:tc>
        <w:tc>
          <w:tcPr>
            <w:tcW w:type="dxa" w:w="2880"/>
          </w:tcPr>
          <w:p>
            <w:r>
              <w:t>street flooded</w:t>
            </w:r>
          </w:p>
        </w:tc>
        <w:tc>
          <w:tcPr>
            <w:tcW w:type="dxa" w:w="2880"/>
          </w:tcPr>
          <w:p>
            <w:r>
              <w:t>14</w:t>
            </w:r>
          </w:p>
        </w:tc>
      </w:tr>
      <w:tr>
        <w:tc>
          <w:tcPr>
            <w:tcW w:type="dxa" w:w="2880"/>
          </w:tcPr>
          <w:p>
            <w:r>
              <w:t>2025-09-01</w:t>
            </w:r>
          </w:p>
        </w:tc>
        <w:tc>
          <w:tcPr>
            <w:tcW w:type="dxa" w:w="2880"/>
          </w:tcPr>
          <w:p>
            <w:r>
              <w:t>rescue</w:t>
            </w:r>
          </w:p>
        </w:tc>
        <w:tc>
          <w:tcPr>
            <w:tcW w:type="dxa" w:w="2880"/>
          </w:tcPr>
          <w:p>
            <w:r>
              <w:t>12</w:t>
            </w:r>
          </w:p>
        </w:tc>
      </w:tr>
      <w:tr>
        <w:tc>
          <w:tcPr>
            <w:tcW w:type="dxa" w:w="2880"/>
          </w:tcPr>
          <w:p>
            <w:r>
              <w:t>2025-09-01</w:t>
            </w:r>
          </w:p>
        </w:tc>
        <w:tc>
          <w:tcPr>
            <w:tcW w:type="dxa" w:w="2880"/>
          </w:tcPr>
          <w:p>
            <w:r>
              <w:t>house flooded</w:t>
            </w:r>
          </w:p>
        </w:tc>
        <w:tc>
          <w:tcPr>
            <w:tcW w:type="dxa" w:w="2880"/>
          </w:tcPr>
          <w:p>
            <w:r>
              <w:t>8</w:t>
            </w:r>
          </w:p>
        </w:tc>
      </w:tr>
      <w:tr>
        <w:tc>
          <w:tcPr>
            <w:tcW w:type="dxa" w:w="2880"/>
          </w:tcPr>
          <w:p>
            <w:r>
              <w:t>2025-09-01</w:t>
            </w:r>
          </w:p>
        </w:tc>
        <w:tc>
          <w:tcPr>
            <w:tcW w:type="dxa" w:w="2880"/>
          </w:tcPr>
          <w:p>
            <w:r>
              <w:t>road closed</w:t>
            </w:r>
          </w:p>
        </w:tc>
        <w:tc>
          <w:tcPr>
            <w:tcW w:type="dxa" w:w="2880"/>
          </w:tcPr>
          <w:p>
            <w:r>
              <w:t>4</w:t>
            </w:r>
          </w:p>
        </w:tc>
      </w:tr>
      <w:tr>
        <w:tc>
          <w:tcPr>
            <w:tcW w:type="dxa" w:w="2880"/>
          </w:tcPr>
          <w:p>
            <w:r>
              <w:t>2025-10-01</w:t>
            </w:r>
          </w:p>
        </w:tc>
        <w:tc>
          <w:tcPr>
            <w:tcW w:type="dxa" w:w="2880"/>
          </w:tcPr>
          <w:p>
            <w:r>
              <w:t>street flooded</w:t>
            </w:r>
          </w:p>
        </w:tc>
        <w:tc>
          <w:tcPr>
            <w:tcW w:type="dxa" w:w="2880"/>
          </w:tcPr>
          <w:p>
            <w:r>
              <w:t>73</w:t>
            </w:r>
          </w:p>
        </w:tc>
      </w:tr>
      <w:tr>
        <w:tc>
          <w:tcPr>
            <w:tcW w:type="dxa" w:w="2880"/>
          </w:tcPr>
          <w:p>
            <w:r>
              <w:t>2025-10-01</w:t>
            </w:r>
          </w:p>
        </w:tc>
        <w:tc>
          <w:tcPr>
            <w:tcW w:type="dxa" w:w="2880"/>
          </w:tcPr>
          <w:p>
            <w:r>
              <w:t>rescue</w:t>
            </w:r>
          </w:p>
        </w:tc>
        <w:tc>
          <w:tcPr>
            <w:tcW w:type="dxa" w:w="2880"/>
          </w:tcPr>
          <w:p>
            <w:r>
              <w:t>70</w:t>
            </w:r>
          </w:p>
        </w:tc>
      </w:tr>
      <w:tr>
        <w:tc>
          <w:tcPr>
            <w:tcW w:type="dxa" w:w="2880"/>
          </w:tcPr>
          <w:p>
            <w:r>
              <w:t>2025-10-01</w:t>
            </w:r>
          </w:p>
        </w:tc>
        <w:tc>
          <w:tcPr>
            <w:tcW w:type="dxa" w:w="2880"/>
          </w:tcPr>
          <w:p>
            <w:r>
              <w:t>house flooded</w:t>
            </w:r>
          </w:p>
        </w:tc>
        <w:tc>
          <w:tcPr>
            <w:tcW w:type="dxa" w:w="2880"/>
          </w:tcPr>
          <w:p>
            <w:r>
              <w:t>65</w:t>
            </w:r>
          </w:p>
        </w:tc>
      </w:tr>
      <w:tr>
        <w:tc>
          <w:tcPr>
            <w:tcW w:type="dxa" w:w="2880"/>
          </w:tcPr>
          <w:p>
            <w:r>
              <w:t>2025-10-01</w:t>
            </w:r>
          </w:p>
        </w:tc>
        <w:tc>
          <w:tcPr>
            <w:tcW w:type="dxa" w:w="2880"/>
          </w:tcPr>
          <w:p>
            <w:r>
              <w:t>road closed</w:t>
            </w:r>
          </w:p>
        </w:tc>
        <w:tc>
          <w:tcPr>
            <w:tcW w:type="dxa" w:w="2880"/>
          </w:tcPr>
          <w:p>
            <w:r>
              <w:t>64</w:t>
            </w:r>
          </w:p>
        </w:tc>
      </w:tr>
      <w:tr>
        <w:tc>
          <w:tcPr>
            <w:tcW w:type="dxa" w:w="2880"/>
          </w:tcPr>
          <w:p>
            <w:r>
              <w:t>2025-11-01</w:t>
            </w:r>
          </w:p>
        </w:tc>
        <w:tc>
          <w:tcPr>
            <w:tcW w:type="dxa" w:w="2880"/>
          </w:tcPr>
          <w:p>
            <w:r>
              <w:t>street flooded</w:t>
            </w:r>
          </w:p>
        </w:tc>
        <w:tc>
          <w:tcPr>
            <w:tcW w:type="dxa" w:w="2880"/>
          </w:tcPr>
          <w:p>
            <w:r>
              <w:t>9</w:t>
            </w:r>
          </w:p>
        </w:tc>
      </w:tr>
      <w:tr>
        <w:tc>
          <w:tcPr>
            <w:tcW w:type="dxa" w:w="2880"/>
          </w:tcPr>
          <w:p>
            <w:r>
              <w:t>2025-11-01</w:t>
            </w:r>
          </w:p>
        </w:tc>
        <w:tc>
          <w:tcPr>
            <w:tcW w:type="dxa" w:w="2880"/>
          </w:tcPr>
          <w:p>
            <w:r>
              <w:t>rescue</w:t>
            </w:r>
          </w:p>
        </w:tc>
        <w:tc>
          <w:tcPr>
            <w:tcW w:type="dxa" w:w="2880"/>
          </w:tcPr>
          <w:p>
            <w:r>
              <w:t>11</w:t>
            </w:r>
          </w:p>
        </w:tc>
      </w:tr>
      <w:tr>
        <w:tc>
          <w:tcPr>
            <w:tcW w:type="dxa" w:w="2880"/>
          </w:tcPr>
          <w:p>
            <w:r>
              <w:t>2025-11-01</w:t>
            </w:r>
          </w:p>
        </w:tc>
        <w:tc>
          <w:tcPr>
            <w:tcW w:type="dxa" w:w="2880"/>
          </w:tcPr>
          <w:p>
            <w:r>
              <w:t>house flooded</w:t>
            </w:r>
          </w:p>
        </w:tc>
        <w:tc>
          <w:tcPr>
            <w:tcW w:type="dxa" w:w="2880"/>
          </w:tcPr>
          <w:p>
            <w:r>
              <w:t>7</w:t>
            </w:r>
          </w:p>
        </w:tc>
      </w:tr>
      <w:tr>
        <w:tc>
          <w:tcPr>
            <w:tcW w:type="dxa" w:w="2880"/>
          </w:tcPr>
          <w:p>
            <w:r>
              <w:t>2025-11-01</w:t>
            </w:r>
          </w:p>
        </w:tc>
        <w:tc>
          <w:tcPr>
            <w:tcW w:type="dxa" w:w="2880"/>
          </w:tcPr>
          <w:p>
            <w:r>
              <w:t>road closed</w:t>
            </w:r>
          </w:p>
        </w:tc>
        <w:tc>
          <w:tcPr>
            <w:tcW w:type="dxa" w:w="2880"/>
          </w:tcPr>
          <w:p>
            <w:r>
              <w:t>9</w:t>
            </w:r>
          </w:p>
        </w:tc>
      </w:tr>
    </w:tbl>
    <w:p/>
    <w:p>
      <w:pPr>
        <w:pStyle w:val="Heading2"/>
      </w:pPr>
      <w:r>
        <w:t>Figure 19. Gauge readings by day over time (date) [65]</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2024-06-01</w:t>
            </w:r>
          </w:p>
        </w:tc>
        <w:tc>
          <w:tcPr>
            <w:tcW w:type="dxa" w:w="4320"/>
          </w:tcPr>
          <w:p>
            <w:r>
              <w:t>150</w:t>
            </w:r>
          </w:p>
        </w:tc>
      </w:tr>
      <w:tr>
        <w:tc>
          <w:tcPr>
            <w:tcW w:type="dxa" w:w="4320"/>
          </w:tcPr>
          <w:p>
            <w:r>
              <w:t>2024-07-01</w:t>
            </w:r>
          </w:p>
        </w:tc>
        <w:tc>
          <w:tcPr>
            <w:tcW w:type="dxa" w:w="4320"/>
          </w:tcPr>
          <w:p>
            <w:r>
              <w:t>160</w:t>
            </w:r>
          </w:p>
        </w:tc>
      </w:tr>
      <w:tr>
        <w:tc>
          <w:tcPr>
            <w:tcW w:type="dxa" w:w="4320"/>
          </w:tcPr>
          <w:p>
            <w:r>
              <w:t>2024-08-01</w:t>
            </w:r>
          </w:p>
        </w:tc>
        <w:tc>
          <w:tcPr>
            <w:tcW w:type="dxa" w:w="4320"/>
          </w:tcPr>
          <w:p>
            <w:r>
              <w:t>150</w:t>
            </w:r>
          </w:p>
        </w:tc>
      </w:tr>
      <w:tr>
        <w:tc>
          <w:tcPr>
            <w:tcW w:type="dxa" w:w="4320"/>
          </w:tcPr>
          <w:p>
            <w:r>
              <w:t>2024-09-01</w:t>
            </w:r>
          </w:p>
        </w:tc>
        <w:tc>
          <w:tcPr>
            <w:tcW w:type="dxa" w:w="4320"/>
          </w:tcPr>
          <w:p>
            <w:r>
              <w:t>150</w:t>
            </w:r>
          </w:p>
        </w:tc>
      </w:tr>
      <w:tr>
        <w:tc>
          <w:tcPr>
            <w:tcW w:type="dxa" w:w="4320"/>
          </w:tcPr>
          <w:p>
            <w:r>
              <w:t>2024-10-01</w:t>
            </w:r>
          </w:p>
        </w:tc>
        <w:tc>
          <w:tcPr>
            <w:tcW w:type="dxa" w:w="4320"/>
          </w:tcPr>
          <w:p>
            <w:r>
              <w:t>160</w:t>
            </w:r>
          </w:p>
        </w:tc>
      </w:tr>
      <w:tr>
        <w:tc>
          <w:tcPr>
            <w:tcW w:type="dxa" w:w="4320"/>
          </w:tcPr>
          <w:p>
            <w:r>
              <w:t>2024-11-01</w:t>
            </w:r>
          </w:p>
        </w:tc>
        <w:tc>
          <w:tcPr>
            <w:tcW w:type="dxa" w:w="4320"/>
          </w:tcPr>
          <w:p>
            <w:r>
              <w:t>150</w:t>
            </w:r>
          </w:p>
        </w:tc>
      </w:tr>
      <w:tr>
        <w:tc>
          <w:tcPr>
            <w:tcW w:type="dxa" w:w="4320"/>
          </w:tcPr>
          <w:p>
            <w:r>
              <w:t>2024-12-01</w:t>
            </w:r>
          </w:p>
        </w:tc>
        <w:tc>
          <w:tcPr>
            <w:tcW w:type="dxa" w:w="4320"/>
          </w:tcPr>
          <w:p>
            <w:r>
              <w:t>150</w:t>
            </w:r>
          </w:p>
        </w:tc>
      </w:tr>
      <w:tr>
        <w:tc>
          <w:tcPr>
            <w:tcW w:type="dxa" w:w="4320"/>
          </w:tcPr>
          <w:p>
            <w:r>
              <w:t>2025-01-01</w:t>
            </w:r>
          </w:p>
        </w:tc>
        <w:tc>
          <w:tcPr>
            <w:tcW w:type="dxa" w:w="4320"/>
          </w:tcPr>
          <w:p>
            <w:r>
              <w:t>160</w:t>
            </w:r>
          </w:p>
        </w:tc>
      </w:tr>
      <w:tr>
        <w:tc>
          <w:tcPr>
            <w:tcW w:type="dxa" w:w="4320"/>
          </w:tcPr>
          <w:p>
            <w:r>
              <w:t>2025-02-01</w:t>
            </w:r>
          </w:p>
        </w:tc>
        <w:tc>
          <w:tcPr>
            <w:tcW w:type="dxa" w:w="4320"/>
          </w:tcPr>
          <w:p>
            <w:r>
              <w:t>140</w:t>
            </w:r>
          </w:p>
        </w:tc>
      </w:tr>
      <w:tr>
        <w:tc>
          <w:tcPr>
            <w:tcW w:type="dxa" w:w="4320"/>
          </w:tcPr>
          <w:p>
            <w:r>
              <w:t>2025-03-01</w:t>
            </w:r>
          </w:p>
        </w:tc>
        <w:tc>
          <w:tcPr>
            <w:tcW w:type="dxa" w:w="4320"/>
          </w:tcPr>
          <w:p>
            <w:r>
              <w:t>150</w:t>
            </w:r>
          </w:p>
        </w:tc>
      </w:tr>
      <w:tr>
        <w:tc>
          <w:tcPr>
            <w:tcW w:type="dxa" w:w="4320"/>
          </w:tcPr>
          <w:p>
            <w:r>
              <w:t>2025-04-01</w:t>
            </w:r>
          </w:p>
        </w:tc>
        <w:tc>
          <w:tcPr>
            <w:tcW w:type="dxa" w:w="4320"/>
          </w:tcPr>
          <w:p>
            <w:r>
              <w:t>150</w:t>
            </w:r>
          </w:p>
        </w:tc>
      </w:tr>
      <w:tr>
        <w:tc>
          <w:tcPr>
            <w:tcW w:type="dxa" w:w="4320"/>
          </w:tcPr>
          <w:p>
            <w:r>
              <w:t>2025-05-01</w:t>
            </w:r>
          </w:p>
        </w:tc>
        <w:tc>
          <w:tcPr>
            <w:tcW w:type="dxa" w:w="4320"/>
          </w:tcPr>
          <w:p>
            <w:r>
              <w:t>160</w:t>
            </w:r>
          </w:p>
        </w:tc>
      </w:tr>
      <w:tr>
        <w:tc>
          <w:tcPr>
            <w:tcW w:type="dxa" w:w="4320"/>
          </w:tcPr>
          <w:p>
            <w:r>
              <w:t>2025-06-01</w:t>
            </w:r>
          </w:p>
        </w:tc>
        <w:tc>
          <w:tcPr>
            <w:tcW w:type="dxa" w:w="4320"/>
          </w:tcPr>
          <w:p>
            <w:r>
              <w:t>150</w:t>
            </w:r>
          </w:p>
        </w:tc>
      </w:tr>
      <w:tr>
        <w:tc>
          <w:tcPr>
            <w:tcW w:type="dxa" w:w="4320"/>
          </w:tcPr>
          <w:p>
            <w:r>
              <w:t>2025-07-01</w:t>
            </w:r>
          </w:p>
        </w:tc>
        <w:tc>
          <w:tcPr>
            <w:tcW w:type="dxa" w:w="4320"/>
          </w:tcPr>
          <w:p>
            <w:r>
              <w:t>150</w:t>
            </w:r>
          </w:p>
        </w:tc>
      </w:tr>
      <w:tr>
        <w:tc>
          <w:tcPr>
            <w:tcW w:type="dxa" w:w="4320"/>
          </w:tcPr>
          <w:p>
            <w:r>
              <w:t>2025-08-01</w:t>
            </w:r>
          </w:p>
        </w:tc>
        <w:tc>
          <w:tcPr>
            <w:tcW w:type="dxa" w:w="4320"/>
          </w:tcPr>
          <w:p>
            <w:r>
              <w:t>160</w:t>
            </w:r>
          </w:p>
        </w:tc>
      </w:tr>
      <w:tr>
        <w:tc>
          <w:tcPr>
            <w:tcW w:type="dxa" w:w="4320"/>
          </w:tcPr>
          <w:p>
            <w:r>
              <w:t>2025-09-01</w:t>
            </w:r>
          </w:p>
        </w:tc>
        <w:tc>
          <w:tcPr>
            <w:tcW w:type="dxa" w:w="4320"/>
          </w:tcPr>
          <w:p>
            <w:r>
              <w:t>150</w:t>
            </w:r>
          </w:p>
        </w:tc>
      </w:tr>
      <w:tr>
        <w:tc>
          <w:tcPr>
            <w:tcW w:type="dxa" w:w="4320"/>
          </w:tcPr>
          <w:p>
            <w:r>
              <w:t>2025-10-01</w:t>
            </w:r>
          </w:p>
        </w:tc>
        <w:tc>
          <w:tcPr>
            <w:tcW w:type="dxa" w:w="4320"/>
          </w:tcPr>
          <w:p>
            <w:r>
              <w:t>150</w:t>
            </w:r>
          </w:p>
        </w:tc>
      </w:tr>
      <w:tr>
        <w:tc>
          <w:tcPr>
            <w:tcW w:type="dxa" w:w="4320"/>
          </w:tcPr>
          <w:p>
            <w:r>
              <w:t>2025-11-01</w:t>
            </w:r>
          </w:p>
        </w:tc>
        <w:tc>
          <w:tcPr>
            <w:tcW w:type="dxa" w:w="4320"/>
          </w:tcPr>
          <w:p>
            <w:r>
              <w:t>150</w:t>
            </w:r>
          </w:p>
        </w:tc>
      </w:tr>
    </w:tbl>
    <w:p/>
    <w:p>
      <w:pPr>
        <w:pStyle w:val="Heading2"/>
      </w:pPr>
      <w:r>
        <w:t>Figure 20. Rainfall by month over time (month) [66]</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2024-01-01</w:t>
            </w:r>
          </w:p>
        </w:tc>
        <w:tc>
          <w:tcPr>
            <w:tcW w:type="dxa" w:w="4320"/>
          </w:tcPr>
          <w:p>
            <w:r>
              <w:t>681</w:t>
            </w:r>
          </w:p>
        </w:tc>
      </w:tr>
      <w:tr>
        <w:tc>
          <w:tcPr>
            <w:tcW w:type="dxa" w:w="4320"/>
          </w:tcPr>
          <w:p>
            <w:r>
              <w:t>2024-02-01</w:t>
            </w:r>
          </w:p>
        </w:tc>
        <w:tc>
          <w:tcPr>
            <w:tcW w:type="dxa" w:w="4320"/>
          </w:tcPr>
          <w:p>
            <w:r>
              <w:t>608</w:t>
            </w:r>
          </w:p>
        </w:tc>
      </w:tr>
      <w:tr>
        <w:tc>
          <w:tcPr>
            <w:tcW w:type="dxa" w:w="4320"/>
          </w:tcPr>
          <w:p>
            <w:r>
              <w:t>2024-03-01</w:t>
            </w:r>
          </w:p>
        </w:tc>
        <w:tc>
          <w:tcPr>
            <w:tcW w:type="dxa" w:w="4320"/>
          </w:tcPr>
          <w:p>
            <w:r>
              <w:t>605</w:t>
            </w:r>
          </w:p>
        </w:tc>
      </w:tr>
      <w:tr>
        <w:tc>
          <w:tcPr>
            <w:tcW w:type="dxa" w:w="4320"/>
          </w:tcPr>
          <w:p>
            <w:r>
              <w:t>2024-04-01</w:t>
            </w:r>
          </w:p>
        </w:tc>
        <w:tc>
          <w:tcPr>
            <w:tcW w:type="dxa" w:w="4320"/>
          </w:tcPr>
          <w:p>
            <w:r>
              <w:t>715</w:t>
            </w:r>
          </w:p>
        </w:tc>
      </w:tr>
      <w:tr>
        <w:tc>
          <w:tcPr>
            <w:tcW w:type="dxa" w:w="4320"/>
          </w:tcPr>
          <w:p>
            <w:r>
              <w:t>2024-05-01</w:t>
            </w:r>
          </w:p>
        </w:tc>
        <w:tc>
          <w:tcPr>
            <w:tcW w:type="dxa" w:w="4320"/>
          </w:tcPr>
          <w:p>
            <w:r>
              <w:t>622</w:t>
            </w:r>
          </w:p>
        </w:tc>
      </w:tr>
      <w:tr>
        <w:tc>
          <w:tcPr>
            <w:tcW w:type="dxa" w:w="4320"/>
          </w:tcPr>
          <w:p>
            <w:r>
              <w:t>2024-06-01</w:t>
            </w:r>
          </w:p>
        </w:tc>
        <w:tc>
          <w:tcPr>
            <w:tcW w:type="dxa" w:w="4320"/>
          </w:tcPr>
          <w:p>
            <w:r>
              <w:t>615</w:t>
            </w:r>
          </w:p>
        </w:tc>
      </w:tr>
      <w:tr>
        <w:tc>
          <w:tcPr>
            <w:tcW w:type="dxa" w:w="4320"/>
          </w:tcPr>
          <w:p>
            <w:r>
              <w:t>2024-07-01</w:t>
            </w:r>
          </w:p>
        </w:tc>
        <w:tc>
          <w:tcPr>
            <w:tcW w:type="dxa" w:w="4320"/>
          </w:tcPr>
          <w:p>
            <w:r>
              <w:t>1,814</w:t>
            </w:r>
          </w:p>
        </w:tc>
      </w:tr>
      <w:tr>
        <w:tc>
          <w:tcPr>
            <w:tcW w:type="dxa" w:w="4320"/>
          </w:tcPr>
          <w:p>
            <w:r>
              <w:t>2024-08-01</w:t>
            </w:r>
          </w:p>
        </w:tc>
        <w:tc>
          <w:tcPr>
            <w:tcW w:type="dxa" w:w="4320"/>
          </w:tcPr>
          <w:p>
            <w:r>
              <w:t>3,416</w:t>
            </w:r>
          </w:p>
        </w:tc>
      </w:tr>
      <w:tr>
        <w:tc>
          <w:tcPr>
            <w:tcW w:type="dxa" w:w="4320"/>
          </w:tcPr>
          <w:p>
            <w:r>
              <w:t>2024-09-01</w:t>
            </w:r>
          </w:p>
        </w:tc>
        <w:tc>
          <w:tcPr>
            <w:tcW w:type="dxa" w:w="4320"/>
          </w:tcPr>
          <w:p>
            <w:r>
              <w:t>4,465</w:t>
            </w:r>
          </w:p>
        </w:tc>
      </w:tr>
      <w:tr>
        <w:tc>
          <w:tcPr>
            <w:tcW w:type="dxa" w:w="4320"/>
          </w:tcPr>
          <w:p>
            <w:r>
              <w:t>2024-10-01</w:t>
            </w:r>
          </w:p>
        </w:tc>
        <w:tc>
          <w:tcPr>
            <w:tcW w:type="dxa" w:w="4320"/>
          </w:tcPr>
          <w:p>
            <w:r>
              <w:t>4,024</w:t>
            </w:r>
          </w:p>
        </w:tc>
      </w:tr>
      <w:tr>
        <w:tc>
          <w:tcPr>
            <w:tcW w:type="dxa" w:w="4320"/>
          </w:tcPr>
          <w:p>
            <w:r>
              <w:t>2024-11-01</w:t>
            </w:r>
          </w:p>
        </w:tc>
        <w:tc>
          <w:tcPr>
            <w:tcW w:type="dxa" w:w="4320"/>
          </w:tcPr>
          <w:p>
            <w:r>
              <w:t>3,230</w:t>
            </w:r>
          </w:p>
        </w:tc>
      </w:tr>
      <w:tr>
        <w:tc>
          <w:tcPr>
            <w:tcW w:type="dxa" w:w="4320"/>
          </w:tcPr>
          <w:p>
            <w:r>
              <w:t>2024-12-01</w:t>
            </w:r>
          </w:p>
        </w:tc>
        <w:tc>
          <w:tcPr>
            <w:tcW w:type="dxa" w:w="4320"/>
          </w:tcPr>
          <w:p>
            <w:r>
              <w:t>1,681</w:t>
            </w:r>
          </w:p>
        </w:tc>
      </w:tr>
      <w:tr>
        <w:tc>
          <w:tcPr>
            <w:tcW w:type="dxa" w:w="4320"/>
          </w:tcPr>
          <w:p>
            <w:r>
              <w:t>2025-01-01</w:t>
            </w:r>
          </w:p>
        </w:tc>
        <w:tc>
          <w:tcPr>
            <w:tcW w:type="dxa" w:w="4320"/>
          </w:tcPr>
          <w:p>
            <w:r>
              <w:t>619</w:t>
            </w:r>
          </w:p>
        </w:tc>
      </w:tr>
      <w:tr>
        <w:tc>
          <w:tcPr>
            <w:tcW w:type="dxa" w:w="4320"/>
          </w:tcPr>
          <w:p>
            <w:r>
              <w:t>2025-02-01</w:t>
            </w:r>
          </w:p>
        </w:tc>
        <w:tc>
          <w:tcPr>
            <w:tcW w:type="dxa" w:w="4320"/>
          </w:tcPr>
          <w:p>
            <w:r>
              <w:t>597</w:t>
            </w:r>
          </w:p>
        </w:tc>
      </w:tr>
      <w:tr>
        <w:tc>
          <w:tcPr>
            <w:tcW w:type="dxa" w:w="4320"/>
          </w:tcPr>
          <w:p>
            <w:r>
              <w:t>2025-03-01</w:t>
            </w:r>
          </w:p>
        </w:tc>
        <w:tc>
          <w:tcPr>
            <w:tcW w:type="dxa" w:w="4320"/>
          </w:tcPr>
          <w:p>
            <w:r>
              <w:t>623</w:t>
            </w:r>
          </w:p>
        </w:tc>
      </w:tr>
      <w:tr>
        <w:tc>
          <w:tcPr>
            <w:tcW w:type="dxa" w:w="4320"/>
          </w:tcPr>
          <w:p>
            <w:r>
              <w:t>2025-04-01</w:t>
            </w:r>
          </w:p>
        </w:tc>
        <w:tc>
          <w:tcPr>
            <w:tcW w:type="dxa" w:w="4320"/>
          </w:tcPr>
          <w:p>
            <w:r>
              <w:t>595</w:t>
            </w:r>
          </w:p>
        </w:tc>
      </w:tr>
      <w:tr>
        <w:tc>
          <w:tcPr>
            <w:tcW w:type="dxa" w:w="4320"/>
          </w:tcPr>
          <w:p>
            <w:r>
              <w:t>2025-05-01</w:t>
            </w:r>
          </w:p>
        </w:tc>
        <w:tc>
          <w:tcPr>
            <w:tcW w:type="dxa" w:w="4320"/>
          </w:tcPr>
          <w:p>
            <w:r>
              <w:t>566</w:t>
            </w:r>
          </w:p>
        </w:tc>
      </w:tr>
      <w:tr>
        <w:tc>
          <w:tcPr>
            <w:tcW w:type="dxa" w:w="4320"/>
          </w:tcPr>
          <w:p>
            <w:r>
              <w:t>2025-06-01</w:t>
            </w:r>
          </w:p>
        </w:tc>
        <w:tc>
          <w:tcPr>
            <w:tcW w:type="dxa" w:w="4320"/>
          </w:tcPr>
          <w:p>
            <w:r>
              <w:t>611</w:t>
            </w:r>
          </w:p>
        </w:tc>
      </w:tr>
      <w:tr>
        <w:tc>
          <w:tcPr>
            <w:tcW w:type="dxa" w:w="4320"/>
          </w:tcPr>
          <w:p>
            <w:r>
              <w:t>2025-07-01</w:t>
            </w:r>
          </w:p>
        </w:tc>
        <w:tc>
          <w:tcPr>
            <w:tcW w:type="dxa" w:w="4320"/>
          </w:tcPr>
          <w:p>
            <w:r>
              <w:t>1,651</w:t>
            </w:r>
          </w:p>
        </w:tc>
      </w:tr>
      <w:tr>
        <w:tc>
          <w:tcPr>
            <w:tcW w:type="dxa" w:w="4320"/>
          </w:tcPr>
          <w:p>
            <w:r>
              <w:t>2025-08-01</w:t>
            </w:r>
          </w:p>
        </w:tc>
        <w:tc>
          <w:tcPr>
            <w:tcW w:type="dxa" w:w="4320"/>
          </w:tcPr>
          <w:p>
            <w:r>
              <w:t>3,538</w:t>
            </w:r>
          </w:p>
        </w:tc>
      </w:tr>
      <w:tr>
        <w:tc>
          <w:tcPr>
            <w:tcW w:type="dxa" w:w="4320"/>
          </w:tcPr>
          <w:p>
            <w:r>
              <w:t>2025-09-01</w:t>
            </w:r>
          </w:p>
        </w:tc>
        <w:tc>
          <w:tcPr>
            <w:tcW w:type="dxa" w:w="4320"/>
          </w:tcPr>
          <w:p>
            <w:r>
              <w:t>4,386</w:t>
            </w:r>
          </w:p>
        </w:tc>
      </w:tr>
      <w:tr>
        <w:tc>
          <w:tcPr>
            <w:tcW w:type="dxa" w:w="4320"/>
          </w:tcPr>
          <w:p>
            <w:r>
              <w:t>2025-10-01</w:t>
            </w:r>
          </w:p>
        </w:tc>
        <w:tc>
          <w:tcPr>
            <w:tcW w:type="dxa" w:w="4320"/>
          </w:tcPr>
          <w:p>
            <w:r>
              <w:t>4,635</w:t>
            </w:r>
          </w:p>
        </w:tc>
      </w:tr>
      <w:tr>
        <w:tc>
          <w:tcPr>
            <w:tcW w:type="dxa" w:w="4320"/>
          </w:tcPr>
          <w:p>
            <w:r>
              <w:t>2025-11-01</w:t>
            </w:r>
          </w:p>
        </w:tc>
        <w:tc>
          <w:tcPr>
            <w:tcW w:type="dxa" w:w="4320"/>
          </w:tcPr>
          <w:p>
            <w:r>
              <w:t>3,580</w:t>
            </w:r>
          </w:p>
        </w:tc>
      </w:tr>
      <w:tr>
        <w:tc>
          <w:tcPr>
            <w:tcW w:type="dxa" w:w="4320"/>
          </w:tcPr>
          <w:p>
            <w:r>
              <w:t>2025-12-01</w:t>
            </w:r>
          </w:p>
        </w:tc>
        <w:tc>
          <w:tcPr>
            <w:tcW w:type="dxa" w:w="4320"/>
          </w:tcPr>
          <w:p>
            <w:r>
              <w:t>1,731</w:t>
            </w:r>
          </w:p>
        </w:tc>
      </w:tr>
    </w:tbl>
    <w:p/>
    <w:p>
      <w:pPr>
        <w:pStyle w:val="Heading2"/>
      </w:pPr>
      <w:r>
        <w:t>Figure 21. Emerging hot spots: Citizen flood reports [67]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-0.966</w:t>
            </w:r>
          </w:p>
        </w:tc>
        <w:tc>
          <w:tcPr>
            <w:tcW w:type="dxa" w:w="2880"/>
          </w:tcPr>
          <w:p>
            <w:r>
              <w:t>-0.5799</w:t>
            </w:r>
          </w:p>
        </w:tc>
        <w:tc>
          <w:tcPr>
            <w:tcW w:type="dxa" w:w="2880"/>
          </w:tcPr>
          <w:p>
            <w:r>
              <w:t>11</w:t>
            </w:r>
          </w:p>
        </w:tc>
      </w:tr>
      <w:tr>
        <w:tc>
          <w:tcPr>
            <w:tcW w:type="dxa" w:w="2880"/>
          </w:tcPr>
          <w:p>
            <w:r>
              <w:t>-0.5799</w:t>
            </w:r>
          </w:p>
        </w:tc>
        <w:tc>
          <w:tcPr>
            <w:tcW w:type="dxa" w:w="2880"/>
          </w:tcPr>
          <w:p>
            <w:r>
              <w:t>-0.1937</w:t>
            </w:r>
          </w:p>
        </w:tc>
        <w:tc>
          <w:tcPr>
            <w:tcW w:type="dxa" w:w="2880"/>
          </w:tcPr>
          <w:p>
            <w:r>
              <w:t>11</w:t>
            </w:r>
          </w:p>
        </w:tc>
      </w:tr>
      <w:tr>
        <w:tc>
          <w:tcPr>
            <w:tcW w:type="dxa" w:w="2880"/>
          </w:tcPr>
          <w:p>
            <w:r>
              <w:t>-0.1937</w:t>
            </w:r>
          </w:p>
        </w:tc>
        <w:tc>
          <w:tcPr>
            <w:tcW w:type="dxa" w:w="2880"/>
          </w:tcPr>
          <w:p>
            <w:r>
              <w:t>0.1924</w:t>
            </w:r>
          </w:p>
        </w:tc>
        <w:tc>
          <w:tcPr>
            <w:tcW w:type="dxa" w:w="2880"/>
          </w:tcPr>
          <w:p>
            <w:r>
              <w:t>4</w:t>
            </w:r>
          </w:p>
        </w:tc>
      </w:tr>
      <w:tr>
        <w:tc>
          <w:tcPr>
            <w:tcW w:type="dxa" w:w="2880"/>
          </w:tcPr>
          <w:p>
            <w:r>
              <w:t>0.1924</w:t>
            </w:r>
          </w:p>
        </w:tc>
        <w:tc>
          <w:tcPr>
            <w:tcW w:type="dxa" w:w="2880"/>
          </w:tcPr>
          <w:p>
            <w:r>
              <w:t>0.5786</w:t>
            </w:r>
          </w:p>
        </w:tc>
        <w:tc>
          <w:tcPr>
            <w:tcW w:type="dxa" w:w="2880"/>
          </w:tcPr>
          <w:p>
            <w:r>
              <w:t>13</w:t>
            </w:r>
          </w:p>
        </w:tc>
      </w:tr>
      <w:tr>
        <w:tc>
          <w:tcPr>
            <w:tcW w:type="dxa" w:w="2880"/>
          </w:tcPr>
          <w:p>
            <w:r>
              <w:t>0.5786</w:t>
            </w:r>
          </w:p>
        </w:tc>
        <w:tc>
          <w:tcPr>
            <w:tcW w:type="dxa" w:w="2880"/>
          </w:tcPr>
          <w:p>
            <w:r>
              <w:t>0.9647</w:t>
            </w:r>
          </w:p>
        </w:tc>
        <w:tc>
          <w:tcPr>
            <w:tcW w:type="dxa" w:w="2880"/>
          </w:tcPr>
          <w:p>
            <w:r>
              <w:t>4</w:t>
            </w:r>
          </w:p>
        </w:tc>
      </w:tr>
      <w:tr>
        <w:tc>
          <w:tcPr>
            <w:tcW w:type="dxa" w:w="2880"/>
          </w:tcPr>
          <w:p>
            <w:r>
              <w:t>0.9647</w:t>
            </w:r>
          </w:p>
        </w:tc>
        <w:tc>
          <w:tcPr>
            <w:tcW w:type="dxa" w:w="2880"/>
          </w:tcPr>
          <w:p>
            <w:r>
              <w:t>1.351</w:t>
            </w:r>
          </w:p>
        </w:tc>
        <w:tc>
          <w:tcPr>
            <w:tcW w:type="dxa" w:w="2880"/>
          </w:tcPr>
          <w:p>
            <w:r>
              <w:t>7</w:t>
            </w:r>
          </w:p>
        </w:tc>
      </w:tr>
      <w:tr>
        <w:tc>
          <w:tcPr>
            <w:tcW w:type="dxa" w:w="2880"/>
          </w:tcPr>
          <w:p>
            <w:r>
              <w:t>1.351</w:t>
            </w:r>
          </w:p>
        </w:tc>
        <w:tc>
          <w:tcPr>
            <w:tcW w:type="dxa" w:w="2880"/>
          </w:tcPr>
          <w:p>
            <w:r>
              <w:t>1.737</w:t>
            </w:r>
          </w:p>
        </w:tc>
        <w:tc>
          <w:tcPr>
            <w:tcW w:type="dxa" w:w="2880"/>
          </w:tcPr>
          <w:p>
            <w:r>
              <w:t>4</w:t>
            </w:r>
          </w:p>
        </w:tc>
      </w:tr>
    </w:tbl>
    <w:p/>
    <w:p>
      <w:pPr>
        <w:pStyle w:val="Heading2"/>
      </w:pPr>
      <w:r>
        <w:t>Figure 22. Repeat and near repeat classification: Citizen flood reports [68]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2024-06-01</w:t>
            </w:r>
          </w:p>
        </w:tc>
        <w:tc>
          <w:tcPr>
            <w:tcW w:type="dxa" w:w="2880"/>
          </w:tcPr>
          <w:p>
            <w:r>
              <w:t>street flooded</w:t>
            </w:r>
          </w:p>
        </w:tc>
        <w:tc>
          <w:tcPr>
            <w:tcW w:type="dxa" w:w="2880"/>
          </w:tcPr>
          <w:p>
            <w:r>
              <w:t>7</w:t>
            </w:r>
          </w:p>
        </w:tc>
      </w:tr>
      <w:tr>
        <w:tc>
          <w:tcPr>
            <w:tcW w:type="dxa" w:w="2880"/>
          </w:tcPr>
          <w:p>
            <w:r>
              <w:t>2024-06-01</w:t>
            </w:r>
          </w:p>
        </w:tc>
        <w:tc>
          <w:tcPr>
            <w:tcW w:type="dxa" w:w="2880"/>
          </w:tcPr>
          <w:p>
            <w:r>
              <w:t>rescue</w:t>
            </w:r>
          </w:p>
        </w:tc>
        <w:tc>
          <w:tcPr>
            <w:tcW w:type="dxa" w:w="2880"/>
          </w:tcPr>
          <w:p>
            <w:r>
              <w:t>10</w:t>
            </w:r>
          </w:p>
        </w:tc>
      </w:tr>
      <w:tr>
        <w:tc>
          <w:tcPr>
            <w:tcW w:type="dxa" w:w="2880"/>
          </w:tcPr>
          <w:p>
            <w:r>
              <w:t>2024-06-01</w:t>
            </w:r>
          </w:p>
        </w:tc>
        <w:tc>
          <w:tcPr>
            <w:tcW w:type="dxa" w:w="2880"/>
          </w:tcPr>
          <w:p>
            <w:r>
              <w:t>house flooded</w:t>
            </w:r>
          </w:p>
        </w:tc>
        <w:tc>
          <w:tcPr>
            <w:tcW w:type="dxa" w:w="2880"/>
          </w:tcPr>
          <w:p>
            <w:r>
              <w:t>7</w:t>
            </w:r>
          </w:p>
        </w:tc>
      </w:tr>
      <w:tr>
        <w:tc>
          <w:tcPr>
            <w:tcW w:type="dxa" w:w="2880"/>
          </w:tcPr>
          <w:p>
            <w:r>
              <w:t>2024-06-01</w:t>
            </w:r>
          </w:p>
        </w:tc>
        <w:tc>
          <w:tcPr>
            <w:tcW w:type="dxa" w:w="2880"/>
          </w:tcPr>
          <w:p>
            <w:r>
              <w:t>road closed</w:t>
            </w:r>
          </w:p>
        </w:tc>
        <w:tc>
          <w:tcPr>
            <w:tcW w:type="dxa" w:w="2880"/>
          </w:tcPr>
          <w:p>
            <w:r>
              <w:t>5</w:t>
            </w:r>
          </w:p>
        </w:tc>
      </w:tr>
      <w:tr>
        <w:tc>
          <w:tcPr>
            <w:tcW w:type="dxa" w:w="2880"/>
          </w:tcPr>
          <w:p>
            <w:r>
              <w:t>2024-07-01</w:t>
            </w:r>
          </w:p>
        </w:tc>
        <w:tc>
          <w:tcPr>
            <w:tcW w:type="dxa" w:w="2880"/>
          </w:tcPr>
          <w:p>
            <w:r>
              <w:t>street flooded</w:t>
            </w:r>
          </w:p>
        </w:tc>
        <w:tc>
          <w:tcPr>
            <w:tcW w:type="dxa" w:w="2880"/>
          </w:tcPr>
          <w:p>
            <w:r>
              <w:t>15</w:t>
            </w:r>
          </w:p>
        </w:tc>
      </w:tr>
      <w:tr>
        <w:tc>
          <w:tcPr>
            <w:tcW w:type="dxa" w:w="2880"/>
          </w:tcPr>
          <w:p>
            <w:r>
              <w:t>2024-07-01</w:t>
            </w:r>
          </w:p>
        </w:tc>
        <w:tc>
          <w:tcPr>
            <w:tcW w:type="dxa" w:w="2880"/>
          </w:tcPr>
          <w:p>
            <w:r>
              <w:t>rescue</w:t>
            </w:r>
          </w:p>
        </w:tc>
        <w:tc>
          <w:tcPr>
            <w:tcW w:type="dxa" w:w="2880"/>
          </w:tcPr>
          <w:p>
            <w:r>
              <w:t>11</w:t>
            </w:r>
          </w:p>
        </w:tc>
      </w:tr>
      <w:tr>
        <w:tc>
          <w:tcPr>
            <w:tcW w:type="dxa" w:w="2880"/>
          </w:tcPr>
          <w:p>
            <w:r>
              <w:t>2024-07-01</w:t>
            </w:r>
          </w:p>
        </w:tc>
        <w:tc>
          <w:tcPr>
            <w:tcW w:type="dxa" w:w="2880"/>
          </w:tcPr>
          <w:p>
            <w:r>
              <w:t>house flooded</w:t>
            </w:r>
          </w:p>
        </w:tc>
        <w:tc>
          <w:tcPr>
            <w:tcW w:type="dxa" w:w="2880"/>
          </w:tcPr>
          <w:p>
            <w:r>
              <w:t>8</w:t>
            </w:r>
          </w:p>
        </w:tc>
      </w:tr>
      <w:tr>
        <w:tc>
          <w:tcPr>
            <w:tcW w:type="dxa" w:w="2880"/>
          </w:tcPr>
          <w:p>
            <w:r>
              <w:t>2024-07-01</w:t>
            </w:r>
          </w:p>
        </w:tc>
        <w:tc>
          <w:tcPr>
            <w:tcW w:type="dxa" w:w="2880"/>
          </w:tcPr>
          <w:p>
            <w:r>
              <w:t>road closed</w:t>
            </w:r>
          </w:p>
        </w:tc>
        <w:tc>
          <w:tcPr>
            <w:tcW w:type="dxa" w:w="2880"/>
          </w:tcPr>
          <w:p>
            <w:r>
              <w:t>10</w:t>
            </w:r>
          </w:p>
        </w:tc>
      </w:tr>
      <w:tr>
        <w:tc>
          <w:tcPr>
            <w:tcW w:type="dxa" w:w="2880"/>
          </w:tcPr>
          <w:p>
            <w:r>
              <w:t>2024-08-01</w:t>
            </w:r>
          </w:p>
        </w:tc>
        <w:tc>
          <w:tcPr>
            <w:tcW w:type="dxa" w:w="2880"/>
          </w:tcPr>
          <w:p>
            <w:r>
              <w:t>street flooded</w:t>
            </w:r>
          </w:p>
        </w:tc>
        <w:tc>
          <w:tcPr>
            <w:tcW w:type="dxa" w:w="2880"/>
          </w:tcPr>
          <w:p>
            <w:r>
              <w:t>17</w:t>
            </w:r>
          </w:p>
        </w:tc>
      </w:tr>
      <w:tr>
        <w:tc>
          <w:tcPr>
            <w:tcW w:type="dxa" w:w="2880"/>
          </w:tcPr>
          <w:p>
            <w:r>
              <w:t>2024-08-01</w:t>
            </w:r>
          </w:p>
        </w:tc>
        <w:tc>
          <w:tcPr>
            <w:tcW w:type="dxa" w:w="2880"/>
          </w:tcPr>
          <w:p>
            <w:r>
              <w:t>rescue</w:t>
            </w:r>
          </w:p>
        </w:tc>
        <w:tc>
          <w:tcPr>
            <w:tcW w:type="dxa" w:w="2880"/>
          </w:tcPr>
          <w:p>
            <w:r>
              <w:t>11</w:t>
            </w:r>
          </w:p>
        </w:tc>
      </w:tr>
      <w:tr>
        <w:tc>
          <w:tcPr>
            <w:tcW w:type="dxa" w:w="2880"/>
          </w:tcPr>
          <w:p>
            <w:r>
              <w:t>2024-08-01</w:t>
            </w:r>
          </w:p>
        </w:tc>
        <w:tc>
          <w:tcPr>
            <w:tcW w:type="dxa" w:w="2880"/>
          </w:tcPr>
          <w:p>
            <w:r>
              <w:t>house flooded</w:t>
            </w:r>
          </w:p>
        </w:tc>
        <w:tc>
          <w:tcPr>
            <w:tcW w:type="dxa" w:w="2880"/>
          </w:tcPr>
          <w:p>
            <w:r>
              <w:t>14</w:t>
            </w:r>
          </w:p>
        </w:tc>
      </w:tr>
      <w:tr>
        <w:tc>
          <w:tcPr>
            <w:tcW w:type="dxa" w:w="2880"/>
          </w:tcPr>
          <w:p>
            <w:r>
              <w:t>2024-08-01</w:t>
            </w:r>
          </w:p>
        </w:tc>
        <w:tc>
          <w:tcPr>
            <w:tcW w:type="dxa" w:w="2880"/>
          </w:tcPr>
          <w:p>
            <w:r>
              <w:t>road closed</w:t>
            </w:r>
          </w:p>
        </w:tc>
        <w:tc>
          <w:tcPr>
            <w:tcW w:type="dxa" w:w="2880"/>
          </w:tcPr>
          <w:p>
            <w:r>
              <w:t>12</w:t>
            </w:r>
          </w:p>
        </w:tc>
      </w:tr>
      <w:tr>
        <w:tc>
          <w:tcPr>
            <w:tcW w:type="dxa" w:w="2880"/>
          </w:tcPr>
          <w:p>
            <w:r>
              <w:t>2024-09-01</w:t>
            </w:r>
          </w:p>
        </w:tc>
        <w:tc>
          <w:tcPr>
            <w:tcW w:type="dxa" w:w="2880"/>
          </w:tcPr>
          <w:p>
            <w:r>
              <w:t>street flooded</w:t>
            </w:r>
          </w:p>
        </w:tc>
        <w:tc>
          <w:tcPr>
            <w:tcW w:type="dxa" w:w="2880"/>
          </w:tcPr>
          <w:p>
            <w:r>
              <w:t>28</w:t>
            </w:r>
          </w:p>
        </w:tc>
      </w:tr>
      <w:tr>
        <w:tc>
          <w:tcPr>
            <w:tcW w:type="dxa" w:w="2880"/>
          </w:tcPr>
          <w:p>
            <w:r>
              <w:t>2024-09-01</w:t>
            </w:r>
          </w:p>
        </w:tc>
        <w:tc>
          <w:tcPr>
            <w:tcW w:type="dxa" w:w="2880"/>
          </w:tcPr>
          <w:p>
            <w:r>
              <w:t>rescue</w:t>
            </w:r>
          </w:p>
        </w:tc>
        <w:tc>
          <w:tcPr>
            <w:tcW w:type="dxa" w:w="2880"/>
          </w:tcPr>
          <w:p>
            <w:r>
              <w:t>23</w:t>
            </w:r>
          </w:p>
        </w:tc>
      </w:tr>
      <w:tr>
        <w:tc>
          <w:tcPr>
            <w:tcW w:type="dxa" w:w="2880"/>
          </w:tcPr>
          <w:p>
            <w:r>
              <w:t>2024-09-01</w:t>
            </w:r>
          </w:p>
        </w:tc>
        <w:tc>
          <w:tcPr>
            <w:tcW w:type="dxa" w:w="2880"/>
          </w:tcPr>
          <w:p>
            <w:r>
              <w:t>house flooded</w:t>
            </w:r>
          </w:p>
        </w:tc>
        <w:tc>
          <w:tcPr>
            <w:tcW w:type="dxa" w:w="2880"/>
          </w:tcPr>
          <w:p>
            <w:r>
              <w:t>18</w:t>
            </w:r>
          </w:p>
        </w:tc>
      </w:tr>
      <w:tr>
        <w:tc>
          <w:tcPr>
            <w:tcW w:type="dxa" w:w="2880"/>
          </w:tcPr>
          <w:p>
            <w:r>
              <w:t>2024-09-01</w:t>
            </w:r>
          </w:p>
        </w:tc>
        <w:tc>
          <w:tcPr>
            <w:tcW w:type="dxa" w:w="2880"/>
          </w:tcPr>
          <w:p>
            <w:r>
              <w:t>road closed</w:t>
            </w:r>
          </w:p>
        </w:tc>
        <w:tc>
          <w:tcPr>
            <w:tcW w:type="dxa" w:w="2880"/>
          </w:tcPr>
          <w:p>
            <w:r>
              <w:t>20</w:t>
            </w:r>
          </w:p>
        </w:tc>
      </w:tr>
      <w:tr>
        <w:tc>
          <w:tcPr>
            <w:tcW w:type="dxa" w:w="2880"/>
          </w:tcPr>
          <w:p>
            <w:r>
              <w:t>2024-10-01</w:t>
            </w:r>
          </w:p>
        </w:tc>
        <w:tc>
          <w:tcPr>
            <w:tcW w:type="dxa" w:w="2880"/>
          </w:tcPr>
          <w:p>
            <w:r>
              <w:t>street flooded</w:t>
            </w:r>
          </w:p>
        </w:tc>
        <w:tc>
          <w:tcPr>
            <w:tcW w:type="dxa" w:w="2880"/>
          </w:tcPr>
          <w:p>
            <w:r>
              <w:t>11</w:t>
            </w:r>
          </w:p>
        </w:tc>
      </w:tr>
      <w:tr>
        <w:tc>
          <w:tcPr>
            <w:tcW w:type="dxa" w:w="2880"/>
          </w:tcPr>
          <w:p>
            <w:r>
              <w:t>2024-10-01</w:t>
            </w:r>
          </w:p>
        </w:tc>
        <w:tc>
          <w:tcPr>
            <w:tcW w:type="dxa" w:w="2880"/>
          </w:tcPr>
          <w:p>
            <w:r>
              <w:t>rescue</w:t>
            </w:r>
          </w:p>
        </w:tc>
        <w:tc>
          <w:tcPr>
            <w:tcW w:type="dxa" w:w="2880"/>
          </w:tcPr>
          <w:p>
            <w:r>
              <w:t>18</w:t>
            </w:r>
          </w:p>
        </w:tc>
      </w:tr>
      <w:tr>
        <w:tc>
          <w:tcPr>
            <w:tcW w:type="dxa" w:w="2880"/>
          </w:tcPr>
          <w:p>
            <w:r>
              <w:t>2024-10-01</w:t>
            </w:r>
          </w:p>
        </w:tc>
        <w:tc>
          <w:tcPr>
            <w:tcW w:type="dxa" w:w="2880"/>
          </w:tcPr>
          <w:p>
            <w:r>
              <w:t>house flooded</w:t>
            </w:r>
          </w:p>
        </w:tc>
        <w:tc>
          <w:tcPr>
            <w:tcW w:type="dxa" w:w="2880"/>
          </w:tcPr>
          <w:p>
            <w:r>
              <w:t>12</w:t>
            </w:r>
          </w:p>
        </w:tc>
      </w:tr>
      <w:tr>
        <w:tc>
          <w:tcPr>
            <w:tcW w:type="dxa" w:w="2880"/>
          </w:tcPr>
          <w:p>
            <w:r>
              <w:t>2024-10-01</w:t>
            </w:r>
          </w:p>
        </w:tc>
        <w:tc>
          <w:tcPr>
            <w:tcW w:type="dxa" w:w="2880"/>
          </w:tcPr>
          <w:p>
            <w:r>
              <w:t>road closed</w:t>
            </w:r>
          </w:p>
        </w:tc>
        <w:tc>
          <w:tcPr>
            <w:tcW w:type="dxa" w:w="2880"/>
          </w:tcPr>
          <w:p>
            <w:r>
              <w:t>16</w:t>
            </w:r>
          </w:p>
        </w:tc>
      </w:tr>
      <w:tr>
        <w:tc>
          <w:tcPr>
            <w:tcW w:type="dxa" w:w="2880"/>
          </w:tcPr>
          <w:p>
            <w:r>
              <w:t>2024-11-01</w:t>
            </w:r>
          </w:p>
        </w:tc>
        <w:tc>
          <w:tcPr>
            <w:tcW w:type="dxa" w:w="2880"/>
          </w:tcPr>
          <w:p>
            <w:r>
              <w:t>street flooded</w:t>
            </w:r>
          </w:p>
        </w:tc>
        <w:tc>
          <w:tcPr>
            <w:tcW w:type="dxa" w:w="2880"/>
          </w:tcPr>
          <w:p>
            <w:r>
              <w:t>9</w:t>
            </w:r>
          </w:p>
        </w:tc>
      </w:tr>
      <w:tr>
        <w:tc>
          <w:tcPr>
            <w:tcW w:type="dxa" w:w="2880"/>
          </w:tcPr>
          <w:p>
            <w:r>
              <w:t>2024-11-01</w:t>
            </w:r>
          </w:p>
        </w:tc>
        <w:tc>
          <w:tcPr>
            <w:tcW w:type="dxa" w:w="2880"/>
          </w:tcPr>
          <w:p>
            <w:r>
              <w:t>rescue</w:t>
            </w:r>
          </w:p>
        </w:tc>
        <w:tc>
          <w:tcPr>
            <w:tcW w:type="dxa" w:w="2880"/>
          </w:tcPr>
          <w:p>
            <w:r>
              <w:t>10</w:t>
            </w:r>
          </w:p>
        </w:tc>
      </w:tr>
      <w:tr>
        <w:tc>
          <w:tcPr>
            <w:tcW w:type="dxa" w:w="2880"/>
          </w:tcPr>
          <w:p>
            <w:r>
              <w:t>2024-11-01</w:t>
            </w:r>
          </w:p>
        </w:tc>
        <w:tc>
          <w:tcPr>
            <w:tcW w:type="dxa" w:w="2880"/>
          </w:tcPr>
          <w:p>
            <w:r>
              <w:t>house flooded</w:t>
            </w:r>
          </w:p>
        </w:tc>
        <w:tc>
          <w:tcPr>
            <w:tcW w:type="dxa" w:w="2880"/>
          </w:tcPr>
          <w:p>
            <w:r>
              <w:t>6</w:t>
            </w:r>
          </w:p>
        </w:tc>
      </w:tr>
      <w:tr>
        <w:tc>
          <w:tcPr>
            <w:tcW w:type="dxa" w:w="2880"/>
          </w:tcPr>
          <w:p>
            <w:r>
              <w:t>2024-11-01</w:t>
            </w:r>
          </w:p>
        </w:tc>
        <w:tc>
          <w:tcPr>
            <w:tcW w:type="dxa" w:w="2880"/>
          </w:tcPr>
          <w:p>
            <w:r>
              <w:t>road closed</w:t>
            </w:r>
          </w:p>
        </w:tc>
        <w:tc>
          <w:tcPr>
            <w:tcW w:type="dxa" w:w="2880"/>
          </w:tcPr>
          <w:p>
            <w:r>
              <w:t>5</w:t>
            </w:r>
          </w:p>
        </w:tc>
      </w:tr>
      <w:tr>
        <w:tc>
          <w:tcPr>
            <w:tcW w:type="dxa" w:w="2880"/>
          </w:tcPr>
          <w:p>
            <w:r>
              <w:t>2024-12-01</w:t>
            </w:r>
          </w:p>
        </w:tc>
        <w:tc>
          <w:tcPr>
            <w:tcW w:type="dxa" w:w="2880"/>
          </w:tcPr>
          <w:p>
            <w:r>
              <w:t>street flooded</w:t>
            </w:r>
          </w:p>
        </w:tc>
        <w:tc>
          <w:tcPr>
            <w:tcW w:type="dxa" w:w="2880"/>
          </w:tcPr>
          <w:p>
            <w:r>
              <w:t>6</w:t>
            </w:r>
          </w:p>
        </w:tc>
      </w:tr>
      <w:tr>
        <w:tc>
          <w:tcPr>
            <w:tcW w:type="dxa" w:w="2880"/>
          </w:tcPr>
          <w:p>
            <w:r>
              <w:t>2024-12-01</w:t>
            </w:r>
          </w:p>
        </w:tc>
        <w:tc>
          <w:tcPr>
            <w:tcW w:type="dxa" w:w="2880"/>
          </w:tcPr>
          <w:p>
            <w:r>
              <w:t>rescue</w:t>
            </w:r>
          </w:p>
        </w:tc>
        <w:tc>
          <w:tcPr>
            <w:tcW w:type="dxa" w:w="2880"/>
          </w:tcPr>
          <w:p>
            <w:r>
              <w:t>1</w:t>
            </w:r>
          </w:p>
        </w:tc>
      </w:tr>
      <w:tr>
        <w:tc>
          <w:tcPr>
            <w:tcW w:type="dxa" w:w="2880"/>
          </w:tcPr>
          <w:p>
            <w:r>
              <w:t>2024-12-01</w:t>
            </w:r>
          </w:p>
        </w:tc>
        <w:tc>
          <w:tcPr>
            <w:tcW w:type="dxa" w:w="2880"/>
          </w:tcPr>
          <w:p>
            <w:r>
              <w:t>house flooded</w:t>
            </w:r>
          </w:p>
        </w:tc>
        <w:tc>
          <w:tcPr>
            <w:tcW w:type="dxa" w:w="2880"/>
          </w:tcPr>
          <w:p>
            <w:r>
              <w:t>10</w:t>
            </w:r>
          </w:p>
        </w:tc>
      </w:tr>
      <w:tr>
        <w:tc>
          <w:tcPr>
            <w:tcW w:type="dxa" w:w="2880"/>
          </w:tcPr>
          <w:p>
            <w:r>
              <w:t>2024-12-01</w:t>
            </w:r>
          </w:p>
        </w:tc>
        <w:tc>
          <w:tcPr>
            <w:tcW w:type="dxa" w:w="2880"/>
          </w:tcPr>
          <w:p>
            <w:r>
              <w:t>road closed</w:t>
            </w:r>
          </w:p>
        </w:tc>
        <w:tc>
          <w:tcPr>
            <w:tcW w:type="dxa" w:w="2880"/>
          </w:tcPr>
          <w:p>
            <w:r>
              <w:t>6</w:t>
            </w:r>
          </w:p>
        </w:tc>
      </w:tr>
      <w:tr>
        <w:tc>
          <w:tcPr>
            <w:tcW w:type="dxa" w:w="2880"/>
          </w:tcPr>
          <w:p>
            <w:r>
              <w:t>2025-01-01</w:t>
            </w:r>
          </w:p>
        </w:tc>
        <w:tc>
          <w:tcPr>
            <w:tcW w:type="dxa" w:w="2880"/>
          </w:tcPr>
          <w:p>
            <w:r>
              <w:t>street flooded</w:t>
            </w:r>
          </w:p>
        </w:tc>
        <w:tc>
          <w:tcPr>
            <w:tcW w:type="dxa" w:w="2880"/>
          </w:tcPr>
          <w:p>
            <w:r>
              <w:t>2</w:t>
            </w:r>
          </w:p>
        </w:tc>
      </w:tr>
      <w:tr>
        <w:tc>
          <w:tcPr>
            <w:tcW w:type="dxa" w:w="2880"/>
          </w:tcPr>
          <w:p>
            <w:r>
              <w:t>2025-01-01</w:t>
            </w:r>
          </w:p>
        </w:tc>
        <w:tc>
          <w:tcPr>
            <w:tcW w:type="dxa" w:w="2880"/>
          </w:tcPr>
          <w:p>
            <w:r>
              <w:t>rescue</w:t>
            </w:r>
          </w:p>
        </w:tc>
        <w:tc>
          <w:tcPr>
            <w:tcW w:type="dxa" w:w="2880"/>
          </w:tcPr>
          <w:p>
            <w:r>
              <w:t>4</w:t>
            </w:r>
          </w:p>
        </w:tc>
      </w:tr>
      <w:tr>
        <w:tc>
          <w:tcPr>
            <w:tcW w:type="dxa" w:w="2880"/>
          </w:tcPr>
          <w:p>
            <w:r>
              <w:t>2025-01-01</w:t>
            </w:r>
          </w:p>
        </w:tc>
        <w:tc>
          <w:tcPr>
            <w:tcW w:type="dxa" w:w="2880"/>
          </w:tcPr>
          <w:p>
            <w:r>
              <w:t>house flooded</w:t>
            </w:r>
          </w:p>
        </w:tc>
        <w:tc>
          <w:tcPr>
            <w:tcW w:type="dxa" w:w="2880"/>
          </w:tcPr>
          <w:p>
            <w:r>
              <w:t>2</w:t>
            </w:r>
          </w:p>
        </w:tc>
      </w:tr>
      <w:tr>
        <w:tc>
          <w:tcPr>
            <w:tcW w:type="dxa" w:w="2880"/>
          </w:tcPr>
          <w:p>
            <w:r>
              <w:t>2025-01-01</w:t>
            </w:r>
          </w:p>
        </w:tc>
        <w:tc>
          <w:tcPr>
            <w:tcW w:type="dxa" w:w="2880"/>
          </w:tcPr>
          <w:p>
            <w:r>
              <w:t>road closed</w:t>
            </w:r>
          </w:p>
        </w:tc>
        <w:tc>
          <w:tcPr>
            <w:tcW w:type="dxa" w:w="2880"/>
          </w:tcPr>
          <w:p>
            <w:r>
              <w:t>5</w:t>
            </w:r>
          </w:p>
        </w:tc>
      </w:tr>
      <w:tr>
        <w:tc>
          <w:tcPr>
            <w:tcW w:type="dxa" w:w="2880"/>
          </w:tcPr>
          <w:p>
            <w:r>
              <w:t>2025-02-01</w:t>
            </w:r>
          </w:p>
        </w:tc>
        <w:tc>
          <w:tcPr>
            <w:tcW w:type="dxa" w:w="2880"/>
          </w:tcPr>
          <w:p>
            <w:r>
              <w:t>street flooded</w:t>
            </w:r>
          </w:p>
        </w:tc>
        <w:tc>
          <w:tcPr>
            <w:tcW w:type="dxa" w:w="2880"/>
          </w:tcPr>
          <w:p>
            <w:r>
              <w:t>2</w:t>
            </w:r>
          </w:p>
        </w:tc>
      </w:tr>
      <w:tr>
        <w:tc>
          <w:tcPr>
            <w:tcW w:type="dxa" w:w="2880"/>
          </w:tcPr>
          <w:p>
            <w:r>
              <w:t>2025-02-01</w:t>
            </w:r>
          </w:p>
        </w:tc>
        <w:tc>
          <w:tcPr>
            <w:tcW w:type="dxa" w:w="2880"/>
          </w:tcPr>
          <w:p>
            <w:r>
              <w:t>rescue</w:t>
            </w:r>
          </w:p>
        </w:tc>
        <w:tc>
          <w:tcPr>
            <w:tcW w:type="dxa" w:w="2880"/>
          </w:tcPr>
          <w:p>
            <w:r>
              <w:t>2</w:t>
            </w:r>
          </w:p>
        </w:tc>
      </w:tr>
      <w:tr>
        <w:tc>
          <w:tcPr>
            <w:tcW w:type="dxa" w:w="2880"/>
          </w:tcPr>
          <w:p>
            <w:r>
              <w:t>2025-02-01</w:t>
            </w:r>
          </w:p>
        </w:tc>
        <w:tc>
          <w:tcPr>
            <w:tcW w:type="dxa" w:w="2880"/>
          </w:tcPr>
          <w:p>
            <w:r>
              <w:t>house flooded</w:t>
            </w:r>
          </w:p>
        </w:tc>
        <w:tc>
          <w:tcPr>
            <w:tcW w:type="dxa" w:w="2880"/>
          </w:tcPr>
          <w:p>
            <w:r>
              <w:t>3</w:t>
            </w:r>
          </w:p>
        </w:tc>
      </w:tr>
      <w:tr>
        <w:tc>
          <w:tcPr>
            <w:tcW w:type="dxa" w:w="2880"/>
          </w:tcPr>
          <w:p>
            <w:r>
              <w:t>2025-02-01</w:t>
            </w:r>
          </w:p>
        </w:tc>
        <w:tc>
          <w:tcPr>
            <w:tcW w:type="dxa" w:w="2880"/>
          </w:tcPr>
          <w:p>
            <w:r>
              <w:t>road closed</w:t>
            </w:r>
          </w:p>
        </w:tc>
        <w:tc>
          <w:tcPr>
            <w:tcW w:type="dxa" w:w="2880"/>
          </w:tcPr>
          <w:p>
            <w:r>
              <w:t>1</w:t>
            </w:r>
          </w:p>
        </w:tc>
      </w:tr>
      <w:tr>
        <w:tc>
          <w:tcPr>
            <w:tcW w:type="dxa" w:w="2880"/>
          </w:tcPr>
          <w:p>
            <w:r>
              <w:t>2025-03-01</w:t>
            </w:r>
          </w:p>
        </w:tc>
        <w:tc>
          <w:tcPr>
            <w:tcW w:type="dxa" w:w="2880"/>
          </w:tcPr>
          <w:p>
            <w:r>
              <w:t>street flooded</w:t>
            </w:r>
          </w:p>
        </w:tc>
        <w:tc>
          <w:tcPr>
            <w:tcW w:type="dxa" w:w="2880"/>
          </w:tcPr>
          <w:p>
            <w:r>
              <w:t>0</w:t>
            </w:r>
          </w:p>
        </w:tc>
      </w:tr>
      <w:tr>
        <w:tc>
          <w:tcPr>
            <w:tcW w:type="dxa" w:w="2880"/>
          </w:tcPr>
          <w:p>
            <w:r>
              <w:t>2025-03-01</w:t>
            </w:r>
          </w:p>
        </w:tc>
        <w:tc>
          <w:tcPr>
            <w:tcW w:type="dxa" w:w="2880"/>
          </w:tcPr>
          <w:p>
            <w:r>
              <w:t>rescue</w:t>
            </w:r>
          </w:p>
        </w:tc>
        <w:tc>
          <w:tcPr>
            <w:tcW w:type="dxa" w:w="2880"/>
          </w:tcPr>
          <w:p>
            <w:r>
              <w:t>1</w:t>
            </w:r>
          </w:p>
        </w:tc>
      </w:tr>
      <w:tr>
        <w:tc>
          <w:tcPr>
            <w:tcW w:type="dxa" w:w="2880"/>
          </w:tcPr>
          <w:p>
            <w:r>
              <w:t>2025-03-01</w:t>
            </w:r>
          </w:p>
        </w:tc>
        <w:tc>
          <w:tcPr>
            <w:tcW w:type="dxa" w:w="2880"/>
          </w:tcPr>
          <w:p>
            <w:r>
              <w:t>house flooded</w:t>
            </w:r>
          </w:p>
        </w:tc>
        <w:tc>
          <w:tcPr>
            <w:tcW w:type="dxa" w:w="2880"/>
          </w:tcPr>
          <w:p>
            <w:r>
              <w:t>1</w:t>
            </w:r>
          </w:p>
        </w:tc>
      </w:tr>
      <w:tr>
        <w:tc>
          <w:tcPr>
            <w:tcW w:type="dxa" w:w="2880"/>
          </w:tcPr>
          <w:p>
            <w:r>
              <w:t>2025-03-01</w:t>
            </w:r>
          </w:p>
        </w:tc>
        <w:tc>
          <w:tcPr>
            <w:tcW w:type="dxa" w:w="2880"/>
          </w:tcPr>
          <w:p>
            <w:r>
              <w:t>road closed</w:t>
            </w:r>
          </w:p>
        </w:tc>
        <w:tc>
          <w:tcPr>
            <w:tcW w:type="dxa" w:w="2880"/>
          </w:tcPr>
          <w:p>
            <w:r>
              <w:t>2</w:t>
            </w:r>
          </w:p>
        </w:tc>
      </w:tr>
      <w:tr>
        <w:tc>
          <w:tcPr>
            <w:tcW w:type="dxa" w:w="2880"/>
          </w:tcPr>
          <w:p>
            <w:r>
              <w:t>2025-04-01</w:t>
            </w:r>
          </w:p>
        </w:tc>
        <w:tc>
          <w:tcPr>
            <w:tcW w:type="dxa" w:w="2880"/>
          </w:tcPr>
          <w:p>
            <w:r>
              <w:t>street flooded</w:t>
            </w:r>
          </w:p>
        </w:tc>
        <w:tc>
          <w:tcPr>
            <w:tcW w:type="dxa" w:w="2880"/>
          </w:tcPr>
          <w:p>
            <w:r>
              <w:t>0</w:t>
            </w:r>
          </w:p>
        </w:tc>
      </w:tr>
      <w:tr>
        <w:tc>
          <w:tcPr>
            <w:tcW w:type="dxa" w:w="2880"/>
          </w:tcPr>
          <w:p>
            <w:r>
              <w:t>2025-04-01</w:t>
            </w:r>
          </w:p>
        </w:tc>
        <w:tc>
          <w:tcPr>
            <w:tcW w:type="dxa" w:w="2880"/>
          </w:tcPr>
          <w:p>
            <w:r>
              <w:t>rescue</w:t>
            </w:r>
          </w:p>
        </w:tc>
        <w:tc>
          <w:tcPr>
            <w:tcW w:type="dxa" w:w="2880"/>
          </w:tcPr>
          <w:p>
            <w:r>
              <w:t>3</w:t>
            </w:r>
          </w:p>
        </w:tc>
      </w:tr>
      <w:tr>
        <w:tc>
          <w:tcPr>
            <w:tcW w:type="dxa" w:w="2880"/>
          </w:tcPr>
          <w:p>
            <w:r>
              <w:t>2025-04-01</w:t>
            </w:r>
          </w:p>
        </w:tc>
        <w:tc>
          <w:tcPr>
            <w:tcW w:type="dxa" w:w="2880"/>
          </w:tcPr>
          <w:p>
            <w:r>
              <w:t>house flooded</w:t>
            </w:r>
          </w:p>
        </w:tc>
        <w:tc>
          <w:tcPr>
            <w:tcW w:type="dxa" w:w="2880"/>
          </w:tcPr>
          <w:p>
            <w:r>
              <w:t>2</w:t>
            </w:r>
          </w:p>
        </w:tc>
      </w:tr>
      <w:tr>
        <w:tc>
          <w:tcPr>
            <w:tcW w:type="dxa" w:w="2880"/>
          </w:tcPr>
          <w:p>
            <w:r>
              <w:t>2025-04-01</w:t>
            </w:r>
          </w:p>
        </w:tc>
        <w:tc>
          <w:tcPr>
            <w:tcW w:type="dxa" w:w="2880"/>
          </w:tcPr>
          <w:p>
            <w:r>
              <w:t>road closed</w:t>
            </w:r>
          </w:p>
        </w:tc>
        <w:tc>
          <w:tcPr>
            <w:tcW w:type="dxa" w:w="2880"/>
          </w:tcPr>
          <w:p>
            <w:r>
              <w:t>4</w:t>
            </w:r>
          </w:p>
        </w:tc>
      </w:tr>
      <w:tr>
        <w:tc>
          <w:tcPr>
            <w:tcW w:type="dxa" w:w="2880"/>
          </w:tcPr>
          <w:p>
            <w:r>
              <w:t>2025-05-01</w:t>
            </w:r>
          </w:p>
        </w:tc>
        <w:tc>
          <w:tcPr>
            <w:tcW w:type="dxa" w:w="2880"/>
          </w:tcPr>
          <w:p>
            <w:r>
              <w:t>street flooded</w:t>
            </w:r>
          </w:p>
        </w:tc>
        <w:tc>
          <w:tcPr>
            <w:tcW w:type="dxa" w:w="2880"/>
          </w:tcPr>
          <w:p>
            <w:r>
              <w:t>3</w:t>
            </w:r>
          </w:p>
        </w:tc>
      </w:tr>
      <w:tr>
        <w:tc>
          <w:tcPr>
            <w:tcW w:type="dxa" w:w="2880"/>
          </w:tcPr>
          <w:p>
            <w:r>
              <w:t>2025-05-01</w:t>
            </w:r>
          </w:p>
        </w:tc>
        <w:tc>
          <w:tcPr>
            <w:tcW w:type="dxa" w:w="2880"/>
          </w:tcPr>
          <w:p>
            <w:r>
              <w:t>rescue</w:t>
            </w:r>
          </w:p>
        </w:tc>
        <w:tc>
          <w:tcPr>
            <w:tcW w:type="dxa" w:w="2880"/>
          </w:tcPr>
          <w:p>
            <w:r>
              <w:t>6</w:t>
            </w:r>
          </w:p>
        </w:tc>
      </w:tr>
      <w:tr>
        <w:tc>
          <w:tcPr>
            <w:tcW w:type="dxa" w:w="2880"/>
          </w:tcPr>
          <w:p>
            <w:r>
              <w:t>2025-05-01</w:t>
            </w:r>
          </w:p>
        </w:tc>
        <w:tc>
          <w:tcPr>
            <w:tcW w:type="dxa" w:w="2880"/>
          </w:tcPr>
          <w:p>
            <w:r>
              <w:t>house flooded</w:t>
            </w:r>
          </w:p>
        </w:tc>
        <w:tc>
          <w:tcPr>
            <w:tcW w:type="dxa" w:w="2880"/>
          </w:tcPr>
          <w:p>
            <w:r>
              <w:t>6</w:t>
            </w:r>
          </w:p>
        </w:tc>
      </w:tr>
      <w:tr>
        <w:tc>
          <w:tcPr>
            <w:tcW w:type="dxa" w:w="2880"/>
          </w:tcPr>
          <w:p>
            <w:r>
              <w:t>2025-05-01</w:t>
            </w:r>
          </w:p>
        </w:tc>
        <w:tc>
          <w:tcPr>
            <w:tcW w:type="dxa" w:w="2880"/>
          </w:tcPr>
          <w:p>
            <w:r>
              <w:t>road closed</w:t>
            </w:r>
          </w:p>
        </w:tc>
        <w:tc>
          <w:tcPr>
            <w:tcW w:type="dxa" w:w="2880"/>
          </w:tcPr>
          <w:p>
            <w:r>
              <w:t>5</w:t>
            </w:r>
          </w:p>
        </w:tc>
      </w:tr>
      <w:tr>
        <w:tc>
          <w:tcPr>
            <w:tcW w:type="dxa" w:w="2880"/>
          </w:tcPr>
          <w:p>
            <w:r>
              <w:t>2025-06-01</w:t>
            </w:r>
          </w:p>
        </w:tc>
        <w:tc>
          <w:tcPr>
            <w:tcW w:type="dxa" w:w="2880"/>
          </w:tcPr>
          <w:p>
            <w:r>
              <w:t>street flooded</w:t>
            </w:r>
          </w:p>
        </w:tc>
        <w:tc>
          <w:tcPr>
            <w:tcW w:type="dxa" w:w="2880"/>
          </w:tcPr>
          <w:p>
            <w:r>
              <w:t>9</w:t>
            </w:r>
          </w:p>
        </w:tc>
      </w:tr>
      <w:tr>
        <w:tc>
          <w:tcPr>
            <w:tcW w:type="dxa" w:w="2880"/>
          </w:tcPr>
          <w:p>
            <w:r>
              <w:t>2025-06-01</w:t>
            </w:r>
          </w:p>
        </w:tc>
        <w:tc>
          <w:tcPr>
            <w:tcW w:type="dxa" w:w="2880"/>
          </w:tcPr>
          <w:p>
            <w:r>
              <w:t>rescue</w:t>
            </w:r>
          </w:p>
        </w:tc>
        <w:tc>
          <w:tcPr>
            <w:tcW w:type="dxa" w:w="2880"/>
          </w:tcPr>
          <w:p>
            <w:r>
              <w:t>5</w:t>
            </w:r>
          </w:p>
        </w:tc>
      </w:tr>
      <w:tr>
        <w:tc>
          <w:tcPr>
            <w:tcW w:type="dxa" w:w="2880"/>
          </w:tcPr>
          <w:p>
            <w:r>
              <w:t>2025-06-01</w:t>
            </w:r>
          </w:p>
        </w:tc>
        <w:tc>
          <w:tcPr>
            <w:tcW w:type="dxa" w:w="2880"/>
          </w:tcPr>
          <w:p>
            <w:r>
              <w:t>house flooded</w:t>
            </w:r>
          </w:p>
        </w:tc>
        <w:tc>
          <w:tcPr>
            <w:tcW w:type="dxa" w:w="2880"/>
          </w:tcPr>
          <w:p>
            <w:r>
              <w:t>9</w:t>
            </w:r>
          </w:p>
        </w:tc>
      </w:tr>
      <w:tr>
        <w:tc>
          <w:tcPr>
            <w:tcW w:type="dxa" w:w="2880"/>
          </w:tcPr>
          <w:p>
            <w:r>
              <w:t>2025-06-01</w:t>
            </w:r>
          </w:p>
        </w:tc>
        <w:tc>
          <w:tcPr>
            <w:tcW w:type="dxa" w:w="2880"/>
          </w:tcPr>
          <w:p>
            <w:r>
              <w:t>road closed</w:t>
            </w:r>
          </w:p>
        </w:tc>
        <w:tc>
          <w:tcPr>
            <w:tcW w:type="dxa" w:w="2880"/>
          </w:tcPr>
          <w:p>
            <w:r>
              <w:t>6</w:t>
            </w:r>
          </w:p>
        </w:tc>
      </w:tr>
      <w:tr>
        <w:tc>
          <w:tcPr>
            <w:tcW w:type="dxa" w:w="2880"/>
          </w:tcPr>
          <w:p>
            <w:r>
              <w:t>2025-07-01</w:t>
            </w:r>
          </w:p>
        </w:tc>
        <w:tc>
          <w:tcPr>
            <w:tcW w:type="dxa" w:w="2880"/>
          </w:tcPr>
          <w:p>
            <w:r>
              <w:t>street flooded</w:t>
            </w:r>
          </w:p>
        </w:tc>
        <w:tc>
          <w:tcPr>
            <w:tcW w:type="dxa" w:w="2880"/>
          </w:tcPr>
          <w:p>
            <w:r>
              <w:t>11</w:t>
            </w:r>
          </w:p>
        </w:tc>
      </w:tr>
      <w:tr>
        <w:tc>
          <w:tcPr>
            <w:tcW w:type="dxa" w:w="2880"/>
          </w:tcPr>
          <w:p>
            <w:r>
              <w:t>2025-07-01</w:t>
            </w:r>
          </w:p>
        </w:tc>
        <w:tc>
          <w:tcPr>
            <w:tcW w:type="dxa" w:w="2880"/>
          </w:tcPr>
          <w:p>
            <w:r>
              <w:t>rescue</w:t>
            </w:r>
          </w:p>
        </w:tc>
        <w:tc>
          <w:tcPr>
            <w:tcW w:type="dxa" w:w="2880"/>
          </w:tcPr>
          <w:p>
            <w:r>
              <w:t>8</w:t>
            </w:r>
          </w:p>
        </w:tc>
      </w:tr>
      <w:tr>
        <w:tc>
          <w:tcPr>
            <w:tcW w:type="dxa" w:w="2880"/>
          </w:tcPr>
          <w:p>
            <w:r>
              <w:t>2025-07-01</w:t>
            </w:r>
          </w:p>
        </w:tc>
        <w:tc>
          <w:tcPr>
            <w:tcW w:type="dxa" w:w="2880"/>
          </w:tcPr>
          <w:p>
            <w:r>
              <w:t>house flooded</w:t>
            </w:r>
          </w:p>
        </w:tc>
        <w:tc>
          <w:tcPr>
            <w:tcW w:type="dxa" w:w="2880"/>
          </w:tcPr>
          <w:p>
            <w:r>
              <w:t>8</w:t>
            </w:r>
          </w:p>
        </w:tc>
      </w:tr>
      <w:tr>
        <w:tc>
          <w:tcPr>
            <w:tcW w:type="dxa" w:w="2880"/>
          </w:tcPr>
          <w:p>
            <w:r>
              <w:t>2025-07-01</w:t>
            </w:r>
          </w:p>
        </w:tc>
        <w:tc>
          <w:tcPr>
            <w:tcW w:type="dxa" w:w="2880"/>
          </w:tcPr>
          <w:p>
            <w:r>
              <w:t>road closed</w:t>
            </w:r>
          </w:p>
        </w:tc>
        <w:tc>
          <w:tcPr>
            <w:tcW w:type="dxa" w:w="2880"/>
          </w:tcPr>
          <w:p>
            <w:r>
              <w:t>7</w:t>
            </w:r>
          </w:p>
        </w:tc>
      </w:tr>
      <w:tr>
        <w:tc>
          <w:tcPr>
            <w:tcW w:type="dxa" w:w="2880"/>
          </w:tcPr>
          <w:p>
            <w:r>
              <w:t>2025-08-01</w:t>
            </w:r>
          </w:p>
        </w:tc>
        <w:tc>
          <w:tcPr>
            <w:tcW w:type="dxa" w:w="2880"/>
          </w:tcPr>
          <w:p>
            <w:r>
              <w:t>street flooded</w:t>
            </w:r>
          </w:p>
        </w:tc>
        <w:tc>
          <w:tcPr>
            <w:tcW w:type="dxa" w:w="2880"/>
          </w:tcPr>
          <w:p>
            <w:r>
              <w:t>25</w:t>
            </w:r>
          </w:p>
        </w:tc>
      </w:tr>
      <w:tr>
        <w:tc>
          <w:tcPr>
            <w:tcW w:type="dxa" w:w="2880"/>
          </w:tcPr>
          <w:p>
            <w:r>
              <w:t>2025-08-01</w:t>
            </w:r>
          </w:p>
        </w:tc>
        <w:tc>
          <w:tcPr>
            <w:tcW w:type="dxa" w:w="2880"/>
          </w:tcPr>
          <w:p>
            <w:r>
              <w:t>rescue</w:t>
            </w:r>
          </w:p>
        </w:tc>
        <w:tc>
          <w:tcPr>
            <w:tcW w:type="dxa" w:w="2880"/>
          </w:tcPr>
          <w:p>
            <w:r>
              <w:t>28</w:t>
            </w:r>
          </w:p>
        </w:tc>
      </w:tr>
      <w:tr>
        <w:tc>
          <w:tcPr>
            <w:tcW w:type="dxa" w:w="2880"/>
          </w:tcPr>
          <w:p>
            <w:r>
              <w:t>2025-08-01</w:t>
            </w:r>
          </w:p>
        </w:tc>
        <w:tc>
          <w:tcPr>
            <w:tcW w:type="dxa" w:w="2880"/>
          </w:tcPr>
          <w:p>
            <w:r>
              <w:t>house flooded</w:t>
            </w:r>
          </w:p>
        </w:tc>
        <w:tc>
          <w:tcPr>
            <w:tcW w:type="dxa" w:w="2880"/>
          </w:tcPr>
          <w:p>
            <w:r>
              <w:t>33</w:t>
            </w:r>
          </w:p>
        </w:tc>
      </w:tr>
      <w:tr>
        <w:tc>
          <w:tcPr>
            <w:tcW w:type="dxa" w:w="2880"/>
          </w:tcPr>
          <w:p>
            <w:r>
              <w:t>2025-08-01</w:t>
            </w:r>
          </w:p>
        </w:tc>
        <w:tc>
          <w:tcPr>
            <w:tcW w:type="dxa" w:w="2880"/>
          </w:tcPr>
          <w:p>
            <w:r>
              <w:t>road closed</w:t>
            </w:r>
          </w:p>
        </w:tc>
        <w:tc>
          <w:tcPr>
            <w:tcW w:type="dxa" w:w="2880"/>
          </w:tcPr>
          <w:p>
            <w:r>
              <w:t>25</w:t>
            </w:r>
          </w:p>
        </w:tc>
      </w:tr>
      <w:tr>
        <w:tc>
          <w:tcPr>
            <w:tcW w:type="dxa" w:w="2880"/>
          </w:tcPr>
          <w:p>
            <w:r>
              <w:t>2025-09-01</w:t>
            </w:r>
          </w:p>
        </w:tc>
        <w:tc>
          <w:tcPr>
            <w:tcW w:type="dxa" w:w="2880"/>
          </w:tcPr>
          <w:p>
            <w:r>
              <w:t>street flooded</w:t>
            </w:r>
          </w:p>
        </w:tc>
        <w:tc>
          <w:tcPr>
            <w:tcW w:type="dxa" w:w="2880"/>
          </w:tcPr>
          <w:p>
            <w:r>
              <w:t>14</w:t>
            </w:r>
          </w:p>
        </w:tc>
      </w:tr>
      <w:tr>
        <w:tc>
          <w:tcPr>
            <w:tcW w:type="dxa" w:w="2880"/>
          </w:tcPr>
          <w:p>
            <w:r>
              <w:t>2025-09-01</w:t>
            </w:r>
          </w:p>
        </w:tc>
        <w:tc>
          <w:tcPr>
            <w:tcW w:type="dxa" w:w="2880"/>
          </w:tcPr>
          <w:p>
            <w:r>
              <w:t>rescue</w:t>
            </w:r>
          </w:p>
        </w:tc>
        <w:tc>
          <w:tcPr>
            <w:tcW w:type="dxa" w:w="2880"/>
          </w:tcPr>
          <w:p>
            <w:r>
              <w:t>12</w:t>
            </w:r>
          </w:p>
        </w:tc>
      </w:tr>
      <w:tr>
        <w:tc>
          <w:tcPr>
            <w:tcW w:type="dxa" w:w="2880"/>
          </w:tcPr>
          <w:p>
            <w:r>
              <w:t>2025-09-01</w:t>
            </w:r>
          </w:p>
        </w:tc>
        <w:tc>
          <w:tcPr>
            <w:tcW w:type="dxa" w:w="2880"/>
          </w:tcPr>
          <w:p>
            <w:r>
              <w:t>house flooded</w:t>
            </w:r>
          </w:p>
        </w:tc>
        <w:tc>
          <w:tcPr>
            <w:tcW w:type="dxa" w:w="2880"/>
          </w:tcPr>
          <w:p>
            <w:r>
              <w:t>8</w:t>
            </w:r>
          </w:p>
        </w:tc>
      </w:tr>
      <w:tr>
        <w:tc>
          <w:tcPr>
            <w:tcW w:type="dxa" w:w="2880"/>
          </w:tcPr>
          <w:p>
            <w:r>
              <w:t>2025-09-01</w:t>
            </w:r>
          </w:p>
        </w:tc>
        <w:tc>
          <w:tcPr>
            <w:tcW w:type="dxa" w:w="2880"/>
          </w:tcPr>
          <w:p>
            <w:r>
              <w:t>road closed</w:t>
            </w:r>
          </w:p>
        </w:tc>
        <w:tc>
          <w:tcPr>
            <w:tcW w:type="dxa" w:w="2880"/>
          </w:tcPr>
          <w:p>
            <w:r>
              <w:t>4</w:t>
            </w:r>
          </w:p>
        </w:tc>
      </w:tr>
      <w:tr>
        <w:tc>
          <w:tcPr>
            <w:tcW w:type="dxa" w:w="2880"/>
          </w:tcPr>
          <w:p>
            <w:r>
              <w:t>2025-10-01</w:t>
            </w:r>
          </w:p>
        </w:tc>
        <w:tc>
          <w:tcPr>
            <w:tcW w:type="dxa" w:w="2880"/>
          </w:tcPr>
          <w:p>
            <w:r>
              <w:t>street flooded</w:t>
            </w:r>
          </w:p>
        </w:tc>
        <w:tc>
          <w:tcPr>
            <w:tcW w:type="dxa" w:w="2880"/>
          </w:tcPr>
          <w:p>
            <w:r>
              <w:t>73</w:t>
            </w:r>
          </w:p>
        </w:tc>
      </w:tr>
      <w:tr>
        <w:tc>
          <w:tcPr>
            <w:tcW w:type="dxa" w:w="2880"/>
          </w:tcPr>
          <w:p>
            <w:r>
              <w:t>2025-10-01</w:t>
            </w:r>
          </w:p>
        </w:tc>
        <w:tc>
          <w:tcPr>
            <w:tcW w:type="dxa" w:w="2880"/>
          </w:tcPr>
          <w:p>
            <w:r>
              <w:t>rescue</w:t>
            </w:r>
          </w:p>
        </w:tc>
        <w:tc>
          <w:tcPr>
            <w:tcW w:type="dxa" w:w="2880"/>
          </w:tcPr>
          <w:p>
            <w:r>
              <w:t>70</w:t>
            </w:r>
          </w:p>
        </w:tc>
      </w:tr>
      <w:tr>
        <w:tc>
          <w:tcPr>
            <w:tcW w:type="dxa" w:w="2880"/>
          </w:tcPr>
          <w:p>
            <w:r>
              <w:t>2025-10-01</w:t>
            </w:r>
          </w:p>
        </w:tc>
        <w:tc>
          <w:tcPr>
            <w:tcW w:type="dxa" w:w="2880"/>
          </w:tcPr>
          <w:p>
            <w:r>
              <w:t>house flooded</w:t>
            </w:r>
          </w:p>
        </w:tc>
        <w:tc>
          <w:tcPr>
            <w:tcW w:type="dxa" w:w="2880"/>
          </w:tcPr>
          <w:p>
            <w:r>
              <w:t>65</w:t>
            </w:r>
          </w:p>
        </w:tc>
      </w:tr>
      <w:tr>
        <w:tc>
          <w:tcPr>
            <w:tcW w:type="dxa" w:w="2880"/>
          </w:tcPr>
          <w:p>
            <w:r>
              <w:t>2025-10-01</w:t>
            </w:r>
          </w:p>
        </w:tc>
        <w:tc>
          <w:tcPr>
            <w:tcW w:type="dxa" w:w="2880"/>
          </w:tcPr>
          <w:p>
            <w:r>
              <w:t>road closed</w:t>
            </w:r>
          </w:p>
        </w:tc>
        <w:tc>
          <w:tcPr>
            <w:tcW w:type="dxa" w:w="2880"/>
          </w:tcPr>
          <w:p>
            <w:r>
              <w:t>64</w:t>
            </w:r>
          </w:p>
        </w:tc>
      </w:tr>
      <w:tr>
        <w:tc>
          <w:tcPr>
            <w:tcW w:type="dxa" w:w="2880"/>
          </w:tcPr>
          <w:p>
            <w:r>
              <w:t>2025-11-01</w:t>
            </w:r>
          </w:p>
        </w:tc>
        <w:tc>
          <w:tcPr>
            <w:tcW w:type="dxa" w:w="2880"/>
          </w:tcPr>
          <w:p>
            <w:r>
              <w:t>street flooded</w:t>
            </w:r>
          </w:p>
        </w:tc>
        <w:tc>
          <w:tcPr>
            <w:tcW w:type="dxa" w:w="2880"/>
          </w:tcPr>
          <w:p>
            <w:r>
              <w:t>9</w:t>
            </w:r>
          </w:p>
        </w:tc>
      </w:tr>
      <w:tr>
        <w:tc>
          <w:tcPr>
            <w:tcW w:type="dxa" w:w="2880"/>
          </w:tcPr>
          <w:p>
            <w:r>
              <w:t>2025-11-01</w:t>
            </w:r>
          </w:p>
        </w:tc>
        <w:tc>
          <w:tcPr>
            <w:tcW w:type="dxa" w:w="2880"/>
          </w:tcPr>
          <w:p>
            <w:r>
              <w:t>rescue</w:t>
            </w:r>
          </w:p>
        </w:tc>
        <w:tc>
          <w:tcPr>
            <w:tcW w:type="dxa" w:w="2880"/>
          </w:tcPr>
          <w:p>
            <w:r>
              <w:t>11</w:t>
            </w:r>
          </w:p>
        </w:tc>
      </w:tr>
      <w:tr>
        <w:tc>
          <w:tcPr>
            <w:tcW w:type="dxa" w:w="2880"/>
          </w:tcPr>
          <w:p>
            <w:r>
              <w:t>2025-11-01</w:t>
            </w:r>
          </w:p>
        </w:tc>
        <w:tc>
          <w:tcPr>
            <w:tcW w:type="dxa" w:w="2880"/>
          </w:tcPr>
          <w:p>
            <w:r>
              <w:t>house flooded</w:t>
            </w:r>
          </w:p>
        </w:tc>
        <w:tc>
          <w:tcPr>
            <w:tcW w:type="dxa" w:w="2880"/>
          </w:tcPr>
          <w:p>
            <w:r>
              <w:t>7</w:t>
            </w:r>
          </w:p>
        </w:tc>
      </w:tr>
      <w:tr>
        <w:tc>
          <w:tcPr>
            <w:tcW w:type="dxa" w:w="2880"/>
          </w:tcPr>
          <w:p>
            <w:r>
              <w:t>2025-11-01</w:t>
            </w:r>
          </w:p>
        </w:tc>
        <w:tc>
          <w:tcPr>
            <w:tcW w:type="dxa" w:w="2880"/>
          </w:tcPr>
          <w:p>
            <w:r>
              <w:t>road closed</w:t>
            </w:r>
          </w:p>
        </w:tc>
        <w:tc>
          <w:tcPr>
            <w:tcW w:type="dxa" w:w="2880"/>
          </w:tcPr>
          <w:p>
            <w:r>
              <w:t>9</w:t>
            </w:r>
          </w:p>
        </w:tc>
      </w:tr>
    </w:tbl>
    <w:p/>
    <w:p>
      <w:pPr>
        <w:pStyle w:val="Heading2"/>
      </w:pPr>
      <w:r>
        <w:t>Figure 23. Hot spot analysis: Citizen flood reports [69]</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100</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16</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22</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10</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22</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5</w:t>
            </w:r>
          </w:p>
        </w:tc>
      </w:tr>
      <w:tr>
        <w:tc>
          <w:tcPr>
            <w:tcW w:type="dxa" w:w="1728"/>
          </w:tcPr>
          <w:p>
            <w:r>
              <w:t>1.5</w:t>
            </w:r>
          </w:p>
        </w:tc>
        <w:tc>
          <w:tcPr>
            <w:tcW w:type="dxa" w:w="1728"/>
          </w:tcPr>
          <w:p>
            <w:r>
              <w:t>2</w:t>
            </w:r>
          </w:p>
        </w:tc>
        <w:tc>
          <w:tcPr>
            <w:tcW w:type="dxa" w:w="1728"/>
          </w:tcPr>
          <w:p>
            <w:r>
              <w:t>hot_95</w:t>
            </w:r>
          </w:p>
        </w:tc>
        <w:tc>
          <w:tcPr>
            <w:tcW w:type="dxa" w:w="1728"/>
          </w:tcPr>
          <w:p>
            <w:r>
              <w:t>Hot spot, 95% confidence</w:t>
            </w:r>
          </w:p>
        </w:tc>
        <w:tc>
          <w:tcPr>
            <w:tcW w:type="dxa" w:w="1728"/>
          </w:tcPr>
          <w:p>
            <w:r>
              <w:t>2</w:t>
            </w:r>
          </w:p>
        </w:tc>
      </w:tr>
      <w:tr>
        <w:tc>
          <w:tcPr>
            <w:tcW w:type="dxa" w:w="1728"/>
          </w:tcPr>
          <w:p>
            <w:r>
              <w:t>1.5</w:t>
            </w:r>
          </w:p>
        </w:tc>
        <w:tc>
          <w:tcPr>
            <w:tcW w:type="dxa" w:w="1728"/>
          </w:tcPr>
          <w:p>
            <w:r>
              <w:t>2</w:t>
            </w:r>
          </w:p>
        </w:tc>
        <w:tc>
          <w:tcPr>
            <w:tcW w:type="dxa" w:w="1728"/>
          </w:tcPr>
          <w:p>
            <w:r>
              <w:t>not_significant</w:t>
            </w:r>
          </w:p>
        </w:tc>
        <w:tc>
          <w:tcPr>
            <w:tcW w:type="dxa" w:w="1728"/>
          </w:tcPr>
          <w:p>
            <w:r>
              <w:t>Not significant</w:t>
            </w:r>
          </w:p>
        </w:tc>
        <w:tc>
          <w:tcPr>
            <w:tcW w:type="dxa" w:w="1728"/>
          </w:tcPr>
          <w:p>
            <w:r>
              <w:t>7</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5</w:t>
            </w:r>
          </w:p>
        </w:tc>
      </w:tr>
      <w:tr>
        <w:tc>
          <w:tcPr>
            <w:tcW w:type="dxa" w:w="1728"/>
          </w:tcPr>
          <w:p>
            <w:r>
              <w:t>2.5</w:t>
            </w:r>
          </w:p>
        </w:tc>
        <w:tc>
          <w:tcPr>
            <w:tcW w:type="dxa" w:w="1728"/>
          </w:tcPr>
          <w:p>
            <w:r>
              <w:t>3</w:t>
            </w:r>
          </w:p>
        </w:tc>
        <w:tc>
          <w:tcPr>
            <w:tcW w:type="dxa" w:w="1728"/>
          </w:tcPr>
          <w:p>
            <w:r>
              <w:t>hot_95</w:t>
            </w:r>
          </w:p>
        </w:tc>
        <w:tc>
          <w:tcPr>
            <w:tcW w:type="dxa" w:w="1728"/>
          </w:tcPr>
          <w:p>
            <w:r>
              <w:t>Hot spot, 95% confidence</w:t>
            </w:r>
          </w:p>
        </w:tc>
        <w:tc>
          <w:tcPr>
            <w:tcW w:type="dxa" w:w="1728"/>
          </w:tcPr>
          <w:p>
            <w:r>
              <w:t>1</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1</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1</w:t>
            </w:r>
          </w:p>
        </w:tc>
      </w:tr>
    </w:tbl>
    <w:p/>
    <w:p>
      <w:pPr>
        <w:pStyle w:val="Heading2"/>
      </w:pPr>
      <w:r>
        <w:t>Figure 24. Hot spot analysis: Sub-catchments [70]</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-2</w:t>
            </w:r>
          </w:p>
        </w:tc>
        <w:tc>
          <w:tcPr>
            <w:tcW w:type="dxa" w:w="1728"/>
          </w:tcPr>
          <w:p>
            <w:r>
              <w:t>-1.5</w:t>
            </w:r>
          </w:p>
        </w:tc>
        <w:tc>
          <w:tcPr>
            <w:tcW w:type="dxa" w:w="1728"/>
          </w:tcPr>
          <w:p>
            <w:r>
              <w:t>not_significant</w:t>
            </w:r>
          </w:p>
        </w:tc>
        <w:tc>
          <w:tcPr>
            <w:tcW w:type="dxa" w:w="1728"/>
          </w:tcPr>
          <w:p>
            <w:r>
              <w:t>Not significant</w:t>
            </w:r>
          </w:p>
        </w:tc>
        <w:tc>
          <w:tcPr>
            <w:tcW w:type="dxa" w:w="1728"/>
          </w:tcPr>
          <w:p>
            <w:r>
              <w:t>1</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2</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3</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2</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1</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1</w:t>
            </w:r>
          </w:p>
        </w:tc>
      </w:tr>
    </w:tbl>
    <w:p/>
    <w:p>
      <w:pPr>
        <w:pStyle w:val="Heading2"/>
      </w:pPr>
      <w:r>
        <w:t>Figure 25. Calculate density: Citizen flood reports [71]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2.25</w:t>
            </w:r>
          </w:p>
        </w:tc>
        <w:tc>
          <w:tcPr>
            <w:tcW w:type="dxa" w:w="2880"/>
          </w:tcPr>
          <w:p>
            <w:r>
              <w:t>49</w:t>
            </w:r>
          </w:p>
        </w:tc>
      </w:tr>
      <w:tr>
        <w:tc>
          <w:tcPr>
            <w:tcW w:type="dxa" w:w="2880"/>
          </w:tcPr>
          <w:p>
            <w:r>
              <w:t>2.25</w:t>
            </w:r>
          </w:p>
        </w:tc>
        <w:tc>
          <w:tcPr>
            <w:tcW w:type="dxa" w:w="2880"/>
          </w:tcPr>
          <w:p>
            <w:r>
              <w:t>4.5</w:t>
            </w:r>
          </w:p>
        </w:tc>
        <w:tc>
          <w:tcPr>
            <w:tcW w:type="dxa" w:w="2880"/>
          </w:tcPr>
          <w:p>
            <w:r>
              <w:t>70</w:t>
            </w:r>
          </w:p>
        </w:tc>
      </w:tr>
      <w:tr>
        <w:tc>
          <w:tcPr>
            <w:tcW w:type="dxa" w:w="2880"/>
          </w:tcPr>
          <w:p>
            <w:r>
              <w:t>4.5</w:t>
            </w:r>
          </w:p>
        </w:tc>
        <w:tc>
          <w:tcPr>
            <w:tcW w:type="dxa" w:w="2880"/>
          </w:tcPr>
          <w:p>
            <w:r>
              <w:t>6.75</w:t>
            </w:r>
          </w:p>
        </w:tc>
        <w:tc>
          <w:tcPr>
            <w:tcW w:type="dxa" w:w="2880"/>
          </w:tcPr>
          <w:p>
            <w:r>
              <w:t>99</w:t>
            </w:r>
          </w:p>
        </w:tc>
      </w:tr>
      <w:tr>
        <w:tc>
          <w:tcPr>
            <w:tcW w:type="dxa" w:w="2880"/>
          </w:tcPr>
          <w:p>
            <w:r>
              <w:t>6.75</w:t>
            </w:r>
          </w:p>
        </w:tc>
        <w:tc>
          <w:tcPr>
            <w:tcW w:type="dxa" w:w="2880"/>
          </w:tcPr>
          <w:p>
            <w:r>
              <w:t>9</w:t>
            </w:r>
          </w:p>
        </w:tc>
        <w:tc>
          <w:tcPr>
            <w:tcW w:type="dxa" w:w="2880"/>
          </w:tcPr>
          <w:p>
            <w:r>
              <w:t>105</w:t>
            </w:r>
          </w:p>
        </w:tc>
      </w:tr>
      <w:tr>
        <w:tc>
          <w:tcPr>
            <w:tcW w:type="dxa" w:w="2880"/>
          </w:tcPr>
          <w:p>
            <w:r>
              <w:t>9</w:t>
            </w:r>
          </w:p>
        </w:tc>
        <w:tc>
          <w:tcPr>
            <w:tcW w:type="dxa" w:w="2880"/>
          </w:tcPr>
          <w:p>
            <w:r>
              <w:t>11.25</w:t>
            </w:r>
          </w:p>
        </w:tc>
        <w:tc>
          <w:tcPr>
            <w:tcW w:type="dxa" w:w="2880"/>
          </w:tcPr>
          <w:p>
            <w:r>
              <w:t>164</w:t>
            </w:r>
          </w:p>
        </w:tc>
      </w:tr>
      <w:tr>
        <w:tc>
          <w:tcPr>
            <w:tcW w:type="dxa" w:w="2880"/>
          </w:tcPr>
          <w:p>
            <w:r>
              <w:t>11.25</w:t>
            </w:r>
          </w:p>
        </w:tc>
        <w:tc>
          <w:tcPr>
            <w:tcW w:type="dxa" w:w="2880"/>
          </w:tcPr>
          <w:p>
            <w:r>
              <w:t>13.5</w:t>
            </w:r>
          </w:p>
        </w:tc>
        <w:tc>
          <w:tcPr>
            <w:tcW w:type="dxa" w:w="2880"/>
          </w:tcPr>
          <w:p>
            <w:r>
              <w:t>110</w:t>
            </w:r>
          </w:p>
        </w:tc>
      </w:tr>
      <w:tr>
        <w:tc>
          <w:tcPr>
            <w:tcW w:type="dxa" w:w="2880"/>
          </w:tcPr>
          <w:p>
            <w:r>
              <w:t>13.5</w:t>
            </w:r>
          </w:p>
        </w:tc>
        <w:tc>
          <w:tcPr>
            <w:tcW w:type="dxa" w:w="2880"/>
          </w:tcPr>
          <w:p>
            <w:r>
              <w:t>15.75</w:t>
            </w:r>
          </w:p>
        </w:tc>
        <w:tc>
          <w:tcPr>
            <w:tcW w:type="dxa" w:w="2880"/>
          </w:tcPr>
          <w:p>
            <w:r>
              <w:t>110</w:t>
            </w:r>
          </w:p>
        </w:tc>
      </w:tr>
      <w:tr>
        <w:tc>
          <w:tcPr>
            <w:tcW w:type="dxa" w:w="2880"/>
          </w:tcPr>
          <w:p>
            <w:r>
              <w:t>15.75</w:t>
            </w:r>
          </w:p>
        </w:tc>
        <w:tc>
          <w:tcPr>
            <w:tcW w:type="dxa" w:w="2880"/>
          </w:tcPr>
          <w:p>
            <w:r>
              <w:t>18</w:t>
            </w:r>
          </w:p>
        </w:tc>
        <w:tc>
          <w:tcPr>
            <w:tcW w:type="dxa" w:w="2880"/>
          </w:tcPr>
          <w:p>
            <w:r>
              <w:t>106</w:t>
            </w:r>
          </w:p>
        </w:tc>
      </w:tr>
      <w:tr>
        <w:tc>
          <w:tcPr>
            <w:tcW w:type="dxa" w:w="2880"/>
          </w:tcPr>
          <w:p>
            <w:r>
              <w:t>18</w:t>
            </w:r>
          </w:p>
        </w:tc>
        <w:tc>
          <w:tcPr>
            <w:tcW w:type="dxa" w:w="2880"/>
          </w:tcPr>
          <w:p>
            <w:r>
              <w:t>20.25</w:t>
            </w:r>
          </w:p>
        </w:tc>
        <w:tc>
          <w:tcPr>
            <w:tcW w:type="dxa" w:w="2880"/>
          </w:tcPr>
          <w:p>
            <w:r>
              <w:t>134</w:t>
            </w:r>
          </w:p>
        </w:tc>
      </w:tr>
      <w:tr>
        <w:tc>
          <w:tcPr>
            <w:tcW w:type="dxa" w:w="2880"/>
          </w:tcPr>
          <w:p>
            <w:r>
              <w:t>20.25</w:t>
            </w:r>
          </w:p>
        </w:tc>
        <w:tc>
          <w:tcPr>
            <w:tcW w:type="dxa" w:w="2880"/>
          </w:tcPr>
          <w:p>
            <w:r>
              <w:t>22.5</w:t>
            </w:r>
          </w:p>
        </w:tc>
        <w:tc>
          <w:tcPr>
            <w:tcW w:type="dxa" w:w="2880"/>
          </w:tcPr>
          <w:p>
            <w:r>
              <w:t>63</w:t>
            </w:r>
          </w:p>
        </w:tc>
      </w:tr>
      <w:tr>
        <w:tc>
          <w:tcPr>
            <w:tcW w:type="dxa" w:w="2880"/>
          </w:tcPr>
          <w:p>
            <w:r>
              <w:t>22.5</w:t>
            </w:r>
          </w:p>
        </w:tc>
        <w:tc>
          <w:tcPr>
            <w:tcW w:type="dxa" w:w="2880"/>
          </w:tcPr>
          <w:p>
            <w:r>
              <w:t>24.75</w:t>
            </w:r>
          </w:p>
        </w:tc>
        <w:tc>
          <w:tcPr>
            <w:tcW w:type="dxa" w:w="2880"/>
          </w:tcPr>
          <w:p>
            <w:r>
              <w:t>33</w:t>
            </w:r>
          </w:p>
        </w:tc>
      </w:tr>
      <w:tr>
        <w:tc>
          <w:tcPr>
            <w:tcW w:type="dxa" w:w="2880"/>
          </w:tcPr>
          <w:p>
            <w:r>
              <w:t>24.75</w:t>
            </w:r>
          </w:p>
        </w:tc>
        <w:tc>
          <w:tcPr>
            <w:tcW w:type="dxa" w:w="2880"/>
          </w:tcPr>
          <w:p>
            <w:r>
              <w:t>27</w:t>
            </w:r>
          </w:p>
        </w:tc>
        <w:tc>
          <w:tcPr>
            <w:tcW w:type="dxa" w:w="2880"/>
          </w:tcPr>
          <w:p>
            <w:r>
              <w:t>15</w:t>
            </w:r>
          </w:p>
        </w:tc>
      </w:tr>
    </w:tbl>
    <w:p/>
    <w:p>
      <w:pPr>
        <w:pStyle w:val="Heading2"/>
      </w:pPr>
      <w:r>
        <w:t>Figure 26. Summarize within: Sub-catchments [72]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60</w:t>
            </w:r>
          </w:p>
        </w:tc>
        <w:tc>
          <w:tcPr>
            <w:tcW w:type="dxa" w:w="2880"/>
          </w:tcPr>
          <w:p>
            <w:r>
              <w:t>5</w:t>
            </w:r>
          </w:p>
        </w:tc>
      </w:tr>
      <w:tr>
        <w:tc>
          <w:tcPr>
            <w:tcW w:type="dxa" w:w="2880"/>
          </w:tcPr>
          <w:p>
            <w:r>
              <w:t>60</w:t>
            </w:r>
          </w:p>
        </w:tc>
        <w:tc>
          <w:tcPr>
            <w:tcW w:type="dxa" w:w="2880"/>
          </w:tcPr>
          <w:p>
            <w:r>
              <w:t>120</w:t>
            </w:r>
          </w:p>
        </w:tc>
        <w:tc>
          <w:tcPr>
            <w:tcW w:type="dxa" w:w="2880"/>
          </w:tcPr>
          <w:p>
            <w:r>
              <w:t>2</w:t>
            </w:r>
          </w:p>
        </w:tc>
      </w:tr>
      <w:tr>
        <w:tc>
          <w:tcPr>
            <w:tcW w:type="dxa" w:w="2880"/>
          </w:tcPr>
          <w:p>
            <w:r>
              <w:t>120</w:t>
            </w:r>
          </w:p>
        </w:tc>
        <w:tc>
          <w:tcPr>
            <w:tcW w:type="dxa" w:w="2880"/>
          </w:tcPr>
          <w:p>
            <w:r>
              <w:t>180</w:t>
            </w:r>
          </w:p>
        </w:tc>
        <w:tc>
          <w:tcPr>
            <w:tcW w:type="dxa" w:w="2880"/>
          </w:tcPr>
          <w:p>
            <w:r>
              <w:t>0</w:t>
            </w:r>
          </w:p>
        </w:tc>
      </w:tr>
      <w:tr>
        <w:tc>
          <w:tcPr>
            <w:tcW w:type="dxa" w:w="2880"/>
          </w:tcPr>
          <w:p>
            <w:r>
              <w:t>180</w:t>
            </w:r>
          </w:p>
        </w:tc>
        <w:tc>
          <w:tcPr>
            <w:tcW w:type="dxa" w:w="2880"/>
          </w:tcPr>
          <w:p>
            <w:r>
              <w:t>240</w:t>
            </w:r>
          </w:p>
        </w:tc>
        <w:tc>
          <w:tcPr>
            <w:tcW w:type="dxa" w:w="2880"/>
          </w:tcPr>
          <w:p>
            <w:r>
              <w:t>2</w:t>
            </w:r>
          </w:p>
        </w:tc>
      </w:tr>
      <w:tr>
        <w:tc>
          <w:tcPr>
            <w:tcW w:type="dxa" w:w="2880"/>
          </w:tcPr>
          <w:p>
            <w:r>
              <w:t>240</w:t>
            </w:r>
          </w:p>
        </w:tc>
        <w:tc>
          <w:tcPr>
            <w:tcW w:type="dxa" w:w="2880"/>
          </w:tcPr>
          <w:p>
            <w:r>
              <w:t>300</w:t>
            </w:r>
          </w:p>
        </w:tc>
        <w:tc>
          <w:tcPr>
            <w:tcW w:type="dxa" w:w="2880"/>
          </w:tcPr>
          <w:p>
            <w:r>
              <w:t>1</w:t>
            </w:r>
          </w:p>
        </w:tc>
      </w:tr>
    </w:tbl>
    <w:p/>
    <w:p>
      <w:pPr>
        <w:pStyle w:val="Heading2"/>
      </w:pPr>
      <w:r>
        <w:t>Figure 27. Summarize within: Sub-catchments [73]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0.6</w:t>
            </w:r>
          </w:p>
        </w:tc>
        <w:tc>
          <w:tcPr>
            <w:tcW w:type="dxa" w:w="2880"/>
          </w:tcPr>
          <w:p>
            <w:r>
              <w:t>3</w:t>
            </w:r>
          </w:p>
        </w:tc>
      </w:tr>
      <w:tr>
        <w:tc>
          <w:tcPr>
            <w:tcW w:type="dxa" w:w="2880"/>
          </w:tcPr>
          <w:p>
            <w:r>
              <w:t>0.6</w:t>
            </w:r>
          </w:p>
        </w:tc>
        <w:tc>
          <w:tcPr>
            <w:tcW w:type="dxa" w:w="2880"/>
          </w:tcPr>
          <w:p>
            <w:r>
              <w:t>1.2</w:t>
            </w:r>
          </w:p>
        </w:tc>
        <w:tc>
          <w:tcPr>
            <w:tcW w:type="dxa" w:w="2880"/>
          </w:tcPr>
          <w:p>
            <w:r>
              <w:t>5</w:t>
            </w:r>
          </w:p>
        </w:tc>
      </w:tr>
      <w:tr>
        <w:tc>
          <w:tcPr>
            <w:tcW w:type="dxa" w:w="2880"/>
          </w:tcPr>
          <w:p>
            <w:r>
              <w:t>1.2</w:t>
            </w:r>
          </w:p>
        </w:tc>
        <w:tc>
          <w:tcPr>
            <w:tcW w:type="dxa" w:w="2880"/>
          </w:tcPr>
          <w:p>
            <w:r>
              <w:t>1.8</w:t>
            </w:r>
          </w:p>
        </w:tc>
        <w:tc>
          <w:tcPr>
            <w:tcW w:type="dxa" w:w="2880"/>
          </w:tcPr>
          <w:p>
            <w:r>
              <w:t>0</w:t>
            </w:r>
          </w:p>
        </w:tc>
      </w:tr>
      <w:tr>
        <w:tc>
          <w:tcPr>
            <w:tcW w:type="dxa" w:w="2880"/>
          </w:tcPr>
          <w:p>
            <w:r>
              <w:t>1.8</w:t>
            </w:r>
          </w:p>
        </w:tc>
        <w:tc>
          <w:tcPr>
            <w:tcW w:type="dxa" w:w="2880"/>
          </w:tcPr>
          <w:p>
            <w:r>
              <w:t>2.4</w:t>
            </w:r>
          </w:p>
        </w:tc>
        <w:tc>
          <w:tcPr>
            <w:tcW w:type="dxa" w:w="2880"/>
          </w:tcPr>
          <w:p>
            <w:r>
              <w:t>1</w:t>
            </w:r>
          </w:p>
        </w:tc>
      </w:tr>
      <w:tr>
        <w:tc>
          <w:tcPr>
            <w:tcW w:type="dxa" w:w="2880"/>
          </w:tcPr>
          <w:p>
            <w:r>
              <w:t>2.4</w:t>
            </w:r>
          </w:p>
        </w:tc>
        <w:tc>
          <w:tcPr>
            <w:tcW w:type="dxa" w:w="2880"/>
          </w:tcPr>
          <w:p>
            <w:r>
              <w:t>3</w:t>
            </w:r>
          </w:p>
        </w:tc>
        <w:tc>
          <w:tcPr>
            <w:tcW w:type="dxa" w:w="2880"/>
          </w:tcPr>
          <w:p>
            <w:r>
              <w:t>1</w:t>
            </w:r>
          </w:p>
        </w:tc>
      </w:tr>
    </w:tbl>
    <w:p/>
    <w:p>
      <w:pPr>
        <w:pStyle w:val="Heading2"/>
      </w:pPr>
      <w:r>
        <w:t>Figure 28. Summarize within: Sub-catchments [74]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1.2</w:t>
            </w:r>
          </w:p>
        </w:tc>
        <w:tc>
          <w:tcPr>
            <w:tcW w:type="dxa" w:w="2880"/>
          </w:tcPr>
          <w:p>
            <w:r>
              <w:t>5</w:t>
            </w:r>
          </w:p>
        </w:tc>
      </w:tr>
      <w:tr>
        <w:tc>
          <w:tcPr>
            <w:tcW w:type="dxa" w:w="2880"/>
          </w:tcPr>
          <w:p>
            <w:r>
              <w:t>1.2</w:t>
            </w:r>
          </w:p>
        </w:tc>
        <w:tc>
          <w:tcPr>
            <w:tcW w:type="dxa" w:w="2880"/>
          </w:tcPr>
          <w:p>
            <w:r>
              <w:t>1.4</w:t>
            </w:r>
          </w:p>
        </w:tc>
        <w:tc>
          <w:tcPr>
            <w:tcW w:type="dxa" w:w="2880"/>
          </w:tcPr>
          <w:p>
            <w:r>
              <w:t>0</w:t>
            </w:r>
          </w:p>
        </w:tc>
      </w:tr>
      <w:tr>
        <w:tc>
          <w:tcPr>
            <w:tcW w:type="dxa" w:w="2880"/>
          </w:tcPr>
          <w:p>
            <w:r>
              <w:t>1.4</w:t>
            </w:r>
          </w:p>
        </w:tc>
        <w:tc>
          <w:tcPr>
            <w:tcW w:type="dxa" w:w="2880"/>
          </w:tcPr>
          <w:p>
            <w:r>
              <w:t>1.6</w:t>
            </w:r>
          </w:p>
        </w:tc>
        <w:tc>
          <w:tcPr>
            <w:tcW w:type="dxa" w:w="2880"/>
          </w:tcPr>
          <w:p>
            <w:r>
              <w:t>0</w:t>
            </w:r>
          </w:p>
        </w:tc>
      </w:tr>
      <w:tr>
        <w:tc>
          <w:tcPr>
            <w:tcW w:type="dxa" w:w="2880"/>
          </w:tcPr>
          <w:p>
            <w:r>
              <w:t>1.6</w:t>
            </w:r>
          </w:p>
        </w:tc>
        <w:tc>
          <w:tcPr>
            <w:tcW w:type="dxa" w:w="2880"/>
          </w:tcPr>
          <w:p>
            <w:r>
              <w:t>1.8</w:t>
            </w:r>
          </w:p>
        </w:tc>
        <w:tc>
          <w:tcPr>
            <w:tcW w:type="dxa" w:w="2880"/>
          </w:tcPr>
          <w:p>
            <w:r>
              <w:t>0</w:t>
            </w:r>
          </w:p>
        </w:tc>
      </w:tr>
      <w:tr>
        <w:tc>
          <w:tcPr>
            <w:tcW w:type="dxa" w:w="2880"/>
          </w:tcPr>
          <w:p>
            <w:r>
              <w:t>1.8</w:t>
            </w:r>
          </w:p>
        </w:tc>
        <w:tc>
          <w:tcPr>
            <w:tcW w:type="dxa" w:w="2880"/>
          </w:tcPr>
          <w:p>
            <w:r>
              <w:t>2</w:t>
            </w:r>
          </w:p>
        </w:tc>
        <w:tc>
          <w:tcPr>
            <w:tcW w:type="dxa" w:w="2880"/>
          </w:tcPr>
          <w:p>
            <w:r>
              <w:t>5</w:t>
            </w:r>
          </w:p>
        </w:tc>
      </w:tr>
    </w:tbl>
    <w:p/>
    <w:p>
      <w:pPr>
        <w:pStyle w:val="Heading2"/>
      </w:pPr>
      <w:r>
        <w:t>Figure 29. Find point clusters: Citizen flood reports [75]</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Noise</w:t>
            </w:r>
          </w:p>
        </w:tc>
        <w:tc>
          <w:tcPr>
            <w:tcW w:type="dxa" w:w="2160"/>
          </w:tcPr>
          <w:p>
            <w:r>
              <w:t>900</w:t>
            </w:r>
          </w:p>
        </w:tc>
        <w:tc>
          <w:tcPr>
            <w:tcW w:type="dxa" w:w="2160"/>
          </w:tcPr>
          <w:p>
            <w:r>
              <w:t>1</w:t>
            </w:r>
          </w:p>
        </w:tc>
        <w:tc>
          <w:tcPr>
            <w:tcW w:type="dxa" w:w="2160"/>
          </w:tcPr>
          <w:p>
            <w:r>
              <w:t>100.0%</w:t>
            </w:r>
          </w:p>
        </w:tc>
      </w:tr>
    </w:tbl>
    <w:p/>
    <w:p>
      <w:pPr>
        <w:pStyle w:val="Heading2"/>
      </w:pPr>
      <w:r>
        <w:t>Figure 30. Find point clusters: River gauge stations [76]</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1</w:t>
            </w:r>
          </w:p>
        </w:tc>
        <w:tc>
          <w:tcPr>
            <w:tcW w:type="dxa" w:w="2160"/>
          </w:tcPr>
          <w:p>
            <w:r>
              <w:t>4</w:t>
            </w:r>
          </w:p>
        </w:tc>
        <w:tc>
          <w:tcPr>
            <w:tcW w:type="dxa" w:w="2160"/>
          </w:tcPr>
          <w:p>
            <w:r>
              <w:t>0.4</w:t>
            </w:r>
          </w:p>
        </w:tc>
        <w:tc>
          <w:tcPr>
            <w:tcW w:type="dxa" w:w="2160"/>
          </w:tcPr>
          <w:p>
            <w:r>
              <w:t>40.0%</w:t>
            </w:r>
          </w:p>
        </w:tc>
      </w:tr>
      <w:tr>
        <w:tc>
          <w:tcPr>
            <w:tcW w:type="dxa" w:w="2160"/>
          </w:tcPr>
          <w:p>
            <w:r>
              <w:t>0</w:t>
            </w:r>
          </w:p>
        </w:tc>
        <w:tc>
          <w:tcPr>
            <w:tcW w:type="dxa" w:w="2160"/>
          </w:tcPr>
          <w:p>
            <w:r>
              <w:t>3</w:t>
            </w:r>
          </w:p>
        </w:tc>
        <w:tc>
          <w:tcPr>
            <w:tcW w:type="dxa" w:w="2160"/>
          </w:tcPr>
          <w:p>
            <w:r>
              <w:t>0.3</w:t>
            </w:r>
          </w:p>
        </w:tc>
        <w:tc>
          <w:tcPr>
            <w:tcW w:type="dxa" w:w="2160"/>
          </w:tcPr>
          <w:p>
            <w:r>
              <w:t>30.0%</w:t>
            </w:r>
          </w:p>
        </w:tc>
      </w:tr>
      <w:tr>
        <w:tc>
          <w:tcPr>
            <w:tcW w:type="dxa" w:w="2160"/>
          </w:tcPr>
          <w:p>
            <w:r>
              <w:t>Noise</w:t>
            </w:r>
          </w:p>
        </w:tc>
        <w:tc>
          <w:tcPr>
            <w:tcW w:type="dxa" w:w="2160"/>
          </w:tcPr>
          <w:p>
            <w:r>
              <w:t>3</w:t>
            </w:r>
          </w:p>
        </w:tc>
        <w:tc>
          <w:tcPr>
            <w:tcW w:type="dxa" w:w="2160"/>
          </w:tcPr>
          <w:p>
            <w:r>
              <w:t>0.3</w:t>
            </w:r>
          </w:p>
        </w:tc>
        <w:tc>
          <w:tcPr>
            <w:tcW w:type="dxa" w:w="2160"/>
          </w:tcPr>
          <w:p>
            <w:r>
              <w:t>30.0%</w:t>
            </w:r>
          </w:p>
        </w:tc>
      </w:tr>
    </w:tbl>
    <w:p/>
    <w:p>
      <w:pPr>
        <w:pStyle w:val="Heading2"/>
      </w:pPr>
      <w:r>
        <w:t>Figure 31. Find point clusters: cluster hulls [77]</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0.5</w:t>
            </w:r>
          </w:p>
        </w:tc>
        <w:tc>
          <w:tcPr>
            <w:tcW w:type="dxa" w:w="2160"/>
          </w:tcPr>
          <w:p>
            <w:r>
              <w:t>50.0%</w:t>
            </w:r>
          </w:p>
        </w:tc>
      </w:tr>
      <w:tr>
        <w:tc>
          <w:tcPr>
            <w:tcW w:type="dxa" w:w="2160"/>
          </w:tcPr>
          <w:p>
            <w:r>
              <w:t>1</w:t>
            </w:r>
          </w:p>
        </w:tc>
        <w:tc>
          <w:tcPr>
            <w:tcW w:type="dxa" w:w="2160"/>
          </w:tcPr>
          <w:p>
            <w:r>
              <w:t>1</w:t>
            </w:r>
          </w:p>
        </w:tc>
        <w:tc>
          <w:tcPr>
            <w:tcW w:type="dxa" w:w="2160"/>
          </w:tcPr>
          <w:p>
            <w:r>
              <w:t>0.5</w:t>
            </w:r>
          </w:p>
        </w:tc>
        <w:tc>
          <w:tcPr>
            <w:tcW w:type="dxa" w:w="2160"/>
          </w:tcPr>
          <w:p>
            <w:r>
              <w:t>50.0%</w:t>
            </w:r>
          </w:p>
        </w:tc>
      </w:tr>
    </w:tbl>
    <w:p/>
    <w:p>
      <w:pPr>
        <w:pStyle w:val="Heading2"/>
      </w:pPr>
      <w:r>
        <w:t>Figure 32. Find point clusters: Rain gauges [78]</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15</w:t>
            </w:r>
          </w:p>
        </w:tc>
        <w:tc>
          <w:tcPr>
            <w:tcW w:type="dxa" w:w="2160"/>
          </w:tcPr>
          <w:p>
            <w:r>
              <w:t>1</w:t>
            </w:r>
          </w:p>
        </w:tc>
        <w:tc>
          <w:tcPr>
            <w:tcW w:type="dxa" w:w="2160"/>
          </w:tcPr>
          <w:p>
            <w:r>
              <w:t>100.0%</w:t>
            </w:r>
          </w:p>
        </w:tc>
      </w:tr>
    </w:tbl>
    <w:p/>
    <w:p>
      <w:pPr>
        <w:pStyle w:val="Heading2"/>
      </w:pPr>
      <w:r>
        <w:t>Figure 33. Find point clusters: cluster hulls [79]</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1</w:t>
            </w:r>
          </w:p>
        </w:tc>
        <w:tc>
          <w:tcPr>
            <w:tcW w:type="dxa" w:w="2160"/>
          </w:tcPr>
          <w:p>
            <w:r>
              <w:t>100.0%</w:t>
            </w:r>
          </w:p>
        </w:tc>
      </w:tr>
    </w:tbl>
    <w:p/>
    <w:p>
      <w:pPr>
        <w:pStyle w:val="Heading2"/>
      </w:pPr>
      <w:r>
        <w:t>Figure 34. Find point clusters: Citizen flood reports over time [80]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2024-06-01</w:t>
            </w:r>
          </w:p>
        </w:tc>
        <w:tc>
          <w:tcPr>
            <w:tcW w:type="dxa" w:w="2880"/>
          </w:tcPr>
          <w:p>
            <w:r>
              <w:t>street flooded</w:t>
            </w:r>
          </w:p>
        </w:tc>
        <w:tc>
          <w:tcPr>
            <w:tcW w:type="dxa" w:w="2880"/>
          </w:tcPr>
          <w:p>
            <w:r>
              <w:t>7</w:t>
            </w:r>
          </w:p>
        </w:tc>
      </w:tr>
      <w:tr>
        <w:tc>
          <w:tcPr>
            <w:tcW w:type="dxa" w:w="2880"/>
          </w:tcPr>
          <w:p>
            <w:r>
              <w:t>2024-06-01</w:t>
            </w:r>
          </w:p>
        </w:tc>
        <w:tc>
          <w:tcPr>
            <w:tcW w:type="dxa" w:w="2880"/>
          </w:tcPr>
          <w:p>
            <w:r>
              <w:t>rescue</w:t>
            </w:r>
          </w:p>
        </w:tc>
        <w:tc>
          <w:tcPr>
            <w:tcW w:type="dxa" w:w="2880"/>
          </w:tcPr>
          <w:p>
            <w:r>
              <w:t>10</w:t>
            </w:r>
          </w:p>
        </w:tc>
      </w:tr>
      <w:tr>
        <w:tc>
          <w:tcPr>
            <w:tcW w:type="dxa" w:w="2880"/>
          </w:tcPr>
          <w:p>
            <w:r>
              <w:t>2024-06-01</w:t>
            </w:r>
          </w:p>
        </w:tc>
        <w:tc>
          <w:tcPr>
            <w:tcW w:type="dxa" w:w="2880"/>
          </w:tcPr>
          <w:p>
            <w:r>
              <w:t>house flooded</w:t>
            </w:r>
          </w:p>
        </w:tc>
        <w:tc>
          <w:tcPr>
            <w:tcW w:type="dxa" w:w="2880"/>
          </w:tcPr>
          <w:p>
            <w:r>
              <w:t>7</w:t>
            </w:r>
          </w:p>
        </w:tc>
      </w:tr>
      <w:tr>
        <w:tc>
          <w:tcPr>
            <w:tcW w:type="dxa" w:w="2880"/>
          </w:tcPr>
          <w:p>
            <w:r>
              <w:t>2024-06-01</w:t>
            </w:r>
          </w:p>
        </w:tc>
        <w:tc>
          <w:tcPr>
            <w:tcW w:type="dxa" w:w="2880"/>
          </w:tcPr>
          <w:p>
            <w:r>
              <w:t>road closed</w:t>
            </w:r>
          </w:p>
        </w:tc>
        <w:tc>
          <w:tcPr>
            <w:tcW w:type="dxa" w:w="2880"/>
          </w:tcPr>
          <w:p>
            <w:r>
              <w:t>5</w:t>
            </w:r>
          </w:p>
        </w:tc>
      </w:tr>
      <w:tr>
        <w:tc>
          <w:tcPr>
            <w:tcW w:type="dxa" w:w="2880"/>
          </w:tcPr>
          <w:p>
            <w:r>
              <w:t>2024-07-01</w:t>
            </w:r>
          </w:p>
        </w:tc>
        <w:tc>
          <w:tcPr>
            <w:tcW w:type="dxa" w:w="2880"/>
          </w:tcPr>
          <w:p>
            <w:r>
              <w:t>street flooded</w:t>
            </w:r>
          </w:p>
        </w:tc>
        <w:tc>
          <w:tcPr>
            <w:tcW w:type="dxa" w:w="2880"/>
          </w:tcPr>
          <w:p>
            <w:r>
              <w:t>15</w:t>
            </w:r>
          </w:p>
        </w:tc>
      </w:tr>
      <w:tr>
        <w:tc>
          <w:tcPr>
            <w:tcW w:type="dxa" w:w="2880"/>
          </w:tcPr>
          <w:p>
            <w:r>
              <w:t>2024-07-01</w:t>
            </w:r>
          </w:p>
        </w:tc>
        <w:tc>
          <w:tcPr>
            <w:tcW w:type="dxa" w:w="2880"/>
          </w:tcPr>
          <w:p>
            <w:r>
              <w:t>rescue</w:t>
            </w:r>
          </w:p>
        </w:tc>
        <w:tc>
          <w:tcPr>
            <w:tcW w:type="dxa" w:w="2880"/>
          </w:tcPr>
          <w:p>
            <w:r>
              <w:t>11</w:t>
            </w:r>
          </w:p>
        </w:tc>
      </w:tr>
      <w:tr>
        <w:tc>
          <w:tcPr>
            <w:tcW w:type="dxa" w:w="2880"/>
          </w:tcPr>
          <w:p>
            <w:r>
              <w:t>2024-07-01</w:t>
            </w:r>
          </w:p>
        </w:tc>
        <w:tc>
          <w:tcPr>
            <w:tcW w:type="dxa" w:w="2880"/>
          </w:tcPr>
          <w:p>
            <w:r>
              <w:t>house flooded</w:t>
            </w:r>
          </w:p>
        </w:tc>
        <w:tc>
          <w:tcPr>
            <w:tcW w:type="dxa" w:w="2880"/>
          </w:tcPr>
          <w:p>
            <w:r>
              <w:t>8</w:t>
            </w:r>
          </w:p>
        </w:tc>
      </w:tr>
      <w:tr>
        <w:tc>
          <w:tcPr>
            <w:tcW w:type="dxa" w:w="2880"/>
          </w:tcPr>
          <w:p>
            <w:r>
              <w:t>2024-07-01</w:t>
            </w:r>
          </w:p>
        </w:tc>
        <w:tc>
          <w:tcPr>
            <w:tcW w:type="dxa" w:w="2880"/>
          </w:tcPr>
          <w:p>
            <w:r>
              <w:t>road closed</w:t>
            </w:r>
          </w:p>
        </w:tc>
        <w:tc>
          <w:tcPr>
            <w:tcW w:type="dxa" w:w="2880"/>
          </w:tcPr>
          <w:p>
            <w:r>
              <w:t>10</w:t>
            </w:r>
          </w:p>
        </w:tc>
      </w:tr>
      <w:tr>
        <w:tc>
          <w:tcPr>
            <w:tcW w:type="dxa" w:w="2880"/>
          </w:tcPr>
          <w:p>
            <w:r>
              <w:t>2024-08-01</w:t>
            </w:r>
          </w:p>
        </w:tc>
        <w:tc>
          <w:tcPr>
            <w:tcW w:type="dxa" w:w="2880"/>
          </w:tcPr>
          <w:p>
            <w:r>
              <w:t>street flooded</w:t>
            </w:r>
          </w:p>
        </w:tc>
        <w:tc>
          <w:tcPr>
            <w:tcW w:type="dxa" w:w="2880"/>
          </w:tcPr>
          <w:p>
            <w:r>
              <w:t>17</w:t>
            </w:r>
          </w:p>
        </w:tc>
      </w:tr>
      <w:tr>
        <w:tc>
          <w:tcPr>
            <w:tcW w:type="dxa" w:w="2880"/>
          </w:tcPr>
          <w:p>
            <w:r>
              <w:t>2024-08-01</w:t>
            </w:r>
          </w:p>
        </w:tc>
        <w:tc>
          <w:tcPr>
            <w:tcW w:type="dxa" w:w="2880"/>
          </w:tcPr>
          <w:p>
            <w:r>
              <w:t>rescue</w:t>
            </w:r>
          </w:p>
        </w:tc>
        <w:tc>
          <w:tcPr>
            <w:tcW w:type="dxa" w:w="2880"/>
          </w:tcPr>
          <w:p>
            <w:r>
              <w:t>11</w:t>
            </w:r>
          </w:p>
        </w:tc>
      </w:tr>
      <w:tr>
        <w:tc>
          <w:tcPr>
            <w:tcW w:type="dxa" w:w="2880"/>
          </w:tcPr>
          <w:p>
            <w:r>
              <w:t>2024-08-01</w:t>
            </w:r>
          </w:p>
        </w:tc>
        <w:tc>
          <w:tcPr>
            <w:tcW w:type="dxa" w:w="2880"/>
          </w:tcPr>
          <w:p>
            <w:r>
              <w:t>house flooded</w:t>
            </w:r>
          </w:p>
        </w:tc>
        <w:tc>
          <w:tcPr>
            <w:tcW w:type="dxa" w:w="2880"/>
          </w:tcPr>
          <w:p>
            <w:r>
              <w:t>14</w:t>
            </w:r>
          </w:p>
        </w:tc>
      </w:tr>
      <w:tr>
        <w:tc>
          <w:tcPr>
            <w:tcW w:type="dxa" w:w="2880"/>
          </w:tcPr>
          <w:p>
            <w:r>
              <w:t>2024-08-01</w:t>
            </w:r>
          </w:p>
        </w:tc>
        <w:tc>
          <w:tcPr>
            <w:tcW w:type="dxa" w:w="2880"/>
          </w:tcPr>
          <w:p>
            <w:r>
              <w:t>road closed</w:t>
            </w:r>
          </w:p>
        </w:tc>
        <w:tc>
          <w:tcPr>
            <w:tcW w:type="dxa" w:w="2880"/>
          </w:tcPr>
          <w:p>
            <w:r>
              <w:t>12</w:t>
            </w:r>
          </w:p>
        </w:tc>
      </w:tr>
      <w:tr>
        <w:tc>
          <w:tcPr>
            <w:tcW w:type="dxa" w:w="2880"/>
          </w:tcPr>
          <w:p>
            <w:r>
              <w:t>2024-09-01</w:t>
            </w:r>
          </w:p>
        </w:tc>
        <w:tc>
          <w:tcPr>
            <w:tcW w:type="dxa" w:w="2880"/>
          </w:tcPr>
          <w:p>
            <w:r>
              <w:t>street flooded</w:t>
            </w:r>
          </w:p>
        </w:tc>
        <w:tc>
          <w:tcPr>
            <w:tcW w:type="dxa" w:w="2880"/>
          </w:tcPr>
          <w:p>
            <w:r>
              <w:t>28</w:t>
            </w:r>
          </w:p>
        </w:tc>
      </w:tr>
      <w:tr>
        <w:tc>
          <w:tcPr>
            <w:tcW w:type="dxa" w:w="2880"/>
          </w:tcPr>
          <w:p>
            <w:r>
              <w:t>2024-09-01</w:t>
            </w:r>
          </w:p>
        </w:tc>
        <w:tc>
          <w:tcPr>
            <w:tcW w:type="dxa" w:w="2880"/>
          </w:tcPr>
          <w:p>
            <w:r>
              <w:t>rescue</w:t>
            </w:r>
          </w:p>
        </w:tc>
        <w:tc>
          <w:tcPr>
            <w:tcW w:type="dxa" w:w="2880"/>
          </w:tcPr>
          <w:p>
            <w:r>
              <w:t>23</w:t>
            </w:r>
          </w:p>
        </w:tc>
      </w:tr>
      <w:tr>
        <w:tc>
          <w:tcPr>
            <w:tcW w:type="dxa" w:w="2880"/>
          </w:tcPr>
          <w:p>
            <w:r>
              <w:t>2024-09-01</w:t>
            </w:r>
          </w:p>
        </w:tc>
        <w:tc>
          <w:tcPr>
            <w:tcW w:type="dxa" w:w="2880"/>
          </w:tcPr>
          <w:p>
            <w:r>
              <w:t>house flooded</w:t>
            </w:r>
          </w:p>
        </w:tc>
        <w:tc>
          <w:tcPr>
            <w:tcW w:type="dxa" w:w="2880"/>
          </w:tcPr>
          <w:p>
            <w:r>
              <w:t>18</w:t>
            </w:r>
          </w:p>
        </w:tc>
      </w:tr>
      <w:tr>
        <w:tc>
          <w:tcPr>
            <w:tcW w:type="dxa" w:w="2880"/>
          </w:tcPr>
          <w:p>
            <w:r>
              <w:t>2024-09-01</w:t>
            </w:r>
          </w:p>
        </w:tc>
        <w:tc>
          <w:tcPr>
            <w:tcW w:type="dxa" w:w="2880"/>
          </w:tcPr>
          <w:p>
            <w:r>
              <w:t>road closed</w:t>
            </w:r>
          </w:p>
        </w:tc>
        <w:tc>
          <w:tcPr>
            <w:tcW w:type="dxa" w:w="2880"/>
          </w:tcPr>
          <w:p>
            <w:r>
              <w:t>20</w:t>
            </w:r>
          </w:p>
        </w:tc>
      </w:tr>
      <w:tr>
        <w:tc>
          <w:tcPr>
            <w:tcW w:type="dxa" w:w="2880"/>
          </w:tcPr>
          <w:p>
            <w:r>
              <w:t>2024-10-01</w:t>
            </w:r>
          </w:p>
        </w:tc>
        <w:tc>
          <w:tcPr>
            <w:tcW w:type="dxa" w:w="2880"/>
          </w:tcPr>
          <w:p>
            <w:r>
              <w:t>street flooded</w:t>
            </w:r>
          </w:p>
        </w:tc>
        <w:tc>
          <w:tcPr>
            <w:tcW w:type="dxa" w:w="2880"/>
          </w:tcPr>
          <w:p>
            <w:r>
              <w:t>11</w:t>
            </w:r>
          </w:p>
        </w:tc>
      </w:tr>
      <w:tr>
        <w:tc>
          <w:tcPr>
            <w:tcW w:type="dxa" w:w="2880"/>
          </w:tcPr>
          <w:p>
            <w:r>
              <w:t>2024-10-01</w:t>
            </w:r>
          </w:p>
        </w:tc>
        <w:tc>
          <w:tcPr>
            <w:tcW w:type="dxa" w:w="2880"/>
          </w:tcPr>
          <w:p>
            <w:r>
              <w:t>rescue</w:t>
            </w:r>
          </w:p>
        </w:tc>
        <w:tc>
          <w:tcPr>
            <w:tcW w:type="dxa" w:w="2880"/>
          </w:tcPr>
          <w:p>
            <w:r>
              <w:t>18</w:t>
            </w:r>
          </w:p>
        </w:tc>
      </w:tr>
      <w:tr>
        <w:tc>
          <w:tcPr>
            <w:tcW w:type="dxa" w:w="2880"/>
          </w:tcPr>
          <w:p>
            <w:r>
              <w:t>2024-10-01</w:t>
            </w:r>
          </w:p>
        </w:tc>
        <w:tc>
          <w:tcPr>
            <w:tcW w:type="dxa" w:w="2880"/>
          </w:tcPr>
          <w:p>
            <w:r>
              <w:t>house flooded</w:t>
            </w:r>
          </w:p>
        </w:tc>
        <w:tc>
          <w:tcPr>
            <w:tcW w:type="dxa" w:w="2880"/>
          </w:tcPr>
          <w:p>
            <w:r>
              <w:t>12</w:t>
            </w:r>
          </w:p>
        </w:tc>
      </w:tr>
      <w:tr>
        <w:tc>
          <w:tcPr>
            <w:tcW w:type="dxa" w:w="2880"/>
          </w:tcPr>
          <w:p>
            <w:r>
              <w:t>2024-10-01</w:t>
            </w:r>
          </w:p>
        </w:tc>
        <w:tc>
          <w:tcPr>
            <w:tcW w:type="dxa" w:w="2880"/>
          </w:tcPr>
          <w:p>
            <w:r>
              <w:t>road closed</w:t>
            </w:r>
          </w:p>
        </w:tc>
        <w:tc>
          <w:tcPr>
            <w:tcW w:type="dxa" w:w="2880"/>
          </w:tcPr>
          <w:p>
            <w:r>
              <w:t>16</w:t>
            </w:r>
          </w:p>
        </w:tc>
      </w:tr>
      <w:tr>
        <w:tc>
          <w:tcPr>
            <w:tcW w:type="dxa" w:w="2880"/>
          </w:tcPr>
          <w:p>
            <w:r>
              <w:t>2024-11-01</w:t>
            </w:r>
          </w:p>
        </w:tc>
        <w:tc>
          <w:tcPr>
            <w:tcW w:type="dxa" w:w="2880"/>
          </w:tcPr>
          <w:p>
            <w:r>
              <w:t>street flooded</w:t>
            </w:r>
          </w:p>
        </w:tc>
        <w:tc>
          <w:tcPr>
            <w:tcW w:type="dxa" w:w="2880"/>
          </w:tcPr>
          <w:p>
            <w:r>
              <w:t>9</w:t>
            </w:r>
          </w:p>
        </w:tc>
      </w:tr>
      <w:tr>
        <w:tc>
          <w:tcPr>
            <w:tcW w:type="dxa" w:w="2880"/>
          </w:tcPr>
          <w:p>
            <w:r>
              <w:t>2024-11-01</w:t>
            </w:r>
          </w:p>
        </w:tc>
        <w:tc>
          <w:tcPr>
            <w:tcW w:type="dxa" w:w="2880"/>
          </w:tcPr>
          <w:p>
            <w:r>
              <w:t>rescue</w:t>
            </w:r>
          </w:p>
        </w:tc>
        <w:tc>
          <w:tcPr>
            <w:tcW w:type="dxa" w:w="2880"/>
          </w:tcPr>
          <w:p>
            <w:r>
              <w:t>10</w:t>
            </w:r>
          </w:p>
        </w:tc>
      </w:tr>
      <w:tr>
        <w:tc>
          <w:tcPr>
            <w:tcW w:type="dxa" w:w="2880"/>
          </w:tcPr>
          <w:p>
            <w:r>
              <w:t>2024-11-01</w:t>
            </w:r>
          </w:p>
        </w:tc>
        <w:tc>
          <w:tcPr>
            <w:tcW w:type="dxa" w:w="2880"/>
          </w:tcPr>
          <w:p>
            <w:r>
              <w:t>house flooded</w:t>
            </w:r>
          </w:p>
        </w:tc>
        <w:tc>
          <w:tcPr>
            <w:tcW w:type="dxa" w:w="2880"/>
          </w:tcPr>
          <w:p>
            <w:r>
              <w:t>6</w:t>
            </w:r>
          </w:p>
        </w:tc>
      </w:tr>
      <w:tr>
        <w:tc>
          <w:tcPr>
            <w:tcW w:type="dxa" w:w="2880"/>
          </w:tcPr>
          <w:p>
            <w:r>
              <w:t>2024-11-01</w:t>
            </w:r>
          </w:p>
        </w:tc>
        <w:tc>
          <w:tcPr>
            <w:tcW w:type="dxa" w:w="2880"/>
          </w:tcPr>
          <w:p>
            <w:r>
              <w:t>road closed</w:t>
            </w:r>
          </w:p>
        </w:tc>
        <w:tc>
          <w:tcPr>
            <w:tcW w:type="dxa" w:w="2880"/>
          </w:tcPr>
          <w:p>
            <w:r>
              <w:t>5</w:t>
            </w:r>
          </w:p>
        </w:tc>
      </w:tr>
      <w:tr>
        <w:tc>
          <w:tcPr>
            <w:tcW w:type="dxa" w:w="2880"/>
          </w:tcPr>
          <w:p>
            <w:r>
              <w:t>2024-12-01</w:t>
            </w:r>
          </w:p>
        </w:tc>
        <w:tc>
          <w:tcPr>
            <w:tcW w:type="dxa" w:w="2880"/>
          </w:tcPr>
          <w:p>
            <w:r>
              <w:t>street flooded</w:t>
            </w:r>
          </w:p>
        </w:tc>
        <w:tc>
          <w:tcPr>
            <w:tcW w:type="dxa" w:w="2880"/>
          </w:tcPr>
          <w:p>
            <w:r>
              <w:t>6</w:t>
            </w:r>
          </w:p>
        </w:tc>
      </w:tr>
      <w:tr>
        <w:tc>
          <w:tcPr>
            <w:tcW w:type="dxa" w:w="2880"/>
          </w:tcPr>
          <w:p>
            <w:r>
              <w:t>2024-12-01</w:t>
            </w:r>
          </w:p>
        </w:tc>
        <w:tc>
          <w:tcPr>
            <w:tcW w:type="dxa" w:w="2880"/>
          </w:tcPr>
          <w:p>
            <w:r>
              <w:t>rescue</w:t>
            </w:r>
          </w:p>
        </w:tc>
        <w:tc>
          <w:tcPr>
            <w:tcW w:type="dxa" w:w="2880"/>
          </w:tcPr>
          <w:p>
            <w:r>
              <w:t>1</w:t>
            </w:r>
          </w:p>
        </w:tc>
      </w:tr>
      <w:tr>
        <w:tc>
          <w:tcPr>
            <w:tcW w:type="dxa" w:w="2880"/>
          </w:tcPr>
          <w:p>
            <w:r>
              <w:t>2024-12-01</w:t>
            </w:r>
          </w:p>
        </w:tc>
        <w:tc>
          <w:tcPr>
            <w:tcW w:type="dxa" w:w="2880"/>
          </w:tcPr>
          <w:p>
            <w:r>
              <w:t>house flooded</w:t>
            </w:r>
          </w:p>
        </w:tc>
        <w:tc>
          <w:tcPr>
            <w:tcW w:type="dxa" w:w="2880"/>
          </w:tcPr>
          <w:p>
            <w:r>
              <w:t>10</w:t>
            </w:r>
          </w:p>
        </w:tc>
      </w:tr>
      <w:tr>
        <w:tc>
          <w:tcPr>
            <w:tcW w:type="dxa" w:w="2880"/>
          </w:tcPr>
          <w:p>
            <w:r>
              <w:t>2024-12-01</w:t>
            </w:r>
          </w:p>
        </w:tc>
        <w:tc>
          <w:tcPr>
            <w:tcW w:type="dxa" w:w="2880"/>
          </w:tcPr>
          <w:p>
            <w:r>
              <w:t>road closed</w:t>
            </w:r>
          </w:p>
        </w:tc>
        <w:tc>
          <w:tcPr>
            <w:tcW w:type="dxa" w:w="2880"/>
          </w:tcPr>
          <w:p>
            <w:r>
              <w:t>6</w:t>
            </w:r>
          </w:p>
        </w:tc>
      </w:tr>
      <w:tr>
        <w:tc>
          <w:tcPr>
            <w:tcW w:type="dxa" w:w="2880"/>
          </w:tcPr>
          <w:p>
            <w:r>
              <w:t>2025-01-01</w:t>
            </w:r>
          </w:p>
        </w:tc>
        <w:tc>
          <w:tcPr>
            <w:tcW w:type="dxa" w:w="2880"/>
          </w:tcPr>
          <w:p>
            <w:r>
              <w:t>street flooded</w:t>
            </w:r>
          </w:p>
        </w:tc>
        <w:tc>
          <w:tcPr>
            <w:tcW w:type="dxa" w:w="2880"/>
          </w:tcPr>
          <w:p>
            <w:r>
              <w:t>2</w:t>
            </w:r>
          </w:p>
        </w:tc>
      </w:tr>
      <w:tr>
        <w:tc>
          <w:tcPr>
            <w:tcW w:type="dxa" w:w="2880"/>
          </w:tcPr>
          <w:p>
            <w:r>
              <w:t>2025-01-01</w:t>
            </w:r>
          </w:p>
        </w:tc>
        <w:tc>
          <w:tcPr>
            <w:tcW w:type="dxa" w:w="2880"/>
          </w:tcPr>
          <w:p>
            <w:r>
              <w:t>rescue</w:t>
            </w:r>
          </w:p>
        </w:tc>
        <w:tc>
          <w:tcPr>
            <w:tcW w:type="dxa" w:w="2880"/>
          </w:tcPr>
          <w:p>
            <w:r>
              <w:t>4</w:t>
            </w:r>
          </w:p>
        </w:tc>
      </w:tr>
      <w:tr>
        <w:tc>
          <w:tcPr>
            <w:tcW w:type="dxa" w:w="2880"/>
          </w:tcPr>
          <w:p>
            <w:r>
              <w:t>2025-01-01</w:t>
            </w:r>
          </w:p>
        </w:tc>
        <w:tc>
          <w:tcPr>
            <w:tcW w:type="dxa" w:w="2880"/>
          </w:tcPr>
          <w:p>
            <w:r>
              <w:t>house flooded</w:t>
            </w:r>
          </w:p>
        </w:tc>
        <w:tc>
          <w:tcPr>
            <w:tcW w:type="dxa" w:w="2880"/>
          </w:tcPr>
          <w:p>
            <w:r>
              <w:t>2</w:t>
            </w:r>
          </w:p>
        </w:tc>
      </w:tr>
      <w:tr>
        <w:tc>
          <w:tcPr>
            <w:tcW w:type="dxa" w:w="2880"/>
          </w:tcPr>
          <w:p>
            <w:r>
              <w:t>2025-01-01</w:t>
            </w:r>
          </w:p>
        </w:tc>
        <w:tc>
          <w:tcPr>
            <w:tcW w:type="dxa" w:w="2880"/>
          </w:tcPr>
          <w:p>
            <w:r>
              <w:t>road closed</w:t>
            </w:r>
          </w:p>
        </w:tc>
        <w:tc>
          <w:tcPr>
            <w:tcW w:type="dxa" w:w="2880"/>
          </w:tcPr>
          <w:p>
            <w:r>
              <w:t>5</w:t>
            </w:r>
          </w:p>
        </w:tc>
      </w:tr>
      <w:tr>
        <w:tc>
          <w:tcPr>
            <w:tcW w:type="dxa" w:w="2880"/>
          </w:tcPr>
          <w:p>
            <w:r>
              <w:t>2025-02-01</w:t>
            </w:r>
          </w:p>
        </w:tc>
        <w:tc>
          <w:tcPr>
            <w:tcW w:type="dxa" w:w="2880"/>
          </w:tcPr>
          <w:p>
            <w:r>
              <w:t>street flooded</w:t>
            </w:r>
          </w:p>
        </w:tc>
        <w:tc>
          <w:tcPr>
            <w:tcW w:type="dxa" w:w="2880"/>
          </w:tcPr>
          <w:p>
            <w:r>
              <w:t>2</w:t>
            </w:r>
          </w:p>
        </w:tc>
      </w:tr>
      <w:tr>
        <w:tc>
          <w:tcPr>
            <w:tcW w:type="dxa" w:w="2880"/>
          </w:tcPr>
          <w:p>
            <w:r>
              <w:t>2025-02-01</w:t>
            </w:r>
          </w:p>
        </w:tc>
        <w:tc>
          <w:tcPr>
            <w:tcW w:type="dxa" w:w="2880"/>
          </w:tcPr>
          <w:p>
            <w:r>
              <w:t>rescue</w:t>
            </w:r>
          </w:p>
        </w:tc>
        <w:tc>
          <w:tcPr>
            <w:tcW w:type="dxa" w:w="2880"/>
          </w:tcPr>
          <w:p>
            <w:r>
              <w:t>2</w:t>
            </w:r>
          </w:p>
        </w:tc>
      </w:tr>
      <w:tr>
        <w:tc>
          <w:tcPr>
            <w:tcW w:type="dxa" w:w="2880"/>
          </w:tcPr>
          <w:p>
            <w:r>
              <w:t>2025-02-01</w:t>
            </w:r>
          </w:p>
        </w:tc>
        <w:tc>
          <w:tcPr>
            <w:tcW w:type="dxa" w:w="2880"/>
          </w:tcPr>
          <w:p>
            <w:r>
              <w:t>house flooded</w:t>
            </w:r>
          </w:p>
        </w:tc>
        <w:tc>
          <w:tcPr>
            <w:tcW w:type="dxa" w:w="2880"/>
          </w:tcPr>
          <w:p>
            <w:r>
              <w:t>3</w:t>
            </w:r>
          </w:p>
        </w:tc>
      </w:tr>
      <w:tr>
        <w:tc>
          <w:tcPr>
            <w:tcW w:type="dxa" w:w="2880"/>
          </w:tcPr>
          <w:p>
            <w:r>
              <w:t>2025-02-01</w:t>
            </w:r>
          </w:p>
        </w:tc>
        <w:tc>
          <w:tcPr>
            <w:tcW w:type="dxa" w:w="2880"/>
          </w:tcPr>
          <w:p>
            <w:r>
              <w:t>road closed</w:t>
            </w:r>
          </w:p>
        </w:tc>
        <w:tc>
          <w:tcPr>
            <w:tcW w:type="dxa" w:w="2880"/>
          </w:tcPr>
          <w:p>
            <w:r>
              <w:t>1</w:t>
            </w:r>
          </w:p>
        </w:tc>
      </w:tr>
      <w:tr>
        <w:tc>
          <w:tcPr>
            <w:tcW w:type="dxa" w:w="2880"/>
          </w:tcPr>
          <w:p>
            <w:r>
              <w:t>2025-03-01</w:t>
            </w:r>
          </w:p>
        </w:tc>
        <w:tc>
          <w:tcPr>
            <w:tcW w:type="dxa" w:w="2880"/>
          </w:tcPr>
          <w:p>
            <w:r>
              <w:t>street flooded</w:t>
            </w:r>
          </w:p>
        </w:tc>
        <w:tc>
          <w:tcPr>
            <w:tcW w:type="dxa" w:w="2880"/>
          </w:tcPr>
          <w:p>
            <w:r>
              <w:t>0</w:t>
            </w:r>
          </w:p>
        </w:tc>
      </w:tr>
      <w:tr>
        <w:tc>
          <w:tcPr>
            <w:tcW w:type="dxa" w:w="2880"/>
          </w:tcPr>
          <w:p>
            <w:r>
              <w:t>2025-03-01</w:t>
            </w:r>
          </w:p>
        </w:tc>
        <w:tc>
          <w:tcPr>
            <w:tcW w:type="dxa" w:w="2880"/>
          </w:tcPr>
          <w:p>
            <w:r>
              <w:t>rescue</w:t>
            </w:r>
          </w:p>
        </w:tc>
        <w:tc>
          <w:tcPr>
            <w:tcW w:type="dxa" w:w="2880"/>
          </w:tcPr>
          <w:p>
            <w:r>
              <w:t>1</w:t>
            </w:r>
          </w:p>
        </w:tc>
      </w:tr>
      <w:tr>
        <w:tc>
          <w:tcPr>
            <w:tcW w:type="dxa" w:w="2880"/>
          </w:tcPr>
          <w:p>
            <w:r>
              <w:t>2025-03-01</w:t>
            </w:r>
          </w:p>
        </w:tc>
        <w:tc>
          <w:tcPr>
            <w:tcW w:type="dxa" w:w="2880"/>
          </w:tcPr>
          <w:p>
            <w:r>
              <w:t>house flooded</w:t>
            </w:r>
          </w:p>
        </w:tc>
        <w:tc>
          <w:tcPr>
            <w:tcW w:type="dxa" w:w="2880"/>
          </w:tcPr>
          <w:p>
            <w:r>
              <w:t>1</w:t>
            </w:r>
          </w:p>
        </w:tc>
      </w:tr>
      <w:tr>
        <w:tc>
          <w:tcPr>
            <w:tcW w:type="dxa" w:w="2880"/>
          </w:tcPr>
          <w:p>
            <w:r>
              <w:t>2025-03-01</w:t>
            </w:r>
          </w:p>
        </w:tc>
        <w:tc>
          <w:tcPr>
            <w:tcW w:type="dxa" w:w="2880"/>
          </w:tcPr>
          <w:p>
            <w:r>
              <w:t>road closed</w:t>
            </w:r>
          </w:p>
        </w:tc>
        <w:tc>
          <w:tcPr>
            <w:tcW w:type="dxa" w:w="2880"/>
          </w:tcPr>
          <w:p>
            <w:r>
              <w:t>2</w:t>
            </w:r>
          </w:p>
        </w:tc>
      </w:tr>
      <w:tr>
        <w:tc>
          <w:tcPr>
            <w:tcW w:type="dxa" w:w="2880"/>
          </w:tcPr>
          <w:p>
            <w:r>
              <w:t>2025-04-01</w:t>
            </w:r>
          </w:p>
        </w:tc>
        <w:tc>
          <w:tcPr>
            <w:tcW w:type="dxa" w:w="2880"/>
          </w:tcPr>
          <w:p>
            <w:r>
              <w:t>street flooded</w:t>
            </w:r>
          </w:p>
        </w:tc>
        <w:tc>
          <w:tcPr>
            <w:tcW w:type="dxa" w:w="2880"/>
          </w:tcPr>
          <w:p>
            <w:r>
              <w:t>0</w:t>
            </w:r>
          </w:p>
        </w:tc>
      </w:tr>
      <w:tr>
        <w:tc>
          <w:tcPr>
            <w:tcW w:type="dxa" w:w="2880"/>
          </w:tcPr>
          <w:p>
            <w:r>
              <w:t>2025-04-01</w:t>
            </w:r>
          </w:p>
        </w:tc>
        <w:tc>
          <w:tcPr>
            <w:tcW w:type="dxa" w:w="2880"/>
          </w:tcPr>
          <w:p>
            <w:r>
              <w:t>rescue</w:t>
            </w:r>
          </w:p>
        </w:tc>
        <w:tc>
          <w:tcPr>
            <w:tcW w:type="dxa" w:w="2880"/>
          </w:tcPr>
          <w:p>
            <w:r>
              <w:t>3</w:t>
            </w:r>
          </w:p>
        </w:tc>
      </w:tr>
      <w:tr>
        <w:tc>
          <w:tcPr>
            <w:tcW w:type="dxa" w:w="2880"/>
          </w:tcPr>
          <w:p>
            <w:r>
              <w:t>2025-04-01</w:t>
            </w:r>
          </w:p>
        </w:tc>
        <w:tc>
          <w:tcPr>
            <w:tcW w:type="dxa" w:w="2880"/>
          </w:tcPr>
          <w:p>
            <w:r>
              <w:t>house flooded</w:t>
            </w:r>
          </w:p>
        </w:tc>
        <w:tc>
          <w:tcPr>
            <w:tcW w:type="dxa" w:w="2880"/>
          </w:tcPr>
          <w:p>
            <w:r>
              <w:t>2</w:t>
            </w:r>
          </w:p>
        </w:tc>
      </w:tr>
      <w:tr>
        <w:tc>
          <w:tcPr>
            <w:tcW w:type="dxa" w:w="2880"/>
          </w:tcPr>
          <w:p>
            <w:r>
              <w:t>2025-04-01</w:t>
            </w:r>
          </w:p>
        </w:tc>
        <w:tc>
          <w:tcPr>
            <w:tcW w:type="dxa" w:w="2880"/>
          </w:tcPr>
          <w:p>
            <w:r>
              <w:t>road closed</w:t>
            </w:r>
          </w:p>
        </w:tc>
        <w:tc>
          <w:tcPr>
            <w:tcW w:type="dxa" w:w="2880"/>
          </w:tcPr>
          <w:p>
            <w:r>
              <w:t>4</w:t>
            </w:r>
          </w:p>
        </w:tc>
      </w:tr>
      <w:tr>
        <w:tc>
          <w:tcPr>
            <w:tcW w:type="dxa" w:w="2880"/>
          </w:tcPr>
          <w:p>
            <w:r>
              <w:t>2025-05-01</w:t>
            </w:r>
          </w:p>
        </w:tc>
        <w:tc>
          <w:tcPr>
            <w:tcW w:type="dxa" w:w="2880"/>
          </w:tcPr>
          <w:p>
            <w:r>
              <w:t>street flooded</w:t>
            </w:r>
          </w:p>
        </w:tc>
        <w:tc>
          <w:tcPr>
            <w:tcW w:type="dxa" w:w="2880"/>
          </w:tcPr>
          <w:p>
            <w:r>
              <w:t>3</w:t>
            </w:r>
          </w:p>
        </w:tc>
      </w:tr>
      <w:tr>
        <w:tc>
          <w:tcPr>
            <w:tcW w:type="dxa" w:w="2880"/>
          </w:tcPr>
          <w:p>
            <w:r>
              <w:t>2025-05-01</w:t>
            </w:r>
          </w:p>
        </w:tc>
        <w:tc>
          <w:tcPr>
            <w:tcW w:type="dxa" w:w="2880"/>
          </w:tcPr>
          <w:p>
            <w:r>
              <w:t>rescue</w:t>
            </w:r>
          </w:p>
        </w:tc>
        <w:tc>
          <w:tcPr>
            <w:tcW w:type="dxa" w:w="2880"/>
          </w:tcPr>
          <w:p>
            <w:r>
              <w:t>6</w:t>
            </w:r>
          </w:p>
        </w:tc>
      </w:tr>
      <w:tr>
        <w:tc>
          <w:tcPr>
            <w:tcW w:type="dxa" w:w="2880"/>
          </w:tcPr>
          <w:p>
            <w:r>
              <w:t>2025-05-01</w:t>
            </w:r>
          </w:p>
        </w:tc>
        <w:tc>
          <w:tcPr>
            <w:tcW w:type="dxa" w:w="2880"/>
          </w:tcPr>
          <w:p>
            <w:r>
              <w:t>house flooded</w:t>
            </w:r>
          </w:p>
        </w:tc>
        <w:tc>
          <w:tcPr>
            <w:tcW w:type="dxa" w:w="2880"/>
          </w:tcPr>
          <w:p>
            <w:r>
              <w:t>6</w:t>
            </w:r>
          </w:p>
        </w:tc>
      </w:tr>
      <w:tr>
        <w:tc>
          <w:tcPr>
            <w:tcW w:type="dxa" w:w="2880"/>
          </w:tcPr>
          <w:p>
            <w:r>
              <w:t>2025-05-01</w:t>
            </w:r>
          </w:p>
        </w:tc>
        <w:tc>
          <w:tcPr>
            <w:tcW w:type="dxa" w:w="2880"/>
          </w:tcPr>
          <w:p>
            <w:r>
              <w:t>road closed</w:t>
            </w:r>
          </w:p>
        </w:tc>
        <w:tc>
          <w:tcPr>
            <w:tcW w:type="dxa" w:w="2880"/>
          </w:tcPr>
          <w:p>
            <w:r>
              <w:t>5</w:t>
            </w:r>
          </w:p>
        </w:tc>
      </w:tr>
      <w:tr>
        <w:tc>
          <w:tcPr>
            <w:tcW w:type="dxa" w:w="2880"/>
          </w:tcPr>
          <w:p>
            <w:r>
              <w:t>2025-06-01</w:t>
            </w:r>
          </w:p>
        </w:tc>
        <w:tc>
          <w:tcPr>
            <w:tcW w:type="dxa" w:w="2880"/>
          </w:tcPr>
          <w:p>
            <w:r>
              <w:t>street flooded</w:t>
            </w:r>
          </w:p>
        </w:tc>
        <w:tc>
          <w:tcPr>
            <w:tcW w:type="dxa" w:w="2880"/>
          </w:tcPr>
          <w:p>
            <w:r>
              <w:t>9</w:t>
            </w:r>
          </w:p>
        </w:tc>
      </w:tr>
      <w:tr>
        <w:tc>
          <w:tcPr>
            <w:tcW w:type="dxa" w:w="2880"/>
          </w:tcPr>
          <w:p>
            <w:r>
              <w:t>2025-06-01</w:t>
            </w:r>
          </w:p>
        </w:tc>
        <w:tc>
          <w:tcPr>
            <w:tcW w:type="dxa" w:w="2880"/>
          </w:tcPr>
          <w:p>
            <w:r>
              <w:t>rescue</w:t>
            </w:r>
          </w:p>
        </w:tc>
        <w:tc>
          <w:tcPr>
            <w:tcW w:type="dxa" w:w="2880"/>
          </w:tcPr>
          <w:p>
            <w:r>
              <w:t>5</w:t>
            </w:r>
          </w:p>
        </w:tc>
      </w:tr>
      <w:tr>
        <w:tc>
          <w:tcPr>
            <w:tcW w:type="dxa" w:w="2880"/>
          </w:tcPr>
          <w:p>
            <w:r>
              <w:t>2025-06-01</w:t>
            </w:r>
          </w:p>
        </w:tc>
        <w:tc>
          <w:tcPr>
            <w:tcW w:type="dxa" w:w="2880"/>
          </w:tcPr>
          <w:p>
            <w:r>
              <w:t>house flooded</w:t>
            </w:r>
          </w:p>
        </w:tc>
        <w:tc>
          <w:tcPr>
            <w:tcW w:type="dxa" w:w="2880"/>
          </w:tcPr>
          <w:p>
            <w:r>
              <w:t>9</w:t>
            </w:r>
          </w:p>
        </w:tc>
      </w:tr>
      <w:tr>
        <w:tc>
          <w:tcPr>
            <w:tcW w:type="dxa" w:w="2880"/>
          </w:tcPr>
          <w:p>
            <w:r>
              <w:t>2025-06-01</w:t>
            </w:r>
          </w:p>
        </w:tc>
        <w:tc>
          <w:tcPr>
            <w:tcW w:type="dxa" w:w="2880"/>
          </w:tcPr>
          <w:p>
            <w:r>
              <w:t>road closed</w:t>
            </w:r>
          </w:p>
        </w:tc>
        <w:tc>
          <w:tcPr>
            <w:tcW w:type="dxa" w:w="2880"/>
          </w:tcPr>
          <w:p>
            <w:r>
              <w:t>6</w:t>
            </w:r>
          </w:p>
        </w:tc>
      </w:tr>
      <w:tr>
        <w:tc>
          <w:tcPr>
            <w:tcW w:type="dxa" w:w="2880"/>
          </w:tcPr>
          <w:p>
            <w:r>
              <w:t>2025-07-01</w:t>
            </w:r>
          </w:p>
        </w:tc>
        <w:tc>
          <w:tcPr>
            <w:tcW w:type="dxa" w:w="2880"/>
          </w:tcPr>
          <w:p>
            <w:r>
              <w:t>street flooded</w:t>
            </w:r>
          </w:p>
        </w:tc>
        <w:tc>
          <w:tcPr>
            <w:tcW w:type="dxa" w:w="2880"/>
          </w:tcPr>
          <w:p>
            <w:r>
              <w:t>11</w:t>
            </w:r>
          </w:p>
        </w:tc>
      </w:tr>
      <w:tr>
        <w:tc>
          <w:tcPr>
            <w:tcW w:type="dxa" w:w="2880"/>
          </w:tcPr>
          <w:p>
            <w:r>
              <w:t>2025-07-01</w:t>
            </w:r>
          </w:p>
        </w:tc>
        <w:tc>
          <w:tcPr>
            <w:tcW w:type="dxa" w:w="2880"/>
          </w:tcPr>
          <w:p>
            <w:r>
              <w:t>rescue</w:t>
            </w:r>
          </w:p>
        </w:tc>
        <w:tc>
          <w:tcPr>
            <w:tcW w:type="dxa" w:w="2880"/>
          </w:tcPr>
          <w:p>
            <w:r>
              <w:t>8</w:t>
            </w:r>
          </w:p>
        </w:tc>
      </w:tr>
      <w:tr>
        <w:tc>
          <w:tcPr>
            <w:tcW w:type="dxa" w:w="2880"/>
          </w:tcPr>
          <w:p>
            <w:r>
              <w:t>2025-07-01</w:t>
            </w:r>
          </w:p>
        </w:tc>
        <w:tc>
          <w:tcPr>
            <w:tcW w:type="dxa" w:w="2880"/>
          </w:tcPr>
          <w:p>
            <w:r>
              <w:t>house flooded</w:t>
            </w:r>
          </w:p>
        </w:tc>
        <w:tc>
          <w:tcPr>
            <w:tcW w:type="dxa" w:w="2880"/>
          </w:tcPr>
          <w:p>
            <w:r>
              <w:t>8</w:t>
            </w:r>
          </w:p>
        </w:tc>
      </w:tr>
      <w:tr>
        <w:tc>
          <w:tcPr>
            <w:tcW w:type="dxa" w:w="2880"/>
          </w:tcPr>
          <w:p>
            <w:r>
              <w:t>2025-07-01</w:t>
            </w:r>
          </w:p>
        </w:tc>
        <w:tc>
          <w:tcPr>
            <w:tcW w:type="dxa" w:w="2880"/>
          </w:tcPr>
          <w:p>
            <w:r>
              <w:t>road closed</w:t>
            </w:r>
          </w:p>
        </w:tc>
        <w:tc>
          <w:tcPr>
            <w:tcW w:type="dxa" w:w="2880"/>
          </w:tcPr>
          <w:p>
            <w:r>
              <w:t>7</w:t>
            </w:r>
          </w:p>
        </w:tc>
      </w:tr>
      <w:tr>
        <w:tc>
          <w:tcPr>
            <w:tcW w:type="dxa" w:w="2880"/>
          </w:tcPr>
          <w:p>
            <w:r>
              <w:t>2025-08-01</w:t>
            </w:r>
          </w:p>
        </w:tc>
        <w:tc>
          <w:tcPr>
            <w:tcW w:type="dxa" w:w="2880"/>
          </w:tcPr>
          <w:p>
            <w:r>
              <w:t>street flooded</w:t>
            </w:r>
          </w:p>
        </w:tc>
        <w:tc>
          <w:tcPr>
            <w:tcW w:type="dxa" w:w="2880"/>
          </w:tcPr>
          <w:p>
            <w:r>
              <w:t>25</w:t>
            </w:r>
          </w:p>
        </w:tc>
      </w:tr>
      <w:tr>
        <w:tc>
          <w:tcPr>
            <w:tcW w:type="dxa" w:w="2880"/>
          </w:tcPr>
          <w:p>
            <w:r>
              <w:t>2025-08-01</w:t>
            </w:r>
          </w:p>
        </w:tc>
        <w:tc>
          <w:tcPr>
            <w:tcW w:type="dxa" w:w="2880"/>
          </w:tcPr>
          <w:p>
            <w:r>
              <w:t>rescue</w:t>
            </w:r>
          </w:p>
        </w:tc>
        <w:tc>
          <w:tcPr>
            <w:tcW w:type="dxa" w:w="2880"/>
          </w:tcPr>
          <w:p>
            <w:r>
              <w:t>28</w:t>
            </w:r>
          </w:p>
        </w:tc>
      </w:tr>
      <w:tr>
        <w:tc>
          <w:tcPr>
            <w:tcW w:type="dxa" w:w="2880"/>
          </w:tcPr>
          <w:p>
            <w:r>
              <w:t>2025-08-01</w:t>
            </w:r>
          </w:p>
        </w:tc>
        <w:tc>
          <w:tcPr>
            <w:tcW w:type="dxa" w:w="2880"/>
          </w:tcPr>
          <w:p>
            <w:r>
              <w:t>house flooded</w:t>
            </w:r>
          </w:p>
        </w:tc>
        <w:tc>
          <w:tcPr>
            <w:tcW w:type="dxa" w:w="2880"/>
          </w:tcPr>
          <w:p>
            <w:r>
              <w:t>33</w:t>
            </w:r>
          </w:p>
        </w:tc>
      </w:tr>
      <w:tr>
        <w:tc>
          <w:tcPr>
            <w:tcW w:type="dxa" w:w="2880"/>
          </w:tcPr>
          <w:p>
            <w:r>
              <w:t>2025-08-01</w:t>
            </w:r>
          </w:p>
        </w:tc>
        <w:tc>
          <w:tcPr>
            <w:tcW w:type="dxa" w:w="2880"/>
          </w:tcPr>
          <w:p>
            <w:r>
              <w:t>road closed</w:t>
            </w:r>
          </w:p>
        </w:tc>
        <w:tc>
          <w:tcPr>
            <w:tcW w:type="dxa" w:w="2880"/>
          </w:tcPr>
          <w:p>
            <w:r>
              <w:t>25</w:t>
            </w:r>
          </w:p>
        </w:tc>
      </w:tr>
      <w:tr>
        <w:tc>
          <w:tcPr>
            <w:tcW w:type="dxa" w:w="2880"/>
          </w:tcPr>
          <w:p>
            <w:r>
              <w:t>2025-09-01</w:t>
            </w:r>
          </w:p>
        </w:tc>
        <w:tc>
          <w:tcPr>
            <w:tcW w:type="dxa" w:w="2880"/>
          </w:tcPr>
          <w:p>
            <w:r>
              <w:t>street flooded</w:t>
            </w:r>
          </w:p>
        </w:tc>
        <w:tc>
          <w:tcPr>
            <w:tcW w:type="dxa" w:w="2880"/>
          </w:tcPr>
          <w:p>
            <w:r>
              <w:t>14</w:t>
            </w:r>
          </w:p>
        </w:tc>
      </w:tr>
      <w:tr>
        <w:tc>
          <w:tcPr>
            <w:tcW w:type="dxa" w:w="2880"/>
          </w:tcPr>
          <w:p>
            <w:r>
              <w:t>2025-09-01</w:t>
            </w:r>
          </w:p>
        </w:tc>
        <w:tc>
          <w:tcPr>
            <w:tcW w:type="dxa" w:w="2880"/>
          </w:tcPr>
          <w:p>
            <w:r>
              <w:t>rescue</w:t>
            </w:r>
          </w:p>
        </w:tc>
        <w:tc>
          <w:tcPr>
            <w:tcW w:type="dxa" w:w="2880"/>
          </w:tcPr>
          <w:p>
            <w:r>
              <w:t>12</w:t>
            </w:r>
          </w:p>
        </w:tc>
      </w:tr>
      <w:tr>
        <w:tc>
          <w:tcPr>
            <w:tcW w:type="dxa" w:w="2880"/>
          </w:tcPr>
          <w:p>
            <w:r>
              <w:t>2025-09-01</w:t>
            </w:r>
          </w:p>
        </w:tc>
        <w:tc>
          <w:tcPr>
            <w:tcW w:type="dxa" w:w="2880"/>
          </w:tcPr>
          <w:p>
            <w:r>
              <w:t>house flooded</w:t>
            </w:r>
          </w:p>
        </w:tc>
        <w:tc>
          <w:tcPr>
            <w:tcW w:type="dxa" w:w="2880"/>
          </w:tcPr>
          <w:p>
            <w:r>
              <w:t>8</w:t>
            </w:r>
          </w:p>
        </w:tc>
      </w:tr>
      <w:tr>
        <w:tc>
          <w:tcPr>
            <w:tcW w:type="dxa" w:w="2880"/>
          </w:tcPr>
          <w:p>
            <w:r>
              <w:t>2025-09-01</w:t>
            </w:r>
          </w:p>
        </w:tc>
        <w:tc>
          <w:tcPr>
            <w:tcW w:type="dxa" w:w="2880"/>
          </w:tcPr>
          <w:p>
            <w:r>
              <w:t>road closed</w:t>
            </w:r>
          </w:p>
        </w:tc>
        <w:tc>
          <w:tcPr>
            <w:tcW w:type="dxa" w:w="2880"/>
          </w:tcPr>
          <w:p>
            <w:r>
              <w:t>4</w:t>
            </w:r>
          </w:p>
        </w:tc>
      </w:tr>
      <w:tr>
        <w:tc>
          <w:tcPr>
            <w:tcW w:type="dxa" w:w="2880"/>
          </w:tcPr>
          <w:p>
            <w:r>
              <w:t>2025-10-01</w:t>
            </w:r>
          </w:p>
        </w:tc>
        <w:tc>
          <w:tcPr>
            <w:tcW w:type="dxa" w:w="2880"/>
          </w:tcPr>
          <w:p>
            <w:r>
              <w:t>street flooded</w:t>
            </w:r>
          </w:p>
        </w:tc>
        <w:tc>
          <w:tcPr>
            <w:tcW w:type="dxa" w:w="2880"/>
          </w:tcPr>
          <w:p>
            <w:r>
              <w:t>73</w:t>
            </w:r>
          </w:p>
        </w:tc>
      </w:tr>
      <w:tr>
        <w:tc>
          <w:tcPr>
            <w:tcW w:type="dxa" w:w="2880"/>
          </w:tcPr>
          <w:p>
            <w:r>
              <w:t>2025-10-01</w:t>
            </w:r>
          </w:p>
        </w:tc>
        <w:tc>
          <w:tcPr>
            <w:tcW w:type="dxa" w:w="2880"/>
          </w:tcPr>
          <w:p>
            <w:r>
              <w:t>rescue</w:t>
            </w:r>
          </w:p>
        </w:tc>
        <w:tc>
          <w:tcPr>
            <w:tcW w:type="dxa" w:w="2880"/>
          </w:tcPr>
          <w:p>
            <w:r>
              <w:t>70</w:t>
            </w:r>
          </w:p>
        </w:tc>
      </w:tr>
      <w:tr>
        <w:tc>
          <w:tcPr>
            <w:tcW w:type="dxa" w:w="2880"/>
          </w:tcPr>
          <w:p>
            <w:r>
              <w:t>2025-10-01</w:t>
            </w:r>
          </w:p>
        </w:tc>
        <w:tc>
          <w:tcPr>
            <w:tcW w:type="dxa" w:w="2880"/>
          </w:tcPr>
          <w:p>
            <w:r>
              <w:t>house flooded</w:t>
            </w:r>
          </w:p>
        </w:tc>
        <w:tc>
          <w:tcPr>
            <w:tcW w:type="dxa" w:w="2880"/>
          </w:tcPr>
          <w:p>
            <w:r>
              <w:t>65</w:t>
            </w:r>
          </w:p>
        </w:tc>
      </w:tr>
      <w:tr>
        <w:tc>
          <w:tcPr>
            <w:tcW w:type="dxa" w:w="2880"/>
          </w:tcPr>
          <w:p>
            <w:r>
              <w:t>2025-10-01</w:t>
            </w:r>
          </w:p>
        </w:tc>
        <w:tc>
          <w:tcPr>
            <w:tcW w:type="dxa" w:w="2880"/>
          </w:tcPr>
          <w:p>
            <w:r>
              <w:t>road closed</w:t>
            </w:r>
          </w:p>
        </w:tc>
        <w:tc>
          <w:tcPr>
            <w:tcW w:type="dxa" w:w="2880"/>
          </w:tcPr>
          <w:p>
            <w:r>
              <w:t>64</w:t>
            </w:r>
          </w:p>
        </w:tc>
      </w:tr>
      <w:tr>
        <w:tc>
          <w:tcPr>
            <w:tcW w:type="dxa" w:w="2880"/>
          </w:tcPr>
          <w:p>
            <w:r>
              <w:t>2025-11-01</w:t>
            </w:r>
          </w:p>
        </w:tc>
        <w:tc>
          <w:tcPr>
            <w:tcW w:type="dxa" w:w="2880"/>
          </w:tcPr>
          <w:p>
            <w:r>
              <w:t>street flooded</w:t>
            </w:r>
          </w:p>
        </w:tc>
        <w:tc>
          <w:tcPr>
            <w:tcW w:type="dxa" w:w="2880"/>
          </w:tcPr>
          <w:p>
            <w:r>
              <w:t>9</w:t>
            </w:r>
          </w:p>
        </w:tc>
      </w:tr>
      <w:tr>
        <w:tc>
          <w:tcPr>
            <w:tcW w:type="dxa" w:w="2880"/>
          </w:tcPr>
          <w:p>
            <w:r>
              <w:t>2025-11-01</w:t>
            </w:r>
          </w:p>
        </w:tc>
        <w:tc>
          <w:tcPr>
            <w:tcW w:type="dxa" w:w="2880"/>
          </w:tcPr>
          <w:p>
            <w:r>
              <w:t>rescue</w:t>
            </w:r>
          </w:p>
        </w:tc>
        <w:tc>
          <w:tcPr>
            <w:tcW w:type="dxa" w:w="2880"/>
          </w:tcPr>
          <w:p>
            <w:r>
              <w:t>11</w:t>
            </w:r>
          </w:p>
        </w:tc>
      </w:tr>
      <w:tr>
        <w:tc>
          <w:tcPr>
            <w:tcW w:type="dxa" w:w="2880"/>
          </w:tcPr>
          <w:p>
            <w:r>
              <w:t>2025-11-01</w:t>
            </w:r>
          </w:p>
        </w:tc>
        <w:tc>
          <w:tcPr>
            <w:tcW w:type="dxa" w:w="2880"/>
          </w:tcPr>
          <w:p>
            <w:r>
              <w:t>house flooded</w:t>
            </w:r>
          </w:p>
        </w:tc>
        <w:tc>
          <w:tcPr>
            <w:tcW w:type="dxa" w:w="2880"/>
          </w:tcPr>
          <w:p>
            <w:r>
              <w:t>7</w:t>
            </w:r>
          </w:p>
        </w:tc>
      </w:tr>
      <w:tr>
        <w:tc>
          <w:tcPr>
            <w:tcW w:type="dxa" w:w="2880"/>
          </w:tcPr>
          <w:p>
            <w:r>
              <w:t>2025-11-01</w:t>
            </w:r>
          </w:p>
        </w:tc>
        <w:tc>
          <w:tcPr>
            <w:tcW w:type="dxa" w:w="2880"/>
          </w:tcPr>
          <w:p>
            <w:r>
              <w:t>road closed</w:t>
            </w:r>
          </w:p>
        </w:tc>
        <w:tc>
          <w:tcPr>
            <w:tcW w:type="dxa" w:w="2880"/>
          </w:tcPr>
          <w:p>
            <w:r>
              <w:t>9</w:t>
            </w:r>
          </w:p>
        </w:tc>
      </w:tr>
    </w:tbl>
    <w:p/>
    <w:p>
      <w:pPr>
        <w:pStyle w:val="Heading2"/>
      </w:pPr>
      <w:r>
        <w:t>Figure 35. Repeat and near repeat classification: Citizen flood reports over time [81]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2024-06-01</w:t>
            </w:r>
          </w:p>
        </w:tc>
        <w:tc>
          <w:tcPr>
            <w:tcW w:type="dxa" w:w="2880"/>
          </w:tcPr>
          <w:p>
            <w:r>
              <w:t>street flooded</w:t>
            </w:r>
          </w:p>
        </w:tc>
        <w:tc>
          <w:tcPr>
            <w:tcW w:type="dxa" w:w="2880"/>
          </w:tcPr>
          <w:p>
            <w:r>
              <w:t>7</w:t>
            </w:r>
          </w:p>
        </w:tc>
      </w:tr>
      <w:tr>
        <w:tc>
          <w:tcPr>
            <w:tcW w:type="dxa" w:w="2880"/>
          </w:tcPr>
          <w:p>
            <w:r>
              <w:t>2024-06-01</w:t>
            </w:r>
          </w:p>
        </w:tc>
        <w:tc>
          <w:tcPr>
            <w:tcW w:type="dxa" w:w="2880"/>
          </w:tcPr>
          <w:p>
            <w:r>
              <w:t>rescue</w:t>
            </w:r>
          </w:p>
        </w:tc>
        <w:tc>
          <w:tcPr>
            <w:tcW w:type="dxa" w:w="2880"/>
          </w:tcPr>
          <w:p>
            <w:r>
              <w:t>10</w:t>
            </w:r>
          </w:p>
        </w:tc>
      </w:tr>
      <w:tr>
        <w:tc>
          <w:tcPr>
            <w:tcW w:type="dxa" w:w="2880"/>
          </w:tcPr>
          <w:p>
            <w:r>
              <w:t>2024-06-01</w:t>
            </w:r>
          </w:p>
        </w:tc>
        <w:tc>
          <w:tcPr>
            <w:tcW w:type="dxa" w:w="2880"/>
          </w:tcPr>
          <w:p>
            <w:r>
              <w:t>house flooded</w:t>
            </w:r>
          </w:p>
        </w:tc>
        <w:tc>
          <w:tcPr>
            <w:tcW w:type="dxa" w:w="2880"/>
          </w:tcPr>
          <w:p>
            <w:r>
              <w:t>7</w:t>
            </w:r>
          </w:p>
        </w:tc>
      </w:tr>
      <w:tr>
        <w:tc>
          <w:tcPr>
            <w:tcW w:type="dxa" w:w="2880"/>
          </w:tcPr>
          <w:p>
            <w:r>
              <w:t>2024-06-01</w:t>
            </w:r>
          </w:p>
        </w:tc>
        <w:tc>
          <w:tcPr>
            <w:tcW w:type="dxa" w:w="2880"/>
          </w:tcPr>
          <w:p>
            <w:r>
              <w:t>road closed</w:t>
            </w:r>
          </w:p>
        </w:tc>
        <w:tc>
          <w:tcPr>
            <w:tcW w:type="dxa" w:w="2880"/>
          </w:tcPr>
          <w:p>
            <w:r>
              <w:t>5</w:t>
            </w:r>
          </w:p>
        </w:tc>
      </w:tr>
      <w:tr>
        <w:tc>
          <w:tcPr>
            <w:tcW w:type="dxa" w:w="2880"/>
          </w:tcPr>
          <w:p>
            <w:r>
              <w:t>2024-07-01</w:t>
            </w:r>
          </w:p>
        </w:tc>
        <w:tc>
          <w:tcPr>
            <w:tcW w:type="dxa" w:w="2880"/>
          </w:tcPr>
          <w:p>
            <w:r>
              <w:t>street flooded</w:t>
            </w:r>
          </w:p>
        </w:tc>
        <w:tc>
          <w:tcPr>
            <w:tcW w:type="dxa" w:w="2880"/>
          </w:tcPr>
          <w:p>
            <w:r>
              <w:t>15</w:t>
            </w:r>
          </w:p>
        </w:tc>
      </w:tr>
      <w:tr>
        <w:tc>
          <w:tcPr>
            <w:tcW w:type="dxa" w:w="2880"/>
          </w:tcPr>
          <w:p>
            <w:r>
              <w:t>2024-07-01</w:t>
            </w:r>
          </w:p>
        </w:tc>
        <w:tc>
          <w:tcPr>
            <w:tcW w:type="dxa" w:w="2880"/>
          </w:tcPr>
          <w:p>
            <w:r>
              <w:t>rescue</w:t>
            </w:r>
          </w:p>
        </w:tc>
        <w:tc>
          <w:tcPr>
            <w:tcW w:type="dxa" w:w="2880"/>
          </w:tcPr>
          <w:p>
            <w:r>
              <w:t>11</w:t>
            </w:r>
          </w:p>
        </w:tc>
      </w:tr>
      <w:tr>
        <w:tc>
          <w:tcPr>
            <w:tcW w:type="dxa" w:w="2880"/>
          </w:tcPr>
          <w:p>
            <w:r>
              <w:t>2024-07-01</w:t>
            </w:r>
          </w:p>
        </w:tc>
        <w:tc>
          <w:tcPr>
            <w:tcW w:type="dxa" w:w="2880"/>
          </w:tcPr>
          <w:p>
            <w:r>
              <w:t>house flooded</w:t>
            </w:r>
          </w:p>
        </w:tc>
        <w:tc>
          <w:tcPr>
            <w:tcW w:type="dxa" w:w="2880"/>
          </w:tcPr>
          <w:p>
            <w:r>
              <w:t>8</w:t>
            </w:r>
          </w:p>
        </w:tc>
      </w:tr>
      <w:tr>
        <w:tc>
          <w:tcPr>
            <w:tcW w:type="dxa" w:w="2880"/>
          </w:tcPr>
          <w:p>
            <w:r>
              <w:t>2024-07-01</w:t>
            </w:r>
          </w:p>
        </w:tc>
        <w:tc>
          <w:tcPr>
            <w:tcW w:type="dxa" w:w="2880"/>
          </w:tcPr>
          <w:p>
            <w:r>
              <w:t>road closed</w:t>
            </w:r>
          </w:p>
        </w:tc>
        <w:tc>
          <w:tcPr>
            <w:tcW w:type="dxa" w:w="2880"/>
          </w:tcPr>
          <w:p>
            <w:r>
              <w:t>10</w:t>
            </w:r>
          </w:p>
        </w:tc>
      </w:tr>
      <w:tr>
        <w:tc>
          <w:tcPr>
            <w:tcW w:type="dxa" w:w="2880"/>
          </w:tcPr>
          <w:p>
            <w:r>
              <w:t>2024-08-01</w:t>
            </w:r>
          </w:p>
        </w:tc>
        <w:tc>
          <w:tcPr>
            <w:tcW w:type="dxa" w:w="2880"/>
          </w:tcPr>
          <w:p>
            <w:r>
              <w:t>street flooded</w:t>
            </w:r>
          </w:p>
        </w:tc>
        <w:tc>
          <w:tcPr>
            <w:tcW w:type="dxa" w:w="2880"/>
          </w:tcPr>
          <w:p>
            <w:r>
              <w:t>17</w:t>
            </w:r>
          </w:p>
        </w:tc>
      </w:tr>
      <w:tr>
        <w:tc>
          <w:tcPr>
            <w:tcW w:type="dxa" w:w="2880"/>
          </w:tcPr>
          <w:p>
            <w:r>
              <w:t>2024-08-01</w:t>
            </w:r>
          </w:p>
        </w:tc>
        <w:tc>
          <w:tcPr>
            <w:tcW w:type="dxa" w:w="2880"/>
          </w:tcPr>
          <w:p>
            <w:r>
              <w:t>rescue</w:t>
            </w:r>
          </w:p>
        </w:tc>
        <w:tc>
          <w:tcPr>
            <w:tcW w:type="dxa" w:w="2880"/>
          </w:tcPr>
          <w:p>
            <w:r>
              <w:t>11</w:t>
            </w:r>
          </w:p>
        </w:tc>
      </w:tr>
      <w:tr>
        <w:tc>
          <w:tcPr>
            <w:tcW w:type="dxa" w:w="2880"/>
          </w:tcPr>
          <w:p>
            <w:r>
              <w:t>2024-08-01</w:t>
            </w:r>
          </w:p>
        </w:tc>
        <w:tc>
          <w:tcPr>
            <w:tcW w:type="dxa" w:w="2880"/>
          </w:tcPr>
          <w:p>
            <w:r>
              <w:t>house flooded</w:t>
            </w:r>
          </w:p>
        </w:tc>
        <w:tc>
          <w:tcPr>
            <w:tcW w:type="dxa" w:w="2880"/>
          </w:tcPr>
          <w:p>
            <w:r>
              <w:t>14</w:t>
            </w:r>
          </w:p>
        </w:tc>
      </w:tr>
      <w:tr>
        <w:tc>
          <w:tcPr>
            <w:tcW w:type="dxa" w:w="2880"/>
          </w:tcPr>
          <w:p>
            <w:r>
              <w:t>2024-08-01</w:t>
            </w:r>
          </w:p>
        </w:tc>
        <w:tc>
          <w:tcPr>
            <w:tcW w:type="dxa" w:w="2880"/>
          </w:tcPr>
          <w:p>
            <w:r>
              <w:t>road closed</w:t>
            </w:r>
          </w:p>
        </w:tc>
        <w:tc>
          <w:tcPr>
            <w:tcW w:type="dxa" w:w="2880"/>
          </w:tcPr>
          <w:p>
            <w:r>
              <w:t>12</w:t>
            </w:r>
          </w:p>
        </w:tc>
      </w:tr>
      <w:tr>
        <w:tc>
          <w:tcPr>
            <w:tcW w:type="dxa" w:w="2880"/>
          </w:tcPr>
          <w:p>
            <w:r>
              <w:t>2024-09-01</w:t>
            </w:r>
          </w:p>
        </w:tc>
        <w:tc>
          <w:tcPr>
            <w:tcW w:type="dxa" w:w="2880"/>
          </w:tcPr>
          <w:p>
            <w:r>
              <w:t>street flooded</w:t>
            </w:r>
          </w:p>
        </w:tc>
        <w:tc>
          <w:tcPr>
            <w:tcW w:type="dxa" w:w="2880"/>
          </w:tcPr>
          <w:p>
            <w:r>
              <w:t>28</w:t>
            </w:r>
          </w:p>
        </w:tc>
      </w:tr>
      <w:tr>
        <w:tc>
          <w:tcPr>
            <w:tcW w:type="dxa" w:w="2880"/>
          </w:tcPr>
          <w:p>
            <w:r>
              <w:t>2024-09-01</w:t>
            </w:r>
          </w:p>
        </w:tc>
        <w:tc>
          <w:tcPr>
            <w:tcW w:type="dxa" w:w="2880"/>
          </w:tcPr>
          <w:p>
            <w:r>
              <w:t>rescue</w:t>
            </w:r>
          </w:p>
        </w:tc>
        <w:tc>
          <w:tcPr>
            <w:tcW w:type="dxa" w:w="2880"/>
          </w:tcPr>
          <w:p>
            <w:r>
              <w:t>23</w:t>
            </w:r>
          </w:p>
        </w:tc>
      </w:tr>
      <w:tr>
        <w:tc>
          <w:tcPr>
            <w:tcW w:type="dxa" w:w="2880"/>
          </w:tcPr>
          <w:p>
            <w:r>
              <w:t>2024-09-01</w:t>
            </w:r>
          </w:p>
        </w:tc>
        <w:tc>
          <w:tcPr>
            <w:tcW w:type="dxa" w:w="2880"/>
          </w:tcPr>
          <w:p>
            <w:r>
              <w:t>house flooded</w:t>
            </w:r>
          </w:p>
        </w:tc>
        <w:tc>
          <w:tcPr>
            <w:tcW w:type="dxa" w:w="2880"/>
          </w:tcPr>
          <w:p>
            <w:r>
              <w:t>18</w:t>
            </w:r>
          </w:p>
        </w:tc>
      </w:tr>
      <w:tr>
        <w:tc>
          <w:tcPr>
            <w:tcW w:type="dxa" w:w="2880"/>
          </w:tcPr>
          <w:p>
            <w:r>
              <w:t>2024-09-01</w:t>
            </w:r>
          </w:p>
        </w:tc>
        <w:tc>
          <w:tcPr>
            <w:tcW w:type="dxa" w:w="2880"/>
          </w:tcPr>
          <w:p>
            <w:r>
              <w:t>road closed</w:t>
            </w:r>
          </w:p>
        </w:tc>
        <w:tc>
          <w:tcPr>
            <w:tcW w:type="dxa" w:w="2880"/>
          </w:tcPr>
          <w:p>
            <w:r>
              <w:t>20</w:t>
            </w:r>
          </w:p>
        </w:tc>
      </w:tr>
      <w:tr>
        <w:tc>
          <w:tcPr>
            <w:tcW w:type="dxa" w:w="2880"/>
          </w:tcPr>
          <w:p>
            <w:r>
              <w:t>2024-10-01</w:t>
            </w:r>
          </w:p>
        </w:tc>
        <w:tc>
          <w:tcPr>
            <w:tcW w:type="dxa" w:w="2880"/>
          </w:tcPr>
          <w:p>
            <w:r>
              <w:t>street flooded</w:t>
            </w:r>
          </w:p>
        </w:tc>
        <w:tc>
          <w:tcPr>
            <w:tcW w:type="dxa" w:w="2880"/>
          </w:tcPr>
          <w:p>
            <w:r>
              <w:t>11</w:t>
            </w:r>
          </w:p>
        </w:tc>
      </w:tr>
      <w:tr>
        <w:tc>
          <w:tcPr>
            <w:tcW w:type="dxa" w:w="2880"/>
          </w:tcPr>
          <w:p>
            <w:r>
              <w:t>2024-10-01</w:t>
            </w:r>
          </w:p>
        </w:tc>
        <w:tc>
          <w:tcPr>
            <w:tcW w:type="dxa" w:w="2880"/>
          </w:tcPr>
          <w:p>
            <w:r>
              <w:t>rescue</w:t>
            </w:r>
          </w:p>
        </w:tc>
        <w:tc>
          <w:tcPr>
            <w:tcW w:type="dxa" w:w="2880"/>
          </w:tcPr>
          <w:p>
            <w:r>
              <w:t>18</w:t>
            </w:r>
          </w:p>
        </w:tc>
      </w:tr>
      <w:tr>
        <w:tc>
          <w:tcPr>
            <w:tcW w:type="dxa" w:w="2880"/>
          </w:tcPr>
          <w:p>
            <w:r>
              <w:t>2024-10-01</w:t>
            </w:r>
          </w:p>
        </w:tc>
        <w:tc>
          <w:tcPr>
            <w:tcW w:type="dxa" w:w="2880"/>
          </w:tcPr>
          <w:p>
            <w:r>
              <w:t>house flooded</w:t>
            </w:r>
          </w:p>
        </w:tc>
        <w:tc>
          <w:tcPr>
            <w:tcW w:type="dxa" w:w="2880"/>
          </w:tcPr>
          <w:p>
            <w:r>
              <w:t>12</w:t>
            </w:r>
          </w:p>
        </w:tc>
      </w:tr>
      <w:tr>
        <w:tc>
          <w:tcPr>
            <w:tcW w:type="dxa" w:w="2880"/>
          </w:tcPr>
          <w:p>
            <w:r>
              <w:t>2024-10-01</w:t>
            </w:r>
          </w:p>
        </w:tc>
        <w:tc>
          <w:tcPr>
            <w:tcW w:type="dxa" w:w="2880"/>
          </w:tcPr>
          <w:p>
            <w:r>
              <w:t>road closed</w:t>
            </w:r>
          </w:p>
        </w:tc>
        <w:tc>
          <w:tcPr>
            <w:tcW w:type="dxa" w:w="2880"/>
          </w:tcPr>
          <w:p>
            <w:r>
              <w:t>16</w:t>
            </w:r>
          </w:p>
        </w:tc>
      </w:tr>
      <w:tr>
        <w:tc>
          <w:tcPr>
            <w:tcW w:type="dxa" w:w="2880"/>
          </w:tcPr>
          <w:p>
            <w:r>
              <w:t>2024-11-01</w:t>
            </w:r>
          </w:p>
        </w:tc>
        <w:tc>
          <w:tcPr>
            <w:tcW w:type="dxa" w:w="2880"/>
          </w:tcPr>
          <w:p>
            <w:r>
              <w:t>street flooded</w:t>
            </w:r>
          </w:p>
        </w:tc>
        <w:tc>
          <w:tcPr>
            <w:tcW w:type="dxa" w:w="2880"/>
          </w:tcPr>
          <w:p>
            <w:r>
              <w:t>9</w:t>
            </w:r>
          </w:p>
        </w:tc>
      </w:tr>
      <w:tr>
        <w:tc>
          <w:tcPr>
            <w:tcW w:type="dxa" w:w="2880"/>
          </w:tcPr>
          <w:p>
            <w:r>
              <w:t>2024-11-01</w:t>
            </w:r>
          </w:p>
        </w:tc>
        <w:tc>
          <w:tcPr>
            <w:tcW w:type="dxa" w:w="2880"/>
          </w:tcPr>
          <w:p>
            <w:r>
              <w:t>rescue</w:t>
            </w:r>
          </w:p>
        </w:tc>
        <w:tc>
          <w:tcPr>
            <w:tcW w:type="dxa" w:w="2880"/>
          </w:tcPr>
          <w:p>
            <w:r>
              <w:t>10</w:t>
            </w:r>
          </w:p>
        </w:tc>
      </w:tr>
      <w:tr>
        <w:tc>
          <w:tcPr>
            <w:tcW w:type="dxa" w:w="2880"/>
          </w:tcPr>
          <w:p>
            <w:r>
              <w:t>2024-11-01</w:t>
            </w:r>
          </w:p>
        </w:tc>
        <w:tc>
          <w:tcPr>
            <w:tcW w:type="dxa" w:w="2880"/>
          </w:tcPr>
          <w:p>
            <w:r>
              <w:t>house flooded</w:t>
            </w:r>
          </w:p>
        </w:tc>
        <w:tc>
          <w:tcPr>
            <w:tcW w:type="dxa" w:w="2880"/>
          </w:tcPr>
          <w:p>
            <w:r>
              <w:t>6</w:t>
            </w:r>
          </w:p>
        </w:tc>
      </w:tr>
      <w:tr>
        <w:tc>
          <w:tcPr>
            <w:tcW w:type="dxa" w:w="2880"/>
          </w:tcPr>
          <w:p>
            <w:r>
              <w:t>2024-11-01</w:t>
            </w:r>
          </w:p>
        </w:tc>
        <w:tc>
          <w:tcPr>
            <w:tcW w:type="dxa" w:w="2880"/>
          </w:tcPr>
          <w:p>
            <w:r>
              <w:t>road closed</w:t>
            </w:r>
          </w:p>
        </w:tc>
        <w:tc>
          <w:tcPr>
            <w:tcW w:type="dxa" w:w="2880"/>
          </w:tcPr>
          <w:p>
            <w:r>
              <w:t>5</w:t>
            </w:r>
          </w:p>
        </w:tc>
      </w:tr>
      <w:tr>
        <w:tc>
          <w:tcPr>
            <w:tcW w:type="dxa" w:w="2880"/>
          </w:tcPr>
          <w:p>
            <w:r>
              <w:t>2024-12-01</w:t>
            </w:r>
          </w:p>
        </w:tc>
        <w:tc>
          <w:tcPr>
            <w:tcW w:type="dxa" w:w="2880"/>
          </w:tcPr>
          <w:p>
            <w:r>
              <w:t>street flooded</w:t>
            </w:r>
          </w:p>
        </w:tc>
        <w:tc>
          <w:tcPr>
            <w:tcW w:type="dxa" w:w="2880"/>
          </w:tcPr>
          <w:p>
            <w:r>
              <w:t>6</w:t>
            </w:r>
          </w:p>
        </w:tc>
      </w:tr>
      <w:tr>
        <w:tc>
          <w:tcPr>
            <w:tcW w:type="dxa" w:w="2880"/>
          </w:tcPr>
          <w:p>
            <w:r>
              <w:t>2024-12-01</w:t>
            </w:r>
          </w:p>
        </w:tc>
        <w:tc>
          <w:tcPr>
            <w:tcW w:type="dxa" w:w="2880"/>
          </w:tcPr>
          <w:p>
            <w:r>
              <w:t>rescue</w:t>
            </w:r>
          </w:p>
        </w:tc>
        <w:tc>
          <w:tcPr>
            <w:tcW w:type="dxa" w:w="2880"/>
          </w:tcPr>
          <w:p>
            <w:r>
              <w:t>1</w:t>
            </w:r>
          </w:p>
        </w:tc>
      </w:tr>
      <w:tr>
        <w:tc>
          <w:tcPr>
            <w:tcW w:type="dxa" w:w="2880"/>
          </w:tcPr>
          <w:p>
            <w:r>
              <w:t>2024-12-01</w:t>
            </w:r>
          </w:p>
        </w:tc>
        <w:tc>
          <w:tcPr>
            <w:tcW w:type="dxa" w:w="2880"/>
          </w:tcPr>
          <w:p>
            <w:r>
              <w:t>house flooded</w:t>
            </w:r>
          </w:p>
        </w:tc>
        <w:tc>
          <w:tcPr>
            <w:tcW w:type="dxa" w:w="2880"/>
          </w:tcPr>
          <w:p>
            <w:r>
              <w:t>10</w:t>
            </w:r>
          </w:p>
        </w:tc>
      </w:tr>
      <w:tr>
        <w:tc>
          <w:tcPr>
            <w:tcW w:type="dxa" w:w="2880"/>
          </w:tcPr>
          <w:p>
            <w:r>
              <w:t>2024-12-01</w:t>
            </w:r>
          </w:p>
        </w:tc>
        <w:tc>
          <w:tcPr>
            <w:tcW w:type="dxa" w:w="2880"/>
          </w:tcPr>
          <w:p>
            <w:r>
              <w:t>road closed</w:t>
            </w:r>
          </w:p>
        </w:tc>
        <w:tc>
          <w:tcPr>
            <w:tcW w:type="dxa" w:w="2880"/>
          </w:tcPr>
          <w:p>
            <w:r>
              <w:t>6</w:t>
            </w:r>
          </w:p>
        </w:tc>
      </w:tr>
      <w:tr>
        <w:tc>
          <w:tcPr>
            <w:tcW w:type="dxa" w:w="2880"/>
          </w:tcPr>
          <w:p>
            <w:r>
              <w:t>2025-01-01</w:t>
            </w:r>
          </w:p>
        </w:tc>
        <w:tc>
          <w:tcPr>
            <w:tcW w:type="dxa" w:w="2880"/>
          </w:tcPr>
          <w:p>
            <w:r>
              <w:t>street flooded</w:t>
            </w:r>
          </w:p>
        </w:tc>
        <w:tc>
          <w:tcPr>
            <w:tcW w:type="dxa" w:w="2880"/>
          </w:tcPr>
          <w:p>
            <w:r>
              <w:t>2</w:t>
            </w:r>
          </w:p>
        </w:tc>
      </w:tr>
      <w:tr>
        <w:tc>
          <w:tcPr>
            <w:tcW w:type="dxa" w:w="2880"/>
          </w:tcPr>
          <w:p>
            <w:r>
              <w:t>2025-01-01</w:t>
            </w:r>
          </w:p>
        </w:tc>
        <w:tc>
          <w:tcPr>
            <w:tcW w:type="dxa" w:w="2880"/>
          </w:tcPr>
          <w:p>
            <w:r>
              <w:t>rescue</w:t>
            </w:r>
          </w:p>
        </w:tc>
        <w:tc>
          <w:tcPr>
            <w:tcW w:type="dxa" w:w="2880"/>
          </w:tcPr>
          <w:p>
            <w:r>
              <w:t>4</w:t>
            </w:r>
          </w:p>
        </w:tc>
      </w:tr>
      <w:tr>
        <w:tc>
          <w:tcPr>
            <w:tcW w:type="dxa" w:w="2880"/>
          </w:tcPr>
          <w:p>
            <w:r>
              <w:t>2025-01-01</w:t>
            </w:r>
          </w:p>
        </w:tc>
        <w:tc>
          <w:tcPr>
            <w:tcW w:type="dxa" w:w="2880"/>
          </w:tcPr>
          <w:p>
            <w:r>
              <w:t>house flooded</w:t>
            </w:r>
          </w:p>
        </w:tc>
        <w:tc>
          <w:tcPr>
            <w:tcW w:type="dxa" w:w="2880"/>
          </w:tcPr>
          <w:p>
            <w:r>
              <w:t>2</w:t>
            </w:r>
          </w:p>
        </w:tc>
      </w:tr>
      <w:tr>
        <w:tc>
          <w:tcPr>
            <w:tcW w:type="dxa" w:w="2880"/>
          </w:tcPr>
          <w:p>
            <w:r>
              <w:t>2025-01-01</w:t>
            </w:r>
          </w:p>
        </w:tc>
        <w:tc>
          <w:tcPr>
            <w:tcW w:type="dxa" w:w="2880"/>
          </w:tcPr>
          <w:p>
            <w:r>
              <w:t>road closed</w:t>
            </w:r>
          </w:p>
        </w:tc>
        <w:tc>
          <w:tcPr>
            <w:tcW w:type="dxa" w:w="2880"/>
          </w:tcPr>
          <w:p>
            <w:r>
              <w:t>5</w:t>
            </w:r>
          </w:p>
        </w:tc>
      </w:tr>
      <w:tr>
        <w:tc>
          <w:tcPr>
            <w:tcW w:type="dxa" w:w="2880"/>
          </w:tcPr>
          <w:p>
            <w:r>
              <w:t>2025-02-01</w:t>
            </w:r>
          </w:p>
        </w:tc>
        <w:tc>
          <w:tcPr>
            <w:tcW w:type="dxa" w:w="2880"/>
          </w:tcPr>
          <w:p>
            <w:r>
              <w:t>street flooded</w:t>
            </w:r>
          </w:p>
        </w:tc>
        <w:tc>
          <w:tcPr>
            <w:tcW w:type="dxa" w:w="2880"/>
          </w:tcPr>
          <w:p>
            <w:r>
              <w:t>2</w:t>
            </w:r>
          </w:p>
        </w:tc>
      </w:tr>
      <w:tr>
        <w:tc>
          <w:tcPr>
            <w:tcW w:type="dxa" w:w="2880"/>
          </w:tcPr>
          <w:p>
            <w:r>
              <w:t>2025-02-01</w:t>
            </w:r>
          </w:p>
        </w:tc>
        <w:tc>
          <w:tcPr>
            <w:tcW w:type="dxa" w:w="2880"/>
          </w:tcPr>
          <w:p>
            <w:r>
              <w:t>rescue</w:t>
            </w:r>
          </w:p>
        </w:tc>
        <w:tc>
          <w:tcPr>
            <w:tcW w:type="dxa" w:w="2880"/>
          </w:tcPr>
          <w:p>
            <w:r>
              <w:t>2</w:t>
            </w:r>
          </w:p>
        </w:tc>
      </w:tr>
      <w:tr>
        <w:tc>
          <w:tcPr>
            <w:tcW w:type="dxa" w:w="2880"/>
          </w:tcPr>
          <w:p>
            <w:r>
              <w:t>2025-02-01</w:t>
            </w:r>
          </w:p>
        </w:tc>
        <w:tc>
          <w:tcPr>
            <w:tcW w:type="dxa" w:w="2880"/>
          </w:tcPr>
          <w:p>
            <w:r>
              <w:t>house flooded</w:t>
            </w:r>
          </w:p>
        </w:tc>
        <w:tc>
          <w:tcPr>
            <w:tcW w:type="dxa" w:w="2880"/>
          </w:tcPr>
          <w:p>
            <w:r>
              <w:t>3</w:t>
            </w:r>
          </w:p>
        </w:tc>
      </w:tr>
      <w:tr>
        <w:tc>
          <w:tcPr>
            <w:tcW w:type="dxa" w:w="2880"/>
          </w:tcPr>
          <w:p>
            <w:r>
              <w:t>2025-02-01</w:t>
            </w:r>
          </w:p>
        </w:tc>
        <w:tc>
          <w:tcPr>
            <w:tcW w:type="dxa" w:w="2880"/>
          </w:tcPr>
          <w:p>
            <w:r>
              <w:t>road closed</w:t>
            </w:r>
          </w:p>
        </w:tc>
        <w:tc>
          <w:tcPr>
            <w:tcW w:type="dxa" w:w="2880"/>
          </w:tcPr>
          <w:p>
            <w:r>
              <w:t>1</w:t>
            </w:r>
          </w:p>
        </w:tc>
      </w:tr>
      <w:tr>
        <w:tc>
          <w:tcPr>
            <w:tcW w:type="dxa" w:w="2880"/>
          </w:tcPr>
          <w:p>
            <w:r>
              <w:t>2025-03-01</w:t>
            </w:r>
          </w:p>
        </w:tc>
        <w:tc>
          <w:tcPr>
            <w:tcW w:type="dxa" w:w="2880"/>
          </w:tcPr>
          <w:p>
            <w:r>
              <w:t>street flooded</w:t>
            </w:r>
          </w:p>
        </w:tc>
        <w:tc>
          <w:tcPr>
            <w:tcW w:type="dxa" w:w="2880"/>
          </w:tcPr>
          <w:p>
            <w:r>
              <w:t>0</w:t>
            </w:r>
          </w:p>
        </w:tc>
      </w:tr>
      <w:tr>
        <w:tc>
          <w:tcPr>
            <w:tcW w:type="dxa" w:w="2880"/>
          </w:tcPr>
          <w:p>
            <w:r>
              <w:t>2025-03-01</w:t>
            </w:r>
          </w:p>
        </w:tc>
        <w:tc>
          <w:tcPr>
            <w:tcW w:type="dxa" w:w="2880"/>
          </w:tcPr>
          <w:p>
            <w:r>
              <w:t>rescue</w:t>
            </w:r>
          </w:p>
        </w:tc>
        <w:tc>
          <w:tcPr>
            <w:tcW w:type="dxa" w:w="2880"/>
          </w:tcPr>
          <w:p>
            <w:r>
              <w:t>1</w:t>
            </w:r>
          </w:p>
        </w:tc>
      </w:tr>
      <w:tr>
        <w:tc>
          <w:tcPr>
            <w:tcW w:type="dxa" w:w="2880"/>
          </w:tcPr>
          <w:p>
            <w:r>
              <w:t>2025-03-01</w:t>
            </w:r>
          </w:p>
        </w:tc>
        <w:tc>
          <w:tcPr>
            <w:tcW w:type="dxa" w:w="2880"/>
          </w:tcPr>
          <w:p>
            <w:r>
              <w:t>house flooded</w:t>
            </w:r>
          </w:p>
        </w:tc>
        <w:tc>
          <w:tcPr>
            <w:tcW w:type="dxa" w:w="2880"/>
          </w:tcPr>
          <w:p>
            <w:r>
              <w:t>1</w:t>
            </w:r>
          </w:p>
        </w:tc>
      </w:tr>
      <w:tr>
        <w:tc>
          <w:tcPr>
            <w:tcW w:type="dxa" w:w="2880"/>
          </w:tcPr>
          <w:p>
            <w:r>
              <w:t>2025-03-01</w:t>
            </w:r>
          </w:p>
        </w:tc>
        <w:tc>
          <w:tcPr>
            <w:tcW w:type="dxa" w:w="2880"/>
          </w:tcPr>
          <w:p>
            <w:r>
              <w:t>road closed</w:t>
            </w:r>
          </w:p>
        </w:tc>
        <w:tc>
          <w:tcPr>
            <w:tcW w:type="dxa" w:w="2880"/>
          </w:tcPr>
          <w:p>
            <w:r>
              <w:t>2</w:t>
            </w:r>
          </w:p>
        </w:tc>
      </w:tr>
      <w:tr>
        <w:tc>
          <w:tcPr>
            <w:tcW w:type="dxa" w:w="2880"/>
          </w:tcPr>
          <w:p>
            <w:r>
              <w:t>2025-04-01</w:t>
            </w:r>
          </w:p>
        </w:tc>
        <w:tc>
          <w:tcPr>
            <w:tcW w:type="dxa" w:w="2880"/>
          </w:tcPr>
          <w:p>
            <w:r>
              <w:t>street flooded</w:t>
            </w:r>
          </w:p>
        </w:tc>
        <w:tc>
          <w:tcPr>
            <w:tcW w:type="dxa" w:w="2880"/>
          </w:tcPr>
          <w:p>
            <w:r>
              <w:t>0</w:t>
            </w:r>
          </w:p>
        </w:tc>
      </w:tr>
      <w:tr>
        <w:tc>
          <w:tcPr>
            <w:tcW w:type="dxa" w:w="2880"/>
          </w:tcPr>
          <w:p>
            <w:r>
              <w:t>2025-04-01</w:t>
            </w:r>
          </w:p>
        </w:tc>
        <w:tc>
          <w:tcPr>
            <w:tcW w:type="dxa" w:w="2880"/>
          </w:tcPr>
          <w:p>
            <w:r>
              <w:t>rescue</w:t>
            </w:r>
          </w:p>
        </w:tc>
        <w:tc>
          <w:tcPr>
            <w:tcW w:type="dxa" w:w="2880"/>
          </w:tcPr>
          <w:p>
            <w:r>
              <w:t>3</w:t>
            </w:r>
          </w:p>
        </w:tc>
      </w:tr>
      <w:tr>
        <w:tc>
          <w:tcPr>
            <w:tcW w:type="dxa" w:w="2880"/>
          </w:tcPr>
          <w:p>
            <w:r>
              <w:t>2025-04-01</w:t>
            </w:r>
          </w:p>
        </w:tc>
        <w:tc>
          <w:tcPr>
            <w:tcW w:type="dxa" w:w="2880"/>
          </w:tcPr>
          <w:p>
            <w:r>
              <w:t>house flooded</w:t>
            </w:r>
          </w:p>
        </w:tc>
        <w:tc>
          <w:tcPr>
            <w:tcW w:type="dxa" w:w="2880"/>
          </w:tcPr>
          <w:p>
            <w:r>
              <w:t>2</w:t>
            </w:r>
          </w:p>
        </w:tc>
      </w:tr>
      <w:tr>
        <w:tc>
          <w:tcPr>
            <w:tcW w:type="dxa" w:w="2880"/>
          </w:tcPr>
          <w:p>
            <w:r>
              <w:t>2025-04-01</w:t>
            </w:r>
          </w:p>
        </w:tc>
        <w:tc>
          <w:tcPr>
            <w:tcW w:type="dxa" w:w="2880"/>
          </w:tcPr>
          <w:p>
            <w:r>
              <w:t>road closed</w:t>
            </w:r>
          </w:p>
        </w:tc>
        <w:tc>
          <w:tcPr>
            <w:tcW w:type="dxa" w:w="2880"/>
          </w:tcPr>
          <w:p>
            <w:r>
              <w:t>4</w:t>
            </w:r>
          </w:p>
        </w:tc>
      </w:tr>
      <w:tr>
        <w:tc>
          <w:tcPr>
            <w:tcW w:type="dxa" w:w="2880"/>
          </w:tcPr>
          <w:p>
            <w:r>
              <w:t>2025-05-01</w:t>
            </w:r>
          </w:p>
        </w:tc>
        <w:tc>
          <w:tcPr>
            <w:tcW w:type="dxa" w:w="2880"/>
          </w:tcPr>
          <w:p>
            <w:r>
              <w:t>street flooded</w:t>
            </w:r>
          </w:p>
        </w:tc>
        <w:tc>
          <w:tcPr>
            <w:tcW w:type="dxa" w:w="2880"/>
          </w:tcPr>
          <w:p>
            <w:r>
              <w:t>3</w:t>
            </w:r>
          </w:p>
        </w:tc>
      </w:tr>
      <w:tr>
        <w:tc>
          <w:tcPr>
            <w:tcW w:type="dxa" w:w="2880"/>
          </w:tcPr>
          <w:p>
            <w:r>
              <w:t>2025-05-01</w:t>
            </w:r>
          </w:p>
        </w:tc>
        <w:tc>
          <w:tcPr>
            <w:tcW w:type="dxa" w:w="2880"/>
          </w:tcPr>
          <w:p>
            <w:r>
              <w:t>rescue</w:t>
            </w:r>
          </w:p>
        </w:tc>
        <w:tc>
          <w:tcPr>
            <w:tcW w:type="dxa" w:w="2880"/>
          </w:tcPr>
          <w:p>
            <w:r>
              <w:t>6</w:t>
            </w:r>
          </w:p>
        </w:tc>
      </w:tr>
      <w:tr>
        <w:tc>
          <w:tcPr>
            <w:tcW w:type="dxa" w:w="2880"/>
          </w:tcPr>
          <w:p>
            <w:r>
              <w:t>2025-05-01</w:t>
            </w:r>
          </w:p>
        </w:tc>
        <w:tc>
          <w:tcPr>
            <w:tcW w:type="dxa" w:w="2880"/>
          </w:tcPr>
          <w:p>
            <w:r>
              <w:t>house flooded</w:t>
            </w:r>
          </w:p>
        </w:tc>
        <w:tc>
          <w:tcPr>
            <w:tcW w:type="dxa" w:w="2880"/>
          </w:tcPr>
          <w:p>
            <w:r>
              <w:t>6</w:t>
            </w:r>
          </w:p>
        </w:tc>
      </w:tr>
      <w:tr>
        <w:tc>
          <w:tcPr>
            <w:tcW w:type="dxa" w:w="2880"/>
          </w:tcPr>
          <w:p>
            <w:r>
              <w:t>2025-05-01</w:t>
            </w:r>
          </w:p>
        </w:tc>
        <w:tc>
          <w:tcPr>
            <w:tcW w:type="dxa" w:w="2880"/>
          </w:tcPr>
          <w:p>
            <w:r>
              <w:t>road closed</w:t>
            </w:r>
          </w:p>
        </w:tc>
        <w:tc>
          <w:tcPr>
            <w:tcW w:type="dxa" w:w="2880"/>
          </w:tcPr>
          <w:p>
            <w:r>
              <w:t>5</w:t>
            </w:r>
          </w:p>
        </w:tc>
      </w:tr>
      <w:tr>
        <w:tc>
          <w:tcPr>
            <w:tcW w:type="dxa" w:w="2880"/>
          </w:tcPr>
          <w:p>
            <w:r>
              <w:t>2025-06-01</w:t>
            </w:r>
          </w:p>
        </w:tc>
        <w:tc>
          <w:tcPr>
            <w:tcW w:type="dxa" w:w="2880"/>
          </w:tcPr>
          <w:p>
            <w:r>
              <w:t>street flooded</w:t>
            </w:r>
          </w:p>
        </w:tc>
        <w:tc>
          <w:tcPr>
            <w:tcW w:type="dxa" w:w="2880"/>
          </w:tcPr>
          <w:p>
            <w:r>
              <w:t>9</w:t>
            </w:r>
          </w:p>
        </w:tc>
      </w:tr>
      <w:tr>
        <w:tc>
          <w:tcPr>
            <w:tcW w:type="dxa" w:w="2880"/>
          </w:tcPr>
          <w:p>
            <w:r>
              <w:t>2025-06-01</w:t>
            </w:r>
          </w:p>
        </w:tc>
        <w:tc>
          <w:tcPr>
            <w:tcW w:type="dxa" w:w="2880"/>
          </w:tcPr>
          <w:p>
            <w:r>
              <w:t>rescue</w:t>
            </w:r>
          </w:p>
        </w:tc>
        <w:tc>
          <w:tcPr>
            <w:tcW w:type="dxa" w:w="2880"/>
          </w:tcPr>
          <w:p>
            <w:r>
              <w:t>5</w:t>
            </w:r>
          </w:p>
        </w:tc>
      </w:tr>
      <w:tr>
        <w:tc>
          <w:tcPr>
            <w:tcW w:type="dxa" w:w="2880"/>
          </w:tcPr>
          <w:p>
            <w:r>
              <w:t>2025-06-01</w:t>
            </w:r>
          </w:p>
        </w:tc>
        <w:tc>
          <w:tcPr>
            <w:tcW w:type="dxa" w:w="2880"/>
          </w:tcPr>
          <w:p>
            <w:r>
              <w:t>house flooded</w:t>
            </w:r>
          </w:p>
        </w:tc>
        <w:tc>
          <w:tcPr>
            <w:tcW w:type="dxa" w:w="2880"/>
          </w:tcPr>
          <w:p>
            <w:r>
              <w:t>9</w:t>
            </w:r>
          </w:p>
        </w:tc>
      </w:tr>
      <w:tr>
        <w:tc>
          <w:tcPr>
            <w:tcW w:type="dxa" w:w="2880"/>
          </w:tcPr>
          <w:p>
            <w:r>
              <w:t>2025-06-01</w:t>
            </w:r>
          </w:p>
        </w:tc>
        <w:tc>
          <w:tcPr>
            <w:tcW w:type="dxa" w:w="2880"/>
          </w:tcPr>
          <w:p>
            <w:r>
              <w:t>road closed</w:t>
            </w:r>
          </w:p>
        </w:tc>
        <w:tc>
          <w:tcPr>
            <w:tcW w:type="dxa" w:w="2880"/>
          </w:tcPr>
          <w:p>
            <w:r>
              <w:t>6</w:t>
            </w:r>
          </w:p>
        </w:tc>
      </w:tr>
      <w:tr>
        <w:tc>
          <w:tcPr>
            <w:tcW w:type="dxa" w:w="2880"/>
          </w:tcPr>
          <w:p>
            <w:r>
              <w:t>2025-07-01</w:t>
            </w:r>
          </w:p>
        </w:tc>
        <w:tc>
          <w:tcPr>
            <w:tcW w:type="dxa" w:w="2880"/>
          </w:tcPr>
          <w:p>
            <w:r>
              <w:t>street flooded</w:t>
            </w:r>
          </w:p>
        </w:tc>
        <w:tc>
          <w:tcPr>
            <w:tcW w:type="dxa" w:w="2880"/>
          </w:tcPr>
          <w:p>
            <w:r>
              <w:t>11</w:t>
            </w:r>
          </w:p>
        </w:tc>
      </w:tr>
      <w:tr>
        <w:tc>
          <w:tcPr>
            <w:tcW w:type="dxa" w:w="2880"/>
          </w:tcPr>
          <w:p>
            <w:r>
              <w:t>2025-07-01</w:t>
            </w:r>
          </w:p>
        </w:tc>
        <w:tc>
          <w:tcPr>
            <w:tcW w:type="dxa" w:w="2880"/>
          </w:tcPr>
          <w:p>
            <w:r>
              <w:t>rescue</w:t>
            </w:r>
          </w:p>
        </w:tc>
        <w:tc>
          <w:tcPr>
            <w:tcW w:type="dxa" w:w="2880"/>
          </w:tcPr>
          <w:p>
            <w:r>
              <w:t>8</w:t>
            </w:r>
          </w:p>
        </w:tc>
      </w:tr>
      <w:tr>
        <w:tc>
          <w:tcPr>
            <w:tcW w:type="dxa" w:w="2880"/>
          </w:tcPr>
          <w:p>
            <w:r>
              <w:t>2025-07-01</w:t>
            </w:r>
          </w:p>
        </w:tc>
        <w:tc>
          <w:tcPr>
            <w:tcW w:type="dxa" w:w="2880"/>
          </w:tcPr>
          <w:p>
            <w:r>
              <w:t>house flooded</w:t>
            </w:r>
          </w:p>
        </w:tc>
        <w:tc>
          <w:tcPr>
            <w:tcW w:type="dxa" w:w="2880"/>
          </w:tcPr>
          <w:p>
            <w:r>
              <w:t>8</w:t>
            </w:r>
          </w:p>
        </w:tc>
      </w:tr>
      <w:tr>
        <w:tc>
          <w:tcPr>
            <w:tcW w:type="dxa" w:w="2880"/>
          </w:tcPr>
          <w:p>
            <w:r>
              <w:t>2025-07-01</w:t>
            </w:r>
          </w:p>
        </w:tc>
        <w:tc>
          <w:tcPr>
            <w:tcW w:type="dxa" w:w="2880"/>
          </w:tcPr>
          <w:p>
            <w:r>
              <w:t>road closed</w:t>
            </w:r>
          </w:p>
        </w:tc>
        <w:tc>
          <w:tcPr>
            <w:tcW w:type="dxa" w:w="2880"/>
          </w:tcPr>
          <w:p>
            <w:r>
              <w:t>7</w:t>
            </w:r>
          </w:p>
        </w:tc>
      </w:tr>
      <w:tr>
        <w:tc>
          <w:tcPr>
            <w:tcW w:type="dxa" w:w="2880"/>
          </w:tcPr>
          <w:p>
            <w:r>
              <w:t>2025-08-01</w:t>
            </w:r>
          </w:p>
        </w:tc>
        <w:tc>
          <w:tcPr>
            <w:tcW w:type="dxa" w:w="2880"/>
          </w:tcPr>
          <w:p>
            <w:r>
              <w:t>street flooded</w:t>
            </w:r>
          </w:p>
        </w:tc>
        <w:tc>
          <w:tcPr>
            <w:tcW w:type="dxa" w:w="2880"/>
          </w:tcPr>
          <w:p>
            <w:r>
              <w:t>25</w:t>
            </w:r>
          </w:p>
        </w:tc>
      </w:tr>
      <w:tr>
        <w:tc>
          <w:tcPr>
            <w:tcW w:type="dxa" w:w="2880"/>
          </w:tcPr>
          <w:p>
            <w:r>
              <w:t>2025-08-01</w:t>
            </w:r>
          </w:p>
        </w:tc>
        <w:tc>
          <w:tcPr>
            <w:tcW w:type="dxa" w:w="2880"/>
          </w:tcPr>
          <w:p>
            <w:r>
              <w:t>rescue</w:t>
            </w:r>
          </w:p>
        </w:tc>
        <w:tc>
          <w:tcPr>
            <w:tcW w:type="dxa" w:w="2880"/>
          </w:tcPr>
          <w:p>
            <w:r>
              <w:t>28</w:t>
            </w:r>
          </w:p>
        </w:tc>
      </w:tr>
      <w:tr>
        <w:tc>
          <w:tcPr>
            <w:tcW w:type="dxa" w:w="2880"/>
          </w:tcPr>
          <w:p>
            <w:r>
              <w:t>2025-08-01</w:t>
            </w:r>
          </w:p>
        </w:tc>
        <w:tc>
          <w:tcPr>
            <w:tcW w:type="dxa" w:w="2880"/>
          </w:tcPr>
          <w:p>
            <w:r>
              <w:t>house flooded</w:t>
            </w:r>
          </w:p>
        </w:tc>
        <w:tc>
          <w:tcPr>
            <w:tcW w:type="dxa" w:w="2880"/>
          </w:tcPr>
          <w:p>
            <w:r>
              <w:t>33</w:t>
            </w:r>
          </w:p>
        </w:tc>
      </w:tr>
      <w:tr>
        <w:tc>
          <w:tcPr>
            <w:tcW w:type="dxa" w:w="2880"/>
          </w:tcPr>
          <w:p>
            <w:r>
              <w:t>2025-08-01</w:t>
            </w:r>
          </w:p>
        </w:tc>
        <w:tc>
          <w:tcPr>
            <w:tcW w:type="dxa" w:w="2880"/>
          </w:tcPr>
          <w:p>
            <w:r>
              <w:t>road closed</w:t>
            </w:r>
          </w:p>
        </w:tc>
        <w:tc>
          <w:tcPr>
            <w:tcW w:type="dxa" w:w="2880"/>
          </w:tcPr>
          <w:p>
            <w:r>
              <w:t>25</w:t>
            </w:r>
          </w:p>
        </w:tc>
      </w:tr>
      <w:tr>
        <w:tc>
          <w:tcPr>
            <w:tcW w:type="dxa" w:w="2880"/>
          </w:tcPr>
          <w:p>
            <w:r>
              <w:t>2025-09-01</w:t>
            </w:r>
          </w:p>
        </w:tc>
        <w:tc>
          <w:tcPr>
            <w:tcW w:type="dxa" w:w="2880"/>
          </w:tcPr>
          <w:p>
            <w:r>
              <w:t>street flooded</w:t>
            </w:r>
          </w:p>
        </w:tc>
        <w:tc>
          <w:tcPr>
            <w:tcW w:type="dxa" w:w="2880"/>
          </w:tcPr>
          <w:p>
            <w:r>
              <w:t>14</w:t>
            </w:r>
          </w:p>
        </w:tc>
      </w:tr>
      <w:tr>
        <w:tc>
          <w:tcPr>
            <w:tcW w:type="dxa" w:w="2880"/>
          </w:tcPr>
          <w:p>
            <w:r>
              <w:t>2025-09-01</w:t>
            </w:r>
          </w:p>
        </w:tc>
        <w:tc>
          <w:tcPr>
            <w:tcW w:type="dxa" w:w="2880"/>
          </w:tcPr>
          <w:p>
            <w:r>
              <w:t>rescue</w:t>
            </w:r>
          </w:p>
        </w:tc>
        <w:tc>
          <w:tcPr>
            <w:tcW w:type="dxa" w:w="2880"/>
          </w:tcPr>
          <w:p>
            <w:r>
              <w:t>12</w:t>
            </w:r>
          </w:p>
        </w:tc>
      </w:tr>
      <w:tr>
        <w:tc>
          <w:tcPr>
            <w:tcW w:type="dxa" w:w="2880"/>
          </w:tcPr>
          <w:p>
            <w:r>
              <w:t>2025-09-01</w:t>
            </w:r>
          </w:p>
        </w:tc>
        <w:tc>
          <w:tcPr>
            <w:tcW w:type="dxa" w:w="2880"/>
          </w:tcPr>
          <w:p>
            <w:r>
              <w:t>house flooded</w:t>
            </w:r>
          </w:p>
        </w:tc>
        <w:tc>
          <w:tcPr>
            <w:tcW w:type="dxa" w:w="2880"/>
          </w:tcPr>
          <w:p>
            <w:r>
              <w:t>8</w:t>
            </w:r>
          </w:p>
        </w:tc>
      </w:tr>
      <w:tr>
        <w:tc>
          <w:tcPr>
            <w:tcW w:type="dxa" w:w="2880"/>
          </w:tcPr>
          <w:p>
            <w:r>
              <w:t>2025-09-01</w:t>
            </w:r>
          </w:p>
        </w:tc>
        <w:tc>
          <w:tcPr>
            <w:tcW w:type="dxa" w:w="2880"/>
          </w:tcPr>
          <w:p>
            <w:r>
              <w:t>road closed</w:t>
            </w:r>
          </w:p>
        </w:tc>
        <w:tc>
          <w:tcPr>
            <w:tcW w:type="dxa" w:w="2880"/>
          </w:tcPr>
          <w:p>
            <w:r>
              <w:t>4</w:t>
            </w:r>
          </w:p>
        </w:tc>
      </w:tr>
      <w:tr>
        <w:tc>
          <w:tcPr>
            <w:tcW w:type="dxa" w:w="2880"/>
          </w:tcPr>
          <w:p>
            <w:r>
              <w:t>2025-10-01</w:t>
            </w:r>
          </w:p>
        </w:tc>
        <w:tc>
          <w:tcPr>
            <w:tcW w:type="dxa" w:w="2880"/>
          </w:tcPr>
          <w:p>
            <w:r>
              <w:t>street flooded</w:t>
            </w:r>
          </w:p>
        </w:tc>
        <w:tc>
          <w:tcPr>
            <w:tcW w:type="dxa" w:w="2880"/>
          </w:tcPr>
          <w:p>
            <w:r>
              <w:t>73</w:t>
            </w:r>
          </w:p>
        </w:tc>
      </w:tr>
      <w:tr>
        <w:tc>
          <w:tcPr>
            <w:tcW w:type="dxa" w:w="2880"/>
          </w:tcPr>
          <w:p>
            <w:r>
              <w:t>2025-10-01</w:t>
            </w:r>
          </w:p>
        </w:tc>
        <w:tc>
          <w:tcPr>
            <w:tcW w:type="dxa" w:w="2880"/>
          </w:tcPr>
          <w:p>
            <w:r>
              <w:t>rescue</w:t>
            </w:r>
          </w:p>
        </w:tc>
        <w:tc>
          <w:tcPr>
            <w:tcW w:type="dxa" w:w="2880"/>
          </w:tcPr>
          <w:p>
            <w:r>
              <w:t>70</w:t>
            </w:r>
          </w:p>
        </w:tc>
      </w:tr>
      <w:tr>
        <w:tc>
          <w:tcPr>
            <w:tcW w:type="dxa" w:w="2880"/>
          </w:tcPr>
          <w:p>
            <w:r>
              <w:t>2025-10-01</w:t>
            </w:r>
          </w:p>
        </w:tc>
        <w:tc>
          <w:tcPr>
            <w:tcW w:type="dxa" w:w="2880"/>
          </w:tcPr>
          <w:p>
            <w:r>
              <w:t>house flooded</w:t>
            </w:r>
          </w:p>
        </w:tc>
        <w:tc>
          <w:tcPr>
            <w:tcW w:type="dxa" w:w="2880"/>
          </w:tcPr>
          <w:p>
            <w:r>
              <w:t>65</w:t>
            </w:r>
          </w:p>
        </w:tc>
      </w:tr>
      <w:tr>
        <w:tc>
          <w:tcPr>
            <w:tcW w:type="dxa" w:w="2880"/>
          </w:tcPr>
          <w:p>
            <w:r>
              <w:t>2025-10-01</w:t>
            </w:r>
          </w:p>
        </w:tc>
        <w:tc>
          <w:tcPr>
            <w:tcW w:type="dxa" w:w="2880"/>
          </w:tcPr>
          <w:p>
            <w:r>
              <w:t>road closed</w:t>
            </w:r>
          </w:p>
        </w:tc>
        <w:tc>
          <w:tcPr>
            <w:tcW w:type="dxa" w:w="2880"/>
          </w:tcPr>
          <w:p>
            <w:r>
              <w:t>64</w:t>
            </w:r>
          </w:p>
        </w:tc>
      </w:tr>
      <w:tr>
        <w:tc>
          <w:tcPr>
            <w:tcW w:type="dxa" w:w="2880"/>
          </w:tcPr>
          <w:p>
            <w:r>
              <w:t>2025-11-01</w:t>
            </w:r>
          </w:p>
        </w:tc>
        <w:tc>
          <w:tcPr>
            <w:tcW w:type="dxa" w:w="2880"/>
          </w:tcPr>
          <w:p>
            <w:r>
              <w:t>street flooded</w:t>
            </w:r>
          </w:p>
        </w:tc>
        <w:tc>
          <w:tcPr>
            <w:tcW w:type="dxa" w:w="2880"/>
          </w:tcPr>
          <w:p>
            <w:r>
              <w:t>9</w:t>
            </w:r>
          </w:p>
        </w:tc>
      </w:tr>
      <w:tr>
        <w:tc>
          <w:tcPr>
            <w:tcW w:type="dxa" w:w="2880"/>
          </w:tcPr>
          <w:p>
            <w:r>
              <w:t>2025-11-01</w:t>
            </w:r>
          </w:p>
        </w:tc>
        <w:tc>
          <w:tcPr>
            <w:tcW w:type="dxa" w:w="2880"/>
          </w:tcPr>
          <w:p>
            <w:r>
              <w:t>rescue</w:t>
            </w:r>
          </w:p>
        </w:tc>
        <w:tc>
          <w:tcPr>
            <w:tcW w:type="dxa" w:w="2880"/>
          </w:tcPr>
          <w:p>
            <w:r>
              <w:t>11</w:t>
            </w:r>
          </w:p>
        </w:tc>
      </w:tr>
      <w:tr>
        <w:tc>
          <w:tcPr>
            <w:tcW w:type="dxa" w:w="2880"/>
          </w:tcPr>
          <w:p>
            <w:r>
              <w:t>2025-11-01</w:t>
            </w:r>
          </w:p>
        </w:tc>
        <w:tc>
          <w:tcPr>
            <w:tcW w:type="dxa" w:w="2880"/>
          </w:tcPr>
          <w:p>
            <w:r>
              <w:t>house flooded</w:t>
            </w:r>
          </w:p>
        </w:tc>
        <w:tc>
          <w:tcPr>
            <w:tcW w:type="dxa" w:w="2880"/>
          </w:tcPr>
          <w:p>
            <w:r>
              <w:t>7</w:t>
            </w:r>
          </w:p>
        </w:tc>
      </w:tr>
      <w:tr>
        <w:tc>
          <w:tcPr>
            <w:tcW w:type="dxa" w:w="2880"/>
          </w:tcPr>
          <w:p>
            <w:r>
              <w:t>2025-11-01</w:t>
            </w:r>
          </w:p>
        </w:tc>
        <w:tc>
          <w:tcPr>
            <w:tcW w:type="dxa" w:w="2880"/>
          </w:tcPr>
          <w:p>
            <w:r>
              <w:t>road closed</w:t>
            </w:r>
          </w:p>
        </w:tc>
        <w:tc>
          <w:tcPr>
            <w:tcW w:type="dxa" w:w="2880"/>
          </w:tcPr>
          <w:p>
            <w:r>
              <w:t>9</w:t>
            </w:r>
          </w:p>
        </w:tc>
      </w:tr>
    </w:tbl>
    <w:p/>
    <w:sectPr w:rsidR="00FC693F" w:rsidRPr="0006063C" w:rsidSect="00034616">
      <w:footerReference w:type="default" r:id="rId4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GeoBit Large Spatial Model | Sample: Water resources, Chiang Mai | report version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Water resources, Chiang Mai: report</dc:title>
  <dc:subject>Describe the project Sample: Water resources, Chiang Mai: run the analyses that tell the most about its data, draw every result, and write a cited report.</dc:subject>
  <dc:creator>GeoBit Large Spatial Model</dc:creator>
  <cp:keywords/>
  <dc:description>generated by python-docx</dc:description>
  <cp:lastModifiedBy/>
  <cp:revision>1</cp:revision>
  <dcterms:created xsi:type="dcterms:W3CDTF">2013-12-23T23:15:00Z</dcterms:created>
  <dcterms:modified xsi:type="dcterms:W3CDTF">2013-12-23T23:15:00Z</dcterms:modified>
  <cp:category/>
</cp:coreProperties>
</file>