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Water utility, Cape Town: report</w:t>
      </w:r>
    </w:p>
    <w:p>
      <w:r>
        <w:rPr>
          <w:color w:val="525252"/>
          <w:sz w:val="18"/>
        </w:rPr>
        <w:t>Project: Sample: Water utility, Cape Town</w:t>
      </w:r>
      <w:r>
        <w:rPr>
          <w:color w:val="525252"/>
          <w:sz w:val="18"/>
        </w:rPr>
        <w:br/>
        <w:t>Goal: Describe the project Sample: Water utility, Cape Town: run the analyses that tell the most about its data, draw every result, and write a cited report.</w:t>
      </w:r>
      <w:r>
        <w:rPr>
          <w:color w:val="525252"/>
          <w:sz w:val="18"/>
        </w:rPr>
        <w:br/>
        <w:t>Run: e33b2a03-f978-4654-94e4-ffd327ff8f7b (running, 11 agent run(s))</w:t>
      </w:r>
      <w:r>
        <w:rPr>
          <w:color w:val="525252"/>
          <w:sz w:val="18"/>
        </w:rPr>
        <w:br/>
        <w:t>Generated: 2026-10-18T05:36:20Z,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Pressure zones</w:t>
            </w:r>
          </w:p>
        </w:tc>
        <w:tc>
          <w:tcPr>
            <w:tcW w:type="dxa" w:w="1440"/>
          </w:tcPr>
          <w:p>
            <w:r>
              <w:t>vector, Polygon</w:t>
            </w:r>
          </w:p>
        </w:tc>
        <w:tc>
          <w:tcPr>
            <w:tcW w:type="dxa" w:w="1440"/>
          </w:tcPr>
          <w:p>
            <w:r>
              <w:t>8</w:t>
            </w:r>
          </w:p>
        </w:tc>
        <w:tc>
          <w:tcPr>
            <w:tcW w:type="dxa" w:w="1440"/>
          </w:tcPr>
          <w:p>
            <w:r/>
          </w:p>
        </w:tc>
        <w:tc>
          <w:tcPr>
            <w:tcW w:type="dxa" w:w="1440"/>
          </w:tcPr>
          <w:p>
            <w:r>
              <w:t>8 polygon (area) features; 'connections' 6,967 to 15,525 (mean 1.113e+04); 'target_pressure_m' 35 to 50 (mean 42.5); named by 'name' (e.g. Millbrook zone, Canal Side zone, Station Quarter zone); total area 41.98 km2; extent 18.4313,-33.9878 to 18.5086,-33.9322. Areas (Pressure zones) with connections to compare and map.</w:t>
            </w:r>
          </w:p>
        </w:tc>
        <w:tc>
          <w:tcPr>
            <w:tcW w:type="dxa" w:w="1440"/>
          </w:tcPr>
          <w:p>
            <w:r>
              <w:t>[96]</w:t>
            </w:r>
          </w:p>
        </w:tc>
      </w:tr>
      <w:tr>
        <w:tc>
          <w:tcPr>
            <w:tcW w:type="dxa" w:w="1440"/>
          </w:tcPr>
          <w:p>
            <w:r>
              <w:t>Water mains</w:t>
            </w:r>
          </w:p>
        </w:tc>
        <w:tc>
          <w:tcPr>
            <w:tcW w:type="dxa" w:w="1440"/>
          </w:tcPr>
          <w:p>
            <w:r>
              <w:t>vector, LineString</w:t>
            </w:r>
          </w:p>
        </w:tc>
        <w:tc>
          <w:tcPr>
            <w:tcW w:type="dxa" w:w="1440"/>
          </w:tcPr>
          <w:p>
            <w:r>
              <w:t>2,130</w:t>
            </w:r>
          </w:p>
        </w:tc>
        <w:tc>
          <w:tcPr>
            <w:tcW w:type="dxa" w:w="1440"/>
          </w:tcPr>
          <w:p>
            <w:r/>
          </w:p>
        </w:tc>
        <w:tc>
          <w:tcPr>
            <w:tcW w:type="dxa" w:w="1440"/>
          </w:tcPr>
          <w:p>
            <w:r>
              <w:t>2,130 line features; 'material' has 5 values (top: uPVC 655, cast iron 514, asbestos cement 393); 'diameter_mm' 75 to 200 (mean 133.3); 'install_year' 1,938 to 2,024 (mean 1983); 'length_m' 120 to 271 (mean 191.3); total length 408.3 km; extent 18.4321,-33.9871 to 18.5080,-33.9329. Lines (Water mains) such as routes or networks.</w:t>
            </w:r>
          </w:p>
        </w:tc>
        <w:tc>
          <w:tcPr>
            <w:tcW w:type="dxa" w:w="1440"/>
          </w:tcPr>
          <w:p>
            <w:r>
              <w:t>[97]</w:t>
            </w:r>
          </w:p>
        </w:tc>
      </w:tr>
      <w:tr>
        <w:tc>
          <w:tcPr>
            <w:tcW w:type="dxa" w:w="1440"/>
          </w:tcPr>
          <w:p>
            <w:r>
              <w:t>Leak and burst repairs</w:t>
            </w:r>
          </w:p>
        </w:tc>
        <w:tc>
          <w:tcPr>
            <w:tcW w:type="dxa" w:w="1440"/>
          </w:tcPr>
          <w:p>
            <w:r>
              <w:t>vector, Point</w:t>
            </w:r>
          </w:p>
        </w:tc>
        <w:tc>
          <w:tcPr>
            <w:tcW w:type="dxa" w:w="1440"/>
          </w:tcPr>
          <w:p>
            <w:r>
              <w:t>950</w:t>
            </w:r>
          </w:p>
        </w:tc>
        <w:tc>
          <w:tcPr>
            <w:tcW w:type="dxa" w:w="1440"/>
          </w:tcPr>
          <w:p>
            <w:r>
              <w:t>2023-10-01 to 2026-09-30</w:t>
            </w:r>
          </w:p>
        </w:tc>
        <w:tc>
          <w:tcPr>
            <w:tcW w:type="dxa" w:w="1440"/>
          </w:tcPr>
          <w:p>
            <w:r>
              <w:t>950 point features; dated by 'reported_at' from 2023-10-01 to 2026-09-30; 'type' has 4 values (top: leak 447, burst 273, joint failure 163); 'material' has 5 values (top: cast iron 609, asbestos cement 201, uPVC 71); 'water_lost_kl' 0.6 to 401.9 (mean 24.65); 'repair_hours' 1.1 to 26.8 (mean 5.718); extent 18.4325,-33.9862 to 18.5076,-33.9336. Dated point events by type: where and when Leak and burst repairs happen.</w:t>
            </w:r>
          </w:p>
        </w:tc>
        <w:tc>
          <w:tcPr>
            <w:tcW w:type="dxa" w:w="1440"/>
          </w:tcPr>
          <w:p>
            <w:r>
              <w:t>[2]</w:t>
            </w:r>
          </w:p>
        </w:tc>
      </w:tr>
      <w:tr>
        <w:tc>
          <w:tcPr>
            <w:tcW w:type="dxa" w:w="1440"/>
          </w:tcPr>
          <w:p>
            <w:r>
              <w:t>Reservoirs</w:t>
            </w:r>
          </w:p>
        </w:tc>
        <w:tc>
          <w:tcPr>
            <w:tcW w:type="dxa" w:w="1440"/>
          </w:tcPr>
          <w:p>
            <w:r>
              <w:t>vector, Point</w:t>
            </w:r>
          </w:p>
        </w:tc>
        <w:tc>
          <w:tcPr>
            <w:tcW w:type="dxa" w:w="1440"/>
          </w:tcPr>
          <w:p>
            <w:r>
              <w:t>4</w:t>
            </w:r>
          </w:p>
        </w:tc>
        <w:tc>
          <w:tcPr>
            <w:tcW w:type="dxa" w:w="1440"/>
          </w:tcPr>
          <w:p>
            <w:r/>
          </w:p>
        </w:tc>
        <w:tc>
          <w:tcPr>
            <w:tcW w:type="dxa" w:w="1440"/>
          </w:tcPr>
          <w:p>
            <w:r>
              <w:t>4 point features; 'capacity_ml' 27 to 77 (mean 55.5); 'top_water_level_m' 141 to 228 (mean 175.5); named by 'name' (e.g. Kloof Reservoir, Berg Reservoir, Vlei Reservoir); extent 18.4404,-33.9811 to 18.5008,-33.9377. Point locations of Reservoirs.</w:t>
            </w:r>
          </w:p>
        </w:tc>
        <w:tc>
          <w:tcPr>
            <w:tcW w:type="dxa" w:w="1440"/>
          </w:tcPr>
          <w:p>
            <w:r>
              <w:t>[98]</w:t>
            </w:r>
          </w:p>
        </w:tc>
      </w:tr>
      <w:tr>
        <w:tc>
          <w:tcPr>
            <w:tcW w:type="dxa" w:w="1440"/>
          </w:tcPr>
          <w:p>
            <w:r>
              <w:t>Valves</w:t>
            </w:r>
          </w:p>
        </w:tc>
        <w:tc>
          <w:tcPr>
            <w:tcW w:type="dxa" w:w="1440"/>
          </w:tcPr>
          <w:p>
            <w:r>
              <w:t>vector, Point</w:t>
            </w:r>
          </w:p>
        </w:tc>
        <w:tc>
          <w:tcPr>
            <w:tcW w:type="dxa" w:w="1440"/>
          </w:tcPr>
          <w:p>
            <w:r>
              <w:t>300</w:t>
            </w:r>
          </w:p>
        </w:tc>
        <w:tc>
          <w:tcPr>
            <w:tcW w:type="dxa" w:w="1440"/>
          </w:tcPr>
          <w:p>
            <w:r/>
          </w:p>
        </w:tc>
        <w:tc>
          <w:tcPr>
            <w:tcW w:type="dxa" w:w="1440"/>
          </w:tcPr>
          <w:p>
            <w:r>
              <w:t>300 point features; 'type' has 3 values (top: isolation 148, air release 79, pressure reducing 73); 'status' has 3 values (top: open 178, closed 63, unknown 59); 'exercised_year' 2,008 to 2,026 (mean 2017); extent 18.4322,-33.9863 to 18.5081,-33.9330. Point locations of Valves by type.</w:t>
            </w:r>
          </w:p>
        </w:tc>
        <w:tc>
          <w:tcPr>
            <w:tcW w:type="dxa" w:w="1440"/>
          </w:tcPr>
          <w:p>
            <w:r>
              <w:t>[99]</w:t>
            </w:r>
          </w:p>
        </w:tc>
      </w:tr>
      <w:tr>
        <w:tc>
          <w:tcPr>
            <w:tcW w:type="dxa" w:w="1440"/>
          </w:tcPr>
          <w:p>
            <w:r>
              <w:t>Fire hydrants</w:t>
            </w:r>
          </w:p>
        </w:tc>
        <w:tc>
          <w:tcPr>
            <w:tcW w:type="dxa" w:w="1440"/>
          </w:tcPr>
          <w:p>
            <w:r>
              <w:t>vector, Point</w:t>
            </w:r>
          </w:p>
        </w:tc>
        <w:tc>
          <w:tcPr>
            <w:tcW w:type="dxa" w:w="1440"/>
          </w:tcPr>
          <w:p>
            <w:r>
              <w:t>250</w:t>
            </w:r>
          </w:p>
        </w:tc>
        <w:tc>
          <w:tcPr>
            <w:tcW w:type="dxa" w:w="1440"/>
          </w:tcPr>
          <w:p>
            <w:r/>
          </w:p>
        </w:tc>
        <w:tc>
          <w:tcPr>
            <w:tcW w:type="dxa" w:w="1440"/>
          </w:tcPr>
          <w:p>
            <w:r>
              <w:t>250 point features; 'flow_l_s' 8 to 40 (mean 23.98); 'last_test_year' 2,019 to 2,026 (mean 2023); extent 18.4333,-33.9861 to 18.5076,-33.9337. Point locations of Fire hydrants.</w:t>
            </w:r>
          </w:p>
        </w:tc>
        <w:tc>
          <w:tcPr>
            <w:tcW w:type="dxa" w:w="1440"/>
          </w:tcPr>
          <w:p>
            <w:r>
              <w:t>[100]</w:t>
            </w:r>
          </w:p>
        </w:tc>
      </w:tr>
      <w:tr>
        <w:tc>
          <w:tcPr>
            <w:tcW w:type="dxa" w:w="1440"/>
          </w:tcPr>
          <w:p>
            <w:r>
              <w:t>Customer complaints</w:t>
            </w:r>
          </w:p>
        </w:tc>
        <w:tc>
          <w:tcPr>
            <w:tcW w:type="dxa" w:w="1440"/>
          </w:tcPr>
          <w:p>
            <w:r>
              <w:t>vector, Point</w:t>
            </w:r>
          </w:p>
        </w:tc>
        <w:tc>
          <w:tcPr>
            <w:tcW w:type="dxa" w:w="1440"/>
          </w:tcPr>
          <w:p>
            <w:r>
              <w:t>520</w:t>
            </w:r>
          </w:p>
        </w:tc>
        <w:tc>
          <w:tcPr>
            <w:tcW w:type="dxa" w:w="1440"/>
          </w:tcPr>
          <w:p>
            <w:r>
              <w:t>2025-10-01 to 2026-09-29</w:t>
            </w:r>
          </w:p>
        </w:tc>
        <w:tc>
          <w:tcPr>
            <w:tcW w:type="dxa" w:w="1440"/>
          </w:tcPr>
          <w:p>
            <w:r>
              <w:t>520 point features; dated by 'date' from 2025-10-01 to 2026-09-29; 'issue' has 4 values (top: low pressure 199, high bill 146, no water 128); extent 18.4339,-33.9870 to 18.5063,-33.9328. Dated point events by issue: where and when Customer complaints happen.</w:t>
            </w:r>
          </w:p>
        </w:tc>
        <w:tc>
          <w:tcPr>
            <w:tcW w:type="dxa" w:w="1440"/>
          </w:tcPr>
          <w:p>
            <w:r>
              <w:t>[3]</w:t>
            </w:r>
          </w:p>
        </w:tc>
      </w:tr>
      <w:tr>
        <w:tc>
          <w:tcPr>
            <w:tcW w:type="dxa" w:w="1440"/>
          </w:tcPr>
          <w:p>
            <w:r>
              <w:t>Zone meter readings by month</w:t>
            </w:r>
          </w:p>
        </w:tc>
        <w:tc>
          <w:tcPr>
            <w:tcW w:type="dxa" w:w="1440"/>
          </w:tcPr>
          <w:p>
            <w:r>
              <w:t>table</w:t>
            </w:r>
          </w:p>
        </w:tc>
        <w:tc>
          <w:tcPr>
            <w:tcW w:type="dxa" w:w="1440"/>
          </w:tcPr>
          <w:p>
            <w:r>
              <w:t>192</w:t>
            </w:r>
          </w:p>
        </w:tc>
        <w:tc>
          <w:tcPr>
            <w:tcW w:type="dxa" w:w="1440"/>
          </w:tcPr>
          <w:p>
            <w:r>
              <w:t>2024-10-01 to 2026-09-01</w:t>
            </w:r>
          </w:p>
        </w:tc>
        <w:tc>
          <w:tcPr>
            <w:tcW w:type="dxa" w:w="1440"/>
          </w:tcPr>
          <w:p>
            <w:r>
              <w:t>Table of 192 rows and 6 columns without geometry; dated by 'month' from 2024-10-01 to 2026-09-01; 'supplied_ml' 3260 to 1.097e+04 (mean 6319); 'billed_ml' 2602 to 7144 (mean 4924); 'nrw_pct' 13.1 to 39 (mean 21.25). A table of Zone meter readings by month without locations.</w:t>
            </w:r>
          </w:p>
        </w:tc>
        <w:tc>
          <w:tcPr>
            <w:tcW w:type="dxa" w:w="1440"/>
          </w:tcPr>
          <w:p>
            <w:r>
              <w:t>[4]</w:t>
            </w:r>
          </w:p>
        </w:tc>
      </w:tr>
      <w:tr>
        <w:tc>
          <w:tcPr>
            <w:tcW w:type="dxa" w:w="1440"/>
          </w:tcPr>
          <w:p>
            <w:r>
              <w:t>Pipe replacement plan</w:t>
            </w:r>
          </w:p>
        </w:tc>
        <w:tc>
          <w:tcPr>
            <w:tcW w:type="dxa" w:w="1440"/>
          </w:tcPr>
          <w:p>
            <w:r>
              <w:t>table</w:t>
            </w:r>
          </w:p>
        </w:tc>
        <w:tc>
          <w:tcPr>
            <w:tcW w:type="dxa" w:w="1440"/>
          </w:tcPr>
          <w:p>
            <w:r>
              <w:t>220</w:t>
            </w:r>
          </w:p>
        </w:tc>
        <w:tc>
          <w:tcPr>
            <w:tcW w:type="dxa" w:w="1440"/>
          </w:tcPr>
          <w:p>
            <w:r/>
          </w:p>
        </w:tc>
        <w:tc>
          <w:tcPr>
            <w:tcW w:type="dxa" w:w="1440"/>
          </w:tcPr>
          <w:p>
            <w:r>
              <w:t>Table of 220 rows and 4 columns without geometry; 'priority' 1 to 4 (mean 2.364); 'planned_year' 2,027 to 2,030 (mean 2028); 'est_cost_zar' 568,625 to 1,685,831 (mean 1,043,948). A table of Pipe replacement plan without locations.</w:t>
            </w:r>
          </w:p>
        </w:tc>
        <w:tc>
          <w:tcPr>
            <w:tcW w:type="dxa" w:w="1440"/>
          </w:tcPr>
          <w:p>
            <w:r>
              <w:t>[101]</w:t>
            </w:r>
          </w:p>
        </w:tc>
      </w:tr>
      <w:tr>
        <w:tc>
          <w:tcPr>
            <w:tcW w:type="dxa" w:w="1440"/>
          </w:tcPr>
          <w:p>
            <w:r>
              <w:t>Non-revenue water briefing</w:t>
            </w:r>
          </w:p>
        </w:tc>
        <w:tc>
          <w:tcPr>
            <w:tcW w:type="dxa" w:w="1440"/>
          </w:tcPr>
          <w:p>
            <w:r>
              <w:t>document</w:t>
            </w:r>
          </w:p>
        </w:tc>
        <w:tc>
          <w:tcPr>
            <w:tcW w:type="dxa" w:w="1440"/>
          </w:tcPr>
          <w:p>
            <w:r/>
          </w:p>
        </w:tc>
        <w:tc>
          <w:tcPr>
            <w:tcW w:type="dxa" w:w="1440"/>
          </w:tcPr>
          <w:p>
            <w:r/>
          </w:p>
        </w:tc>
        <w:tc>
          <w:tcPr>
            <w:tcW w:type="dxa" w:w="1440"/>
          </w:tcPr>
          <w:p>
            <w:r>
              <w:t>1-page md document 'Non-revenue water briefing'; language en; mentions 3 place(s): Foundry Row zone (3), Foundry Row (2), Kloof Reservoir (1). A document about Foundry Row zone, Foundry Row, Kloof Reservoir.</w:t>
            </w:r>
          </w:p>
        </w:tc>
        <w:tc>
          <w:tcPr>
            <w:tcW w:type="dxa" w:w="1440"/>
          </w:tcPr>
          <w:p>
            <w:r>
              <w:t>[102]</w:t>
            </w:r>
          </w:p>
        </w:tc>
      </w:tr>
      <w:tr>
        <w:tc>
          <w:tcPr>
            <w:tcW w:type="dxa" w:w="1440"/>
          </w:tcPr>
          <w:p>
            <w:r>
              <w:t>Sample: Water utility, Cape Town</w:t>
            </w:r>
          </w:p>
        </w:tc>
        <w:tc>
          <w:tcPr>
            <w:tcW w:type="dxa" w:w="1440"/>
          </w:tcPr>
          <w:p>
            <w:r>
              <w:t>record</w:t>
            </w:r>
          </w:p>
        </w:tc>
        <w:tc>
          <w:tcPr>
            <w:tcW w:type="dxa" w:w="1440"/>
          </w:tcPr>
          <w:p>
            <w:r/>
          </w:p>
        </w:tc>
        <w:tc>
          <w:tcPr>
            <w:tcW w:type="dxa" w:w="1440"/>
          </w:tcPr>
          <w:p>
            <w:r/>
          </w:p>
        </w:tc>
        <w:tc>
          <w:tcPr>
            <w:tcW w:type="dxa" w:w="1440"/>
          </w:tcPr>
          <w:p>
            <w:r/>
          </w:p>
        </w:tc>
        <w:tc>
          <w:tcPr>
            <w:tcW w:type="dxa" w:w="1440"/>
          </w:tcPr>
          <w:p>
            <w:r>
              <w:t>[103]</w:t>
            </w:r>
          </w:p>
        </w:tc>
      </w:tr>
      <w:tr>
        <w:tc>
          <w:tcPr>
            <w:tcW w:type="dxa" w:w="1440"/>
          </w:tcPr>
          <w:p>
            <w:r>
              <w:t>Emerging hot spots: Leak and burst repairs</w:t>
            </w:r>
          </w:p>
        </w:tc>
        <w:tc>
          <w:tcPr>
            <w:tcW w:type="dxa" w:w="1440"/>
          </w:tcPr>
          <w:p>
            <w:r>
              <w:t>layer, Polygon</w:t>
            </w:r>
          </w:p>
        </w:tc>
        <w:tc>
          <w:tcPr>
            <w:tcW w:type="dxa" w:w="1440"/>
          </w:tcPr>
          <w:p>
            <w:r>
              <w:t>71</w:t>
            </w:r>
          </w:p>
        </w:tc>
        <w:tc>
          <w:tcPr>
            <w:tcW w:type="dxa" w:w="1440"/>
          </w:tcPr>
          <w:p>
            <w:r/>
          </w:p>
        </w:tc>
        <w:tc>
          <w:tcPr>
            <w:tcW w:type="dxa" w:w="1440"/>
          </w:tcPr>
          <w:p>
            <w:r/>
          </w:p>
        </w:tc>
        <w:tc>
          <w:tcPr>
            <w:tcW w:type="dxa" w:w="1440"/>
          </w:tcPr>
          <w:p>
            <w:r>
              <w:t>[104]</w:t>
            </w:r>
          </w:p>
        </w:tc>
      </w:tr>
      <w:tr>
        <w:tc>
          <w:tcPr>
            <w:tcW w:type="dxa" w:w="1440"/>
          </w:tcPr>
          <w:p>
            <w:r>
              <w:t>Emerging hot spots: Customer complaints</w:t>
            </w:r>
          </w:p>
        </w:tc>
        <w:tc>
          <w:tcPr>
            <w:tcW w:type="dxa" w:w="1440"/>
          </w:tcPr>
          <w:p>
            <w:r>
              <w:t>layer, Polygon</w:t>
            </w:r>
          </w:p>
        </w:tc>
        <w:tc>
          <w:tcPr>
            <w:tcW w:type="dxa" w:w="1440"/>
          </w:tcPr>
          <w:p>
            <w:r>
              <w:t>75</w:t>
            </w:r>
          </w:p>
        </w:tc>
        <w:tc>
          <w:tcPr>
            <w:tcW w:type="dxa" w:w="1440"/>
          </w:tcPr>
          <w:p>
            <w:r/>
          </w:p>
        </w:tc>
        <w:tc>
          <w:tcPr>
            <w:tcW w:type="dxa" w:w="1440"/>
          </w:tcPr>
          <w:p>
            <w:r/>
          </w:p>
        </w:tc>
        <w:tc>
          <w:tcPr>
            <w:tcW w:type="dxa" w:w="1440"/>
          </w:tcPr>
          <w:p>
            <w:r>
              <w:t>[105]</w:t>
            </w:r>
          </w:p>
        </w:tc>
      </w:tr>
      <w:tr>
        <w:tc>
          <w:tcPr>
            <w:tcW w:type="dxa" w:w="1440"/>
          </w:tcPr>
          <w:p>
            <w:r>
              <w:t>Hot spot analysis: Valves</w:t>
            </w:r>
          </w:p>
        </w:tc>
        <w:tc>
          <w:tcPr>
            <w:tcW w:type="dxa" w:w="1440"/>
          </w:tcPr>
          <w:p>
            <w:r>
              <w:t>layer, Polygon</w:t>
            </w:r>
          </w:p>
        </w:tc>
        <w:tc>
          <w:tcPr>
            <w:tcW w:type="dxa" w:w="1440"/>
          </w:tcPr>
          <w:p>
            <w:r>
              <w:t>53</w:t>
            </w:r>
          </w:p>
        </w:tc>
        <w:tc>
          <w:tcPr>
            <w:tcW w:type="dxa" w:w="1440"/>
          </w:tcPr>
          <w:p>
            <w:r/>
          </w:p>
        </w:tc>
        <w:tc>
          <w:tcPr>
            <w:tcW w:type="dxa" w:w="1440"/>
          </w:tcPr>
          <w:p>
            <w:r/>
          </w:p>
        </w:tc>
        <w:tc>
          <w:tcPr>
            <w:tcW w:type="dxa" w:w="1440"/>
          </w:tcPr>
          <w:p>
            <w:r>
              <w:t>[106]</w:t>
            </w:r>
          </w:p>
        </w:tc>
      </w:tr>
      <w:tr>
        <w:tc>
          <w:tcPr>
            <w:tcW w:type="dxa" w:w="1440"/>
          </w:tcPr>
          <w:p>
            <w:r>
              <w:t>Hot spot analysis: Leak and burst repairs</w:t>
            </w:r>
          </w:p>
        </w:tc>
        <w:tc>
          <w:tcPr>
            <w:tcW w:type="dxa" w:w="1440"/>
          </w:tcPr>
          <w:p>
            <w:r>
              <w:t>layer, Polygon</w:t>
            </w:r>
          </w:p>
        </w:tc>
        <w:tc>
          <w:tcPr>
            <w:tcW w:type="dxa" w:w="1440"/>
          </w:tcPr>
          <w:p>
            <w:r>
              <w:t>184</w:t>
            </w:r>
          </w:p>
        </w:tc>
        <w:tc>
          <w:tcPr>
            <w:tcW w:type="dxa" w:w="1440"/>
          </w:tcPr>
          <w:p>
            <w:r/>
          </w:p>
        </w:tc>
        <w:tc>
          <w:tcPr>
            <w:tcW w:type="dxa" w:w="1440"/>
          </w:tcPr>
          <w:p>
            <w:r/>
          </w:p>
        </w:tc>
        <w:tc>
          <w:tcPr>
            <w:tcW w:type="dxa" w:w="1440"/>
          </w:tcPr>
          <w:p>
            <w:r>
              <w:t>[107]</w:t>
            </w:r>
          </w:p>
        </w:tc>
      </w:tr>
      <w:tr>
        <w:tc>
          <w:tcPr>
            <w:tcW w:type="dxa" w:w="1440"/>
          </w:tcPr>
          <w:p>
            <w:r>
              <w:t>Hot spot analysis: Customer complaints</w:t>
            </w:r>
          </w:p>
        </w:tc>
        <w:tc>
          <w:tcPr>
            <w:tcW w:type="dxa" w:w="1440"/>
          </w:tcPr>
          <w:p>
            <w:r>
              <w:t>layer, Polygon</w:t>
            </w:r>
          </w:p>
        </w:tc>
        <w:tc>
          <w:tcPr>
            <w:tcW w:type="dxa" w:w="1440"/>
          </w:tcPr>
          <w:p>
            <w:r>
              <w:t>185</w:t>
            </w:r>
          </w:p>
        </w:tc>
        <w:tc>
          <w:tcPr>
            <w:tcW w:type="dxa" w:w="1440"/>
          </w:tcPr>
          <w:p>
            <w:r/>
          </w:p>
        </w:tc>
        <w:tc>
          <w:tcPr>
            <w:tcW w:type="dxa" w:w="1440"/>
          </w:tcPr>
          <w:p>
            <w:r/>
          </w:p>
        </w:tc>
        <w:tc>
          <w:tcPr>
            <w:tcW w:type="dxa" w:w="1440"/>
          </w:tcPr>
          <w:p>
            <w:r>
              <w:t>[108]</w:t>
            </w:r>
          </w:p>
        </w:tc>
      </w:tr>
      <w:tr>
        <w:tc>
          <w:tcPr>
            <w:tcW w:type="dxa" w:w="1440"/>
          </w:tcPr>
          <w:p>
            <w:r>
              <w:t>Calculate density: Valves</w:t>
            </w:r>
          </w:p>
        </w:tc>
        <w:tc>
          <w:tcPr>
            <w:tcW w:type="dxa" w:w="1440"/>
          </w:tcPr>
          <w:p>
            <w:r>
              <w:t>layer, Polygon</w:t>
            </w:r>
          </w:p>
        </w:tc>
        <w:tc>
          <w:tcPr>
            <w:tcW w:type="dxa" w:w="1440"/>
          </w:tcPr>
          <w:p>
            <w:r>
              <w:t>257</w:t>
            </w:r>
          </w:p>
        </w:tc>
        <w:tc>
          <w:tcPr>
            <w:tcW w:type="dxa" w:w="1440"/>
          </w:tcPr>
          <w:p>
            <w:r/>
          </w:p>
        </w:tc>
        <w:tc>
          <w:tcPr>
            <w:tcW w:type="dxa" w:w="1440"/>
          </w:tcPr>
          <w:p>
            <w:r/>
          </w:p>
        </w:tc>
        <w:tc>
          <w:tcPr>
            <w:tcW w:type="dxa" w:w="1440"/>
          </w:tcPr>
          <w:p>
            <w:r>
              <w:t>[109]</w:t>
            </w:r>
          </w:p>
        </w:tc>
      </w:tr>
      <w:tr>
        <w:tc>
          <w:tcPr>
            <w:tcW w:type="dxa" w:w="1440"/>
          </w:tcPr>
          <w:p>
            <w:r>
              <w:t>Calculate density: Leak and burst repairs</w:t>
            </w:r>
          </w:p>
        </w:tc>
        <w:tc>
          <w:tcPr>
            <w:tcW w:type="dxa" w:w="1440"/>
          </w:tcPr>
          <w:p>
            <w:r>
              <w:t>layer, Polygon</w:t>
            </w:r>
          </w:p>
        </w:tc>
        <w:tc>
          <w:tcPr>
            <w:tcW w:type="dxa" w:w="1440"/>
          </w:tcPr>
          <w:p>
            <w:r>
              <w:t>1,220</w:t>
            </w:r>
          </w:p>
        </w:tc>
        <w:tc>
          <w:tcPr>
            <w:tcW w:type="dxa" w:w="1440"/>
          </w:tcPr>
          <w:p>
            <w:r/>
          </w:p>
        </w:tc>
        <w:tc>
          <w:tcPr>
            <w:tcW w:type="dxa" w:w="1440"/>
          </w:tcPr>
          <w:p>
            <w:r/>
          </w:p>
        </w:tc>
        <w:tc>
          <w:tcPr>
            <w:tcW w:type="dxa" w:w="1440"/>
          </w:tcPr>
          <w:p>
            <w:r>
              <w:t>[110]</w:t>
            </w:r>
          </w:p>
        </w:tc>
      </w:tr>
      <w:tr>
        <w:tc>
          <w:tcPr>
            <w:tcW w:type="dxa" w:w="1440"/>
          </w:tcPr>
          <w:p>
            <w:r>
              <w:t>Calculate density: Customer complaints</w:t>
            </w:r>
          </w:p>
        </w:tc>
        <w:tc>
          <w:tcPr>
            <w:tcW w:type="dxa" w:w="1440"/>
          </w:tcPr>
          <w:p>
            <w:r>
              <w:t>layer, Polygon</w:t>
            </w:r>
          </w:p>
        </w:tc>
        <w:tc>
          <w:tcPr>
            <w:tcW w:type="dxa" w:w="1440"/>
          </w:tcPr>
          <w:p>
            <w:r>
              <w:t>1,200</w:t>
            </w:r>
          </w:p>
        </w:tc>
        <w:tc>
          <w:tcPr>
            <w:tcW w:type="dxa" w:w="1440"/>
          </w:tcPr>
          <w:p>
            <w:r/>
          </w:p>
        </w:tc>
        <w:tc>
          <w:tcPr>
            <w:tcW w:type="dxa" w:w="1440"/>
          </w:tcPr>
          <w:p>
            <w:r/>
          </w:p>
        </w:tc>
        <w:tc>
          <w:tcPr>
            <w:tcW w:type="dxa" w:w="1440"/>
          </w:tcPr>
          <w:p>
            <w:r>
              <w:t>[111]</w:t>
            </w:r>
          </w:p>
        </w:tc>
      </w:tr>
      <w:tr>
        <w:tc>
          <w:tcPr>
            <w:tcW w:type="dxa" w:w="1440"/>
          </w:tcPr>
          <w:p>
            <w:r>
              <w:t>Summarize within: Pressure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[112]</w:t>
            </w:r>
          </w:p>
        </w:tc>
      </w:tr>
      <w:tr>
        <w:tc>
          <w:tcPr>
            <w:tcW w:type="dxa" w:w="1440"/>
          </w:tcPr>
          <w:p>
            <w:r>
              <w:t>Summarize within: Pressure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[113]</w:t>
            </w:r>
          </w:p>
        </w:tc>
      </w:tr>
      <w:tr>
        <w:tc>
          <w:tcPr>
            <w:tcW w:type="dxa" w:w="1440"/>
          </w:tcPr>
          <w:p>
            <w:r>
              <w:t>Summarize within: Pressure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[114]</w:t>
            </w:r>
          </w:p>
        </w:tc>
      </w:tr>
      <w:tr>
        <w:tc>
          <w:tcPr>
            <w:tcW w:type="dxa" w:w="1440"/>
          </w:tcPr>
          <w:p>
            <w:r>
              <w:t>Find point clusters: Valves</w:t>
            </w:r>
          </w:p>
        </w:tc>
        <w:tc>
          <w:tcPr>
            <w:tcW w:type="dxa" w:w="1440"/>
          </w:tcPr>
          <w:p>
            <w:r>
              <w:t>layer, Point</w:t>
            </w:r>
          </w:p>
        </w:tc>
        <w:tc>
          <w:tcPr>
            <w:tcW w:type="dxa" w:w="1440"/>
          </w:tcPr>
          <w:p>
            <w:r>
              <w:t>300</w:t>
            </w:r>
          </w:p>
        </w:tc>
        <w:tc>
          <w:tcPr>
            <w:tcW w:type="dxa" w:w="1440"/>
          </w:tcPr>
          <w:p>
            <w:r/>
          </w:p>
        </w:tc>
        <w:tc>
          <w:tcPr>
            <w:tcW w:type="dxa" w:w="1440"/>
          </w:tcPr>
          <w:p>
            <w:r/>
          </w:p>
        </w:tc>
        <w:tc>
          <w:tcPr>
            <w:tcW w:type="dxa" w:w="1440"/>
          </w:tcPr>
          <w:p>
            <w:r>
              <w:t>[115]</w:t>
            </w:r>
          </w:p>
        </w:tc>
      </w:tr>
      <w:tr>
        <w:tc>
          <w:tcPr>
            <w:tcW w:type="dxa" w:w="1440"/>
          </w:tcPr>
          <w:p>
            <w:r>
              <w:t>Find point clusters: cluster hulls</w:t>
            </w:r>
          </w:p>
        </w:tc>
        <w:tc>
          <w:tcPr>
            <w:tcW w:type="dxa" w:w="1440"/>
          </w:tcPr>
          <w:p>
            <w:r>
              <w:t>layer, Polygon</w:t>
            </w:r>
          </w:p>
        </w:tc>
        <w:tc>
          <w:tcPr>
            <w:tcW w:type="dxa" w:w="1440"/>
          </w:tcPr>
          <w:p>
            <w:r>
              <w:t>11</w:t>
            </w:r>
          </w:p>
        </w:tc>
        <w:tc>
          <w:tcPr>
            <w:tcW w:type="dxa" w:w="1440"/>
          </w:tcPr>
          <w:p>
            <w:r/>
          </w:p>
        </w:tc>
        <w:tc>
          <w:tcPr>
            <w:tcW w:type="dxa" w:w="1440"/>
          </w:tcPr>
          <w:p>
            <w:r/>
          </w:p>
        </w:tc>
        <w:tc>
          <w:tcPr>
            <w:tcW w:type="dxa" w:w="1440"/>
          </w:tcPr>
          <w:p>
            <w:r>
              <w:t>[116]</w:t>
            </w:r>
          </w:p>
        </w:tc>
      </w:tr>
      <w:tr>
        <w:tc>
          <w:tcPr>
            <w:tcW w:type="dxa" w:w="1440"/>
          </w:tcPr>
          <w:p>
            <w:r>
              <w:t>Find point clusters: Leak and burst repairs</w:t>
            </w:r>
          </w:p>
        </w:tc>
        <w:tc>
          <w:tcPr>
            <w:tcW w:type="dxa" w:w="1440"/>
          </w:tcPr>
          <w:p>
            <w:r>
              <w:t>layer, Point</w:t>
            </w:r>
          </w:p>
        </w:tc>
        <w:tc>
          <w:tcPr>
            <w:tcW w:type="dxa" w:w="1440"/>
          </w:tcPr>
          <w:p>
            <w:r>
              <w:t>950</w:t>
            </w:r>
          </w:p>
        </w:tc>
        <w:tc>
          <w:tcPr>
            <w:tcW w:type="dxa" w:w="1440"/>
          </w:tcPr>
          <w:p>
            <w:r/>
          </w:p>
        </w:tc>
        <w:tc>
          <w:tcPr>
            <w:tcW w:type="dxa" w:w="1440"/>
          </w:tcPr>
          <w:p>
            <w:r/>
          </w:p>
        </w:tc>
        <w:tc>
          <w:tcPr>
            <w:tcW w:type="dxa" w:w="1440"/>
          </w:tcPr>
          <w:p>
            <w:r>
              <w:t>[117]</w:t>
            </w:r>
          </w:p>
        </w:tc>
      </w:tr>
      <w:tr>
        <w:tc>
          <w:tcPr>
            <w:tcW w:type="dxa" w:w="1440"/>
          </w:tcPr>
          <w:p>
            <w:r>
              <w:t>Find point clusters: cluster hulls</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[118]</w:t>
            </w:r>
          </w:p>
        </w:tc>
      </w:tr>
      <w:tr>
        <w:tc>
          <w:tcPr>
            <w:tcW w:type="dxa" w:w="1440"/>
          </w:tcPr>
          <w:p>
            <w:r>
              <w:t>Find point clusters: Customer complaints</w:t>
            </w:r>
          </w:p>
        </w:tc>
        <w:tc>
          <w:tcPr>
            <w:tcW w:type="dxa" w:w="1440"/>
          </w:tcPr>
          <w:p>
            <w:r>
              <w:t>layer, Point</w:t>
            </w:r>
          </w:p>
        </w:tc>
        <w:tc>
          <w:tcPr>
            <w:tcW w:type="dxa" w:w="1440"/>
          </w:tcPr>
          <w:p>
            <w:r>
              <w:t>520</w:t>
            </w:r>
          </w:p>
        </w:tc>
        <w:tc>
          <w:tcPr>
            <w:tcW w:type="dxa" w:w="1440"/>
          </w:tcPr>
          <w:p>
            <w:r/>
          </w:p>
        </w:tc>
        <w:tc>
          <w:tcPr>
            <w:tcW w:type="dxa" w:w="1440"/>
          </w:tcPr>
          <w:p>
            <w:r/>
          </w:p>
        </w:tc>
        <w:tc>
          <w:tcPr>
            <w:tcW w:type="dxa" w:w="1440"/>
          </w:tcPr>
          <w:p>
            <w:r>
              <w:t>[119]</w:t>
            </w:r>
          </w:p>
        </w:tc>
      </w:tr>
      <w:tr>
        <w:tc>
          <w:tcPr>
            <w:tcW w:type="dxa" w:w="1440"/>
          </w:tcPr>
          <w:p>
            <w:r>
              <w:t>Find point clusters: cluster hulls</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[120]</w:t>
            </w:r>
          </w:p>
        </w:tc>
      </w:tr>
      <w:tr>
        <w:tc>
          <w:tcPr>
            <w:tcW w:type="dxa" w:w="1440"/>
          </w:tcPr>
          <w:p>
            <w:r>
              <w:t>Find outliers: Pressure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[121]</w:t>
            </w:r>
          </w:p>
        </w:tc>
      </w:tr>
      <w:tr>
        <w:tc>
          <w:tcPr>
            <w:tcW w:type="dxa" w:w="1440"/>
          </w:tcPr>
          <w:p>
            <w:r>
              <w:t>Repeat and near repeat classification: Leak and burst repairs</w:t>
            </w:r>
          </w:p>
        </w:tc>
        <w:tc>
          <w:tcPr>
            <w:tcW w:type="dxa" w:w="1440"/>
          </w:tcPr>
          <w:p>
            <w:r>
              <w:t>layer, Point</w:t>
            </w:r>
          </w:p>
        </w:tc>
        <w:tc>
          <w:tcPr>
            <w:tcW w:type="dxa" w:w="1440"/>
          </w:tcPr>
          <w:p>
            <w:r>
              <w:t>950</w:t>
            </w:r>
          </w:p>
        </w:tc>
        <w:tc>
          <w:tcPr>
            <w:tcW w:type="dxa" w:w="1440"/>
          </w:tcPr>
          <w:p>
            <w:r/>
          </w:p>
        </w:tc>
        <w:tc>
          <w:tcPr>
            <w:tcW w:type="dxa" w:w="1440"/>
          </w:tcPr>
          <w:p>
            <w:r/>
          </w:p>
        </w:tc>
        <w:tc>
          <w:tcPr>
            <w:tcW w:type="dxa" w:w="1440"/>
          </w:tcPr>
          <w:p>
            <w:r>
              <w:t>[122]</w:t>
            </w:r>
          </w:p>
        </w:tc>
      </w:tr>
    </w:tbl>
    <w:p/>
    <w:p>
      <w:pPr>
        <w:pStyle w:val="Heading1"/>
      </w:pPr>
      <w:r>
        <w:t>Timeline</w:t>
      </w:r>
    </w:p>
    <w:p>
      <w:pPr>
        <w:jc w:val="center"/>
      </w:pPr>
      <w:r>
        <w:drawing>
          <wp:inline xmlns:a="http://schemas.openxmlformats.org/drawingml/2006/main" xmlns:pic="http://schemas.openxmlformats.org/drawingml/2006/picture">
            <wp:extent cx="5486400" cy="3950208"/>
            <wp:docPr id="1" name="Picture 1"/>
            <wp:cNvGraphicFramePr>
              <a:graphicFrameLocks noChangeAspect="1"/>
            </wp:cNvGraphicFramePr>
            <a:graphic>
              <a:graphicData uri="http://schemas.openxmlformats.org/drawingml/2006/picture">
                <pic:pic>
                  <pic:nvPicPr>
                    <pic:cNvPr id="0" name="067.jpg"/>
                    <pic:cNvPicPr/>
                  </pic:nvPicPr>
                  <pic:blipFill>
                    <a:blip r:embed="rId9"/>
                    <a:stretch>
                      <a:fillRect/>
                    </a:stretch>
                  </pic:blipFill>
                  <pic:spPr>
                    <a:xfrm>
                      <a:off x="0" y="0"/>
                      <a:ext cx="5486400" cy="3950208"/>
                    </a:xfrm>
                    <a:prstGeom prst="rect"/>
                  </pic:spPr>
                </pic:pic>
              </a:graphicData>
            </a:graphic>
          </wp:inline>
        </w:drawing>
      </w:r>
    </w:p>
    <w:p>
      <w:r>
        <w:rPr>
          <w:i/>
          <w:color w:val="525252"/>
          <w:sz w:val="17"/>
        </w:rPr>
        <w:t>Figure 1. Timeline: events per month by dataset [1]. Per month, 2023-10-01 to 2026-09-01. Source: Leak and burst repairs, Customer complaints, Zone meter readings by month (1,662 features). The data is in the appendix.</w:t>
      </w:r>
    </w:p>
    <w:p>
      <w:r>
        <w:rPr>
          <w:i w:val="0"/>
        </w:rPr>
        <w:t>The timeline counts 1,662 dated events in Leak and burst repairs, Customer complaints, Zone meter readings by month per month, from October 2023 to September 2026 [1][2][3][4]. By dataset: Leak and burst repairs 950; Customer complaints 520; Zone meter readings by month 192 [1]. The trend is +2.5 events per month; the second half of the months has 1,208 against 454 in the first (+166.1%) [1].</w:t>
      </w:r>
    </w:p>
    <w:p>
      <w:r>
        <w:rPr>
          <w:b/>
        </w:rPr>
        <w:t>Busiest months</w:t>
      </w:r>
    </w:p>
    <w:p>
      <w:pPr>
        <w:pStyle w:val="ListBullet"/>
      </w:pPr>
      <w:r>
        <w:t>July 2026: 130 events [1]</w:t>
      </w:r>
    </w:p>
    <w:p>
      <w:pPr>
        <w:pStyle w:val="ListBullet"/>
      </w:pPr>
      <w:r>
        <w:t>August 2026: 126 events [1]</w:t>
      </w:r>
    </w:p>
    <w:p>
      <w:pPr>
        <w:pStyle w:val="ListBullet"/>
      </w:pPr>
      <w:r>
        <w:t>June 2026: 116 events [1]</w:t>
      </w:r>
    </w:p>
    <w:p>
      <w:r>
        <w:rPr>
          <w:b/>
        </w:rPr>
        <w:t>Quietest months</w:t>
      </w:r>
    </w:p>
    <w:p>
      <w:pPr>
        <w:pStyle w:val="ListBullet"/>
      </w:pPr>
      <w:r>
        <w:t>January 2024: 10 events [1]</w:t>
      </w:r>
    </w:p>
    <w:p>
      <w:pPr>
        <w:pStyle w:val="ListBullet"/>
      </w:pPr>
      <w:r>
        <w:t>February 2024: 13 events [1]</w:t>
      </w:r>
    </w:p>
    <w:p>
      <w:pPr>
        <w:pStyle w:val="ListBullet"/>
      </w:pPr>
      <w:r>
        <w:t>November 2023: 14 events [1]</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[5]. In ArcGIS it is Emerging Hot Spot Analysis or Create Space Time Cube [5].</w:t>
      </w:r>
    </w:p>
    <w:p>
      <w:r>
        <w:rPr>
          <w:b/>
        </w:rPr>
        <w:t xml:space="preserve">Why it was run on this data. </w:t>
      </w:r>
      <w:r>
        <w:rPr>
          <w:i w:val="0"/>
        </w:rPr>
        <w:t>Leak and burst repairs carry dates in 'reported_at': emerging hot spot analysis finds new, intensifying and fading hot spots per month [6].</w:t>
      </w:r>
    </w:p>
    <w:p>
      <w:r>
        <w:rPr>
          <w:b/>
        </w:rPr>
        <w:t xml:space="preserve">What it found. </w:t>
      </w:r>
      <w:r>
        <w:rPr>
          <w:i w:val="0"/>
        </w:rPr>
        <w:t>The analysis generated 1 layer saved named Emerging hot spots: Leak and burst repairs [7]. Processing the Leak and burst repairs data [8] resulted in a count of 71 features [7]. In total, 950 features were used during this execution [7], which took an elapsed time of 19 ms [7]. The billing cost for this operation was 0.1475 [7].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71</w:t>
            </w:r>
          </w:p>
        </w:tc>
      </w:tr>
      <w:tr>
        <w:tc>
          <w:tcPr>
            <w:tcW w:type="dxa" w:w="4320"/>
          </w:tcPr>
          <w:p>
            <w:r>
              <w:t>result, elapsed ms</w:t>
            </w:r>
          </w:p>
        </w:tc>
        <w:tc>
          <w:tcPr>
            <w:tcW w:type="dxa" w:w="4320"/>
          </w:tcPr>
          <w:p>
            <w:r>
              <w:t>19</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950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0.1475</w:t>
            </w:r>
          </w:p>
        </w:tc>
      </w:tr>
      <w:tr>
        <w:tc>
          <w:tcPr>
            <w:tcW w:type="dxa" w:w="4320"/>
          </w:tcPr>
          <w:p>
            <w:r>
              <w:t>billing, list price</w:t>
            </w:r>
          </w:p>
        </w:tc>
        <w:tc>
          <w:tcPr>
            <w:tcW w:type="dxa" w:w="4320"/>
          </w:tcPr>
          <w:p>
            <w:r>
              <w:t>0.1475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Leak and burst repairs: Emerging hot spots: 1 layer saved: Emerging hot spots: Leak and burst repairs (71 features) [7][8].</w:t>
      </w:r>
    </w:p>
    <w:p>
      <w:pPr>
        <w:pStyle w:val="ListBullet"/>
      </w:pPr>
      <w:r>
        <w:rPr>
          <w:b/>
        </w:rPr>
        <w:t xml:space="preserve">Evidenced: </w:t>
      </w:r>
      <w:r>
        <w:t>It reported result, count 71; result, elapsed ms 19; result, resolution 8; result, features used 950; result, time neighbors 0; billing, cost 0.1475 [7].</w:t>
      </w:r>
    </w:p>
    <w:p>
      <w:r>
        <w:rPr>
          <w:i/>
          <w:color w:val="525252"/>
          <w:sz w:val="17"/>
        </w:rPr>
        <w:t>Tool gp_space_time_hot_spots; parameters {"project": "0f6d1895-598a-4c17-a195-fc538533c4a3", "features": {"layer": "Leak and burst repairs (7e6cb18c)"}, "interval": "month", "bin_shape": "h3", "resolution": 8, "time_field": "reported_at"}</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[5]. In ArcGIS it is Emerging Hot Spot Analysis or Create Space Time Cube [5].</w:t>
      </w:r>
    </w:p>
    <w:p>
      <w:r>
        <w:rPr>
          <w:b/>
        </w:rPr>
        <w:t xml:space="preserve">Why it was run on this data. </w:t>
      </w:r>
      <w:r>
        <w:rPr>
          <w:i w:val="0"/>
        </w:rPr>
        <w:t>Customer complaints carry dates in 'date': emerging hot spot analysis finds new, intensifying and fading hot spots per week [9].</w:t>
      </w:r>
    </w:p>
    <w:p>
      <w:r>
        <w:rPr>
          <w:b/>
        </w:rPr>
        <w:t xml:space="preserve">What it found. </w:t>
      </w:r>
      <w:r>
        <w:rPr>
          <w:i w:val="0"/>
        </w:rPr>
        <w:t>Space time hot spots on Customer complaints: Emerging hot spots: 1 layer saved: Emerging hot spots: Customer complaints (75 features) [10][11]. It reported result, count 75; result, elapsed ms 15; result, resolution 8; result, features used 520; result, time neighbors 0; billing, cost 0.126 [10].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75</w:t>
            </w:r>
          </w:p>
        </w:tc>
      </w:tr>
      <w:tr>
        <w:tc>
          <w:tcPr>
            <w:tcW w:type="dxa" w:w="4320"/>
          </w:tcPr>
          <w:p>
            <w:r>
              <w:t>result, elapsed ms</w:t>
            </w:r>
          </w:p>
        </w:tc>
        <w:tc>
          <w:tcPr>
            <w:tcW w:type="dxa" w:w="4320"/>
          </w:tcPr>
          <w:p>
            <w:r>
              <w:t>15</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520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0.126</w:t>
            </w:r>
          </w:p>
        </w:tc>
      </w:tr>
      <w:tr>
        <w:tc>
          <w:tcPr>
            <w:tcW w:type="dxa" w:w="4320"/>
          </w:tcPr>
          <w:p>
            <w:r>
              <w:t>billing, list price</w:t>
            </w:r>
          </w:p>
        </w:tc>
        <w:tc>
          <w:tcPr>
            <w:tcW w:type="dxa" w:w="4320"/>
          </w:tcPr>
          <w:p>
            <w:r>
              <w:t>0.126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Customer complaints: Emerging hot spots: 1 layer saved: Emerging hot spots: Customer complaints (75 features) [10][11].</w:t>
      </w:r>
    </w:p>
    <w:p>
      <w:pPr>
        <w:pStyle w:val="ListBullet"/>
      </w:pPr>
      <w:r>
        <w:rPr>
          <w:b/>
        </w:rPr>
        <w:t xml:space="preserve">Evidenced: </w:t>
      </w:r>
      <w:r>
        <w:t>It reported result, count 75; result, elapsed ms 15; result, resolution 8; result, features used 520; result, time neighbors 0; billing, cost 0.126 [10].</w:t>
      </w:r>
    </w:p>
    <w:p>
      <w:r>
        <w:rPr>
          <w:i/>
          <w:color w:val="525252"/>
          <w:sz w:val="17"/>
        </w:rPr>
        <w:t>Tool gp_space_time_hot_spots; parameters {"project": "0f6d1895-598a-4c17-a195-fc538533c4a3", "features": {"layer": "Customer complaints (56e8a858)"}, "interval": "week", "bin_shape": "h3", "resolution": 8, "time_field": "date"}</w:t>
      </w:r>
    </w:p>
    <w:p>
      <w:pPr>
        <w:pStyle w:val="Heading1"/>
      </w:pPr>
      <w:r>
        <w:t>Hot spots</w:t>
      </w:r>
    </w:p>
    <w:p>
      <w:r>
        <w:rPr>
          <w:b/>
        </w:rPr>
        <w:t xml:space="preserve">What this analysis is. </w:t>
      </w:r>
      <w:r>
        <w:rPr>
          <w:i w:val="0"/>
        </w:rPr>
        <w:t>Hot spot analysis: Getis-Ord Gi* hot and cold spots with z-scores, p-values and confidence bins [12]. In ArcGIS it is Find Hot Spots or Hot Spot Analysis (Getis-Ord Gi*); in QGIS, qgis:hotspot (plugin) [12].</w:t>
      </w:r>
    </w:p>
    <w:p>
      <w:r>
        <w:rPr>
          <w:b/>
        </w:rPr>
        <w:t xml:space="preserve">Why it was run on this data. </w:t>
      </w:r>
      <w:r>
        <w:rPr>
          <w:i w:val="0"/>
        </w:rPr>
        <w:t>300 points: Getis-Ord Gi* tests whether the concentrations in Valves are statistically significant [13].</w:t>
      </w:r>
    </w:p>
    <w:p>
      <w:r>
        <w:rPr>
          <w:b/>
        </w:rPr>
        <w:t xml:space="preserve">What it found. </w:t>
      </w:r>
      <w:r>
        <w:rPr>
          <w:i w:val="0"/>
        </w:rPr>
        <w:t>Hot spots on Valves: Hot spot analysis: 1 layer saved: Hot spot analysis: Valves (53 features) [14][15]. It reported result, bins 53; result, count 53; result, elapsed ms 6; result, cell size m 1,000; result, incidents used 300; result, distance band m 1,000 [14].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53</w:t>
            </w:r>
          </w:p>
        </w:tc>
      </w:tr>
      <w:tr>
        <w:tc>
          <w:tcPr>
            <w:tcW w:type="dxa" w:w="4320"/>
          </w:tcPr>
          <w:p>
            <w:r>
              <w:t>result, count</w:t>
            </w:r>
          </w:p>
        </w:tc>
        <w:tc>
          <w:tcPr>
            <w:tcW w:type="dxa" w:w="4320"/>
          </w:tcPr>
          <w:p>
            <w:r>
              <w:t>53</w:t>
            </w:r>
          </w:p>
        </w:tc>
      </w:tr>
      <w:tr>
        <w:tc>
          <w:tcPr>
            <w:tcW w:type="dxa" w:w="4320"/>
          </w:tcPr>
          <w:p>
            <w:r>
              <w:t>result, elapsed ms</w:t>
            </w:r>
          </w:p>
        </w:tc>
        <w:tc>
          <w:tcPr>
            <w:tcW w:type="dxa" w:w="4320"/>
          </w:tcPr>
          <w:p>
            <w:r>
              <w:t>6</w:t>
            </w:r>
          </w:p>
        </w:tc>
      </w:tr>
      <w:tr>
        <w:tc>
          <w:tcPr>
            <w:tcW w:type="dxa" w:w="4320"/>
          </w:tcPr>
          <w:p>
            <w:r>
              <w:t>result, cell size m</w:t>
            </w:r>
          </w:p>
        </w:tc>
        <w:tc>
          <w:tcPr>
            <w:tcW w:type="dxa" w:w="4320"/>
          </w:tcPr>
          <w:p>
            <w:r>
              <w:t>1,000</w:t>
            </w:r>
          </w:p>
        </w:tc>
      </w:tr>
      <w:tr>
        <w:tc>
          <w:tcPr>
            <w:tcW w:type="dxa" w:w="4320"/>
          </w:tcPr>
          <w:p>
            <w:r>
              <w:t>result, incidents used</w:t>
            </w:r>
          </w:p>
        </w:tc>
        <w:tc>
          <w:tcPr>
            <w:tcW w:type="dxa" w:w="4320"/>
          </w:tcPr>
          <w:p>
            <w:r>
              <w:t>300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0.056</w:t>
            </w:r>
          </w:p>
        </w:tc>
      </w:tr>
      <w:tr>
        <w:tc>
          <w:tcPr>
            <w:tcW w:type="dxa" w:w="4320"/>
          </w:tcPr>
          <w:p>
            <w:r>
              <w:t>billing, list price</w:t>
            </w:r>
          </w:p>
        </w:tc>
        <w:tc>
          <w:tcPr>
            <w:tcW w:type="dxa" w:w="4320"/>
          </w:tcPr>
          <w:p>
            <w:r>
              <w:t>0.056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Valves: Hot spot analysis: 1 layer saved: Hot spot analysis: Valves (53 features) [14][15].</w:t>
      </w:r>
    </w:p>
    <w:p>
      <w:pPr>
        <w:pStyle w:val="ListBullet"/>
      </w:pPr>
      <w:r>
        <w:rPr>
          <w:b/>
        </w:rPr>
        <w:t xml:space="preserve">Evidenced: </w:t>
      </w:r>
      <w:r>
        <w:t>It reported result, bins 53; result, count 53; result, elapsed ms 6; result, cell size m 1,000; result, incidents used 300; result, distance band m 1,000 [14].</w:t>
      </w:r>
    </w:p>
    <w:p>
      <w:r>
        <w:rPr>
          <w:i/>
          <w:color w:val="525252"/>
          <w:sz w:val="17"/>
        </w:rPr>
        <w:t>Tool gp_hot_spots; parameters {"project": "0f6d1895-598a-4c17-a195-fc538533c4a3", "features": {"layer": "Valves (c6aecae7)"}, "aggregation": "hexagon", "cell_size_m": 1000.0, "distance_band_m": 1000.0}</w:t>
      </w:r>
    </w:p>
    <w:p>
      <w:pPr>
        <w:pStyle w:val="Heading1"/>
      </w:pPr>
      <w:r>
        <w:t>Hot spots</w:t>
      </w:r>
    </w:p>
    <w:p>
      <w:r>
        <w:rPr>
          <w:b/>
        </w:rPr>
        <w:t xml:space="preserve">What this analysis is. </w:t>
      </w:r>
      <w:r>
        <w:rPr>
          <w:i w:val="0"/>
        </w:rPr>
        <w:t>Hot spot analysis: Getis-Ord Gi* hot and cold spots with z-scores, p-values and confidence bins [12]. In ArcGIS it is Find Hot Spots or Hot Spot Analysis (Getis-Ord Gi*); in QGIS, qgis:hotspot (plugin) [12].</w:t>
      </w:r>
    </w:p>
    <w:p>
      <w:r>
        <w:rPr>
          <w:b/>
        </w:rPr>
        <w:t xml:space="preserve">Why it was run on this data. </w:t>
      </w:r>
      <w:r>
        <w:rPr>
          <w:i w:val="0"/>
        </w:rPr>
        <w:t>950 points: Getis-Ord Gi* tests whether the concentrations in Leak and burst repairs are statistically significant [16].</w:t>
      </w:r>
    </w:p>
    <w:p>
      <w:r>
        <w:rPr>
          <w:b/>
        </w:rPr>
        <w:t xml:space="preserve">What it found. </w:t>
      </w:r>
      <w:r>
        <w:rPr>
          <w:i w:val="0"/>
        </w:rPr>
        <w:t>Hot spots on Leak and burst repairs: Hot spot analysis: 1 layer saved: Hot spot analysis: Leak and burst repairs (184 features) [8][17]. It reported result, bins 184; result, count 184; result, elapsed ms 11; result, cell size m 500; result, incidents used 950; result, distance band m 500 [17].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184</w:t>
            </w:r>
          </w:p>
        </w:tc>
      </w:tr>
      <w:tr>
        <w:tc>
          <w:tcPr>
            <w:tcW w:type="dxa" w:w="4320"/>
          </w:tcPr>
          <w:p>
            <w:r>
              <w:t>result, count</w:t>
            </w:r>
          </w:p>
        </w:tc>
        <w:tc>
          <w:tcPr>
            <w:tcW w:type="dxa" w:w="4320"/>
          </w:tcPr>
          <w:p>
            <w:r>
              <w:t>184</w:t>
            </w:r>
          </w:p>
        </w:tc>
      </w:tr>
      <w:tr>
        <w:tc>
          <w:tcPr>
            <w:tcW w:type="dxa" w:w="4320"/>
          </w:tcPr>
          <w:p>
            <w:r>
              <w:t>result, elapsed ms</w:t>
            </w:r>
          </w:p>
        </w:tc>
        <w:tc>
          <w:tcPr>
            <w:tcW w:type="dxa" w:w="4320"/>
          </w:tcPr>
          <w:p>
            <w:r>
              <w:t>11</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950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0.069</w:t>
            </w:r>
          </w:p>
        </w:tc>
      </w:tr>
      <w:tr>
        <w:tc>
          <w:tcPr>
            <w:tcW w:type="dxa" w:w="4320"/>
          </w:tcPr>
          <w:p>
            <w:r>
              <w:t>billing, list price</w:t>
            </w:r>
          </w:p>
        </w:tc>
        <w:tc>
          <w:tcPr>
            <w:tcW w:type="dxa" w:w="4320"/>
          </w:tcPr>
          <w:p>
            <w:r>
              <w:t>0.069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Leak and burst repairs: Hot spot analysis: 1 layer saved: Hot spot analysis: Leak and burst repairs (184 features) [8][17].</w:t>
      </w:r>
    </w:p>
    <w:p>
      <w:pPr>
        <w:pStyle w:val="ListBullet"/>
      </w:pPr>
      <w:r>
        <w:rPr>
          <w:b/>
        </w:rPr>
        <w:t xml:space="preserve">Evidenced: </w:t>
      </w:r>
      <w:r>
        <w:t>It reported result, bins 184; result, count 184; result, elapsed ms 11; result, cell size m 500; result, incidents used 950; result, distance band m 500 [17].</w:t>
      </w:r>
    </w:p>
    <w:p>
      <w:r>
        <w:rPr>
          <w:i/>
          <w:color w:val="525252"/>
          <w:sz w:val="17"/>
        </w:rPr>
        <w:t>Tool gp_hot_spots; parameters {"project": "0f6d1895-598a-4c17-a195-fc538533c4a3", "features": {"layer": "Leak and burst repairs (7e6cb18c)"}, "aggregation": "hexagon", "cell_size_m": 500.0, "distance_band_m": 500.0}</w:t>
      </w:r>
    </w:p>
    <w:p>
      <w:pPr>
        <w:pStyle w:val="Heading1"/>
      </w:pPr>
      <w:r>
        <w:t>Hot spots</w:t>
      </w:r>
    </w:p>
    <w:p>
      <w:r>
        <w:rPr>
          <w:b/>
        </w:rPr>
        <w:t xml:space="preserve">What this analysis is. </w:t>
      </w:r>
      <w:r>
        <w:rPr>
          <w:i w:val="0"/>
        </w:rPr>
        <w:t>Hot spot analysis: Getis-Ord Gi* hot and cold spots with z-scores, p-values and confidence bins [12]. In ArcGIS it is Find Hot Spots or Hot Spot Analysis (Getis-Ord Gi*); in QGIS, qgis:hotspot (plugin) [12].</w:t>
      </w:r>
    </w:p>
    <w:p>
      <w:r>
        <w:rPr>
          <w:b/>
        </w:rPr>
        <w:t xml:space="preserve">Why it was run on this data. </w:t>
      </w:r>
      <w:r>
        <w:rPr>
          <w:i w:val="0"/>
        </w:rPr>
        <w:t>520 points: Getis-Ord Gi* tests whether the concentrations in Customer complaints are statistically significant [18].</w:t>
      </w:r>
    </w:p>
    <w:p>
      <w:r>
        <w:rPr>
          <w:b/>
        </w:rPr>
        <w:t xml:space="preserve">What it found. </w:t>
      </w:r>
      <w:r>
        <w:rPr>
          <w:i w:val="0"/>
        </w:rPr>
        <w:t>Hot spots on Customer complaints: Hot spot analysis: 1 layer saved: Hot spot analysis: Customer complaints (185 features) [11][19]. It reported result, bins 185; result, count 185; result, elapsed ms 9; result, cell size m 500; result, incidents used 520; result, distance band m 500 [19].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185</w:t>
            </w:r>
          </w:p>
        </w:tc>
      </w:tr>
      <w:tr>
        <w:tc>
          <w:tcPr>
            <w:tcW w:type="dxa" w:w="4320"/>
          </w:tcPr>
          <w:p>
            <w:r>
              <w:t>result, count</w:t>
            </w:r>
          </w:p>
        </w:tc>
        <w:tc>
          <w:tcPr>
            <w:tcW w:type="dxa" w:w="4320"/>
          </w:tcPr>
          <w:p>
            <w:r>
              <w:t>185</w:t>
            </w:r>
          </w:p>
        </w:tc>
      </w:tr>
      <w:tr>
        <w:tc>
          <w:tcPr>
            <w:tcW w:type="dxa" w:w="4320"/>
          </w:tcPr>
          <w:p>
            <w:r>
              <w:t>result, elapsed ms</w:t>
            </w:r>
          </w:p>
        </w:tc>
        <w:tc>
          <w:tcPr>
            <w:tcW w:type="dxa" w:w="4320"/>
          </w:tcPr>
          <w:p>
            <w:r>
              <w:t>9</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520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0.0604</w:t>
            </w:r>
          </w:p>
        </w:tc>
      </w:tr>
      <w:tr>
        <w:tc>
          <w:tcPr>
            <w:tcW w:type="dxa" w:w="4320"/>
          </w:tcPr>
          <w:p>
            <w:r>
              <w:t>billing, list price</w:t>
            </w:r>
          </w:p>
        </w:tc>
        <w:tc>
          <w:tcPr>
            <w:tcW w:type="dxa" w:w="4320"/>
          </w:tcPr>
          <w:p>
            <w:r>
              <w:t>0.0604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Customer complaints: Hot spot analysis: 1 layer saved: Hot spot analysis: Customer complaints (185 features) [11][19].</w:t>
      </w:r>
    </w:p>
    <w:p>
      <w:pPr>
        <w:pStyle w:val="ListBullet"/>
      </w:pPr>
      <w:r>
        <w:rPr>
          <w:b/>
        </w:rPr>
        <w:t xml:space="preserve">Evidenced: </w:t>
      </w:r>
      <w:r>
        <w:t>It reported result, bins 185; result, count 185; result, elapsed ms 9; result, cell size m 500; result, incidents used 520; result, distance band m 500 [19].</w:t>
      </w:r>
    </w:p>
    <w:p>
      <w:r>
        <w:rPr>
          <w:i/>
          <w:color w:val="525252"/>
          <w:sz w:val="17"/>
        </w:rPr>
        <w:t>Tool gp_hot_spots; parameters {"project": "0f6d1895-598a-4c17-a195-fc538533c4a3", "features": {"layer": "Customer complaints (56e8a858)"}, "aggregation": "hexagon", "cell_size_m": 500.0, "distance_band_m": 500.0}</w:t>
      </w:r>
    </w:p>
    <w:p>
      <w:pPr>
        <w:pStyle w:val="Heading1"/>
      </w:pPr>
      <w:r>
        <w:t>Calculate density</w:t>
      </w:r>
    </w:p>
    <w:p>
      <w:r>
        <w:rPr>
          <w:b/>
        </w:rPr>
        <w:t xml:space="preserve">What this analysis is. </w:t>
      </w:r>
      <w:r>
        <w:rPr>
          <w:i w:val="0"/>
        </w:rPr>
        <w:t>Calculate density: Kernel density per square kilometer on a grid [20]. In ArcGIS it is Calculate Density or Kernel Density; in QGIS, native:heatmapkerneldensityestimation [20].</w:t>
      </w:r>
    </w:p>
    <w:p>
      <w:r>
        <w:rPr>
          <w:b/>
        </w:rPr>
        <w:t xml:space="preserve">Why it was run on this data. </w:t>
      </w:r>
      <w:r>
        <w:rPr>
          <w:i w:val="0"/>
        </w:rPr>
        <w:t>300 points in Valves: a density surface shows where they concentrate [21].</w:t>
      </w:r>
    </w:p>
    <w:p>
      <w:r>
        <w:rPr>
          <w:b/>
        </w:rPr>
        <w:t xml:space="preserve">What it found. </w:t>
      </w:r>
      <w:r>
        <w:rPr>
          <w:i w:val="0"/>
        </w:rPr>
        <w:t>Calculate density on Valves: Calculate density: 1 layer saved: Calculate density: Valves (257 features) [15][22]. It reported result, count 257; result, elapsed ms 9; result, bandwidth m 1,000; result, cell size m 500; result, excluded null 0; result, max density per km2 14.42 [22].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257</w:t>
            </w:r>
          </w:p>
        </w:tc>
      </w:tr>
      <w:tr>
        <w:tc>
          <w:tcPr>
            <w:tcW w:type="dxa" w:w="4320"/>
          </w:tcPr>
          <w:p>
            <w:r>
              <w:t>result, elapsed ms</w:t>
            </w:r>
          </w:p>
        </w:tc>
        <w:tc>
          <w:tcPr>
            <w:tcW w:type="dxa" w:w="4320"/>
          </w:tcPr>
          <w:p>
            <w:r>
              <w:t>9</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14.42</w:t>
            </w:r>
          </w:p>
        </w:tc>
      </w:tr>
      <w:tr>
        <w:tc>
          <w:tcPr>
            <w:tcW w:type="dxa" w:w="4320"/>
          </w:tcPr>
          <w:p>
            <w:r>
              <w:t>billing, cost</w:t>
            </w:r>
          </w:p>
        </w:tc>
        <w:tc>
          <w:tcPr>
            <w:tcW w:type="dxa" w:w="4320"/>
          </w:tcPr>
          <w:p>
            <w:r>
              <w:t>0.056</w:t>
            </w:r>
          </w:p>
        </w:tc>
      </w:tr>
      <w:tr>
        <w:tc>
          <w:tcPr>
            <w:tcW w:type="dxa" w:w="4320"/>
          </w:tcPr>
          <w:p>
            <w:r>
              <w:t>billing, list price</w:t>
            </w:r>
          </w:p>
        </w:tc>
        <w:tc>
          <w:tcPr>
            <w:tcW w:type="dxa" w:w="4320"/>
          </w:tcPr>
          <w:p>
            <w:r>
              <w:t>0.056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Valves: Calculate density: 1 layer saved: Calculate density: Valves (257 features) [15][22].</w:t>
      </w:r>
    </w:p>
    <w:p>
      <w:pPr>
        <w:pStyle w:val="ListBullet"/>
      </w:pPr>
      <w:r>
        <w:rPr>
          <w:b/>
        </w:rPr>
        <w:t xml:space="preserve">Evidenced: </w:t>
      </w:r>
      <w:r>
        <w:t>It reported result, count 257; result, elapsed ms 9; result, bandwidth m 1,000; result, cell size m 500; result, excluded null 0; result, max density per km2 14.42 [22].</w:t>
      </w:r>
    </w:p>
    <w:p>
      <w:r>
        <w:rPr>
          <w:i/>
          <w:color w:val="525252"/>
          <w:sz w:val="17"/>
        </w:rPr>
        <w:t>Tool gp_calculate_density; parameters {"kernel": "quartic", "project": "0f6d1895-598a-4c17-a195-fc538533c4a3", "features": {"layer": "Valves (c6aecae7)"}, "bandwidth_m": 1000.0, "cell_size_m": 500.0}</w:t>
      </w:r>
    </w:p>
    <w:p>
      <w:pPr>
        <w:pStyle w:val="Heading1"/>
      </w:pPr>
      <w:r>
        <w:t>Calculate density</w:t>
      </w:r>
    </w:p>
    <w:p>
      <w:r>
        <w:rPr>
          <w:b/>
        </w:rPr>
        <w:t xml:space="preserve">What this analysis is. </w:t>
      </w:r>
      <w:r>
        <w:rPr>
          <w:i w:val="0"/>
        </w:rPr>
        <w:t>Calculate density: Kernel density per square kilometer on a grid [20]. In ArcGIS it is Calculate Density or Kernel Density; in QGIS, native:heatmapkerneldensityestimation [20].</w:t>
      </w:r>
    </w:p>
    <w:p>
      <w:r>
        <w:rPr>
          <w:b/>
        </w:rPr>
        <w:t xml:space="preserve">Why it was run on this data. </w:t>
      </w:r>
      <w:r>
        <w:rPr>
          <w:i w:val="0"/>
        </w:rPr>
        <w:t>950 points in Leak and burst repairs: a density surface shows where they concentrate [23].</w:t>
      </w:r>
    </w:p>
    <w:p>
      <w:r>
        <w:rPr>
          <w:b/>
        </w:rPr>
        <w:t xml:space="preserve">What it found. </w:t>
      </w:r>
      <w:r>
        <w:rPr>
          <w:i w:val="0"/>
        </w:rPr>
        <w:t>The density calculation utilized the Leak and burst repairs data [8], resulting in 1,220 features [24]. The analysis determined that the maximum density observed was 133.9 per km2 [24].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1,220</w:t>
            </w:r>
          </w:p>
        </w:tc>
      </w:tr>
      <w:tr>
        <w:tc>
          <w:tcPr>
            <w:tcW w:type="dxa" w:w="4320"/>
          </w:tcPr>
          <w:p>
            <w:r>
              <w:t>result, elapsed ms</w:t>
            </w:r>
          </w:p>
        </w:tc>
        <w:tc>
          <w:tcPr>
            <w:tcW w:type="dxa" w:w="4320"/>
          </w:tcPr>
          <w:p>
            <w:r>
              <w:t>36</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133.9</w:t>
            </w:r>
          </w:p>
        </w:tc>
      </w:tr>
      <w:tr>
        <w:tc>
          <w:tcPr>
            <w:tcW w:type="dxa" w:w="4320"/>
          </w:tcPr>
          <w:p>
            <w:r>
              <w:t>billing, cost</w:t>
            </w:r>
          </w:p>
        </w:tc>
        <w:tc>
          <w:tcPr>
            <w:tcW w:type="dxa" w:w="4320"/>
          </w:tcPr>
          <w:p>
            <w:r>
              <w:t>0.069</w:t>
            </w:r>
          </w:p>
        </w:tc>
      </w:tr>
      <w:tr>
        <w:tc>
          <w:tcPr>
            <w:tcW w:type="dxa" w:w="4320"/>
          </w:tcPr>
          <w:p>
            <w:r>
              <w:t>billing, list price</w:t>
            </w:r>
          </w:p>
        </w:tc>
        <w:tc>
          <w:tcPr>
            <w:tcW w:type="dxa" w:w="4320"/>
          </w:tcPr>
          <w:p>
            <w:r>
              <w:t>0.069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Leak and burst repairs: Calculate density: 1 layer saved: Calculate density: Leak and burst repairs (1220 features) [8][24].</w:t>
      </w:r>
    </w:p>
    <w:p>
      <w:pPr>
        <w:pStyle w:val="ListBullet"/>
      </w:pPr>
      <w:r>
        <w:rPr>
          <w:b/>
        </w:rPr>
        <w:t xml:space="preserve">Evidenced: </w:t>
      </w:r>
      <w:r>
        <w:t>It reported result, count 1,220; result, elapsed ms 36; result, bandwidth m 500; result, cell size m 200; result, excluded null 0; result, max density per km2 133.9 [24].</w:t>
      </w:r>
    </w:p>
    <w:p>
      <w:r>
        <w:rPr>
          <w:i/>
          <w:color w:val="525252"/>
          <w:sz w:val="17"/>
        </w:rPr>
        <w:t>Tool gp_calculate_density; parameters {"kernel": "quartic", "project": "0f6d1895-598a-4c17-a195-fc538533c4a3", "features": {"layer": "Leak and burst repairs (7e6cb18c)"}, "bandwidth_m": 500.0, "cell_size_m": 200.0}</w:t>
      </w:r>
    </w:p>
    <w:p>
      <w:pPr>
        <w:pStyle w:val="Heading1"/>
      </w:pPr>
      <w:r>
        <w:t>Calculate density</w:t>
      </w:r>
    </w:p>
    <w:p>
      <w:r>
        <w:rPr>
          <w:b/>
        </w:rPr>
        <w:t xml:space="preserve">What this analysis is. </w:t>
      </w:r>
      <w:r>
        <w:rPr>
          <w:i w:val="0"/>
        </w:rPr>
        <w:t>Calculate density: Kernel density per square kilometer on a grid [20]. In ArcGIS it is Calculate Density or Kernel Density; in QGIS, native:heatmapkerneldensityestimation [20].</w:t>
      </w:r>
    </w:p>
    <w:p>
      <w:r>
        <w:rPr>
          <w:b/>
        </w:rPr>
        <w:t xml:space="preserve">Why it was run on this data. </w:t>
      </w:r>
      <w:r>
        <w:rPr>
          <w:i w:val="0"/>
        </w:rPr>
        <w:t>520 points in Customer complaints: a density surface shows where they concentrate [25].</w:t>
      </w:r>
    </w:p>
    <w:p>
      <w:r>
        <w:rPr>
          <w:b/>
        </w:rPr>
        <w:t xml:space="preserve">What it found. </w:t>
      </w:r>
      <w:r>
        <w:rPr>
          <w:i w:val="0"/>
        </w:rPr>
        <w:t>Calculate density on Customer complaints: Calculate density: 1 layer saved: Calculate density: Customer complaints (1200 features) [11][26]. It reported result, count 1,200; result, elapsed ms 34; result, bandwidth m 500; result, cell size m 200; result, excluded null 0; result, max density per km2 55.38 [26].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1,200</w:t>
            </w:r>
          </w:p>
        </w:tc>
      </w:tr>
      <w:tr>
        <w:tc>
          <w:tcPr>
            <w:tcW w:type="dxa" w:w="4320"/>
          </w:tcPr>
          <w:p>
            <w:r>
              <w:t>result, elapsed ms</w:t>
            </w:r>
          </w:p>
        </w:tc>
        <w:tc>
          <w:tcPr>
            <w:tcW w:type="dxa" w:w="4320"/>
          </w:tcPr>
          <w:p>
            <w:r>
              <w:t>34</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55.38</w:t>
            </w:r>
          </w:p>
        </w:tc>
      </w:tr>
      <w:tr>
        <w:tc>
          <w:tcPr>
            <w:tcW w:type="dxa" w:w="4320"/>
          </w:tcPr>
          <w:p>
            <w:r>
              <w:t>billing, cost</w:t>
            </w:r>
          </w:p>
        </w:tc>
        <w:tc>
          <w:tcPr>
            <w:tcW w:type="dxa" w:w="4320"/>
          </w:tcPr>
          <w:p>
            <w:r>
              <w:t>0.0604</w:t>
            </w:r>
          </w:p>
        </w:tc>
      </w:tr>
      <w:tr>
        <w:tc>
          <w:tcPr>
            <w:tcW w:type="dxa" w:w="4320"/>
          </w:tcPr>
          <w:p>
            <w:r>
              <w:t>billing, list price</w:t>
            </w:r>
          </w:p>
        </w:tc>
        <w:tc>
          <w:tcPr>
            <w:tcW w:type="dxa" w:w="4320"/>
          </w:tcPr>
          <w:p>
            <w:r>
              <w:t>0.0604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Customer complaints: Calculate density: 1 layer saved: Calculate density: Customer complaints (1200 features) [11][26].</w:t>
      </w:r>
    </w:p>
    <w:p>
      <w:pPr>
        <w:pStyle w:val="ListBullet"/>
      </w:pPr>
      <w:r>
        <w:rPr>
          <w:b/>
        </w:rPr>
        <w:t xml:space="preserve">Evidenced: </w:t>
      </w:r>
      <w:r>
        <w:t>It reported result, count 1,200; result, elapsed ms 34; result, bandwidth m 500; result, cell size m 200; result, excluded null 0; result, max density per km2 55.38 [26].</w:t>
      </w:r>
    </w:p>
    <w:p>
      <w:r>
        <w:rPr>
          <w:i/>
          <w:color w:val="525252"/>
          <w:sz w:val="17"/>
        </w:rPr>
        <w:t>Tool gp_calculate_density; parameters {"kernel": "quartic", "project": "0f6d1895-598a-4c17-a195-fc538533c4a3", "features": {"layer": "Customer complaints (56e8a858)"}, "bandwidth_m": 500.0, "cell_size_m": 200.0}</w:t>
      </w:r>
    </w:p>
    <w:p>
      <w:pPr>
        <w:pStyle w:val="Heading1"/>
      </w:pPr>
      <w:r>
        <w:t>Summarize within</w:t>
      </w:r>
    </w:p>
    <w:p>
      <w:r>
        <w:rPr>
          <w:b/>
        </w:rPr>
        <w:t xml:space="preserve">What this analysis is. </w:t>
      </w:r>
      <w:r>
        <w:rPr>
          <w:i w:val="0"/>
        </w:rPr>
        <w:t>Summarize within: Count and aggregate the features inside each polygon (or bin), proportionally for lines and polygons [27]. In ArcGIS it is Summarize Within or Aggregate Points; in QGIS, native:countpointsinpolygon or native:sumlinelengths [27].</w:t>
      </w:r>
    </w:p>
    <w:p>
      <w:r>
        <w:rPr>
          <w:b/>
        </w:rPr>
        <w:t xml:space="preserve">Why it was run on this data. </w:t>
      </w:r>
      <w:r>
        <w:rPr>
          <w:i w:val="0"/>
        </w:rPr>
        <w:t>Count Valves inside each feature of Pressure zones by type; the counts map as a choropleth (natural breaks, sequential colors) [28].</w:t>
      </w:r>
    </w:p>
    <w:p>
      <w:r>
        <w:rPr>
          <w:b/>
        </w:rPr>
        <w:t xml:space="preserve">What it found. </w:t>
      </w:r>
      <w:r>
        <w:rPr>
          <w:i w:val="0"/>
        </w:rPr>
        <w:t>Summarize within on Valves, Pressure zones: Summarize within: 1 layer saved: Summarize within: Pressure zones (8 features) [15][29][30]. It reported result, count 8; result, elapsed ms 1; billing, cost 0.01618; billing, list price 0.01618; billing, upstream cost 0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0.01618</w:t>
            </w:r>
          </w:p>
        </w:tc>
      </w:tr>
      <w:tr>
        <w:tc>
          <w:tcPr>
            <w:tcW w:type="dxa" w:w="4320"/>
          </w:tcPr>
          <w:p>
            <w:r>
              <w:t>billing, list price</w:t>
            </w:r>
          </w:p>
        </w:tc>
        <w:tc>
          <w:tcPr>
            <w:tcW w:type="dxa" w:w="4320"/>
          </w:tcPr>
          <w:p>
            <w:r>
              <w:t>0.01618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Valves, Pressure zones: Summarize within: 1 layer saved: Summarize within: Pressure zones (8 features) [15][29][30].</w:t>
      </w:r>
    </w:p>
    <w:p>
      <w:pPr>
        <w:pStyle w:val="ListBullet"/>
      </w:pPr>
      <w:r>
        <w:rPr>
          <w:b/>
        </w:rPr>
        <w:t xml:space="preserve">Evidenced: </w:t>
      </w:r>
      <w:r>
        <w:t>It reported result, count 8; result, elapsed ms 1; billing, cost 0.01618; billing, list price 0.01618; billing, upstream cost 0 [29].</w:t>
      </w:r>
    </w:p>
    <w:p>
      <w:r>
        <w:rPr>
          <w:i/>
          <w:color w:val="525252"/>
          <w:sz w:val="17"/>
        </w:rPr>
        <w:t>Tool gp_summarize_within; parameters {"stats": [{"stat": "sum", "field": "exercised_year"}], "project": "0f6d1895-598a-4c17-a195-fc538533c4a3", "features": {"layer": "Valves (c6aecae7)"}, "group_by": "type", "polygons": {"layer": "Pressure zones (a4c55d18)"}}</w:t>
      </w:r>
    </w:p>
    <w:p>
      <w:pPr>
        <w:pStyle w:val="Heading1"/>
      </w:pPr>
      <w:r>
        <w:t>Summarize within</w:t>
      </w:r>
    </w:p>
    <w:p>
      <w:r>
        <w:rPr>
          <w:b/>
        </w:rPr>
        <w:t xml:space="preserve">What this analysis is. </w:t>
      </w:r>
      <w:r>
        <w:rPr>
          <w:i w:val="0"/>
        </w:rPr>
        <w:t>Summarize within: Count and aggregate the features inside each polygon (or bin), proportionally for lines and polygons [27]. In ArcGIS it is Summarize Within or Aggregate Points; in QGIS, native:countpointsinpolygon or native:sumlinelengths [27].</w:t>
      </w:r>
    </w:p>
    <w:p>
      <w:r>
        <w:rPr>
          <w:b/>
        </w:rPr>
        <w:t xml:space="preserve">Why it was run on this data. </w:t>
      </w:r>
      <w:r>
        <w:rPr>
          <w:i w:val="0"/>
        </w:rPr>
        <w:t>Count Valves inside each feature of Pressure zones by type; the counts map as a choropleth (natural breaks, sequential colors) [28].</w:t>
      </w:r>
    </w:p>
    <w:p>
      <w:r>
        <w:rPr>
          <w:b/>
        </w:rPr>
        <w:t xml:space="preserve">What it found. </w:t>
      </w:r>
      <w:r>
        <w:rPr>
          <w:i w:val="0"/>
        </w:rPr>
        <w:t>Summarize within on Leak and burst repairs, Pressure zones: Summarize within: 1 layer saved: Summarize within: Pressure zones (8 features) [8][30][31]. It reported result, count 8; result, elapsed ms 2; billing, cost 0.02918; billing, list price 0.02918; billing, upstream cost 0 [31].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0.02918</w:t>
            </w:r>
          </w:p>
        </w:tc>
      </w:tr>
      <w:tr>
        <w:tc>
          <w:tcPr>
            <w:tcW w:type="dxa" w:w="4320"/>
          </w:tcPr>
          <w:p>
            <w:r>
              <w:t>billing, list price</w:t>
            </w:r>
          </w:p>
        </w:tc>
        <w:tc>
          <w:tcPr>
            <w:tcW w:type="dxa" w:w="4320"/>
          </w:tcPr>
          <w:p>
            <w:r>
              <w:t>0.02918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Leak and burst repairs, Pressure zones: Summarize within: 1 layer saved: Summarize within: Pressure zones (8 features) [8][30][31].</w:t>
      </w:r>
    </w:p>
    <w:p>
      <w:pPr>
        <w:pStyle w:val="ListBullet"/>
      </w:pPr>
      <w:r>
        <w:rPr>
          <w:b/>
        </w:rPr>
        <w:t xml:space="preserve">Evidenced: </w:t>
      </w:r>
      <w:r>
        <w:t>It reported result, count 8; result, elapsed ms 2; billing, cost 0.02918; billing, list price 0.02918; billing, upstream cost 0 [31].</w:t>
      </w:r>
    </w:p>
    <w:p>
      <w:r>
        <w:rPr>
          <w:i/>
          <w:color w:val="525252"/>
          <w:sz w:val="17"/>
        </w:rPr>
        <w:t>Tool gp_summarize_within; parameters {"stats": [{"stat": "sum", "field": "water_lost_kl"}], "project": "0f6d1895-598a-4c17-a195-fc538533c4a3", "features": {"layer": "Leak and burst repairs (7e6cb18c)"}, "group_by": "type", "polygons": {"layer": "Pressure zones (a4c55d18)"}}</w:t>
      </w:r>
    </w:p>
    <w:p>
      <w:pPr>
        <w:pStyle w:val="Heading1"/>
      </w:pPr>
      <w:r>
        <w:t>Summarize within</w:t>
      </w:r>
    </w:p>
    <w:p>
      <w:r>
        <w:rPr>
          <w:b/>
        </w:rPr>
        <w:t xml:space="preserve">What this analysis is. </w:t>
      </w:r>
      <w:r>
        <w:rPr>
          <w:i w:val="0"/>
        </w:rPr>
        <w:t>Summarize within: Count and aggregate the features inside each polygon (or bin), proportionally for lines and polygons [27]. In ArcGIS it is Summarize Within or Aggregate Points; in QGIS, native:countpointsinpolygon or native:sumlinelengths [27].</w:t>
      </w:r>
    </w:p>
    <w:p>
      <w:r>
        <w:rPr>
          <w:b/>
        </w:rPr>
        <w:t xml:space="preserve">Why it was run on this data. </w:t>
      </w:r>
      <w:r>
        <w:rPr>
          <w:i w:val="0"/>
        </w:rPr>
        <w:t>Count Valves inside each feature of Pressure zones by type; the counts map as a choropleth (natural breaks, sequential colors) [28].</w:t>
      </w:r>
    </w:p>
    <w:p>
      <w:r>
        <w:rPr>
          <w:b/>
        </w:rPr>
        <w:t xml:space="preserve">What it found. </w:t>
      </w:r>
      <w:r>
        <w:rPr>
          <w:i w:val="0"/>
        </w:rPr>
        <w:t>Summarize within on Customer complaints, Pressure zones: Summarize within: 1 layer saved: Summarize within: Pressure zones (8 features) [11][30][32]. It reported result, count 8; result, elapsed ms 1; billing, cost 0.02056; billing, list price 0.02056; billing, upstream cost 0 [32].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0.02056</w:t>
            </w:r>
          </w:p>
        </w:tc>
      </w:tr>
      <w:tr>
        <w:tc>
          <w:tcPr>
            <w:tcW w:type="dxa" w:w="4320"/>
          </w:tcPr>
          <w:p>
            <w:r>
              <w:t>billing, list price</w:t>
            </w:r>
          </w:p>
        </w:tc>
        <w:tc>
          <w:tcPr>
            <w:tcW w:type="dxa" w:w="4320"/>
          </w:tcPr>
          <w:p>
            <w:r>
              <w:t>0.02056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Customer complaints, Pressure zones: Summarize within: 1 layer saved: Summarize within: Pressure zones (8 features) [11][30][32].</w:t>
      </w:r>
    </w:p>
    <w:p>
      <w:pPr>
        <w:pStyle w:val="ListBullet"/>
      </w:pPr>
      <w:r>
        <w:rPr>
          <w:b/>
        </w:rPr>
        <w:t xml:space="preserve">Evidenced: </w:t>
      </w:r>
      <w:r>
        <w:t>It reported result, count 8; result, elapsed ms 1; billing, cost 0.02056; billing, list price 0.02056; billing, upstream cost 0 [32].</w:t>
      </w:r>
    </w:p>
    <w:p>
      <w:r>
        <w:rPr>
          <w:i/>
          <w:color w:val="525252"/>
          <w:sz w:val="17"/>
        </w:rPr>
        <w:t>Tool gp_summarize_within; parameters {"stats": [], "project": "0f6d1895-598a-4c17-a195-fc538533c4a3", "features": {"layer": "Customer complaints (56e8a858)"}, "group_by": "issue", "polygons": {"layer": "Pressure zones (a4c55d18)"}}</w:t>
      </w:r>
    </w:p>
    <w:p>
      <w:pPr>
        <w:pStyle w:val="Heading1"/>
      </w:pPr>
      <w:r>
        <w:t>Find point clusters</w:t>
      </w:r>
    </w:p>
    <w:p>
      <w:r>
        <w:rPr>
          <w:b/>
        </w:rPr>
        <w:t xml:space="preserve">What this analysis is. </w:t>
      </w:r>
      <w:r>
        <w:rPr>
          <w:i w:val="0"/>
        </w:rPr>
        <w:t>Find point clusters: Density-based clusters (DBSCAN, HDBSCAN or OPTICS, optionally space-time) with hulls and noise [33]. In ArcGIS it is Find Point Clusters or Density-based Clustering; in QGIS, native:dbscanclustering or native:stdbscanclustering [33].</w:t>
      </w:r>
    </w:p>
    <w:p>
      <w:r>
        <w:rPr>
          <w:b/>
        </w:rPr>
        <w:t xml:space="preserve">Why it was run on this data. </w:t>
      </w:r>
      <w:r>
        <w:rPr>
          <w:i w:val="0"/>
        </w:rPr>
        <w:t>DBSCAN finds dense groups of Valves and separates noise [34].</w:t>
      </w:r>
    </w:p>
    <w:p>
      <w:r>
        <w:rPr>
          <w:b/>
        </w:rPr>
        <w:t xml:space="preserve">What it found. </w:t>
      </w:r>
      <w:r>
        <w:rPr>
          <w:i w:val="0"/>
        </w:rPr>
        <w:t>The analysis utilized the `gp_find_point_clusters` tool [35] with Valves data as the input [15]. This process saved two resulting layers: Find point clusters: Valves with 300 features, and Find point clusters: cluster hulls with 11 features [35].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300</w:t>
            </w:r>
          </w:p>
        </w:tc>
      </w:tr>
      <w:tr>
        <w:tc>
          <w:tcPr>
            <w:tcW w:type="dxa" w:w="4320"/>
          </w:tcPr>
          <w:p>
            <w:r>
              <w:t>result, noise</w:t>
            </w:r>
          </w:p>
        </w:tc>
        <w:tc>
          <w:tcPr>
            <w:tcW w:type="dxa" w:w="4320"/>
          </w:tcPr>
          <w:p>
            <w:r>
              <w:t>114</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8</w:t>
            </w:r>
          </w:p>
        </w:tc>
      </w:tr>
      <w:tr>
        <w:tc>
          <w:tcPr>
            <w:tcW w:type="dxa" w:w="4320"/>
          </w:tcPr>
          <w:p>
            <w:r>
              <w:t>result, min points</w:t>
            </w:r>
          </w:p>
        </w:tc>
        <w:tc>
          <w:tcPr>
            <w:tcW w:type="dxa" w:w="4320"/>
          </w:tcPr>
          <w:p>
            <w:r>
              <w:t>8</w:t>
            </w:r>
          </w:p>
        </w:tc>
      </w:tr>
      <w:tr>
        <w:tc>
          <w:tcPr>
            <w:tcW w:type="dxa" w:w="4320"/>
          </w:tcPr>
          <w:p>
            <w:r>
              <w:t>billing, cost</w:t>
            </w:r>
          </w:p>
        </w:tc>
        <w:tc>
          <w:tcPr>
            <w:tcW w:type="dxa" w:w="4320"/>
          </w:tcPr>
          <w:p>
            <w:r>
              <w:t>0.056</w:t>
            </w:r>
          </w:p>
        </w:tc>
      </w:tr>
      <w:tr>
        <w:tc>
          <w:tcPr>
            <w:tcW w:type="dxa" w:w="4320"/>
          </w:tcPr>
          <w:p>
            <w:r>
              <w:t>billing, list price</w:t>
            </w:r>
          </w:p>
        </w:tc>
        <w:tc>
          <w:tcPr>
            <w:tcW w:type="dxa" w:w="4320"/>
          </w:tcPr>
          <w:p>
            <w:r>
              <w:t>0.056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Valves: Find point clusters: 2 layers saved: Find point clusters: Valves (300 features); Find point clusters: cluster hulls (11 features) [15][35].</w:t>
      </w:r>
    </w:p>
    <w:p>
      <w:pPr>
        <w:pStyle w:val="ListBullet"/>
      </w:pPr>
      <w:r>
        <w:rPr>
          <w:b/>
        </w:rPr>
        <w:t xml:space="preserve">Evidenced: </w:t>
      </w:r>
      <w:r>
        <w:t>It reported result, count 300; result, noise 114; result, distance m 500; result, elapsed ms 8; result, min points 8; billing, cost 0.056 [35].</w:t>
      </w:r>
    </w:p>
    <w:p>
      <w:r>
        <w:rPr>
          <w:i/>
          <w:color w:val="525252"/>
          <w:sz w:val="17"/>
        </w:rPr>
        <w:t>Tool gp_find_point_clusters; parameters {"method": "dbscan", "project": "0f6d1895-598a-4c17-a195-fc538533c4a3", "features": {"layer": "Valves (c6aecae7)"}, "distance_m": 500.0, "min_points": 8}</w:t>
      </w:r>
    </w:p>
    <w:p>
      <w:pPr>
        <w:pStyle w:val="Heading1"/>
      </w:pPr>
      <w:r>
        <w:t>Find point clusters</w:t>
      </w:r>
    </w:p>
    <w:p>
      <w:r>
        <w:rPr>
          <w:b/>
        </w:rPr>
        <w:t xml:space="preserve">What this analysis is. </w:t>
      </w:r>
      <w:r>
        <w:rPr>
          <w:i w:val="0"/>
        </w:rPr>
        <w:t>Find point clusters: Density-based clusters (DBSCAN, HDBSCAN or OPTICS, optionally space-time) with hulls and noise [33]. In ArcGIS it is Find Point Clusters or Density-based Clustering; in QGIS, native:dbscanclustering or native:stdbscanclustering [33].</w:t>
      </w:r>
    </w:p>
    <w:p>
      <w:r>
        <w:rPr>
          <w:b/>
        </w:rPr>
        <w:t xml:space="preserve">Why it was run on this data. </w:t>
      </w:r>
      <w:r>
        <w:rPr>
          <w:i w:val="0"/>
        </w:rPr>
        <w:t>DBSCAN finds dense groups of Leak and burst repairs and separates noise [36].</w:t>
      </w:r>
    </w:p>
    <w:p>
      <w:r>
        <w:rPr>
          <w:b/>
        </w:rPr>
        <w:t xml:space="preserve">What it found. </w:t>
      </w:r>
      <w:r>
        <w:rPr>
          <w:i w:val="0"/>
        </w:rPr>
        <w:t>Find point clusters on Leak and burst repairs: Find point clusters: 2 layers saved: Find point clusters: Leak and burst repairs (950 features); Find point clusters: cluster hulls (3 features) [8][37]. It reported result, count 950; result, noise 830; result, distance m 200; result, elapsed ms 12; result, min points 20; billing, cost 0.069 [37].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950</w:t>
            </w:r>
          </w:p>
        </w:tc>
      </w:tr>
      <w:tr>
        <w:tc>
          <w:tcPr>
            <w:tcW w:type="dxa" w:w="4320"/>
          </w:tcPr>
          <w:p>
            <w:r>
              <w:t>result, noise</w:t>
            </w:r>
          </w:p>
        </w:tc>
        <w:tc>
          <w:tcPr>
            <w:tcW w:type="dxa" w:w="4320"/>
          </w:tcPr>
          <w:p>
            <w:r>
              <w:t>830</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12</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0.069</w:t>
            </w:r>
          </w:p>
        </w:tc>
      </w:tr>
      <w:tr>
        <w:tc>
          <w:tcPr>
            <w:tcW w:type="dxa" w:w="4320"/>
          </w:tcPr>
          <w:p>
            <w:r>
              <w:t>billing, list price</w:t>
            </w:r>
          </w:p>
        </w:tc>
        <w:tc>
          <w:tcPr>
            <w:tcW w:type="dxa" w:w="4320"/>
          </w:tcPr>
          <w:p>
            <w:r>
              <w:t>0.069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Leak and burst repairs: Find point clusters: 2 layers saved: Find point clusters: Leak and burst repairs (950 features); Find point clusters: cluster hulls (3 features) [8][37].</w:t>
      </w:r>
    </w:p>
    <w:p>
      <w:pPr>
        <w:pStyle w:val="ListBullet"/>
      </w:pPr>
      <w:r>
        <w:rPr>
          <w:b/>
        </w:rPr>
        <w:t xml:space="preserve">Evidenced: </w:t>
      </w:r>
      <w:r>
        <w:t>It reported result, count 950; result, noise 830; result, distance m 200; result, elapsed ms 12; result, min points 20; billing, cost 0.069 [37].</w:t>
      </w:r>
    </w:p>
    <w:p>
      <w:r>
        <w:rPr>
          <w:i/>
          <w:color w:val="525252"/>
          <w:sz w:val="17"/>
        </w:rPr>
        <w:t>Tool gp_find_point_clusters; parameters {"method": "dbscan", "project": "0f6d1895-598a-4c17-a195-fc538533c4a3", "features": {"layer": "Leak and burst repairs (7e6cb18c)"}, "distance_m": 200.0, "min_points": 20}</w:t>
      </w:r>
    </w:p>
    <w:p>
      <w:pPr>
        <w:pStyle w:val="Heading1"/>
      </w:pPr>
      <w:r>
        <w:t>Find point clusters</w:t>
      </w:r>
    </w:p>
    <w:p>
      <w:r>
        <w:rPr>
          <w:b/>
        </w:rPr>
        <w:t xml:space="preserve">What this analysis is. </w:t>
      </w:r>
      <w:r>
        <w:rPr>
          <w:i w:val="0"/>
        </w:rPr>
        <w:t>Find point clusters: Density-based clusters (DBSCAN, HDBSCAN or OPTICS, optionally space-time) with hulls and noise [33]. In ArcGIS it is Find Point Clusters or Density-based Clustering; in QGIS, native:dbscanclustering or native:stdbscanclustering [33].</w:t>
      </w:r>
    </w:p>
    <w:p>
      <w:r>
        <w:rPr>
          <w:b/>
        </w:rPr>
        <w:t xml:space="preserve">Why it was run on this data. </w:t>
      </w:r>
      <w:r>
        <w:rPr>
          <w:i w:val="0"/>
        </w:rPr>
        <w:t>DBSCAN finds dense groups of Customer complaints and separates noise [38].</w:t>
      </w:r>
    </w:p>
    <w:p>
      <w:r>
        <w:rPr>
          <w:b/>
        </w:rPr>
        <w:t xml:space="preserve">What it found. </w:t>
      </w:r>
      <w:r>
        <w:rPr>
          <w:i w:val="0"/>
        </w:rPr>
        <w:t>Find point clusters on Customer complaints: Find point clusters: 2 layers saved: Find point clusters: Customer complaints (520 features); Find point clusters: cluster hulls (3 features) [11][39]. It reported result, count 520; result, noise 196; result, distance m 500; result, elapsed ms 8; result, min points 13; billing, cost 0.0604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520</w:t>
            </w:r>
          </w:p>
        </w:tc>
      </w:tr>
      <w:tr>
        <w:tc>
          <w:tcPr>
            <w:tcW w:type="dxa" w:w="4320"/>
          </w:tcPr>
          <w:p>
            <w:r>
              <w:t>result, noise</w:t>
            </w:r>
          </w:p>
        </w:tc>
        <w:tc>
          <w:tcPr>
            <w:tcW w:type="dxa" w:w="4320"/>
          </w:tcPr>
          <w:p>
            <w:r>
              <w:t>196</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8</w:t>
            </w:r>
          </w:p>
        </w:tc>
      </w:tr>
      <w:tr>
        <w:tc>
          <w:tcPr>
            <w:tcW w:type="dxa" w:w="4320"/>
          </w:tcPr>
          <w:p>
            <w:r>
              <w:t>result, min points</w:t>
            </w:r>
          </w:p>
        </w:tc>
        <w:tc>
          <w:tcPr>
            <w:tcW w:type="dxa" w:w="4320"/>
          </w:tcPr>
          <w:p>
            <w:r>
              <w:t>13</w:t>
            </w:r>
          </w:p>
        </w:tc>
      </w:tr>
      <w:tr>
        <w:tc>
          <w:tcPr>
            <w:tcW w:type="dxa" w:w="4320"/>
          </w:tcPr>
          <w:p>
            <w:r>
              <w:t>billing, cost</w:t>
            </w:r>
          </w:p>
        </w:tc>
        <w:tc>
          <w:tcPr>
            <w:tcW w:type="dxa" w:w="4320"/>
          </w:tcPr>
          <w:p>
            <w:r>
              <w:t>0.0604</w:t>
            </w:r>
          </w:p>
        </w:tc>
      </w:tr>
      <w:tr>
        <w:tc>
          <w:tcPr>
            <w:tcW w:type="dxa" w:w="4320"/>
          </w:tcPr>
          <w:p>
            <w:r>
              <w:t>billing, list price</w:t>
            </w:r>
          </w:p>
        </w:tc>
        <w:tc>
          <w:tcPr>
            <w:tcW w:type="dxa" w:w="4320"/>
          </w:tcPr>
          <w:p>
            <w:r>
              <w:t>0.0604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Customer complaints: Find point clusters: 2 layers saved: Find point clusters: Customer complaints (520 features); Find point clusters: cluster hulls (3 features) [11][39].</w:t>
      </w:r>
    </w:p>
    <w:p>
      <w:pPr>
        <w:pStyle w:val="ListBullet"/>
      </w:pPr>
      <w:r>
        <w:rPr>
          <w:b/>
        </w:rPr>
        <w:t xml:space="preserve">Evidenced: </w:t>
      </w:r>
      <w:r>
        <w:t>It reported result, count 520; result, noise 196; result, distance m 500; result, elapsed ms 8; result, min points 13; billing, cost 0.0604 [39].</w:t>
      </w:r>
    </w:p>
    <w:p>
      <w:r>
        <w:rPr>
          <w:i/>
          <w:color w:val="525252"/>
          <w:sz w:val="17"/>
        </w:rPr>
        <w:t>Tool gp_find_point_clusters; parameters {"method": "dbscan", "project": "0f6d1895-598a-4c17-a195-fc538533c4a3", "features": {"layer": "Customer complaints (56e8a858)"}, "distance_m": 500.0, "min_points": 13}</w:t>
      </w:r>
    </w:p>
    <w:p>
      <w:pPr>
        <w:pStyle w:val="Heading1"/>
      </w:pPr>
      <w:r>
        <w:t>Outliers</w:t>
      </w:r>
    </w:p>
    <w:p>
      <w:r>
        <w:rPr>
          <w:b/>
        </w:rPr>
        <w:t xml:space="preserve">What this analysis is. </w:t>
      </w:r>
      <w:r>
        <w:rPr>
          <w:i w:val="0"/>
        </w:rPr>
        <w:t>Find outliers: Anselin local Moran’s I: HH, LL clusters and HL, LH outliers [40]. In ArcGIS it is Find Outliers or Cluster and Outlier Analysis (Anselin Local Moran’s I) [40].</w:t>
      </w:r>
    </w:p>
    <w:p>
      <w:r>
        <w:rPr>
          <w:b/>
        </w:rPr>
        <w:t xml:space="preserve">Why it was run on this data. </w:t>
      </w:r>
      <w:r>
        <w:rPr>
          <w:i w:val="0"/>
        </w:rPr>
        <w:t>Local Moran's I maps clusters and outliers of 'connections' [41].</w:t>
      </w:r>
    </w:p>
    <w:p>
      <w:r>
        <w:rPr>
          <w:b/>
        </w:rPr>
        <w:t xml:space="preserve">What it found. </w:t>
      </w:r>
      <w:r>
        <w:rPr>
          <w:i w:val="0"/>
        </w:rPr>
        <w:t>Outliers on Pressure zones: Find outliers: 1 layer saved: Find outliers: Pressure zones (8 features) [30][42]. It reported result, count 8; result, elapsed ms 3; result, permutations 199; result, excluded null 0; result, distance band m 2,338; billing, cost 0.05024 [42].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3</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2,338</w:t>
            </w:r>
          </w:p>
        </w:tc>
      </w:tr>
      <w:tr>
        <w:tc>
          <w:tcPr>
            <w:tcW w:type="dxa" w:w="4320"/>
          </w:tcPr>
          <w:p>
            <w:r>
              <w:t>billing, cost</w:t>
            </w:r>
          </w:p>
        </w:tc>
        <w:tc>
          <w:tcPr>
            <w:tcW w:type="dxa" w:w="4320"/>
          </w:tcPr>
          <w:p>
            <w:r>
              <w:t>0.05024</w:t>
            </w:r>
          </w:p>
        </w:tc>
      </w:tr>
      <w:tr>
        <w:tc>
          <w:tcPr>
            <w:tcW w:type="dxa" w:w="4320"/>
          </w:tcPr>
          <w:p>
            <w:r>
              <w:t>billing, list price</w:t>
            </w:r>
          </w:p>
        </w:tc>
        <w:tc>
          <w:tcPr>
            <w:tcW w:type="dxa" w:w="4320"/>
          </w:tcPr>
          <w:p>
            <w:r>
              <w:t>0.05024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Pressure zones: Find outliers: 1 layer saved: Find outliers: Pressure zones (8 features) [30][42].</w:t>
      </w:r>
    </w:p>
    <w:p>
      <w:pPr>
        <w:pStyle w:val="ListBullet"/>
      </w:pPr>
      <w:r>
        <w:rPr>
          <w:b/>
        </w:rPr>
        <w:t xml:space="preserve">Evidenced: </w:t>
      </w:r>
      <w:r>
        <w:t>It reported result, count 8; result, elapsed ms 3; result, permutations 199; result, excluded null 0; result, distance band m 2,338; billing, cost 0.05024 [42].</w:t>
      </w:r>
    </w:p>
    <w:p>
      <w:r>
        <w:rPr>
          <w:i/>
          <w:color w:val="525252"/>
          <w:sz w:val="17"/>
        </w:rPr>
        <w:t>Tool gp_outliers; parameters {"field": "connections", "project": "0f6d1895-598a-4c17-a195-fc538533c4a3", "features": {"layer": "Pressure zones (a4c55d18)"}, "aggregation": "hexagon"}</w:t>
      </w:r>
    </w:p>
    <w:p>
      <w:pPr>
        <w:pStyle w:val="Heading1"/>
      </w:pPr>
      <w:r>
        <w:t>Spatial autocorrelation</w:t>
      </w:r>
    </w:p>
    <w:p>
      <w:r>
        <w:rPr>
          <w:b/>
        </w:rPr>
        <w:t xml:space="preserve">What this analysis is. </w:t>
      </w:r>
      <w:r>
        <w:rPr>
          <w:i w:val="0"/>
        </w:rPr>
        <w:t>Spatial autocorrelation: Global Moran’s I: is the pattern clustered, dispersed or random [43]. In ArcGIS it is Spatial Autocorrelation (Global Moran’s I) [43].</w:t>
      </w:r>
    </w:p>
    <w:p>
      <w:r>
        <w:rPr>
          <w:b/>
        </w:rPr>
        <w:t xml:space="preserve">Why it was run on this data. </w:t>
      </w:r>
      <w:r>
        <w:rPr>
          <w:i w:val="0"/>
        </w:rPr>
        <w:t>Global Moran's I says whether similar values of 'connections' sit next to each other [44].</w:t>
      </w:r>
    </w:p>
    <w:p>
      <w:r>
        <w:rPr>
          <w:b/>
        </w:rPr>
        <w:t xml:space="preserve">What it found. </w:t>
      </w:r>
      <w:r>
        <w:rPr>
          <w:i w:val="0"/>
        </w:rPr>
        <w:t>The gp_spatial_autocorrelation tool was executed using Pressure zones as input [30], [45].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8</w:t>
            </w:r>
          </w:p>
        </w:tc>
      </w:tr>
      <w:tr>
        <w:tc>
          <w:tcPr>
            <w:tcW w:type="dxa" w:w="4320"/>
          </w:tcPr>
          <w:p>
            <w:r>
              <w:t>result, p value</w:t>
            </w:r>
          </w:p>
        </w:tc>
        <w:tc>
          <w:tcPr>
            <w:tcW w:type="dxa" w:w="4320"/>
          </w:tcPr>
          <w:p>
            <w:r>
              <w:t>0.3743</w:t>
            </w:r>
          </w:p>
        </w:tc>
      </w:tr>
      <w:tr>
        <w:tc>
          <w:tcPr>
            <w:tcW w:type="dxa" w:w="4320"/>
          </w:tcPr>
          <w:p>
            <w:r>
              <w:t>result, z score</w:t>
            </w:r>
          </w:p>
        </w:tc>
        <w:tc>
          <w:tcPr>
            <w:tcW w:type="dxa" w:w="4320"/>
          </w:tcPr>
          <w:p>
            <w:r>
              <w:t>-0.8884</w:t>
            </w:r>
          </w:p>
        </w:tc>
      </w:tr>
      <w:tr>
        <w:tc>
          <w:tcPr>
            <w:tcW w:type="dxa" w:w="4320"/>
          </w:tcPr>
          <w:p>
            <w:r>
              <w:t>result, morans i</w:t>
            </w:r>
          </w:p>
        </w:tc>
        <w:tc>
          <w:tcPr>
            <w:tcW w:type="dxa" w:w="4320"/>
          </w:tcPr>
          <w:p>
            <w:r>
              <w:t>-0.3913</w:t>
            </w:r>
          </w:p>
        </w:tc>
      </w:tr>
      <w:tr>
        <w:tc>
          <w:tcPr>
            <w:tcW w:type="dxa" w:w="4320"/>
          </w:tcPr>
          <w:p>
            <w:r>
              <w:t>result, variance</w:t>
            </w:r>
          </w:p>
        </w:tc>
        <w:tc>
          <w:tcPr>
            <w:tcW w:type="dxa" w:w="4320"/>
          </w:tcPr>
          <w:p>
            <w:r>
              <w:t>0.07821</w:t>
            </w:r>
          </w:p>
        </w:tc>
      </w:tr>
      <w:tr>
        <w:tc>
          <w:tcPr>
            <w:tcW w:type="dxa" w:w="4320"/>
          </w:tcPr>
          <w:p>
            <w:r>
              <w:t>result, elapsed ms</w:t>
            </w:r>
          </w:p>
        </w:tc>
        <w:tc>
          <w:tcPr>
            <w:tcW w:type="dxa" w:w="4320"/>
          </w:tcPr>
          <w:p>
            <w:r>
              <w:t>1</w:t>
            </w:r>
          </w:p>
        </w:tc>
      </w:tr>
      <w:tr>
        <w:tc>
          <w:tcPr>
            <w:tcW w:type="dxa" w:w="4320"/>
          </w:tcPr>
          <w:p>
            <w:r>
              <w:t>result, expected i</w:t>
            </w:r>
          </w:p>
        </w:tc>
        <w:tc>
          <w:tcPr>
            <w:tcW w:type="dxa" w:w="4320"/>
          </w:tcPr>
          <w:p>
            <w:r>
              <w:t>-0.1429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2,338</w:t>
            </w:r>
          </w:p>
        </w:tc>
      </w:tr>
      <w:tr>
        <w:tc>
          <w:tcPr>
            <w:tcW w:type="dxa" w:w="4320"/>
          </w:tcPr>
          <w:p>
            <w:r>
              <w:t>result, p value normality</w:t>
            </w:r>
          </w:p>
        </w:tc>
        <w:tc>
          <w:tcPr>
            <w:tcW w:type="dxa" w:w="4320"/>
          </w:tcPr>
          <w:p>
            <w:r>
              <w:t>0.3878</w:t>
            </w:r>
          </w:p>
        </w:tc>
      </w:tr>
      <w:tr>
        <w:tc>
          <w:tcPr>
            <w:tcW w:type="dxa" w:w="4320"/>
          </w:tcPr>
          <w:p>
            <w:r>
              <w:t>result, z score normality</w:t>
            </w:r>
          </w:p>
        </w:tc>
        <w:tc>
          <w:tcPr>
            <w:tcW w:type="dxa" w:w="4320"/>
          </w:tcPr>
          <w:p>
            <w:r>
              <w:t>-0.8636</w:t>
            </w:r>
          </w:p>
        </w:tc>
      </w:tr>
      <w:tr>
        <w:tc>
          <w:tcPr>
            <w:tcW w:type="dxa" w:w="4320"/>
          </w:tcPr>
          <w:p>
            <w:r>
              <w:t>result, variance normality</w:t>
            </w:r>
          </w:p>
        </w:tc>
        <w:tc>
          <w:tcPr>
            <w:tcW w:type="dxa" w:w="4320"/>
          </w:tcPr>
          <w:p>
            <w:r>
              <w:t>0.08277</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Spatial autocorrelation on Pressure zones: Spatial autocorrelation: done; no map output [30][45].</w:t>
      </w:r>
    </w:p>
    <w:p>
      <w:pPr>
        <w:pStyle w:val="ListBullet"/>
      </w:pPr>
      <w:r>
        <w:rPr>
          <w:b/>
        </w:rPr>
        <w:t xml:space="preserve">Evidenced: </w:t>
      </w:r>
      <w:r>
        <w:t>It reported result, n 8; result, p value 0.3743; result, z score -0.8884; result, morans i -0.3913; result, variance 0.07821; result, elapsed ms 1 [45].</w:t>
      </w:r>
    </w:p>
    <w:p>
      <w:r>
        <w:rPr>
          <w:i/>
          <w:color w:val="525252"/>
          <w:sz w:val="17"/>
        </w:rPr>
        <w:t>Tool gp_spatial_autocorrelation; parameters {"field": "connections", "project": "0f6d1895-598a-4c17-a195-fc538533c4a3", "features": {"layer": "Pressure zones (a4c55d18)"}}</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[46]. In ArcGIS it is Repeat and Near Repeat Classification or Near Repeat Calculator [46].</w:t>
      </w:r>
    </w:p>
    <w:p>
      <w:r>
        <w:rPr>
          <w:b/>
        </w:rPr>
        <w:t xml:space="preserve">Why it was run on this data. </w:t>
      </w:r>
      <w:r>
        <w:rPr>
          <w:i w:val="0"/>
        </w:rPr>
        <w:t>Near repeat analysis tests whether Leak and burst repairs close in space also follow each other within 30 days [47].</w:t>
      </w:r>
    </w:p>
    <w:p>
      <w:r>
        <w:rPr>
          <w:b/>
        </w:rPr>
        <w:t xml:space="preserve">What it found. </w:t>
      </w:r>
      <w:r>
        <w:rPr>
          <w:i w:val="0"/>
        </w:rPr>
        <w:t>Near repeat on Leak and burst repairs: Repeat and near repeat classification: 1 layer saved: Repeat and near repeat classification: Leak and burst repairs (950 features) [8][48]. It reported result, days 30; result, count 950; result, chains 114; result, distance m 200; result, elapsed ms 20; result, pairs linked 246 [48].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30</w:t>
            </w:r>
          </w:p>
        </w:tc>
      </w:tr>
      <w:tr>
        <w:tc>
          <w:tcPr>
            <w:tcW w:type="dxa" w:w="4320"/>
          </w:tcPr>
          <w:p>
            <w:r>
              <w:t>result, count</w:t>
            </w:r>
          </w:p>
        </w:tc>
        <w:tc>
          <w:tcPr>
            <w:tcW w:type="dxa" w:w="4320"/>
          </w:tcPr>
          <w:p>
            <w:r>
              <w:t>950</w:t>
            </w:r>
          </w:p>
        </w:tc>
      </w:tr>
      <w:tr>
        <w:tc>
          <w:tcPr>
            <w:tcW w:type="dxa" w:w="4320"/>
          </w:tcPr>
          <w:p>
            <w:r>
              <w:t>result, chains</w:t>
            </w:r>
          </w:p>
        </w:tc>
        <w:tc>
          <w:tcPr>
            <w:tcW w:type="dxa" w:w="4320"/>
          </w:tcPr>
          <w:p>
            <w:r>
              <w:t>114</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20</w:t>
            </w:r>
          </w:p>
        </w:tc>
      </w:tr>
      <w:tr>
        <w:tc>
          <w:tcPr>
            <w:tcW w:type="dxa" w:w="4320"/>
          </w:tcPr>
          <w:p>
            <w:r>
              <w:t>result, pairs linked</w:t>
            </w:r>
          </w:p>
        </w:tc>
        <w:tc>
          <w:tcPr>
            <w:tcW w:type="dxa" w:w="4320"/>
          </w:tcPr>
          <w:p>
            <w:r>
              <w:t>246</w:t>
            </w:r>
          </w:p>
        </w:tc>
      </w:tr>
      <w:tr>
        <w:tc>
          <w:tcPr>
            <w:tcW w:type="dxa" w:w="4320"/>
          </w:tcPr>
          <w:p>
            <w:r>
              <w:t>billing, cost</w:t>
            </w:r>
          </w:p>
        </w:tc>
        <w:tc>
          <w:tcPr>
            <w:tcW w:type="dxa" w:w="4320"/>
          </w:tcPr>
          <w:p>
            <w:r>
              <w:t>0.0785</w:t>
            </w:r>
          </w:p>
        </w:tc>
      </w:tr>
      <w:tr>
        <w:tc>
          <w:tcPr>
            <w:tcW w:type="dxa" w:w="4320"/>
          </w:tcPr>
          <w:p>
            <w:r>
              <w:t>billing, list price</w:t>
            </w:r>
          </w:p>
        </w:tc>
        <w:tc>
          <w:tcPr>
            <w:tcW w:type="dxa" w:w="4320"/>
          </w:tcPr>
          <w:p>
            <w:r>
              <w:t>0.0785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Leak and burst repairs: Repeat and near repeat classification: 1 layer saved: Repeat and near repeat classification: Leak and burst repairs (950 features) [8][48].</w:t>
      </w:r>
    </w:p>
    <w:p>
      <w:pPr>
        <w:pStyle w:val="ListBullet"/>
      </w:pPr>
      <w:r>
        <w:rPr>
          <w:b/>
        </w:rPr>
        <w:t xml:space="preserve">Evidenced: </w:t>
      </w:r>
      <w:r>
        <w:t>It reported result, days 30; result, count 950; result, chains 114; result, distance m 200; result, elapsed ms 20; result, pairs linked 246 [48].</w:t>
      </w:r>
    </w:p>
    <w:p>
      <w:r>
        <w:rPr>
          <w:i/>
          <w:color w:val="525252"/>
          <w:sz w:val="17"/>
        </w:rPr>
        <w:t>Tool gp_near_repeat; parameters {"days": 30, "project": "0f6d1895-598a-4c17-a195-fc538533c4a3", "features": {"layer": "Leak and burst repairs (7e6cb18c)"}, "distance_m": 200.0, "time_field": "reported_at"}</w:t>
      </w:r>
    </w:p>
    <w:p>
      <w:pPr>
        <w:pStyle w:val="Heading1"/>
      </w:pPr>
      <w:r>
        <w:t>Maps and charts</w:t>
      </w:r>
    </w:p>
    <w:p>
      <w:r>
        <w:rPr>
          <w:i w:val="0"/>
        </w:rPr>
        <w:t>The run also made 20 map image(s) [49][50][51][52][53][54][55][56][57][58][59][60][61][62][63][64][65][66][67][68] and 27 chart(s) [69][70][71][72][73][74][75][76][77][78][79][80][81][82][83][84][85][86][87][88][89][90][91][92][93][94][95].</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1.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Emerging hot spots: Leak and burst repairs [49]</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3.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Emerging hot spots: Customer complaints [50]</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4.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Hot spot analysis: Valves [51]</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7.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Hot spot analysis: Leak and burst repairs [52]</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Hot spot analysis: Customer complaints [53]</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Calculate density: Valves [54]</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Calculate density: Leak and burst repairs [55]</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4.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Calculate density: Customer complaints [56]</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Summarize within: Pressure zones [57]</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Summarize within: Pressure zones [58]</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1.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Summarize within: Pressure zones [59]</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Find point clusters: Valves [60]</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Find point clusters: cluster hulls [61]</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Find point clusters: Leak and burst repairs [62]</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9.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Find point clusters: cluster hulls [63]</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Find point clusters: Customer complaints [64]</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3.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Find point clusters: cluster hulls [65]</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5.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Pressure zones by connections [66]</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6.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Find outliers: Pressure zones [67]</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8.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Repeat and near repeat classification: Leak and burst repairs [68]</w:t>
      </w:r>
    </w:p>
    <w:p>
      <w:r>
        <w:rPr>
          <w:b/>
        </w:rPr>
        <w:t xml:space="preserve">What the map shows. </w:t>
      </w:r>
      <w:r>
        <w:rPr>
          <w:i/>
        </w:rPr>
        <w:t>The map displays emerging hot spots concerning leak and burst repairs, utilizing a classification of 'Sporadic hot spot' and 'No pattern detected.' A noticeable cluster of sporadic hot spots, indicated by the lighter orange coloring, is visible in the central-to-upper portion of the mapped area. In contrast, the majority of the tiles surrounding this central region are colored gray, corresponding to an absence of detected pattern. Overall, the analysis shows a localized concentration of repairs activity surrounded by areas where no significant spatial pattern was detected. [49]</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657600"/>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486400" cy="3657600"/>
                    </a:xfrm>
                    <a:prstGeom prst="rect"/>
                  </pic:spPr>
                </pic:pic>
              </a:graphicData>
            </a:graphic>
          </wp:inline>
        </w:drawing>
      </w:r>
    </w:p>
    <w:p>
      <w:r>
        <w:rPr>
          <w:i/>
          <w:color w:val="525252"/>
          <w:sz w:val="17"/>
        </w:rPr>
        <w:t>Figure 22. Water mains over time (install_year) [69]. Source: Water mains (2,130 features). The data is in the appendix.</w:t>
      </w:r>
    </w:p>
    <w:p>
      <w:pPr>
        <w:jc w:val="center"/>
      </w:pPr>
      <w:r>
        <w:drawing>
          <wp:inline xmlns:a="http://schemas.openxmlformats.org/drawingml/2006/main" xmlns:pic="http://schemas.openxmlformats.org/drawingml/2006/picture">
            <wp:extent cx="5486400" cy="3956304"/>
            <wp:docPr id="23" name="Picture 23"/>
            <wp:cNvGraphicFramePr>
              <a:graphicFrameLocks noChangeAspect="1"/>
            </wp:cNvGraphicFramePr>
            <a:graphic>
              <a:graphicData uri="http://schemas.openxmlformats.org/drawingml/2006/picture">
                <pic:pic>
                  <pic:nvPicPr>
                    <pic:cNvPr id="0" name="041.jpg"/>
                    <pic:cNvPicPr/>
                  </pic:nvPicPr>
                  <pic:blipFill>
                    <a:blip r:embed="rId31"/>
                    <a:stretch>
                      <a:fillRect/>
                    </a:stretch>
                  </pic:blipFill>
                  <pic:spPr>
                    <a:xfrm>
                      <a:off x="0" y="0"/>
                      <a:ext cx="5486400" cy="3956304"/>
                    </a:xfrm>
                    <a:prstGeom prst="rect"/>
                  </pic:spPr>
                </pic:pic>
              </a:graphicData>
            </a:graphic>
          </wp:inline>
        </w:drawing>
      </w:r>
    </w:p>
    <w:p>
      <w:r>
        <w:rPr>
          <w:i/>
          <w:color w:val="525252"/>
          <w:sz w:val="17"/>
        </w:rPr>
        <w:t>Figure 23. Leak and burst repairs over time (reported_at) [70]. Per month, 2023-10-01 to 2026-09-01. Source: Leak and burst repairs (950 features). The data is in the appendix.</w:t>
      </w:r>
    </w:p>
    <w:p>
      <w:pPr>
        <w:jc w:val="center"/>
      </w:pPr>
      <w:r>
        <w:drawing>
          <wp:inline xmlns:a="http://schemas.openxmlformats.org/drawingml/2006/main" xmlns:pic="http://schemas.openxmlformats.org/drawingml/2006/picture">
            <wp:extent cx="5486400" cy="3590544"/>
            <wp:docPr id="24" name="Picture 24"/>
            <wp:cNvGraphicFramePr>
              <a:graphicFrameLocks noChangeAspect="1"/>
            </wp:cNvGraphicFramePr>
            <a:graphic>
              <a:graphicData uri="http://schemas.openxmlformats.org/drawingml/2006/picture">
                <pic:pic>
                  <pic:nvPicPr>
                    <pic:cNvPr id="0" name="042.jpg"/>
                    <pic:cNvPicPr/>
                  </pic:nvPicPr>
                  <pic:blipFill>
                    <a:blip r:embed="rId32"/>
                    <a:stretch>
                      <a:fillRect/>
                    </a:stretch>
                  </pic:blipFill>
                  <pic:spPr>
                    <a:xfrm>
                      <a:off x="0" y="0"/>
                      <a:ext cx="5486400" cy="3590544"/>
                    </a:xfrm>
                    <a:prstGeom prst="rect"/>
                  </pic:spPr>
                </pic:pic>
              </a:graphicData>
            </a:graphic>
          </wp:inline>
        </w:drawing>
      </w:r>
    </w:p>
    <w:p>
      <w:r>
        <w:rPr>
          <w:i/>
          <w:color w:val="525252"/>
          <w:sz w:val="17"/>
        </w:rPr>
        <w:t>Figure 24. Valves over time (exercised_year) [71]. Source: Valves (300 features). The data is in the appendix.</w:t>
      </w:r>
    </w:p>
    <w:p>
      <w:pPr>
        <w:jc w:val="center"/>
      </w:pPr>
      <w:r>
        <w:drawing>
          <wp:inline xmlns:a="http://schemas.openxmlformats.org/drawingml/2006/main" xmlns:pic="http://schemas.openxmlformats.org/drawingml/2006/picture">
            <wp:extent cx="5486400" cy="3639312"/>
            <wp:docPr id="25" name="Picture 25"/>
            <wp:cNvGraphicFramePr>
              <a:graphicFrameLocks noChangeAspect="1"/>
            </wp:cNvGraphicFramePr>
            <a:graphic>
              <a:graphicData uri="http://schemas.openxmlformats.org/drawingml/2006/picture">
                <pic:pic>
                  <pic:nvPicPr>
                    <pic:cNvPr id="0" name="043.jpg"/>
                    <pic:cNvPicPr/>
                  </pic:nvPicPr>
                  <pic:blipFill>
                    <a:blip r:embed="rId33"/>
                    <a:stretch>
                      <a:fillRect/>
                    </a:stretch>
                  </pic:blipFill>
                  <pic:spPr>
                    <a:xfrm>
                      <a:off x="0" y="0"/>
                      <a:ext cx="5486400" cy="3639312"/>
                    </a:xfrm>
                    <a:prstGeom prst="rect"/>
                  </pic:spPr>
                </pic:pic>
              </a:graphicData>
            </a:graphic>
          </wp:inline>
        </w:drawing>
      </w:r>
    </w:p>
    <w:p>
      <w:r>
        <w:rPr>
          <w:i/>
          <w:color w:val="525252"/>
          <w:sz w:val="17"/>
        </w:rPr>
        <w:t>Figure 25. Fire hydrants over time (last_test_year) [72]. Source: Fire hydrants (250 features). The data is in the appendix.</w:t>
      </w:r>
    </w:p>
    <w:p>
      <w:pPr>
        <w:jc w:val="center"/>
      </w:pPr>
      <w:r>
        <w:drawing>
          <wp:inline xmlns:a="http://schemas.openxmlformats.org/drawingml/2006/main" xmlns:pic="http://schemas.openxmlformats.org/drawingml/2006/picture">
            <wp:extent cx="5486400" cy="4005072"/>
            <wp:docPr id="26" name="Picture 26"/>
            <wp:cNvGraphicFramePr>
              <a:graphicFrameLocks noChangeAspect="1"/>
            </wp:cNvGraphicFramePr>
            <a:graphic>
              <a:graphicData uri="http://schemas.openxmlformats.org/drawingml/2006/picture">
                <pic:pic>
                  <pic:nvPicPr>
                    <pic:cNvPr id="0" name="044.jpg"/>
                    <pic:cNvPicPr/>
                  </pic:nvPicPr>
                  <pic:blipFill>
                    <a:blip r:embed="rId34"/>
                    <a:stretch>
                      <a:fillRect/>
                    </a:stretch>
                  </pic:blipFill>
                  <pic:spPr>
                    <a:xfrm>
                      <a:off x="0" y="0"/>
                      <a:ext cx="5486400" cy="4005072"/>
                    </a:xfrm>
                    <a:prstGeom prst="rect"/>
                  </pic:spPr>
                </pic:pic>
              </a:graphicData>
            </a:graphic>
          </wp:inline>
        </w:drawing>
      </w:r>
    </w:p>
    <w:p>
      <w:r>
        <w:rPr>
          <w:i/>
          <w:color w:val="525252"/>
          <w:sz w:val="17"/>
        </w:rPr>
        <w:t>Figure 26. Customer complaints over time (date) [73]. Per week, 2025-09-29 to 2026-09-28. Source: Customer complaints (520 features). The data is in the appendix.</w:t>
      </w:r>
    </w:p>
    <w:p>
      <w:pPr>
        <w:jc w:val="center"/>
      </w:pPr>
      <w:r>
        <w:drawing>
          <wp:inline xmlns:a="http://schemas.openxmlformats.org/drawingml/2006/main" xmlns:pic="http://schemas.openxmlformats.org/drawingml/2006/picture">
            <wp:extent cx="5486400" cy="3663696"/>
            <wp:docPr id="27" name="Picture 27"/>
            <wp:cNvGraphicFramePr>
              <a:graphicFrameLocks noChangeAspect="1"/>
            </wp:cNvGraphicFramePr>
            <a:graphic>
              <a:graphicData uri="http://schemas.openxmlformats.org/drawingml/2006/picture">
                <pic:pic>
                  <pic:nvPicPr>
                    <pic:cNvPr id="0" name="045.jpg"/>
                    <pic:cNvPicPr/>
                  </pic:nvPicPr>
                  <pic:blipFill>
                    <a:blip r:embed="rId35"/>
                    <a:stretch>
                      <a:fillRect/>
                    </a:stretch>
                  </pic:blipFill>
                  <pic:spPr>
                    <a:xfrm>
                      <a:off x="0" y="0"/>
                      <a:ext cx="5486400" cy="3663696"/>
                    </a:xfrm>
                    <a:prstGeom prst="rect"/>
                  </pic:spPr>
                </pic:pic>
              </a:graphicData>
            </a:graphic>
          </wp:inline>
        </w:drawing>
      </w:r>
    </w:p>
    <w:p>
      <w:r>
        <w:rPr>
          <w:i/>
          <w:color w:val="525252"/>
          <w:sz w:val="17"/>
        </w:rPr>
        <w:t>Figure 27. Zone meter readings by month over time (month) [74]. Per month, 2024-10-01 to 2026-09-01. Source: Zone meter readings by month (192 features). The data is in the appendix.</w:t>
      </w:r>
    </w:p>
    <w:p>
      <w:pPr>
        <w:jc w:val="center"/>
      </w:pPr>
      <w:r>
        <w:drawing>
          <wp:inline xmlns:a="http://schemas.openxmlformats.org/drawingml/2006/main" xmlns:pic="http://schemas.openxmlformats.org/drawingml/2006/picture">
            <wp:extent cx="5486400" cy="3694176"/>
            <wp:docPr id="28" name="Picture 28"/>
            <wp:cNvGraphicFramePr>
              <a:graphicFrameLocks noChangeAspect="1"/>
            </wp:cNvGraphicFramePr>
            <a:graphic>
              <a:graphicData uri="http://schemas.openxmlformats.org/drawingml/2006/picture">
                <pic:pic>
                  <pic:nvPicPr>
                    <pic:cNvPr id="0" name="046.jpg"/>
                    <pic:cNvPicPr/>
                  </pic:nvPicPr>
                  <pic:blipFill>
                    <a:blip r:embed="rId36"/>
                    <a:stretch>
                      <a:fillRect/>
                    </a:stretch>
                  </pic:blipFill>
                  <pic:spPr>
                    <a:xfrm>
                      <a:off x="0" y="0"/>
                      <a:ext cx="5486400" cy="3694176"/>
                    </a:xfrm>
                    <a:prstGeom prst="rect"/>
                  </pic:spPr>
                </pic:pic>
              </a:graphicData>
            </a:graphic>
          </wp:inline>
        </w:drawing>
      </w:r>
    </w:p>
    <w:p>
      <w:r>
        <w:rPr>
          <w:i/>
          <w:color w:val="525252"/>
          <w:sz w:val="17"/>
        </w:rPr>
        <w:t>Figure 28. Pipe replacement plan over time (planned_year) [75]. Source: Pipe replacement plan (220 features). The data is in the appendix.</w:t>
      </w:r>
    </w:p>
    <w:p>
      <w:pPr>
        <w:jc w:val="center"/>
      </w:pPr>
      <w:r>
        <w:drawing>
          <wp:inline xmlns:a="http://schemas.openxmlformats.org/drawingml/2006/main" xmlns:pic="http://schemas.openxmlformats.org/drawingml/2006/picture">
            <wp:extent cx="5486400" cy="3700272"/>
            <wp:docPr id="29" name="Picture 29"/>
            <wp:cNvGraphicFramePr>
              <a:graphicFrameLocks noChangeAspect="1"/>
            </wp:cNvGraphicFramePr>
            <a:graphic>
              <a:graphicData uri="http://schemas.openxmlformats.org/drawingml/2006/picture">
                <pic:pic>
                  <pic:nvPicPr>
                    <pic:cNvPr id="0" name="047.jpg"/>
                    <pic:cNvPicPr/>
                  </pic:nvPicPr>
                  <pic:blipFill>
                    <a:blip r:embed="rId37"/>
                    <a:stretch>
                      <a:fillRect/>
                    </a:stretch>
                  </pic:blipFill>
                  <pic:spPr>
                    <a:xfrm>
                      <a:off x="0" y="0"/>
                      <a:ext cx="5486400" cy="3700272"/>
                    </a:xfrm>
                    <a:prstGeom prst="rect"/>
                  </pic:spPr>
                </pic:pic>
              </a:graphicData>
            </a:graphic>
          </wp:inline>
        </w:drawing>
      </w:r>
    </w:p>
    <w:p>
      <w:r>
        <w:rPr>
          <w:i/>
          <w:color w:val="525252"/>
          <w:sz w:val="17"/>
        </w:rPr>
        <w:t>Figure 29. Emerging hot spots: Leak and burst repairs [76]. Source: Emerging hot spots: Leak and burst repairs (71 features). The data is in the appendix.</w:t>
      </w:r>
    </w:p>
    <w:p>
      <w:pPr>
        <w:jc w:val="center"/>
      </w:pPr>
      <w:r>
        <w:drawing>
          <wp:inline xmlns:a="http://schemas.openxmlformats.org/drawingml/2006/main" xmlns:pic="http://schemas.openxmlformats.org/drawingml/2006/picture">
            <wp:extent cx="5486400" cy="3694176"/>
            <wp:docPr id="30" name="Picture 30"/>
            <wp:cNvGraphicFramePr>
              <a:graphicFrameLocks noChangeAspect="1"/>
            </wp:cNvGraphicFramePr>
            <a:graphic>
              <a:graphicData uri="http://schemas.openxmlformats.org/drawingml/2006/picture">
                <pic:pic>
                  <pic:nvPicPr>
                    <pic:cNvPr id="0" name="048.jpg"/>
                    <pic:cNvPicPr/>
                  </pic:nvPicPr>
                  <pic:blipFill>
                    <a:blip r:embed="rId38"/>
                    <a:stretch>
                      <a:fillRect/>
                    </a:stretch>
                  </pic:blipFill>
                  <pic:spPr>
                    <a:xfrm>
                      <a:off x="0" y="0"/>
                      <a:ext cx="5486400" cy="3694176"/>
                    </a:xfrm>
                    <a:prstGeom prst="rect"/>
                  </pic:spPr>
                </pic:pic>
              </a:graphicData>
            </a:graphic>
          </wp:inline>
        </w:drawing>
      </w:r>
    </w:p>
    <w:p>
      <w:r>
        <w:rPr>
          <w:i/>
          <w:color w:val="525252"/>
          <w:sz w:val="17"/>
        </w:rPr>
        <w:t>Figure 30. Emerging hot spots: Customer complaints [77]. Source: Emerging hot spots: Customer complaints (75 features). The data is in the appendix.</w:t>
      </w:r>
    </w:p>
    <w:p>
      <w:pPr>
        <w:jc w:val="center"/>
      </w:pPr>
      <w:r>
        <w:drawing>
          <wp:inline xmlns:a="http://schemas.openxmlformats.org/drawingml/2006/main" xmlns:pic="http://schemas.openxmlformats.org/drawingml/2006/picture">
            <wp:extent cx="5486400" cy="3883152"/>
            <wp:docPr id="31" name="Picture 31"/>
            <wp:cNvGraphicFramePr>
              <a:graphicFrameLocks noChangeAspect="1"/>
            </wp:cNvGraphicFramePr>
            <a:graphic>
              <a:graphicData uri="http://schemas.openxmlformats.org/drawingml/2006/picture">
                <pic:pic>
                  <pic:nvPicPr>
                    <pic:cNvPr id="0" name="049.jpg"/>
                    <pic:cNvPicPr/>
                  </pic:nvPicPr>
                  <pic:blipFill>
                    <a:blip r:embed="rId39"/>
                    <a:stretch>
                      <a:fillRect/>
                    </a:stretch>
                  </pic:blipFill>
                  <pic:spPr>
                    <a:xfrm>
                      <a:off x="0" y="0"/>
                      <a:ext cx="5486400" cy="3883152"/>
                    </a:xfrm>
                    <a:prstGeom prst="rect"/>
                  </pic:spPr>
                </pic:pic>
              </a:graphicData>
            </a:graphic>
          </wp:inline>
        </w:drawing>
      </w:r>
    </w:p>
    <w:p>
      <w:r>
        <w:rPr>
          <w:i/>
          <w:color w:val="525252"/>
          <w:sz w:val="17"/>
        </w:rPr>
        <w:t>Figure 31. Hot spot analysis: Valves [78]. Source: Hot spot analysis: Valves (53 features). The data is in the appendix.</w:t>
      </w:r>
    </w:p>
    <w:p>
      <w:pPr>
        <w:jc w:val="center"/>
      </w:pPr>
      <w:r>
        <w:drawing>
          <wp:inline xmlns:a="http://schemas.openxmlformats.org/drawingml/2006/main" xmlns:pic="http://schemas.openxmlformats.org/drawingml/2006/picture">
            <wp:extent cx="5486400" cy="3797808"/>
            <wp:docPr id="32" name="Picture 32"/>
            <wp:cNvGraphicFramePr>
              <a:graphicFrameLocks noChangeAspect="1"/>
            </wp:cNvGraphicFramePr>
            <a:graphic>
              <a:graphicData uri="http://schemas.openxmlformats.org/drawingml/2006/picture">
                <pic:pic>
                  <pic:nvPicPr>
                    <pic:cNvPr id="0" name="050.jpg"/>
                    <pic:cNvPicPr/>
                  </pic:nvPicPr>
                  <pic:blipFill>
                    <a:blip r:embed="rId40"/>
                    <a:stretch>
                      <a:fillRect/>
                    </a:stretch>
                  </pic:blipFill>
                  <pic:spPr>
                    <a:xfrm>
                      <a:off x="0" y="0"/>
                      <a:ext cx="5486400" cy="3797808"/>
                    </a:xfrm>
                    <a:prstGeom prst="rect"/>
                  </pic:spPr>
                </pic:pic>
              </a:graphicData>
            </a:graphic>
          </wp:inline>
        </w:drawing>
      </w:r>
    </w:p>
    <w:p>
      <w:r>
        <w:rPr>
          <w:i/>
          <w:color w:val="525252"/>
          <w:sz w:val="17"/>
        </w:rPr>
        <w:t>Figure 32. Hot spot analysis: Leak and burst repairs [79]. Source: Hot spot analysis: Leak and burst repairs (184 features). The data is in the appendix.</w:t>
      </w:r>
    </w:p>
    <w:p>
      <w:pPr>
        <w:jc w:val="center"/>
      </w:pPr>
      <w:r>
        <w:drawing>
          <wp:inline xmlns:a="http://schemas.openxmlformats.org/drawingml/2006/main" xmlns:pic="http://schemas.openxmlformats.org/drawingml/2006/picture">
            <wp:extent cx="5486400" cy="3864864"/>
            <wp:docPr id="33" name="Picture 33"/>
            <wp:cNvGraphicFramePr>
              <a:graphicFrameLocks noChangeAspect="1"/>
            </wp:cNvGraphicFramePr>
            <a:graphic>
              <a:graphicData uri="http://schemas.openxmlformats.org/drawingml/2006/picture">
                <pic:pic>
                  <pic:nvPicPr>
                    <pic:cNvPr id="0" name="051.jpg"/>
                    <pic:cNvPicPr/>
                  </pic:nvPicPr>
                  <pic:blipFill>
                    <a:blip r:embed="rId41"/>
                    <a:stretch>
                      <a:fillRect/>
                    </a:stretch>
                  </pic:blipFill>
                  <pic:spPr>
                    <a:xfrm>
                      <a:off x="0" y="0"/>
                      <a:ext cx="5486400" cy="3864864"/>
                    </a:xfrm>
                    <a:prstGeom prst="rect"/>
                  </pic:spPr>
                </pic:pic>
              </a:graphicData>
            </a:graphic>
          </wp:inline>
        </w:drawing>
      </w:r>
    </w:p>
    <w:p>
      <w:r>
        <w:rPr>
          <w:i/>
          <w:color w:val="525252"/>
          <w:sz w:val="17"/>
        </w:rPr>
        <w:t>Figure 33. Hot spot analysis: Customer complaints [80]. Source: Hot spot analysis: Customer complaints (185 features). The data is in the appendix.</w:t>
      </w:r>
    </w:p>
    <w:p>
      <w:pPr>
        <w:jc w:val="center"/>
      </w:pPr>
      <w:r>
        <w:drawing>
          <wp:inline xmlns:a="http://schemas.openxmlformats.org/drawingml/2006/main" xmlns:pic="http://schemas.openxmlformats.org/drawingml/2006/picture">
            <wp:extent cx="5486400" cy="3645408"/>
            <wp:docPr id="34" name="Picture 34"/>
            <wp:cNvGraphicFramePr>
              <a:graphicFrameLocks noChangeAspect="1"/>
            </wp:cNvGraphicFramePr>
            <a:graphic>
              <a:graphicData uri="http://schemas.openxmlformats.org/drawingml/2006/picture">
                <pic:pic>
                  <pic:nvPicPr>
                    <pic:cNvPr id="0" name="052.jpg"/>
                    <pic:cNvPicPr/>
                  </pic:nvPicPr>
                  <pic:blipFill>
                    <a:blip r:embed="rId42"/>
                    <a:stretch>
                      <a:fillRect/>
                    </a:stretch>
                  </pic:blipFill>
                  <pic:spPr>
                    <a:xfrm>
                      <a:off x="0" y="0"/>
                      <a:ext cx="5486400" cy="3645408"/>
                    </a:xfrm>
                    <a:prstGeom prst="rect"/>
                  </pic:spPr>
                </pic:pic>
              </a:graphicData>
            </a:graphic>
          </wp:inline>
        </w:drawing>
      </w:r>
    </w:p>
    <w:p>
      <w:r>
        <w:rPr>
          <w:i/>
          <w:color w:val="525252"/>
          <w:sz w:val="17"/>
        </w:rPr>
        <w:t>Figure 34. Calculate density: Valves [81]. Source: Calculate density: Valves (257 features). The data is in the appendix.</w:t>
      </w:r>
    </w:p>
    <w:p>
      <w:pPr>
        <w:jc w:val="center"/>
      </w:pPr>
      <w:r>
        <w:drawing>
          <wp:inline xmlns:a="http://schemas.openxmlformats.org/drawingml/2006/main" xmlns:pic="http://schemas.openxmlformats.org/drawingml/2006/picture">
            <wp:extent cx="5486400" cy="3621024"/>
            <wp:docPr id="35" name="Picture 35"/>
            <wp:cNvGraphicFramePr>
              <a:graphicFrameLocks noChangeAspect="1"/>
            </wp:cNvGraphicFramePr>
            <a:graphic>
              <a:graphicData uri="http://schemas.openxmlformats.org/drawingml/2006/picture">
                <pic:pic>
                  <pic:nvPicPr>
                    <pic:cNvPr id="0" name="053.jpg"/>
                    <pic:cNvPicPr/>
                  </pic:nvPicPr>
                  <pic:blipFill>
                    <a:blip r:embed="rId43"/>
                    <a:stretch>
                      <a:fillRect/>
                    </a:stretch>
                  </pic:blipFill>
                  <pic:spPr>
                    <a:xfrm>
                      <a:off x="0" y="0"/>
                      <a:ext cx="5486400" cy="3621024"/>
                    </a:xfrm>
                    <a:prstGeom prst="rect"/>
                  </pic:spPr>
                </pic:pic>
              </a:graphicData>
            </a:graphic>
          </wp:inline>
        </w:drawing>
      </w:r>
    </w:p>
    <w:p>
      <w:r>
        <w:rPr>
          <w:i/>
          <w:color w:val="525252"/>
          <w:sz w:val="17"/>
        </w:rPr>
        <w:t>Figure 35. Calculate density: Leak and burst repairs [82]. Source: Calculate density: Leak and burst repairs (1,220 features). The data is in the appendix.</w:t>
      </w:r>
    </w:p>
    <w:p>
      <w:pPr>
        <w:jc w:val="center"/>
      </w:pPr>
      <w:r>
        <w:drawing>
          <wp:inline xmlns:a="http://schemas.openxmlformats.org/drawingml/2006/main" xmlns:pic="http://schemas.openxmlformats.org/drawingml/2006/picture">
            <wp:extent cx="5486400" cy="3621024"/>
            <wp:docPr id="36" name="Picture 36"/>
            <wp:cNvGraphicFramePr>
              <a:graphicFrameLocks noChangeAspect="1"/>
            </wp:cNvGraphicFramePr>
            <a:graphic>
              <a:graphicData uri="http://schemas.openxmlformats.org/drawingml/2006/picture">
                <pic:pic>
                  <pic:nvPicPr>
                    <pic:cNvPr id="0" name="054.jpg"/>
                    <pic:cNvPicPr/>
                  </pic:nvPicPr>
                  <pic:blipFill>
                    <a:blip r:embed="rId44"/>
                    <a:stretch>
                      <a:fillRect/>
                    </a:stretch>
                  </pic:blipFill>
                  <pic:spPr>
                    <a:xfrm>
                      <a:off x="0" y="0"/>
                      <a:ext cx="5486400" cy="3621024"/>
                    </a:xfrm>
                    <a:prstGeom prst="rect"/>
                  </pic:spPr>
                </pic:pic>
              </a:graphicData>
            </a:graphic>
          </wp:inline>
        </w:drawing>
      </w:r>
    </w:p>
    <w:p>
      <w:r>
        <w:rPr>
          <w:i/>
          <w:color w:val="525252"/>
          <w:sz w:val="17"/>
        </w:rPr>
        <w:t>Figure 36. Calculate density: Customer complaints [83]. Source: Calculate density: Customer complaints (1,200 features). The data is in the appendix.</w:t>
      </w:r>
    </w:p>
    <w:p>
      <w:pPr>
        <w:jc w:val="center"/>
      </w:pPr>
      <w:r>
        <w:drawing>
          <wp:inline xmlns:a="http://schemas.openxmlformats.org/drawingml/2006/main" xmlns:pic="http://schemas.openxmlformats.org/drawingml/2006/picture">
            <wp:extent cx="5486400" cy="3681984"/>
            <wp:docPr id="37" name="Picture 37"/>
            <wp:cNvGraphicFramePr>
              <a:graphicFrameLocks noChangeAspect="1"/>
            </wp:cNvGraphicFramePr>
            <a:graphic>
              <a:graphicData uri="http://schemas.openxmlformats.org/drawingml/2006/picture">
                <pic:pic>
                  <pic:nvPicPr>
                    <pic:cNvPr id="0" name="055.jpg"/>
                    <pic:cNvPicPr/>
                  </pic:nvPicPr>
                  <pic:blipFill>
                    <a:blip r:embed="rId45"/>
                    <a:stretch>
                      <a:fillRect/>
                    </a:stretch>
                  </pic:blipFill>
                  <pic:spPr>
                    <a:xfrm>
                      <a:off x="0" y="0"/>
                      <a:ext cx="5486400" cy="3681984"/>
                    </a:xfrm>
                    <a:prstGeom prst="rect"/>
                  </pic:spPr>
                </pic:pic>
              </a:graphicData>
            </a:graphic>
          </wp:inline>
        </w:drawing>
      </w:r>
    </w:p>
    <w:p>
      <w:r>
        <w:rPr>
          <w:i/>
          <w:color w:val="525252"/>
          <w:sz w:val="17"/>
        </w:rPr>
        <w:t>Figure 37. Summarize within: Pressure zones [84]. Source: Summarize within: Pressure zones (8 features). The data is in the appendix.</w:t>
      </w:r>
    </w:p>
    <w:p>
      <w:pPr>
        <w:jc w:val="center"/>
      </w:pPr>
      <w:r>
        <w:drawing>
          <wp:inline xmlns:a="http://schemas.openxmlformats.org/drawingml/2006/main" xmlns:pic="http://schemas.openxmlformats.org/drawingml/2006/picture">
            <wp:extent cx="5486400" cy="3730752"/>
            <wp:docPr id="38" name="Picture 38"/>
            <wp:cNvGraphicFramePr>
              <a:graphicFrameLocks noChangeAspect="1"/>
            </wp:cNvGraphicFramePr>
            <a:graphic>
              <a:graphicData uri="http://schemas.openxmlformats.org/drawingml/2006/picture">
                <pic:pic>
                  <pic:nvPicPr>
                    <pic:cNvPr id="0" name="056.jpg"/>
                    <pic:cNvPicPr/>
                  </pic:nvPicPr>
                  <pic:blipFill>
                    <a:blip r:embed="rId46"/>
                    <a:stretch>
                      <a:fillRect/>
                    </a:stretch>
                  </pic:blipFill>
                  <pic:spPr>
                    <a:xfrm>
                      <a:off x="0" y="0"/>
                      <a:ext cx="5486400" cy="3730752"/>
                    </a:xfrm>
                    <a:prstGeom prst="rect"/>
                  </pic:spPr>
                </pic:pic>
              </a:graphicData>
            </a:graphic>
          </wp:inline>
        </w:drawing>
      </w:r>
    </w:p>
    <w:p>
      <w:r>
        <w:rPr>
          <w:i/>
          <w:color w:val="525252"/>
          <w:sz w:val="17"/>
        </w:rPr>
        <w:t>Figure 38. Summarize within: Pressure zones [85]. Source: Summarize within: Pressure zones (8 features). The data is in the appendix.</w:t>
      </w:r>
    </w:p>
    <w:p>
      <w:pPr>
        <w:jc w:val="center"/>
      </w:pPr>
      <w:r>
        <w:drawing>
          <wp:inline xmlns:a="http://schemas.openxmlformats.org/drawingml/2006/main" xmlns:pic="http://schemas.openxmlformats.org/drawingml/2006/picture">
            <wp:extent cx="5486400" cy="3736848"/>
            <wp:docPr id="39" name="Picture 39"/>
            <wp:cNvGraphicFramePr>
              <a:graphicFrameLocks noChangeAspect="1"/>
            </wp:cNvGraphicFramePr>
            <a:graphic>
              <a:graphicData uri="http://schemas.openxmlformats.org/drawingml/2006/picture">
                <pic:pic>
                  <pic:nvPicPr>
                    <pic:cNvPr id="0" name="057.jpg"/>
                    <pic:cNvPicPr/>
                  </pic:nvPicPr>
                  <pic:blipFill>
                    <a:blip r:embed="rId47"/>
                    <a:stretch>
                      <a:fillRect/>
                    </a:stretch>
                  </pic:blipFill>
                  <pic:spPr>
                    <a:xfrm>
                      <a:off x="0" y="0"/>
                      <a:ext cx="5486400" cy="3736848"/>
                    </a:xfrm>
                    <a:prstGeom prst="rect"/>
                  </pic:spPr>
                </pic:pic>
              </a:graphicData>
            </a:graphic>
          </wp:inline>
        </w:drawing>
      </w:r>
    </w:p>
    <w:p>
      <w:r>
        <w:rPr>
          <w:i/>
          <w:color w:val="525252"/>
          <w:sz w:val="17"/>
        </w:rPr>
        <w:t>Figure 39. Summarize within: Pressure zones [86]. Source: Summarize within: Pressure zones (8 features). The data is in the appendix.</w:t>
      </w:r>
    </w:p>
    <w:p>
      <w:pPr>
        <w:jc w:val="center"/>
      </w:pPr>
      <w:r>
        <w:drawing>
          <wp:inline xmlns:a="http://schemas.openxmlformats.org/drawingml/2006/main" xmlns:pic="http://schemas.openxmlformats.org/drawingml/2006/picture">
            <wp:extent cx="5486400" cy="4456176"/>
            <wp:docPr id="40" name="Picture 40"/>
            <wp:cNvGraphicFramePr>
              <a:graphicFrameLocks noChangeAspect="1"/>
            </wp:cNvGraphicFramePr>
            <a:graphic>
              <a:graphicData uri="http://schemas.openxmlformats.org/drawingml/2006/picture">
                <pic:pic>
                  <pic:nvPicPr>
                    <pic:cNvPr id="0" name="058.jpg"/>
                    <pic:cNvPicPr/>
                  </pic:nvPicPr>
                  <pic:blipFill>
                    <a:blip r:embed="rId48"/>
                    <a:stretch>
                      <a:fillRect/>
                    </a:stretch>
                  </pic:blipFill>
                  <pic:spPr>
                    <a:xfrm>
                      <a:off x="0" y="0"/>
                      <a:ext cx="5486400" cy="4456176"/>
                    </a:xfrm>
                    <a:prstGeom prst="rect"/>
                  </pic:spPr>
                </pic:pic>
              </a:graphicData>
            </a:graphic>
          </wp:inline>
        </w:drawing>
      </w:r>
    </w:p>
    <w:p>
      <w:r>
        <w:rPr>
          <w:i/>
          <w:color w:val="525252"/>
          <w:sz w:val="17"/>
        </w:rPr>
        <w:t>Figure 40. Find point clusters: Valves [87]. Source: Find point clusters: Valves (300 features). The data is in the appendix.</w:t>
      </w:r>
    </w:p>
    <w:p>
      <w:pPr>
        <w:jc w:val="center"/>
      </w:pPr>
      <w:r>
        <w:drawing>
          <wp:inline xmlns:a="http://schemas.openxmlformats.org/drawingml/2006/main" xmlns:pic="http://schemas.openxmlformats.org/drawingml/2006/picture">
            <wp:extent cx="5486400" cy="4200144"/>
            <wp:docPr id="41" name="Picture 41"/>
            <wp:cNvGraphicFramePr>
              <a:graphicFrameLocks noChangeAspect="1"/>
            </wp:cNvGraphicFramePr>
            <a:graphic>
              <a:graphicData uri="http://schemas.openxmlformats.org/drawingml/2006/picture">
                <pic:pic>
                  <pic:nvPicPr>
                    <pic:cNvPr id="0" name="059.jpg"/>
                    <pic:cNvPicPr/>
                  </pic:nvPicPr>
                  <pic:blipFill>
                    <a:blip r:embed="rId49"/>
                    <a:stretch>
                      <a:fillRect/>
                    </a:stretch>
                  </pic:blipFill>
                  <pic:spPr>
                    <a:xfrm>
                      <a:off x="0" y="0"/>
                      <a:ext cx="5486400" cy="4200144"/>
                    </a:xfrm>
                    <a:prstGeom prst="rect"/>
                  </pic:spPr>
                </pic:pic>
              </a:graphicData>
            </a:graphic>
          </wp:inline>
        </w:drawing>
      </w:r>
    </w:p>
    <w:p>
      <w:r>
        <w:rPr>
          <w:i/>
          <w:color w:val="525252"/>
          <w:sz w:val="17"/>
        </w:rPr>
        <w:t>Figure 41. Find point clusters: cluster hulls [88]. Source: Find point clusters: cluster hulls (11 features). The data is in the appendix.</w:t>
      </w:r>
    </w:p>
    <w:p>
      <w:pPr>
        <w:jc w:val="center"/>
      </w:pPr>
      <w:r>
        <w:drawing>
          <wp:inline xmlns:a="http://schemas.openxmlformats.org/drawingml/2006/main" xmlns:pic="http://schemas.openxmlformats.org/drawingml/2006/picture">
            <wp:extent cx="5486400" cy="2420112"/>
            <wp:docPr id="42" name="Picture 42"/>
            <wp:cNvGraphicFramePr>
              <a:graphicFrameLocks noChangeAspect="1"/>
            </wp:cNvGraphicFramePr>
            <a:graphic>
              <a:graphicData uri="http://schemas.openxmlformats.org/drawingml/2006/picture">
                <pic:pic>
                  <pic:nvPicPr>
                    <pic:cNvPr id="0" name="060.jpg"/>
                    <pic:cNvPicPr/>
                  </pic:nvPicPr>
                  <pic:blipFill>
                    <a:blip r:embed="rId50"/>
                    <a:stretch>
                      <a:fillRect/>
                    </a:stretch>
                  </pic:blipFill>
                  <pic:spPr>
                    <a:xfrm>
                      <a:off x="0" y="0"/>
                      <a:ext cx="5486400" cy="2420112"/>
                    </a:xfrm>
                    <a:prstGeom prst="rect"/>
                  </pic:spPr>
                </pic:pic>
              </a:graphicData>
            </a:graphic>
          </wp:inline>
        </w:drawing>
      </w:r>
    </w:p>
    <w:p>
      <w:r>
        <w:rPr>
          <w:i/>
          <w:color w:val="525252"/>
          <w:sz w:val="17"/>
        </w:rPr>
        <w:t>Figure 42. Find point clusters: Leak and burst repairs [89]. Period: 2023-10-01 to 2026-09-30 (reported_at). Source: Find point clusters: Leak and burst repairs (950 features). The data is in the appendix.</w:t>
      </w:r>
    </w:p>
    <w:p>
      <w:pPr>
        <w:jc w:val="center"/>
      </w:pPr>
      <w:r>
        <w:drawing>
          <wp:inline xmlns:a="http://schemas.openxmlformats.org/drawingml/2006/main" xmlns:pic="http://schemas.openxmlformats.org/drawingml/2006/picture">
            <wp:extent cx="5486400" cy="2164080"/>
            <wp:docPr id="43" name="Picture 43"/>
            <wp:cNvGraphicFramePr>
              <a:graphicFrameLocks noChangeAspect="1"/>
            </wp:cNvGraphicFramePr>
            <a:graphic>
              <a:graphicData uri="http://schemas.openxmlformats.org/drawingml/2006/picture">
                <pic:pic>
                  <pic:nvPicPr>
                    <pic:cNvPr id="0" name="061.jpg"/>
                    <pic:cNvPicPr/>
                  </pic:nvPicPr>
                  <pic:blipFill>
                    <a:blip r:embed="rId51"/>
                    <a:stretch>
                      <a:fillRect/>
                    </a:stretch>
                  </pic:blipFill>
                  <pic:spPr>
                    <a:xfrm>
                      <a:off x="0" y="0"/>
                      <a:ext cx="5486400" cy="2164080"/>
                    </a:xfrm>
                    <a:prstGeom prst="rect"/>
                  </pic:spPr>
                </pic:pic>
              </a:graphicData>
            </a:graphic>
          </wp:inline>
        </w:drawing>
      </w:r>
    </w:p>
    <w:p>
      <w:r>
        <w:rPr>
          <w:i/>
          <w:color w:val="525252"/>
          <w:sz w:val="17"/>
        </w:rPr>
        <w:t>Figure 43. Find point clusters: cluster hulls [90]. Source: Find point clusters: cluster hulls (3 features). The data is in the appendix.</w:t>
      </w:r>
    </w:p>
    <w:p>
      <w:pPr>
        <w:jc w:val="center"/>
      </w:pPr>
      <w:r>
        <w:drawing>
          <wp:inline xmlns:a="http://schemas.openxmlformats.org/drawingml/2006/main" xmlns:pic="http://schemas.openxmlformats.org/drawingml/2006/picture">
            <wp:extent cx="5486400" cy="2420112"/>
            <wp:docPr id="44" name="Picture 44"/>
            <wp:cNvGraphicFramePr>
              <a:graphicFrameLocks noChangeAspect="1"/>
            </wp:cNvGraphicFramePr>
            <a:graphic>
              <a:graphicData uri="http://schemas.openxmlformats.org/drawingml/2006/picture">
                <pic:pic>
                  <pic:nvPicPr>
                    <pic:cNvPr id="0" name="062.jpg"/>
                    <pic:cNvPicPr/>
                  </pic:nvPicPr>
                  <pic:blipFill>
                    <a:blip r:embed="rId52"/>
                    <a:stretch>
                      <a:fillRect/>
                    </a:stretch>
                  </pic:blipFill>
                  <pic:spPr>
                    <a:xfrm>
                      <a:off x="0" y="0"/>
                      <a:ext cx="5486400" cy="2420112"/>
                    </a:xfrm>
                    <a:prstGeom prst="rect"/>
                  </pic:spPr>
                </pic:pic>
              </a:graphicData>
            </a:graphic>
          </wp:inline>
        </w:drawing>
      </w:r>
    </w:p>
    <w:p>
      <w:r>
        <w:rPr>
          <w:i/>
          <w:color w:val="525252"/>
          <w:sz w:val="17"/>
        </w:rPr>
        <w:t>Figure 44. Find point clusters: Customer complaints [91]. Period: 2025-10-01 to 2026-09-29 (date). Source: Find point clusters: Customer complaints (520 features). The data is in the appendix.</w:t>
      </w:r>
    </w:p>
    <w:p>
      <w:pPr>
        <w:jc w:val="center"/>
      </w:pPr>
      <w:r>
        <w:drawing>
          <wp:inline xmlns:a="http://schemas.openxmlformats.org/drawingml/2006/main" xmlns:pic="http://schemas.openxmlformats.org/drawingml/2006/picture">
            <wp:extent cx="5486400" cy="2164080"/>
            <wp:docPr id="45" name="Picture 45"/>
            <wp:cNvGraphicFramePr>
              <a:graphicFrameLocks noChangeAspect="1"/>
            </wp:cNvGraphicFramePr>
            <a:graphic>
              <a:graphicData uri="http://schemas.openxmlformats.org/drawingml/2006/picture">
                <pic:pic>
                  <pic:nvPicPr>
                    <pic:cNvPr id="0" name="061.jpg"/>
                    <pic:cNvPicPr/>
                  </pic:nvPicPr>
                  <pic:blipFill>
                    <a:blip r:embed="rId51"/>
                    <a:stretch>
                      <a:fillRect/>
                    </a:stretch>
                  </pic:blipFill>
                  <pic:spPr>
                    <a:xfrm>
                      <a:off x="0" y="0"/>
                      <a:ext cx="5486400" cy="2164080"/>
                    </a:xfrm>
                    <a:prstGeom prst="rect"/>
                  </pic:spPr>
                </pic:pic>
              </a:graphicData>
            </a:graphic>
          </wp:inline>
        </w:drawing>
      </w:r>
    </w:p>
    <w:p>
      <w:r>
        <w:rPr>
          <w:i/>
          <w:color w:val="525252"/>
          <w:sz w:val="17"/>
        </w:rPr>
        <w:t>Figure 45. Find point clusters: cluster hulls [92]. Source: Find point clusters: cluster hulls (3 features). The data is in the appendix.</w:t>
      </w:r>
    </w:p>
    <w:p>
      <w:pPr>
        <w:jc w:val="center"/>
      </w:pPr>
      <w:r>
        <w:drawing>
          <wp:inline xmlns:a="http://schemas.openxmlformats.org/drawingml/2006/main" xmlns:pic="http://schemas.openxmlformats.org/drawingml/2006/picture">
            <wp:extent cx="5486400" cy="3956304"/>
            <wp:docPr id="46" name="Picture 46"/>
            <wp:cNvGraphicFramePr>
              <a:graphicFrameLocks noChangeAspect="1"/>
            </wp:cNvGraphicFramePr>
            <a:graphic>
              <a:graphicData uri="http://schemas.openxmlformats.org/drawingml/2006/picture">
                <pic:pic>
                  <pic:nvPicPr>
                    <pic:cNvPr id="0" name="064.jpg"/>
                    <pic:cNvPicPr/>
                  </pic:nvPicPr>
                  <pic:blipFill>
                    <a:blip r:embed="rId53"/>
                    <a:stretch>
                      <a:fillRect/>
                    </a:stretch>
                  </pic:blipFill>
                  <pic:spPr>
                    <a:xfrm>
                      <a:off x="0" y="0"/>
                      <a:ext cx="5486400" cy="3956304"/>
                    </a:xfrm>
                    <a:prstGeom prst="rect"/>
                  </pic:spPr>
                </pic:pic>
              </a:graphicData>
            </a:graphic>
          </wp:inline>
        </w:drawing>
      </w:r>
    </w:p>
    <w:p>
      <w:r>
        <w:rPr>
          <w:i/>
          <w:color w:val="525252"/>
          <w:sz w:val="17"/>
        </w:rPr>
        <w:t>Figure 46. Repeat and near repeat classification: Leak and burst repairs over time [93]. Per month, 2023-10-01 to 2026-09-01. Source: Repeat and near repeat classification: Leak and burst repairs (950 features). The data is in the appendix.</w:t>
      </w:r>
    </w:p>
    <w:p>
      <w:pPr>
        <w:jc w:val="center"/>
      </w:pPr>
      <w:r>
        <w:drawing>
          <wp:inline xmlns:a="http://schemas.openxmlformats.org/drawingml/2006/main" xmlns:pic="http://schemas.openxmlformats.org/drawingml/2006/picture">
            <wp:extent cx="5486400" cy="4005072"/>
            <wp:docPr id="47" name="Picture 47"/>
            <wp:cNvGraphicFramePr>
              <a:graphicFrameLocks noChangeAspect="1"/>
            </wp:cNvGraphicFramePr>
            <a:graphic>
              <a:graphicData uri="http://schemas.openxmlformats.org/drawingml/2006/picture">
                <pic:pic>
                  <pic:nvPicPr>
                    <pic:cNvPr id="0" name="065.jpg"/>
                    <pic:cNvPicPr/>
                  </pic:nvPicPr>
                  <pic:blipFill>
                    <a:blip r:embed="rId54"/>
                    <a:stretch>
                      <a:fillRect/>
                    </a:stretch>
                  </pic:blipFill>
                  <pic:spPr>
                    <a:xfrm>
                      <a:off x="0" y="0"/>
                      <a:ext cx="5486400" cy="4005072"/>
                    </a:xfrm>
                    <a:prstGeom prst="rect"/>
                  </pic:spPr>
                </pic:pic>
              </a:graphicData>
            </a:graphic>
          </wp:inline>
        </w:drawing>
      </w:r>
    </w:p>
    <w:p>
      <w:r>
        <w:rPr>
          <w:i/>
          <w:color w:val="525252"/>
          <w:sz w:val="17"/>
        </w:rPr>
        <w:t>Figure 47. Find point clusters: Customer complaints over time [94]. Per week, 2025-09-29 to 2026-09-28. Source: Find point clusters: Customer complaints (520 features). The data is in the appendix.</w:t>
      </w:r>
    </w:p>
    <w:p>
      <w:pPr>
        <w:jc w:val="center"/>
      </w:pPr>
      <w:r>
        <w:drawing>
          <wp:inline xmlns:a="http://schemas.openxmlformats.org/drawingml/2006/main" xmlns:pic="http://schemas.openxmlformats.org/drawingml/2006/picture">
            <wp:extent cx="5486400" cy="3956304"/>
            <wp:docPr id="48" name="Picture 48"/>
            <wp:cNvGraphicFramePr>
              <a:graphicFrameLocks noChangeAspect="1"/>
            </wp:cNvGraphicFramePr>
            <a:graphic>
              <a:graphicData uri="http://schemas.openxmlformats.org/drawingml/2006/picture">
                <pic:pic>
                  <pic:nvPicPr>
                    <pic:cNvPr id="0" name="066.jpg"/>
                    <pic:cNvPicPr/>
                  </pic:nvPicPr>
                  <pic:blipFill>
                    <a:blip r:embed="rId55"/>
                    <a:stretch>
                      <a:fillRect/>
                    </a:stretch>
                  </pic:blipFill>
                  <pic:spPr>
                    <a:xfrm>
                      <a:off x="0" y="0"/>
                      <a:ext cx="5486400" cy="3956304"/>
                    </a:xfrm>
                    <a:prstGeom prst="rect"/>
                  </pic:spPr>
                </pic:pic>
              </a:graphicData>
            </a:graphic>
          </wp:inline>
        </w:drawing>
      </w:r>
    </w:p>
    <w:p>
      <w:r>
        <w:rPr>
          <w:i/>
          <w:color w:val="525252"/>
          <w:sz w:val="17"/>
        </w:rPr>
        <w:t>Figure 48. Find point clusters: Leak and burst repairs over time [95]. Per month, 2023-10-01 to 2026-09-01. Source: Find point clusters: Leak and burst repairs (950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month by dataset. 108 rows (id 94a93c16-67b9-41a4-8ed2-808fbbf2754f)</w:t>
      </w:r>
    </w:p>
    <w:p>
      <w:pPr>
        <w:spacing w:after="40"/>
      </w:pPr>
      <w:r>
        <w:t>[2] Dataset: Leak and burst repairs. vector, 950 rows (id 3f198310-8d97-42f8-b03b-813a838bc233)</w:t>
      </w:r>
    </w:p>
    <w:p>
      <w:pPr>
        <w:spacing w:after="40"/>
      </w:pPr>
      <w:r>
        <w:t>[3] Dataset: Customer complaints. vector, 520 rows (id 57e4c410-eab9-4da0-8287-b2acf2ce16ca)</w:t>
      </w:r>
    </w:p>
    <w:p>
      <w:pPr>
        <w:spacing w:after="40"/>
      </w:pPr>
      <w:r>
        <w:t>[4] Dataset: Zone meter readings by month. table, 192 rows (id 56bef21a-7861-4acc-b024-b65a14052a40)</w:t>
      </w:r>
    </w:p>
    <w:p>
      <w:pPr>
        <w:spacing w:after="40"/>
      </w:pPr>
      <w:r>
        <w:t>[5]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[6] Plan: Space time hot spots of Leak and burst repairs (the Start plan's candidate c_6d3c49125c9a). Leak and burst repairs carry dates in 'reported_at': emerging hot spot analysis finds new, intensifying and fading hot spots per month. (id 4f377cd3-7339-41df-845b-392c7e4b6b94:c_6d3c49125c9a)</w:t>
      </w:r>
    </w:p>
    <w:p>
      <w:pPr>
        <w:spacing w:after="40"/>
      </w:pPr>
      <w:r>
        <w:t>[7] Tool result: gp_space_time_hot_spots, step 0. Emerging hot spots: 1 layer saved: Emerging hot spots: Leak and burst repairs (71 features). (id 8c251b5b-c068-49c2-83e1-3ea333425a96:0)</w:t>
      </w:r>
    </w:p>
    <w:p>
      <w:pPr>
        <w:spacing w:after="40"/>
      </w:pPr>
      <w:r>
        <w:t>[8] Layer: Leak and burst repairs. 950 features (id 7e6cb18c-a956-4aa0-b060-b927e53b2106)</w:t>
      </w:r>
    </w:p>
    <w:p>
      <w:pPr>
        <w:spacing w:after="40"/>
      </w:pPr>
      <w:r>
        <w:t>[9] Plan: Space time hot spots of Customer complaints (the Start plan's candidate c_8348225de6d1). Customer complaints carry dates in 'date': emerging hot spot analysis finds new, intensifying and fading hot spots per week. (id 4f377cd3-7339-41df-845b-392c7e4b6b94:c_8348225de6d1)</w:t>
      </w:r>
    </w:p>
    <w:p>
      <w:pPr>
        <w:spacing w:after="40"/>
      </w:pPr>
      <w:r>
        <w:t>[10] Tool result: gp_space_time_hot_spots, step 1. Emerging hot spots: 1 layer saved: Emerging hot spots: Customer complaints (75 features). (id 8c251b5b-c068-49c2-83e1-3ea333425a96:1)</w:t>
      </w:r>
    </w:p>
    <w:p>
      <w:pPr>
        <w:spacing w:after="40"/>
      </w:pPr>
      <w:r>
        <w:t>[11] Layer: Customer complaints. 520 features (id 56e8a858-22c0-49f4-ad9c-220e4d9d9989)</w:t>
      </w:r>
    </w:p>
    <w:p>
      <w:pPr>
        <w:spacing w:after="40"/>
      </w:pPr>
      <w:r>
        <w:t>[12] Catalog: Hot spot analysis (operation catalog, gp_hot_spots). Getis-Ord Gi* hot and cold spots with z-scores, p-values and confidence bins. ArcGIS: Find Hot Spots, Hot Spot Analysis (Getis-Ord Gi*). QGIS: qgis:hotspot (plugin). (id gp_hot_spots)</w:t>
      </w:r>
    </w:p>
    <w:p>
      <w:pPr>
        <w:spacing w:after="40"/>
      </w:pPr>
      <w:r>
        <w:t>[13] Plan: Hot spots of Valves (the Start plan's candidate c_73fb2acb1b6a). 300 points: Getis-Ord Gi* tests whether the concentrations in Valves are statistically significant. (id 4f377cd3-7339-41df-845b-392c7e4b6b94:c_73fb2acb1b6a)</w:t>
      </w:r>
    </w:p>
    <w:p>
      <w:pPr>
        <w:spacing w:after="40"/>
      </w:pPr>
      <w:r>
        <w:t>[14] Tool result: gp_hot_spots, step 0. Hot spot analysis: 1 layer saved: Hot spot analysis: Valves (53 features). (id 5758135c-54d5-4daf-a6ef-b217938623cb:0)</w:t>
      </w:r>
    </w:p>
    <w:p>
      <w:pPr>
        <w:spacing w:after="40"/>
      </w:pPr>
      <w:r>
        <w:t>[15] Layer: Valves. 300 features (id c6aecae7-984d-4e15-9197-a69b622b052f)</w:t>
      </w:r>
    </w:p>
    <w:p>
      <w:pPr>
        <w:spacing w:after="40"/>
      </w:pPr>
      <w:r>
        <w:t>[16] Plan: Hot spots of Leak and burst repairs (the Start plan's candidate c_580c09db1123). 950 points: Getis-Ord Gi* tests whether the concentrations in Leak and burst repairs are statistically significant. (id 4f377cd3-7339-41df-845b-392c7e4b6b94:c_580c09db1123)</w:t>
      </w:r>
    </w:p>
    <w:p>
      <w:pPr>
        <w:spacing w:after="40"/>
      </w:pPr>
      <w:r>
        <w:t>[17] Tool result: gp_hot_spots, step 1. Hot spot analysis: 1 layer saved: Hot spot analysis: Leak and burst repairs (184 features). (id 5758135c-54d5-4daf-a6ef-b217938623cb:1)</w:t>
      </w:r>
    </w:p>
    <w:p>
      <w:pPr>
        <w:spacing w:after="40"/>
      </w:pPr>
      <w:r>
        <w:t>[18] Plan: Hot spots of Customer complaints (the Start plan's candidate c_00d8b144d9af). 520 points: Getis-Ord Gi* tests whether the concentrations in Customer complaints are statistically significant. (id 4f377cd3-7339-41df-845b-392c7e4b6b94:c_00d8b144d9af)</w:t>
      </w:r>
    </w:p>
    <w:p>
      <w:pPr>
        <w:spacing w:after="40"/>
      </w:pPr>
      <w:r>
        <w:t>[19] Tool result: gp_hot_spots, step 2. Hot spot analysis: 1 layer saved: Hot spot analysis: Customer complaints (185 features). (id 5758135c-54d5-4daf-a6ef-b217938623cb:2)</w:t>
      </w:r>
    </w:p>
    <w:p>
      <w:pPr>
        <w:spacing w:after="40"/>
      </w:pPr>
      <w:r>
        <w:t>[20] Catalog: Calculate density (operation catalog, gp_calculate_density). Kernel density per square kilometer on a grid. ArcGIS: Calculate Density, Kernel Density. QGIS: native:heatmapkerneldensityestimation. (id gp_calculate_density)</w:t>
      </w:r>
    </w:p>
    <w:p>
      <w:pPr>
        <w:spacing w:after="40"/>
      </w:pPr>
      <w:r>
        <w:t>[21] Plan: Kernel density of Valves (the Start plan's candidate c_d636e5cd662d). 300 points in Valves: a density surface shows where they concentrate. (id 4f377cd3-7339-41df-845b-392c7e4b6b94:c_d636e5cd662d)</w:t>
      </w:r>
    </w:p>
    <w:p>
      <w:pPr>
        <w:spacing w:after="40"/>
      </w:pPr>
      <w:r>
        <w:t>[22] Tool result: gp_calculate_density, step 0. Calculate density: 1 layer saved: Calculate density: Valves (257 features). (id 15ea63ce-83f8-46f4-930b-a1531b369666:0)</w:t>
      </w:r>
    </w:p>
    <w:p>
      <w:pPr>
        <w:spacing w:after="40"/>
      </w:pPr>
      <w:r>
        <w:t>[23] Plan: Kernel density of Leak and burst repairs (the Start plan's candidate c_ab36517e4e0c). 950 points in Leak and burst repairs: a density surface shows where they concentrate. (id 4f377cd3-7339-41df-845b-392c7e4b6b94:c_ab36517e4e0c)</w:t>
      </w:r>
    </w:p>
    <w:p>
      <w:pPr>
        <w:spacing w:after="40"/>
      </w:pPr>
      <w:r>
        <w:t>[24] Tool result: gp_calculate_density, step 1. Calculate density: 1 layer saved: Calculate density: Leak and burst repairs (1220 features). (id 15ea63ce-83f8-46f4-930b-a1531b369666:1)</w:t>
      </w:r>
    </w:p>
    <w:p>
      <w:pPr>
        <w:spacing w:after="40"/>
      </w:pPr>
      <w:r>
        <w:t>[25] Plan: Kernel density of Customer complaints (the Start plan's candidate c_be075c3460ae). 520 points in Customer complaints: a density surface shows where they concentrate. (id 4f377cd3-7339-41df-845b-392c7e4b6b94:c_be075c3460ae)</w:t>
      </w:r>
    </w:p>
    <w:p>
      <w:pPr>
        <w:spacing w:after="40"/>
      </w:pPr>
      <w:r>
        <w:t>[26] Tool result: gp_calculate_density, step 2. Calculate density: 1 layer saved: Calculate density: Customer complaints (1200 features). (id 15ea63ce-83f8-46f4-930b-a1531b369666:2)</w:t>
      </w:r>
    </w:p>
    <w:p>
      <w:pPr>
        <w:spacing w:after="40"/>
      </w:pPr>
      <w:r>
        <w:t>[27]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[28] Plan: Valves per feature of Pressure zones (the Start plan's candidate c_5c2b4f19804e). Count Valves inside each feature of Pressure zones by type; the counts map as a choropleth (natural breaks, sequential colors). (id 4f377cd3-7339-41df-845b-392c7e4b6b94:c_5c2b4f19804e)</w:t>
      </w:r>
    </w:p>
    <w:p>
      <w:pPr>
        <w:spacing w:after="40"/>
      </w:pPr>
      <w:r>
        <w:t>[29] Tool result: gp_summarize_within, step 0. Summarize within: 1 layer saved: Summarize within: Pressure zones (8 features). (id 7fbce9f6-226d-43c9-b187-49e18e2f3a63:0)</w:t>
      </w:r>
    </w:p>
    <w:p>
      <w:pPr>
        <w:spacing w:after="40"/>
      </w:pPr>
      <w:r>
        <w:t>[30] Layer: Pressure zones. 8 features (id a4c55d18-97e0-4d48-82c0-0a14b5ad5659)</w:t>
      </w:r>
    </w:p>
    <w:p>
      <w:pPr>
        <w:spacing w:after="40"/>
      </w:pPr>
      <w:r>
        <w:t>[31] Tool result: gp_summarize_within, step 1. Summarize within: 1 layer saved: Summarize within: Pressure zones (8 features). (id 7fbce9f6-226d-43c9-b187-49e18e2f3a63:1)</w:t>
      </w:r>
    </w:p>
    <w:p>
      <w:pPr>
        <w:spacing w:after="40"/>
      </w:pPr>
      <w:r>
        <w:t>[32] Tool result: gp_summarize_within, step 2. Summarize within: 1 layer saved: Summarize within: Pressure zones (8 features). (id 7fbce9f6-226d-43c9-b187-49e18e2f3a63:2)</w:t>
      </w:r>
    </w:p>
    <w:p>
      <w:pPr>
        <w:spacing w:after="40"/>
      </w:pPr>
      <w:r>
        <w:t>[33]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[34] Plan: Cluster points of Valves (the Start plan's candidate c_5a8770e11140). DBSCAN finds dense groups of Valves and separates noise. (id 4f377cd3-7339-41df-845b-392c7e4b6b94:c_5a8770e11140)</w:t>
      </w:r>
    </w:p>
    <w:p>
      <w:pPr>
        <w:spacing w:after="40"/>
      </w:pPr>
      <w:r>
        <w:t>[35] Tool result: gp_find_point_clusters, step 0. Find point clusters: 2 layers saved: Find point clusters: Valves (300 features); Find point clusters: cluster hulls (11 features). (id d14409c4-ceb7-40bf-8118-b4f183221686:0)</w:t>
      </w:r>
    </w:p>
    <w:p>
      <w:pPr>
        <w:spacing w:after="40"/>
      </w:pPr>
      <w:r>
        <w:t>[36] Plan: Cluster points of Leak and burst repairs (the Start plan's candidate c_fcbb370f7b11). DBSCAN finds dense groups of Leak and burst repairs and separates noise. (id 4f377cd3-7339-41df-845b-392c7e4b6b94:c_fcbb370f7b11)</w:t>
      </w:r>
    </w:p>
    <w:p>
      <w:pPr>
        <w:spacing w:after="40"/>
      </w:pPr>
      <w:r>
        <w:t>[37] Tool result: gp_find_point_clusters, step 1. Find point clusters: 2 layers saved: Find point clusters: Leak and burst repairs (950 features); Find point clusters: cluster hulls (3 features). (id d14409c4-ceb7-40bf-8118-b4f183221686:1)</w:t>
      </w:r>
    </w:p>
    <w:p>
      <w:pPr>
        <w:spacing w:after="40"/>
      </w:pPr>
      <w:r>
        <w:t>[38] Plan: Cluster points of Customer complaints (the Start plan's candidate c_ffd68e523286). DBSCAN finds dense groups of Customer complaints and separates noise. (id 4f377cd3-7339-41df-845b-392c7e4b6b94:c_ffd68e523286)</w:t>
      </w:r>
    </w:p>
    <w:p>
      <w:pPr>
        <w:spacing w:after="40"/>
      </w:pPr>
      <w:r>
        <w:t>[39] Tool result: gp_find_point_clusters, step 2. Find point clusters: 2 layers saved: Find point clusters: Customer complaints (520 features); Find point clusters: cluster hulls (3 features). (id d14409c4-ceb7-40bf-8118-b4f183221686:2)</w:t>
      </w:r>
    </w:p>
    <w:p>
      <w:pPr>
        <w:spacing w:after="40"/>
      </w:pPr>
      <w:r>
        <w:t>[40] Catalog: Find outliers (operation catalog, gp_outliers). Anselin local Moran’s I: HH, LL clusters and HL, LH outliers. ArcGIS: Find Outliers, Cluster and Outlier Analysis (Anselin Local Moran’s I). (id gp_outliers)</w:t>
      </w:r>
    </w:p>
    <w:p>
      <w:pPr>
        <w:spacing w:after="40"/>
      </w:pPr>
      <w:r>
        <w:t>[41] Plan: Local morans i of Pressure zones (the Start plan's candidate c_d6bf59d0b92b). Local Moran's I maps clusters and outliers of 'connections'. (id 4f377cd3-7339-41df-845b-392c7e4b6b94:c_d6bf59d0b92b)</w:t>
      </w:r>
    </w:p>
    <w:p>
      <w:pPr>
        <w:spacing w:after="40"/>
      </w:pPr>
      <w:r>
        <w:t>[42] Tool result: gp_outliers, step 0. Find outliers: 1 layer saved: Find outliers: Pressure zones (8 features). (id d51ffd20-8b3f-40ae-b231-4aaceda6ee41:0)</w:t>
      </w:r>
    </w:p>
    <w:p>
      <w:pPr>
        <w:spacing w:after="40"/>
      </w:pPr>
      <w:r>
        <w:t>[43] Catalog: Spatial autocorrelation (operation catalog, gp_spatial_autocorrelation). Global Moran’s I: is the pattern clustered, dispersed or random. ArcGIS: Spatial Autocorrelation (Global Moran’s I). (id gp_spatial_autocorrelation)</w:t>
      </w:r>
    </w:p>
    <w:p>
      <w:pPr>
        <w:spacing w:after="40"/>
      </w:pPr>
      <w:r>
        <w:t>[44] Plan: Global morans i of Pressure zones (the Start plan's candidate c_6ddd928b3a6c). Global Moran's I says whether similar values of 'connections' sit next to each other. (id 4f377cd3-7339-41df-845b-392c7e4b6b94:c_6ddd928b3a6c)</w:t>
      </w:r>
    </w:p>
    <w:p>
      <w:pPr>
        <w:spacing w:after="40"/>
      </w:pPr>
      <w:r>
        <w:t>[45] Tool result: gp_spatial_autocorrelation, step 1. Spatial autocorrelation: done; no map output. (id d51ffd20-8b3f-40ae-b231-4aaceda6ee41:1)</w:t>
      </w:r>
    </w:p>
    <w:p>
      <w:pPr>
        <w:spacing w:after="40"/>
      </w:pPr>
      <w:r>
        <w:t>[46]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[47] Plan: Near repeat of Leak and burst repairs (the Start plan's candidate c_31a838496880). Near repeat analysis tests whether Leak and burst repairs close in space also follow each other within 30 days. (id 4f377cd3-7339-41df-845b-392c7e4b6b94:c_31a838496880)</w:t>
      </w:r>
    </w:p>
    <w:p>
      <w:pPr>
        <w:spacing w:after="40"/>
      </w:pPr>
      <w:r>
        <w:t>[48] Tool result: gp_near_repeat, step 0. Repeat and near repeat classification: 1 layer saved: Repeat and near repeat classification: Leak and burst repairs (950 features). (id 49d484f0-691d-49a8-9795-a8bae9950aef:0)</w:t>
      </w:r>
    </w:p>
    <w:p>
      <w:pPr>
        <w:spacing w:after="40"/>
      </w:pPr>
      <w:r>
        <w:t>[49] Rendering: Map: Emerging hot spots: Leak and burst repairs (id 3f3bb028-17f1-44d1-9de6-44fc0a9fc721)</w:t>
      </w:r>
    </w:p>
    <w:p>
      <w:pPr>
        <w:spacing w:after="40"/>
      </w:pPr>
      <w:r>
        <w:t>[50] Rendering: Map: Emerging hot spots: Customer complaints (id 9509ddaa-4c98-4096-9c90-32c7d0128ded)</w:t>
      </w:r>
    </w:p>
    <w:p>
      <w:pPr>
        <w:spacing w:after="40"/>
      </w:pPr>
      <w:r>
        <w:t>[51] Rendering: Map: Hot spot analysis: Valves (id d9873c2c-3566-4d27-8fb1-3136201c8204)</w:t>
      </w:r>
    </w:p>
    <w:p>
      <w:pPr>
        <w:spacing w:after="40"/>
      </w:pPr>
      <w:r>
        <w:t>[52] Rendering: Map: Hot spot analysis: Leak and burst repairs (id cdaff975-dab2-424f-adfa-2274328ed591)</w:t>
      </w:r>
    </w:p>
    <w:p>
      <w:pPr>
        <w:spacing w:after="40"/>
      </w:pPr>
      <w:r>
        <w:t>[53] Rendering: Map: Hot spot analysis: Customer complaints (id a6899e22-c5e5-420f-b266-3bc1126baba6)</w:t>
      </w:r>
    </w:p>
    <w:p>
      <w:pPr>
        <w:spacing w:after="40"/>
      </w:pPr>
      <w:r>
        <w:t>[54] Rendering: Map: Calculate density: Valves (id ceb559c1-f678-4874-aea2-b7d563cf1fef)</w:t>
      </w:r>
    </w:p>
    <w:p>
      <w:pPr>
        <w:spacing w:after="40"/>
      </w:pPr>
      <w:r>
        <w:t>[55] Rendering: Map: Calculate density: Leak and burst repairs (id 8c99a9da-4d30-49f5-a977-12f556499841)</w:t>
      </w:r>
    </w:p>
    <w:p>
      <w:pPr>
        <w:spacing w:after="40"/>
      </w:pPr>
      <w:r>
        <w:t>[56] Rendering: Map: Calculate density: Customer complaints (id b9ce5771-f68b-494b-ae0f-5e0d4969f781)</w:t>
      </w:r>
    </w:p>
    <w:p>
      <w:pPr>
        <w:spacing w:after="40"/>
      </w:pPr>
      <w:r>
        <w:t>[57] Rendering: Map: Summarize within: Pressure zones (id fd78fee3-ac8d-4b2b-b5ed-f7f57f068c3f)</w:t>
      </w:r>
    </w:p>
    <w:p>
      <w:pPr>
        <w:spacing w:after="40"/>
      </w:pPr>
      <w:r>
        <w:t>[58] Rendering: Map: Summarize within: Pressure zones (id e6e4e8f2-04db-41fd-9da6-5906d1ba4b30)</w:t>
      </w:r>
    </w:p>
    <w:p>
      <w:pPr>
        <w:spacing w:after="40"/>
      </w:pPr>
      <w:r>
        <w:t>[59] Rendering: Map: Summarize within: Pressure zones (id a4dbb3eb-6f59-462f-b3a9-d07bb0313663)</w:t>
      </w:r>
    </w:p>
    <w:p>
      <w:pPr>
        <w:spacing w:after="40"/>
      </w:pPr>
      <w:r>
        <w:t>[60] Rendering: Map: Find point clusters: Valves (id db8344db-3a76-4085-aeb4-dd38135e8607)</w:t>
      </w:r>
    </w:p>
    <w:p>
      <w:pPr>
        <w:spacing w:after="40"/>
      </w:pPr>
      <w:r>
        <w:t>[61] Rendering: Map: Find point clusters: cluster hulls (id 49a3caba-0eac-49c0-a96c-a416fb8cffcc)</w:t>
      </w:r>
    </w:p>
    <w:p>
      <w:pPr>
        <w:spacing w:after="40"/>
      </w:pPr>
      <w:r>
        <w:t>[62] Rendering: Map: Find point clusters: Leak and burst repairs (id 2ad72120-f06f-49cc-bcfe-1d1f0f3704d0)</w:t>
      </w:r>
    </w:p>
    <w:p>
      <w:pPr>
        <w:spacing w:after="40"/>
      </w:pPr>
      <w:r>
        <w:t>[63] Rendering: Map: Find point clusters: cluster hulls (id 1a6807c6-9e63-44e0-b47a-9cfd06d92860)</w:t>
      </w:r>
    </w:p>
    <w:p>
      <w:pPr>
        <w:spacing w:after="40"/>
      </w:pPr>
      <w:r>
        <w:t>[64] Rendering: Map: Find point clusters: Customer complaints (id 6cdef5e4-9d12-42ff-9772-03d4ae9d2a31)</w:t>
      </w:r>
    </w:p>
    <w:p>
      <w:pPr>
        <w:spacing w:after="40"/>
      </w:pPr>
      <w:r>
        <w:t>[65] Rendering: Map: Find point clusters: cluster hulls (id 0a4f53e6-e3e8-4a99-86a4-49c237e7d264)</w:t>
      </w:r>
    </w:p>
    <w:p>
      <w:pPr>
        <w:spacing w:after="40"/>
      </w:pPr>
      <w:r>
        <w:t>[66] Rendering: Map: Pressure zones by connections (id a91f1b3f-c237-43d7-ba64-33ecbd256f0a)</w:t>
      </w:r>
    </w:p>
    <w:p>
      <w:pPr>
        <w:spacing w:after="40"/>
      </w:pPr>
      <w:r>
        <w:t>[67] Rendering: Map: Find outliers: Pressure zones (id 44cdd90e-0c9c-4cf3-93b9-7b1f48c5e306)</w:t>
      </w:r>
    </w:p>
    <w:p>
      <w:pPr>
        <w:spacing w:after="40"/>
      </w:pPr>
      <w:r>
        <w:t>[68] Rendering: Map: Repeat and near repeat classification: Leak and burst repairs (id 5f3c5bb5-4c59-4d70-a046-4429e3906db9)</w:t>
      </w:r>
    </w:p>
    <w:p>
      <w:pPr>
        <w:spacing w:after="40"/>
      </w:pPr>
      <w:r>
        <w:t>[69] Rendering: Chart: Water mains over time (install_year). 13 rows (id 02627da8-8e62-4e80-9719-72a7e2f55e57)</w:t>
      </w:r>
    </w:p>
    <w:p>
      <w:pPr>
        <w:spacing w:after="40"/>
      </w:pPr>
      <w:r>
        <w:t>[70] Rendering: Chart: Leak and burst repairs over time (reported_at). 144 rows (id c494397c-b48a-49fb-afa7-7a5504c99947)</w:t>
      </w:r>
    </w:p>
    <w:p>
      <w:pPr>
        <w:spacing w:after="40"/>
      </w:pPr>
      <w:r>
        <w:t>[71] Rendering: Chart: Valves over time (exercised_year). 10 rows (id dcd28c89-a9a3-4182-881a-28e358a8b5a7)</w:t>
      </w:r>
    </w:p>
    <w:p>
      <w:pPr>
        <w:spacing w:after="40"/>
      </w:pPr>
      <w:r>
        <w:t>[72] Rendering: Chart: Fire hydrants over time (last_test_year). 9 rows (id 9501bf0d-1118-4646-9011-1d6607707f6d)</w:t>
      </w:r>
    </w:p>
    <w:p>
      <w:pPr>
        <w:spacing w:after="40"/>
      </w:pPr>
      <w:r>
        <w:t>[73] Rendering: Chart: Customer complaints over time (date). 212 rows (id 7b3d1156-e7a8-493d-9083-daeb182a4c85)</w:t>
      </w:r>
    </w:p>
    <w:p>
      <w:pPr>
        <w:spacing w:after="40"/>
      </w:pPr>
      <w:r>
        <w:t>[74] Rendering: Chart: Zone meter readings by month over time (month). 24 rows (id 2ab22dd9-e4bb-48ba-8c04-bc7babef5d0b)</w:t>
      </w:r>
    </w:p>
    <w:p>
      <w:pPr>
        <w:spacing w:after="40"/>
      </w:pPr>
      <w:r>
        <w:t>[75] Rendering: Chart: Pipe replacement plan over time (planned_year). 9 rows (id 177c5fda-dc15-4abc-a44e-4ee15d594e8b)</w:t>
      </w:r>
    </w:p>
    <w:p>
      <w:pPr>
        <w:spacing w:after="40"/>
      </w:pPr>
      <w:r>
        <w:t>[76] Rendering: Chart: Emerging hot spots: Leak and burst repairs. 8 rows (id 595a0dc9-9c95-4ae1-b0ca-4e5d14d12396)</w:t>
      </w:r>
    </w:p>
    <w:p>
      <w:pPr>
        <w:spacing w:after="40"/>
      </w:pPr>
      <w:r>
        <w:t>[77] Rendering: Chart: Emerging hot spots: Customer complaints. 8 rows (id 49549103-57d2-486d-8bd4-4431013cb1b3)</w:t>
      </w:r>
    </w:p>
    <w:p>
      <w:pPr>
        <w:spacing w:after="40"/>
      </w:pPr>
      <w:r>
        <w:t>[78] Rendering: Chart: Hot spot analysis: Valves. 10 rows (id 5e1fa7b3-4f72-4f37-b847-44ccfd91b8d8)</w:t>
      </w:r>
    </w:p>
    <w:p>
      <w:pPr>
        <w:spacing w:after="40"/>
      </w:pPr>
      <w:r>
        <w:t>[79] Rendering: Chart: Hot spot analysis: Leak and burst repairs. 13 rows (id 4cefd833-0e50-4578-9d0a-70931ac2bf5a)</w:t>
      </w:r>
    </w:p>
    <w:p>
      <w:pPr>
        <w:spacing w:after="40"/>
      </w:pPr>
      <w:r>
        <w:t>[80] Rendering: Chart: Hot spot analysis: Customer complaints. 11 rows (id 86d35ebf-41a8-48e6-b171-41a261df419b)</w:t>
      </w:r>
    </w:p>
    <w:p>
      <w:pPr>
        <w:spacing w:after="40"/>
      </w:pPr>
      <w:r>
        <w:t>[81] Rendering: Chart: Calculate density: Valves. 10 rows (id 27f5c03d-412f-4e4d-822d-a1df30a1c49a)</w:t>
      </w:r>
    </w:p>
    <w:p>
      <w:pPr>
        <w:spacing w:after="40"/>
      </w:pPr>
      <w:r>
        <w:t>[82] Rendering: Chart: Calculate density: Leak and burst repairs. 12 rows (id 4666369b-bfa5-4f04-901c-ec29c5b49d6c)</w:t>
      </w:r>
    </w:p>
    <w:p>
      <w:pPr>
        <w:spacing w:after="40"/>
      </w:pPr>
      <w:r>
        <w:t>[83] Rendering: Chart: Calculate density: Customer complaints. 12 rows (id aa86d4c3-c625-4f70-a661-51f8126e6af8)</w:t>
      </w:r>
    </w:p>
    <w:p>
      <w:pPr>
        <w:spacing w:after="40"/>
      </w:pPr>
      <w:r>
        <w:t>[84] Rendering: Chart: Summarize within: Pressure zones. 5 rows (id 0d45df48-f878-4529-8914-7b9c943ea003)</w:t>
      </w:r>
    </w:p>
    <w:p>
      <w:pPr>
        <w:spacing w:after="40"/>
      </w:pPr>
      <w:r>
        <w:t>[85] Rendering: Chart: Summarize within: Pressure zones. 5 rows (id 502ad046-ea5a-4ca6-9f48-484b32739196)</w:t>
      </w:r>
    </w:p>
    <w:p>
      <w:pPr>
        <w:spacing w:after="40"/>
      </w:pPr>
      <w:r>
        <w:t>[86] Rendering: Chart: Summarize within: Pressure zones. 5 rows (id 949001f2-9fc6-4ae2-909c-4b238ba0916e)</w:t>
      </w:r>
    </w:p>
    <w:p>
      <w:pPr>
        <w:spacing w:after="40"/>
      </w:pPr>
      <w:r>
        <w:t>[87] Rendering: Chart: Find point clusters: Valves. 12 rows (id 868093f7-066c-469b-baa7-f20941a2f40e)</w:t>
      </w:r>
    </w:p>
    <w:p>
      <w:pPr>
        <w:spacing w:after="40"/>
      </w:pPr>
      <w:r>
        <w:t>[88] Rendering: Chart: Find point clusters: cluster hulls. 11 rows (id 84119cbe-b098-4105-bce7-8ddc860ad22d)</w:t>
      </w:r>
    </w:p>
    <w:p>
      <w:pPr>
        <w:spacing w:after="40"/>
      </w:pPr>
      <w:r>
        <w:t>[89] Rendering: Chart: Find point clusters: Leak and burst repairs. 4 rows (id 1b45df1b-a05d-4531-ae0d-49c2224a2551)</w:t>
      </w:r>
    </w:p>
    <w:p>
      <w:pPr>
        <w:spacing w:after="40"/>
      </w:pPr>
      <w:r>
        <w:t>[90] Rendering: Chart: Find point clusters: cluster hulls. 3 rows (id 5a127efb-1998-463d-8956-bee898322fc9)</w:t>
      </w:r>
    </w:p>
    <w:p>
      <w:pPr>
        <w:spacing w:after="40"/>
      </w:pPr>
      <w:r>
        <w:t>[91] Rendering: Chart: Find point clusters: Customer complaints. 4 rows (id ae5b32b2-383a-4be8-bf14-6c6f8449b0b1)</w:t>
      </w:r>
    </w:p>
    <w:p>
      <w:pPr>
        <w:spacing w:after="40"/>
      </w:pPr>
      <w:r>
        <w:t>[92] Rendering: Chart: Find point clusters: cluster hulls. 3 rows (id 2b12b071-0f4d-46c7-abc8-69c6b190d0d6)</w:t>
      </w:r>
    </w:p>
    <w:p>
      <w:pPr>
        <w:spacing w:after="40"/>
      </w:pPr>
      <w:r>
        <w:t>[93] Rendering: Chart: Repeat and near repeat classification: Leak and burst repairs over time. 144 rows (id 3fc856ce-5d0d-407f-ad64-e3c0cc964288)</w:t>
      </w:r>
    </w:p>
    <w:p>
      <w:pPr>
        <w:spacing w:after="40"/>
      </w:pPr>
      <w:r>
        <w:t>[94] Rendering: Chart: Find point clusters: Customer complaints over time. 212 rows (id 1e06545d-de8b-4037-b0da-2de0f7f334fe)</w:t>
      </w:r>
    </w:p>
    <w:p>
      <w:pPr>
        <w:spacing w:after="40"/>
      </w:pPr>
      <w:r>
        <w:t>[95] Rendering: Chart: Find point clusters: Leak and burst repairs over time. 144 rows (id b893e1bc-7a5d-4622-8b2d-a1fc99d79142)</w:t>
      </w:r>
    </w:p>
    <w:p>
      <w:pPr>
        <w:spacing w:after="40"/>
      </w:pPr>
      <w:r>
        <w:t>[96] Dataset: Pressure zones. vector, 8 rows (id 8e552b2b-0ef5-4c0c-821c-708e0de62375)</w:t>
      </w:r>
    </w:p>
    <w:p>
      <w:pPr>
        <w:spacing w:after="40"/>
      </w:pPr>
      <w:r>
        <w:t>[97] Dataset: Water mains. vector, 2130 rows (id b6d4651b-de72-426b-b18e-081f92a20090)</w:t>
      </w:r>
    </w:p>
    <w:p>
      <w:pPr>
        <w:spacing w:after="40"/>
      </w:pPr>
      <w:r>
        <w:t>[98] Dataset: Reservoirs. vector, 4 rows (id a4ba7898-6adb-4a62-b4b3-2baa51710fd7)</w:t>
      </w:r>
    </w:p>
    <w:p>
      <w:pPr>
        <w:spacing w:after="40"/>
      </w:pPr>
      <w:r>
        <w:t>[99] Dataset: Valves. vector, 300 rows (id 2f9d6af4-8dbc-4919-9c2e-358009680d94)</w:t>
      </w:r>
    </w:p>
    <w:p>
      <w:pPr>
        <w:spacing w:after="40"/>
      </w:pPr>
      <w:r>
        <w:t>[100] Dataset: Fire hydrants. vector, 250 rows (id 5c702260-a660-41d8-8aac-adc95c8d4329)</w:t>
      </w:r>
    </w:p>
    <w:p>
      <w:pPr>
        <w:spacing w:after="40"/>
      </w:pPr>
      <w:r>
        <w:t>[101] Dataset: Pipe replacement plan. table, 220 rows (id c062d67a-c643-4dbc-bddd-b13a8c563a9e)</w:t>
      </w:r>
    </w:p>
    <w:p>
      <w:pPr>
        <w:spacing w:after="40"/>
      </w:pPr>
      <w:r>
        <w:t>[102] Dataset: Non-revenue water briefing. document, ? rows (id 0a3aab36-0977-4c51-a725-7886eccfb7f7)</w:t>
      </w:r>
    </w:p>
    <w:p>
      <w:pPr>
        <w:spacing w:after="40"/>
      </w:pPr>
      <w:r>
        <w:t>[103] Record: Sample: Water utility, Cape Town (id 0f6d1895-598a-4c17-a195-fc538533c4a3)</w:t>
      </w:r>
    </w:p>
    <w:p>
      <w:pPr>
        <w:spacing w:after="40"/>
      </w:pPr>
      <w:r>
        <w:t>[104] Layer: Emerging hot spots: Leak and burst repairs. 71 features (id fcb15038-1ce5-4dfe-bef3-37f0d0710660)</w:t>
      </w:r>
    </w:p>
    <w:p>
      <w:pPr>
        <w:spacing w:after="40"/>
      </w:pPr>
      <w:r>
        <w:t>[105] Layer: Emerging hot spots: Customer complaints. 75 features (id 6cd4cdee-eaed-4536-97a3-8cfcfcea991a)</w:t>
      </w:r>
    </w:p>
    <w:p>
      <w:pPr>
        <w:spacing w:after="40"/>
      </w:pPr>
      <w:r>
        <w:t>[106] Layer: Hot spot analysis: Valves. 53 features (id e6e46379-bab5-4be3-b731-f573fbaeaa2b)</w:t>
      </w:r>
    </w:p>
    <w:p>
      <w:pPr>
        <w:spacing w:after="40"/>
      </w:pPr>
      <w:r>
        <w:t>[107] Layer: Hot spot analysis: Leak and burst repairs. 184 features (id 1b8c7972-3a5f-43cb-9c04-79be94f68fa2)</w:t>
      </w:r>
    </w:p>
    <w:p>
      <w:pPr>
        <w:spacing w:after="40"/>
      </w:pPr>
      <w:r>
        <w:t>[108] Layer: Hot spot analysis: Customer complaints. 185 features (id cc6c04aa-9769-4c55-bffd-23f14fc19e22)</w:t>
      </w:r>
    </w:p>
    <w:p>
      <w:pPr>
        <w:spacing w:after="40"/>
      </w:pPr>
      <w:r>
        <w:t>[109] Layer: Calculate density: Valves. 257 features (id 7c69e54b-2611-4108-a8f1-7edbf9681ff2)</w:t>
      </w:r>
    </w:p>
    <w:p>
      <w:pPr>
        <w:spacing w:after="40"/>
      </w:pPr>
      <w:r>
        <w:t>[110] Layer: Calculate density: Leak and burst repairs. 1,220 features (id 10a45b3b-e980-47be-9cf9-6b191e7fa957)</w:t>
      </w:r>
    </w:p>
    <w:p>
      <w:pPr>
        <w:spacing w:after="40"/>
      </w:pPr>
      <w:r>
        <w:t>[111] Layer: Calculate density: Customer complaints. 1,200 features (id 36b7f8be-2e78-4f25-add1-4c5b63fade60)</w:t>
      </w:r>
    </w:p>
    <w:p>
      <w:pPr>
        <w:spacing w:after="40"/>
      </w:pPr>
      <w:r>
        <w:t>[112] Layer: Summarize within: Pressure zones. 8 features (id e1b22dd3-e0d4-4c9f-a4dd-6460b011a8f0)</w:t>
      </w:r>
    </w:p>
    <w:p>
      <w:pPr>
        <w:spacing w:after="40"/>
      </w:pPr>
      <w:r>
        <w:t>[113] Layer: Summarize within: Pressure zones. 8 features (id 2c26882f-372c-4dd1-9856-1556ecf83503)</w:t>
      </w:r>
    </w:p>
    <w:p>
      <w:pPr>
        <w:spacing w:after="40"/>
      </w:pPr>
      <w:r>
        <w:t>[114] Layer: Summarize within: Pressure zones. 8 features (id 8d6f5fe5-afba-45d0-8676-09532976c3ba)</w:t>
      </w:r>
    </w:p>
    <w:p>
      <w:pPr>
        <w:spacing w:after="40"/>
      </w:pPr>
      <w:r>
        <w:t>[115] Layer: Find point clusters: Valves. 300 features (id 4058852d-d252-42dd-b715-c4555264de96)</w:t>
      </w:r>
    </w:p>
    <w:p>
      <w:pPr>
        <w:spacing w:after="40"/>
      </w:pPr>
      <w:r>
        <w:t>[116] Layer: Find point clusters: cluster hulls. 11 features (id 01ccf49b-1072-42db-8660-3b6bfa50a885)</w:t>
      </w:r>
    </w:p>
    <w:p>
      <w:pPr>
        <w:spacing w:after="40"/>
      </w:pPr>
      <w:r>
        <w:t>[117] Layer: Find point clusters: Leak and burst repairs. 950 features (id 2ace68cb-dd6a-44c4-9784-ec90079bfd14)</w:t>
      </w:r>
    </w:p>
    <w:p>
      <w:pPr>
        <w:spacing w:after="40"/>
      </w:pPr>
      <w:r>
        <w:t>[118] Layer: Find point clusters: cluster hulls. 3 features (id cee4dd63-1a39-434b-86a5-dbfe42ae6477)</w:t>
      </w:r>
    </w:p>
    <w:p>
      <w:pPr>
        <w:spacing w:after="40"/>
      </w:pPr>
      <w:r>
        <w:t>[119] Layer: Find point clusters: Customer complaints. 520 features (id 7c106e45-1ddc-48c3-bc26-ae9c11c94028)</w:t>
      </w:r>
    </w:p>
    <w:p>
      <w:pPr>
        <w:spacing w:after="40"/>
      </w:pPr>
      <w:r>
        <w:t>[120] Layer: Find point clusters: cluster hulls. 3 features (id 5dfd2c79-c5e3-4675-8539-b2fa77d08d7a)</w:t>
      </w:r>
    </w:p>
    <w:p>
      <w:pPr>
        <w:spacing w:after="40"/>
      </w:pPr>
      <w:r>
        <w:t>[121] Layer: Find outliers: Pressure zones. 8 features (id e61c7a42-8b9f-473a-8310-bc15178693a5)</w:t>
      </w:r>
    </w:p>
    <w:p>
      <w:pPr>
        <w:spacing w:after="40"/>
      </w:pPr>
      <w:r>
        <w:t>[122] Layer: Repeat and near repeat classification: Leak and burst repairs. 950 features (id 9bbadc15-5868-46e4-9005-946ec8a2298c)</w:t>
      </w:r>
    </w:p>
    <w:p>
      <w:pPr>
        <w:pStyle w:val="Heading1"/>
      </w:pPr>
      <w:r>
        <w:t>Appendix: the data behind the charts</w:t>
      </w:r>
    </w:p>
    <w:p>
      <w:pPr>
        <w:pStyle w:val="Heading2"/>
      </w:pPr>
      <w:r>
        <w:t>Figure 1. Timeline: events per month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2023-10-01</w:t>
            </w:r>
          </w:p>
        </w:tc>
        <w:tc>
          <w:tcPr>
            <w:tcW w:type="dxa" w:w="2880"/>
          </w:tcPr>
          <w:p>
            <w:r>
              <w:t>Leak and burst repairs</w:t>
            </w:r>
          </w:p>
        </w:tc>
        <w:tc>
          <w:tcPr>
            <w:tcW w:type="dxa" w:w="2880"/>
          </w:tcPr>
          <w:p>
            <w:r>
              <w:t>20</w:t>
            </w:r>
          </w:p>
        </w:tc>
      </w:tr>
      <w:tr>
        <w:tc>
          <w:tcPr>
            <w:tcW w:type="dxa" w:w="2880"/>
          </w:tcPr>
          <w:p>
            <w:r>
              <w:t>2023-10-01</w:t>
            </w:r>
          </w:p>
        </w:tc>
        <w:tc>
          <w:tcPr>
            <w:tcW w:type="dxa" w:w="2880"/>
          </w:tcPr>
          <w:p>
            <w:r>
              <w:t>Customer complaints</w:t>
            </w:r>
          </w:p>
        </w:tc>
        <w:tc>
          <w:tcPr>
            <w:tcW w:type="dxa" w:w="2880"/>
          </w:tcPr>
          <w:p>
            <w:r>
              <w:t>0</w:t>
            </w:r>
          </w:p>
        </w:tc>
      </w:tr>
      <w:tr>
        <w:tc>
          <w:tcPr>
            <w:tcW w:type="dxa" w:w="2880"/>
          </w:tcPr>
          <w:p>
            <w:r>
              <w:t>2023-10-01</w:t>
            </w:r>
          </w:p>
        </w:tc>
        <w:tc>
          <w:tcPr>
            <w:tcW w:type="dxa" w:w="2880"/>
          </w:tcPr>
          <w:p>
            <w:r>
              <w:t>Zone meter readings by month</w:t>
            </w:r>
          </w:p>
        </w:tc>
        <w:tc>
          <w:tcPr>
            <w:tcW w:type="dxa" w:w="2880"/>
          </w:tcPr>
          <w:p>
            <w:r>
              <w:t>0</w:t>
            </w:r>
          </w:p>
        </w:tc>
      </w:tr>
      <w:tr>
        <w:tc>
          <w:tcPr>
            <w:tcW w:type="dxa" w:w="2880"/>
          </w:tcPr>
          <w:p>
            <w:r>
              <w:t>2023-11-01</w:t>
            </w:r>
          </w:p>
        </w:tc>
        <w:tc>
          <w:tcPr>
            <w:tcW w:type="dxa" w:w="2880"/>
          </w:tcPr>
          <w:p>
            <w:r>
              <w:t>Leak and burst repairs</w:t>
            </w:r>
          </w:p>
        </w:tc>
        <w:tc>
          <w:tcPr>
            <w:tcW w:type="dxa" w:w="2880"/>
          </w:tcPr>
          <w:p>
            <w:r>
              <w:t>14</w:t>
            </w:r>
          </w:p>
        </w:tc>
      </w:tr>
      <w:tr>
        <w:tc>
          <w:tcPr>
            <w:tcW w:type="dxa" w:w="2880"/>
          </w:tcPr>
          <w:p>
            <w:r>
              <w:t>2023-11-01</w:t>
            </w:r>
          </w:p>
        </w:tc>
        <w:tc>
          <w:tcPr>
            <w:tcW w:type="dxa" w:w="2880"/>
          </w:tcPr>
          <w:p>
            <w:r>
              <w:t>Customer complaints</w:t>
            </w:r>
          </w:p>
        </w:tc>
        <w:tc>
          <w:tcPr>
            <w:tcW w:type="dxa" w:w="2880"/>
          </w:tcPr>
          <w:p>
            <w:r>
              <w:t>0</w:t>
            </w:r>
          </w:p>
        </w:tc>
      </w:tr>
      <w:tr>
        <w:tc>
          <w:tcPr>
            <w:tcW w:type="dxa" w:w="2880"/>
          </w:tcPr>
          <w:p>
            <w:r>
              <w:t>2023-11-01</w:t>
            </w:r>
          </w:p>
        </w:tc>
        <w:tc>
          <w:tcPr>
            <w:tcW w:type="dxa" w:w="2880"/>
          </w:tcPr>
          <w:p>
            <w:r>
              <w:t>Zone meter readings by month</w:t>
            </w:r>
          </w:p>
        </w:tc>
        <w:tc>
          <w:tcPr>
            <w:tcW w:type="dxa" w:w="2880"/>
          </w:tcPr>
          <w:p>
            <w:r>
              <w:t>0</w:t>
            </w:r>
          </w:p>
        </w:tc>
      </w:tr>
      <w:tr>
        <w:tc>
          <w:tcPr>
            <w:tcW w:type="dxa" w:w="2880"/>
          </w:tcPr>
          <w:p>
            <w:r>
              <w:t>2023-12-01</w:t>
            </w:r>
          </w:p>
        </w:tc>
        <w:tc>
          <w:tcPr>
            <w:tcW w:type="dxa" w:w="2880"/>
          </w:tcPr>
          <w:p>
            <w:r>
              <w:t>Leak and burst repairs</w:t>
            </w:r>
          </w:p>
        </w:tc>
        <w:tc>
          <w:tcPr>
            <w:tcW w:type="dxa" w:w="2880"/>
          </w:tcPr>
          <w:p>
            <w:r>
              <w:t>17</w:t>
            </w:r>
          </w:p>
        </w:tc>
      </w:tr>
      <w:tr>
        <w:tc>
          <w:tcPr>
            <w:tcW w:type="dxa" w:w="2880"/>
          </w:tcPr>
          <w:p>
            <w:r>
              <w:t>2023-12-01</w:t>
            </w:r>
          </w:p>
        </w:tc>
        <w:tc>
          <w:tcPr>
            <w:tcW w:type="dxa" w:w="2880"/>
          </w:tcPr>
          <w:p>
            <w:r>
              <w:t>Customer complaints</w:t>
            </w:r>
          </w:p>
        </w:tc>
        <w:tc>
          <w:tcPr>
            <w:tcW w:type="dxa" w:w="2880"/>
          </w:tcPr>
          <w:p>
            <w:r>
              <w:t>0</w:t>
            </w:r>
          </w:p>
        </w:tc>
      </w:tr>
      <w:tr>
        <w:tc>
          <w:tcPr>
            <w:tcW w:type="dxa" w:w="2880"/>
          </w:tcPr>
          <w:p>
            <w:r>
              <w:t>2023-12-01</w:t>
            </w:r>
          </w:p>
        </w:tc>
        <w:tc>
          <w:tcPr>
            <w:tcW w:type="dxa" w:w="2880"/>
          </w:tcPr>
          <w:p>
            <w:r>
              <w:t>Zone meter readings by month</w:t>
            </w:r>
          </w:p>
        </w:tc>
        <w:tc>
          <w:tcPr>
            <w:tcW w:type="dxa" w:w="2880"/>
          </w:tcPr>
          <w:p>
            <w:r>
              <w:t>0</w:t>
            </w:r>
          </w:p>
        </w:tc>
      </w:tr>
      <w:tr>
        <w:tc>
          <w:tcPr>
            <w:tcW w:type="dxa" w:w="2880"/>
          </w:tcPr>
          <w:p>
            <w:r>
              <w:t>2024-01-01</w:t>
            </w:r>
          </w:p>
        </w:tc>
        <w:tc>
          <w:tcPr>
            <w:tcW w:type="dxa" w:w="2880"/>
          </w:tcPr>
          <w:p>
            <w:r>
              <w:t>Leak and burst repairs</w:t>
            </w:r>
          </w:p>
        </w:tc>
        <w:tc>
          <w:tcPr>
            <w:tcW w:type="dxa" w:w="2880"/>
          </w:tcPr>
          <w:p>
            <w:r>
              <w:t>10</w:t>
            </w:r>
          </w:p>
        </w:tc>
      </w:tr>
      <w:tr>
        <w:tc>
          <w:tcPr>
            <w:tcW w:type="dxa" w:w="2880"/>
          </w:tcPr>
          <w:p>
            <w:r>
              <w:t>2024-01-01</w:t>
            </w:r>
          </w:p>
        </w:tc>
        <w:tc>
          <w:tcPr>
            <w:tcW w:type="dxa" w:w="2880"/>
          </w:tcPr>
          <w:p>
            <w:r>
              <w:t>Customer complaints</w:t>
            </w:r>
          </w:p>
        </w:tc>
        <w:tc>
          <w:tcPr>
            <w:tcW w:type="dxa" w:w="2880"/>
          </w:tcPr>
          <w:p>
            <w:r>
              <w:t>0</w:t>
            </w:r>
          </w:p>
        </w:tc>
      </w:tr>
      <w:tr>
        <w:tc>
          <w:tcPr>
            <w:tcW w:type="dxa" w:w="2880"/>
          </w:tcPr>
          <w:p>
            <w:r>
              <w:t>2024-01-01</w:t>
            </w:r>
          </w:p>
        </w:tc>
        <w:tc>
          <w:tcPr>
            <w:tcW w:type="dxa" w:w="2880"/>
          </w:tcPr>
          <w:p>
            <w:r>
              <w:t>Zone meter readings by month</w:t>
            </w:r>
          </w:p>
        </w:tc>
        <w:tc>
          <w:tcPr>
            <w:tcW w:type="dxa" w:w="2880"/>
          </w:tcPr>
          <w:p>
            <w:r>
              <w:t>0</w:t>
            </w:r>
          </w:p>
        </w:tc>
      </w:tr>
      <w:tr>
        <w:tc>
          <w:tcPr>
            <w:tcW w:type="dxa" w:w="2880"/>
          </w:tcPr>
          <w:p>
            <w:r>
              <w:t>2024-02-01</w:t>
            </w:r>
          </w:p>
        </w:tc>
        <w:tc>
          <w:tcPr>
            <w:tcW w:type="dxa" w:w="2880"/>
          </w:tcPr>
          <w:p>
            <w:r>
              <w:t>Leak and burst repairs</w:t>
            </w:r>
          </w:p>
        </w:tc>
        <w:tc>
          <w:tcPr>
            <w:tcW w:type="dxa" w:w="2880"/>
          </w:tcPr>
          <w:p>
            <w:r>
              <w:t>13</w:t>
            </w:r>
          </w:p>
        </w:tc>
      </w:tr>
      <w:tr>
        <w:tc>
          <w:tcPr>
            <w:tcW w:type="dxa" w:w="2880"/>
          </w:tcPr>
          <w:p>
            <w:r>
              <w:t>2024-02-01</w:t>
            </w:r>
          </w:p>
        </w:tc>
        <w:tc>
          <w:tcPr>
            <w:tcW w:type="dxa" w:w="2880"/>
          </w:tcPr>
          <w:p>
            <w:r>
              <w:t>Customer complaints</w:t>
            </w:r>
          </w:p>
        </w:tc>
        <w:tc>
          <w:tcPr>
            <w:tcW w:type="dxa" w:w="2880"/>
          </w:tcPr>
          <w:p>
            <w:r>
              <w:t>0</w:t>
            </w:r>
          </w:p>
        </w:tc>
      </w:tr>
      <w:tr>
        <w:tc>
          <w:tcPr>
            <w:tcW w:type="dxa" w:w="2880"/>
          </w:tcPr>
          <w:p>
            <w:r>
              <w:t>2024-02-01</w:t>
            </w:r>
          </w:p>
        </w:tc>
        <w:tc>
          <w:tcPr>
            <w:tcW w:type="dxa" w:w="2880"/>
          </w:tcPr>
          <w:p>
            <w:r>
              <w:t>Zone meter readings by month</w:t>
            </w:r>
          </w:p>
        </w:tc>
        <w:tc>
          <w:tcPr>
            <w:tcW w:type="dxa" w:w="2880"/>
          </w:tcPr>
          <w:p>
            <w:r>
              <w:t>0</w:t>
            </w:r>
          </w:p>
        </w:tc>
      </w:tr>
      <w:tr>
        <w:tc>
          <w:tcPr>
            <w:tcW w:type="dxa" w:w="2880"/>
          </w:tcPr>
          <w:p>
            <w:r>
              <w:t>2024-03-01</w:t>
            </w:r>
          </w:p>
        </w:tc>
        <w:tc>
          <w:tcPr>
            <w:tcW w:type="dxa" w:w="2880"/>
          </w:tcPr>
          <w:p>
            <w:r>
              <w:t>Leak and burst repairs</w:t>
            </w:r>
          </w:p>
        </w:tc>
        <w:tc>
          <w:tcPr>
            <w:tcW w:type="dxa" w:w="2880"/>
          </w:tcPr>
          <w:p>
            <w:r>
              <w:t>17</w:t>
            </w:r>
          </w:p>
        </w:tc>
      </w:tr>
      <w:tr>
        <w:tc>
          <w:tcPr>
            <w:tcW w:type="dxa" w:w="2880"/>
          </w:tcPr>
          <w:p>
            <w:r>
              <w:t>2024-03-01</w:t>
            </w:r>
          </w:p>
        </w:tc>
        <w:tc>
          <w:tcPr>
            <w:tcW w:type="dxa" w:w="2880"/>
          </w:tcPr>
          <w:p>
            <w:r>
              <w:t>Customer complaints</w:t>
            </w:r>
          </w:p>
        </w:tc>
        <w:tc>
          <w:tcPr>
            <w:tcW w:type="dxa" w:w="2880"/>
          </w:tcPr>
          <w:p>
            <w:r>
              <w:t>0</w:t>
            </w:r>
          </w:p>
        </w:tc>
      </w:tr>
      <w:tr>
        <w:tc>
          <w:tcPr>
            <w:tcW w:type="dxa" w:w="2880"/>
          </w:tcPr>
          <w:p>
            <w:r>
              <w:t>2024-03-01</w:t>
            </w:r>
          </w:p>
        </w:tc>
        <w:tc>
          <w:tcPr>
            <w:tcW w:type="dxa" w:w="2880"/>
          </w:tcPr>
          <w:p>
            <w:r>
              <w:t>Zone meter readings by month</w:t>
            </w:r>
          </w:p>
        </w:tc>
        <w:tc>
          <w:tcPr>
            <w:tcW w:type="dxa" w:w="2880"/>
          </w:tcPr>
          <w:p>
            <w:r>
              <w:t>0</w:t>
            </w:r>
          </w:p>
        </w:tc>
      </w:tr>
      <w:tr>
        <w:tc>
          <w:tcPr>
            <w:tcW w:type="dxa" w:w="2880"/>
          </w:tcPr>
          <w:p>
            <w:r>
              <w:t>2024-04-01</w:t>
            </w:r>
          </w:p>
        </w:tc>
        <w:tc>
          <w:tcPr>
            <w:tcW w:type="dxa" w:w="2880"/>
          </w:tcPr>
          <w:p>
            <w:r>
              <w:t>Leak and burst repairs</w:t>
            </w:r>
          </w:p>
        </w:tc>
        <w:tc>
          <w:tcPr>
            <w:tcW w:type="dxa" w:w="2880"/>
          </w:tcPr>
          <w:p>
            <w:r>
              <w:t>34</w:t>
            </w:r>
          </w:p>
        </w:tc>
      </w:tr>
      <w:tr>
        <w:tc>
          <w:tcPr>
            <w:tcW w:type="dxa" w:w="2880"/>
          </w:tcPr>
          <w:p>
            <w:r>
              <w:t>2024-04-01</w:t>
            </w:r>
          </w:p>
        </w:tc>
        <w:tc>
          <w:tcPr>
            <w:tcW w:type="dxa" w:w="2880"/>
          </w:tcPr>
          <w:p>
            <w:r>
              <w:t>Customer complaints</w:t>
            </w:r>
          </w:p>
        </w:tc>
        <w:tc>
          <w:tcPr>
            <w:tcW w:type="dxa" w:w="2880"/>
          </w:tcPr>
          <w:p>
            <w:r>
              <w:t>0</w:t>
            </w:r>
          </w:p>
        </w:tc>
      </w:tr>
      <w:tr>
        <w:tc>
          <w:tcPr>
            <w:tcW w:type="dxa" w:w="2880"/>
          </w:tcPr>
          <w:p>
            <w:r>
              <w:t>2024-04-01</w:t>
            </w:r>
          </w:p>
        </w:tc>
        <w:tc>
          <w:tcPr>
            <w:tcW w:type="dxa" w:w="2880"/>
          </w:tcPr>
          <w:p>
            <w:r>
              <w:t>Zone meter readings by month</w:t>
            </w:r>
          </w:p>
        </w:tc>
        <w:tc>
          <w:tcPr>
            <w:tcW w:type="dxa" w:w="2880"/>
          </w:tcPr>
          <w:p>
            <w:r>
              <w:t>0</w:t>
            </w:r>
          </w:p>
        </w:tc>
      </w:tr>
      <w:tr>
        <w:tc>
          <w:tcPr>
            <w:tcW w:type="dxa" w:w="2880"/>
          </w:tcPr>
          <w:p>
            <w:r>
              <w:t>2024-05-01</w:t>
            </w:r>
          </w:p>
        </w:tc>
        <w:tc>
          <w:tcPr>
            <w:tcW w:type="dxa" w:w="2880"/>
          </w:tcPr>
          <w:p>
            <w:r>
              <w:t>Leak and burst repairs</w:t>
            </w:r>
          </w:p>
        </w:tc>
        <w:tc>
          <w:tcPr>
            <w:tcW w:type="dxa" w:w="2880"/>
          </w:tcPr>
          <w:p>
            <w:r>
              <w:t>24</w:t>
            </w:r>
          </w:p>
        </w:tc>
      </w:tr>
      <w:tr>
        <w:tc>
          <w:tcPr>
            <w:tcW w:type="dxa" w:w="2880"/>
          </w:tcPr>
          <w:p>
            <w:r>
              <w:t>2024-05-01</w:t>
            </w:r>
          </w:p>
        </w:tc>
        <w:tc>
          <w:tcPr>
            <w:tcW w:type="dxa" w:w="2880"/>
          </w:tcPr>
          <w:p>
            <w:r>
              <w:t>Customer complaints</w:t>
            </w:r>
          </w:p>
        </w:tc>
        <w:tc>
          <w:tcPr>
            <w:tcW w:type="dxa" w:w="2880"/>
          </w:tcPr>
          <w:p>
            <w:r>
              <w:t>0</w:t>
            </w:r>
          </w:p>
        </w:tc>
      </w:tr>
      <w:tr>
        <w:tc>
          <w:tcPr>
            <w:tcW w:type="dxa" w:w="2880"/>
          </w:tcPr>
          <w:p>
            <w:r>
              <w:t>2024-05-01</w:t>
            </w:r>
          </w:p>
        </w:tc>
        <w:tc>
          <w:tcPr>
            <w:tcW w:type="dxa" w:w="2880"/>
          </w:tcPr>
          <w:p>
            <w:r>
              <w:t>Zone meter readings by month</w:t>
            </w:r>
          </w:p>
        </w:tc>
        <w:tc>
          <w:tcPr>
            <w:tcW w:type="dxa" w:w="2880"/>
          </w:tcPr>
          <w:p>
            <w:r>
              <w:t>0</w:t>
            </w:r>
          </w:p>
        </w:tc>
      </w:tr>
      <w:tr>
        <w:tc>
          <w:tcPr>
            <w:tcW w:type="dxa" w:w="2880"/>
          </w:tcPr>
          <w:p>
            <w:r>
              <w:t>2024-06-01</w:t>
            </w:r>
          </w:p>
        </w:tc>
        <w:tc>
          <w:tcPr>
            <w:tcW w:type="dxa" w:w="2880"/>
          </w:tcPr>
          <w:p>
            <w:r>
              <w:t>Leak and burst repairs</w:t>
            </w:r>
          </w:p>
        </w:tc>
        <w:tc>
          <w:tcPr>
            <w:tcW w:type="dxa" w:w="2880"/>
          </w:tcPr>
          <w:p>
            <w:r>
              <w:t>44</w:t>
            </w:r>
          </w:p>
        </w:tc>
      </w:tr>
      <w:tr>
        <w:tc>
          <w:tcPr>
            <w:tcW w:type="dxa" w:w="2880"/>
          </w:tcPr>
          <w:p>
            <w:r>
              <w:t>2024-06-01</w:t>
            </w:r>
          </w:p>
        </w:tc>
        <w:tc>
          <w:tcPr>
            <w:tcW w:type="dxa" w:w="2880"/>
          </w:tcPr>
          <w:p>
            <w:r>
              <w:t>Customer complaints</w:t>
            </w:r>
          </w:p>
        </w:tc>
        <w:tc>
          <w:tcPr>
            <w:tcW w:type="dxa" w:w="2880"/>
          </w:tcPr>
          <w:p>
            <w:r>
              <w:t>0</w:t>
            </w:r>
          </w:p>
        </w:tc>
      </w:tr>
      <w:tr>
        <w:tc>
          <w:tcPr>
            <w:tcW w:type="dxa" w:w="2880"/>
          </w:tcPr>
          <w:p>
            <w:r>
              <w:t>2024-06-01</w:t>
            </w:r>
          </w:p>
        </w:tc>
        <w:tc>
          <w:tcPr>
            <w:tcW w:type="dxa" w:w="2880"/>
          </w:tcPr>
          <w:p>
            <w:r>
              <w:t>Zone meter readings by month</w:t>
            </w:r>
          </w:p>
        </w:tc>
        <w:tc>
          <w:tcPr>
            <w:tcW w:type="dxa" w:w="2880"/>
          </w:tcPr>
          <w:p>
            <w:r>
              <w:t>0</w:t>
            </w:r>
          </w:p>
        </w:tc>
      </w:tr>
      <w:tr>
        <w:tc>
          <w:tcPr>
            <w:tcW w:type="dxa" w:w="2880"/>
          </w:tcPr>
          <w:p>
            <w:r>
              <w:t>2024-07-01</w:t>
            </w:r>
          </w:p>
        </w:tc>
        <w:tc>
          <w:tcPr>
            <w:tcW w:type="dxa" w:w="2880"/>
          </w:tcPr>
          <w:p>
            <w:r>
              <w:t>Leak and burst repairs</w:t>
            </w:r>
          </w:p>
        </w:tc>
        <w:tc>
          <w:tcPr>
            <w:tcW w:type="dxa" w:w="2880"/>
          </w:tcPr>
          <w:p>
            <w:r>
              <w:t>36</w:t>
            </w:r>
          </w:p>
        </w:tc>
      </w:tr>
      <w:tr>
        <w:tc>
          <w:tcPr>
            <w:tcW w:type="dxa" w:w="2880"/>
          </w:tcPr>
          <w:p>
            <w:r>
              <w:t>2024-07-01</w:t>
            </w:r>
          </w:p>
        </w:tc>
        <w:tc>
          <w:tcPr>
            <w:tcW w:type="dxa" w:w="2880"/>
          </w:tcPr>
          <w:p>
            <w:r>
              <w:t>Customer complaints</w:t>
            </w:r>
          </w:p>
        </w:tc>
        <w:tc>
          <w:tcPr>
            <w:tcW w:type="dxa" w:w="2880"/>
          </w:tcPr>
          <w:p>
            <w:r>
              <w:t>0</w:t>
            </w:r>
          </w:p>
        </w:tc>
      </w:tr>
      <w:tr>
        <w:tc>
          <w:tcPr>
            <w:tcW w:type="dxa" w:w="2880"/>
          </w:tcPr>
          <w:p>
            <w:r>
              <w:t>2024-07-01</w:t>
            </w:r>
          </w:p>
        </w:tc>
        <w:tc>
          <w:tcPr>
            <w:tcW w:type="dxa" w:w="2880"/>
          </w:tcPr>
          <w:p>
            <w:r>
              <w:t>Zone meter readings by month</w:t>
            </w:r>
          </w:p>
        </w:tc>
        <w:tc>
          <w:tcPr>
            <w:tcW w:type="dxa" w:w="2880"/>
          </w:tcPr>
          <w:p>
            <w:r>
              <w:t>0</w:t>
            </w:r>
          </w:p>
        </w:tc>
      </w:tr>
      <w:tr>
        <w:tc>
          <w:tcPr>
            <w:tcW w:type="dxa" w:w="2880"/>
          </w:tcPr>
          <w:p>
            <w:r>
              <w:t>2024-08-01</w:t>
            </w:r>
          </w:p>
        </w:tc>
        <w:tc>
          <w:tcPr>
            <w:tcW w:type="dxa" w:w="2880"/>
          </w:tcPr>
          <w:p>
            <w:r>
              <w:t>Leak and burst repairs</w:t>
            </w:r>
          </w:p>
        </w:tc>
        <w:tc>
          <w:tcPr>
            <w:tcW w:type="dxa" w:w="2880"/>
          </w:tcPr>
          <w:p>
            <w:r>
              <w:t>32</w:t>
            </w:r>
          </w:p>
        </w:tc>
      </w:tr>
      <w:tr>
        <w:tc>
          <w:tcPr>
            <w:tcW w:type="dxa" w:w="2880"/>
          </w:tcPr>
          <w:p>
            <w:r>
              <w:t>2024-08-01</w:t>
            </w:r>
          </w:p>
        </w:tc>
        <w:tc>
          <w:tcPr>
            <w:tcW w:type="dxa" w:w="2880"/>
          </w:tcPr>
          <w:p>
            <w:r>
              <w:t>Customer complaints</w:t>
            </w:r>
          </w:p>
        </w:tc>
        <w:tc>
          <w:tcPr>
            <w:tcW w:type="dxa" w:w="2880"/>
          </w:tcPr>
          <w:p>
            <w:r>
              <w:t>0</w:t>
            </w:r>
          </w:p>
        </w:tc>
      </w:tr>
      <w:tr>
        <w:tc>
          <w:tcPr>
            <w:tcW w:type="dxa" w:w="2880"/>
          </w:tcPr>
          <w:p>
            <w:r>
              <w:t>2024-08-01</w:t>
            </w:r>
          </w:p>
        </w:tc>
        <w:tc>
          <w:tcPr>
            <w:tcW w:type="dxa" w:w="2880"/>
          </w:tcPr>
          <w:p>
            <w:r>
              <w:t>Zone meter readings by month</w:t>
            </w:r>
          </w:p>
        </w:tc>
        <w:tc>
          <w:tcPr>
            <w:tcW w:type="dxa" w:w="2880"/>
          </w:tcPr>
          <w:p>
            <w:r>
              <w:t>0</w:t>
            </w:r>
          </w:p>
        </w:tc>
      </w:tr>
      <w:tr>
        <w:tc>
          <w:tcPr>
            <w:tcW w:type="dxa" w:w="2880"/>
          </w:tcPr>
          <w:p>
            <w:r>
              <w:t>2024-09-01</w:t>
            </w:r>
          </w:p>
        </w:tc>
        <w:tc>
          <w:tcPr>
            <w:tcW w:type="dxa" w:w="2880"/>
          </w:tcPr>
          <w:p>
            <w:r>
              <w:t>Leak and burst repairs</w:t>
            </w:r>
          </w:p>
        </w:tc>
        <w:tc>
          <w:tcPr>
            <w:tcW w:type="dxa" w:w="2880"/>
          </w:tcPr>
          <w:p>
            <w:r>
              <w:t>33</w:t>
            </w:r>
          </w:p>
        </w:tc>
      </w:tr>
      <w:tr>
        <w:tc>
          <w:tcPr>
            <w:tcW w:type="dxa" w:w="2880"/>
          </w:tcPr>
          <w:p>
            <w:r>
              <w:t>2024-09-01</w:t>
            </w:r>
          </w:p>
        </w:tc>
        <w:tc>
          <w:tcPr>
            <w:tcW w:type="dxa" w:w="2880"/>
          </w:tcPr>
          <w:p>
            <w:r>
              <w:t>Customer complaints</w:t>
            </w:r>
          </w:p>
        </w:tc>
        <w:tc>
          <w:tcPr>
            <w:tcW w:type="dxa" w:w="2880"/>
          </w:tcPr>
          <w:p>
            <w:r>
              <w:t>0</w:t>
            </w:r>
          </w:p>
        </w:tc>
      </w:tr>
      <w:tr>
        <w:tc>
          <w:tcPr>
            <w:tcW w:type="dxa" w:w="2880"/>
          </w:tcPr>
          <w:p>
            <w:r>
              <w:t>2024-09-01</w:t>
            </w:r>
          </w:p>
        </w:tc>
        <w:tc>
          <w:tcPr>
            <w:tcW w:type="dxa" w:w="2880"/>
          </w:tcPr>
          <w:p>
            <w:r>
              <w:t>Zone meter readings by month</w:t>
            </w:r>
          </w:p>
        </w:tc>
        <w:tc>
          <w:tcPr>
            <w:tcW w:type="dxa" w:w="2880"/>
          </w:tcPr>
          <w:p>
            <w:r>
              <w:t>0</w:t>
            </w:r>
          </w:p>
        </w:tc>
      </w:tr>
      <w:tr>
        <w:tc>
          <w:tcPr>
            <w:tcW w:type="dxa" w:w="2880"/>
          </w:tcPr>
          <w:p>
            <w:r>
              <w:t>2024-10-01</w:t>
            </w:r>
          </w:p>
        </w:tc>
        <w:tc>
          <w:tcPr>
            <w:tcW w:type="dxa" w:w="2880"/>
          </w:tcPr>
          <w:p>
            <w:r>
              <w:t>Leak and burst repairs</w:t>
            </w:r>
          </w:p>
        </w:tc>
        <w:tc>
          <w:tcPr>
            <w:tcW w:type="dxa" w:w="2880"/>
          </w:tcPr>
          <w:p>
            <w:r>
              <w:t>32</w:t>
            </w:r>
          </w:p>
        </w:tc>
      </w:tr>
      <w:tr>
        <w:tc>
          <w:tcPr>
            <w:tcW w:type="dxa" w:w="2880"/>
          </w:tcPr>
          <w:p>
            <w:r>
              <w:t>2024-10-01</w:t>
            </w:r>
          </w:p>
        </w:tc>
        <w:tc>
          <w:tcPr>
            <w:tcW w:type="dxa" w:w="2880"/>
          </w:tcPr>
          <w:p>
            <w:r>
              <w:t>Customer complaints</w:t>
            </w:r>
          </w:p>
        </w:tc>
        <w:tc>
          <w:tcPr>
            <w:tcW w:type="dxa" w:w="2880"/>
          </w:tcPr>
          <w:p>
            <w:r>
              <w:t>0</w:t>
            </w:r>
          </w:p>
        </w:tc>
      </w:tr>
      <w:tr>
        <w:tc>
          <w:tcPr>
            <w:tcW w:type="dxa" w:w="2880"/>
          </w:tcPr>
          <w:p>
            <w:r>
              <w:t>2024-10-01</w:t>
            </w:r>
          </w:p>
        </w:tc>
        <w:tc>
          <w:tcPr>
            <w:tcW w:type="dxa" w:w="2880"/>
          </w:tcPr>
          <w:p>
            <w:r>
              <w:t>Zone meter readings by month</w:t>
            </w:r>
          </w:p>
        </w:tc>
        <w:tc>
          <w:tcPr>
            <w:tcW w:type="dxa" w:w="2880"/>
          </w:tcPr>
          <w:p>
            <w:r>
              <w:t>8</w:t>
            </w:r>
          </w:p>
        </w:tc>
      </w:tr>
      <w:tr>
        <w:tc>
          <w:tcPr>
            <w:tcW w:type="dxa" w:w="2880"/>
          </w:tcPr>
          <w:p>
            <w:r>
              <w:t>2024-11-01</w:t>
            </w:r>
          </w:p>
        </w:tc>
        <w:tc>
          <w:tcPr>
            <w:tcW w:type="dxa" w:w="2880"/>
          </w:tcPr>
          <w:p>
            <w:r>
              <w:t>Leak and burst repairs</w:t>
            </w:r>
          </w:p>
        </w:tc>
        <w:tc>
          <w:tcPr>
            <w:tcW w:type="dxa" w:w="2880"/>
          </w:tcPr>
          <w:p>
            <w:r>
              <w:t>14</w:t>
            </w:r>
          </w:p>
        </w:tc>
      </w:tr>
      <w:tr>
        <w:tc>
          <w:tcPr>
            <w:tcW w:type="dxa" w:w="2880"/>
          </w:tcPr>
          <w:p>
            <w:r>
              <w:t>2024-11-01</w:t>
            </w:r>
          </w:p>
        </w:tc>
        <w:tc>
          <w:tcPr>
            <w:tcW w:type="dxa" w:w="2880"/>
          </w:tcPr>
          <w:p>
            <w:r>
              <w:t>Customer complaints</w:t>
            </w:r>
          </w:p>
        </w:tc>
        <w:tc>
          <w:tcPr>
            <w:tcW w:type="dxa" w:w="2880"/>
          </w:tcPr>
          <w:p>
            <w:r>
              <w:t>0</w:t>
            </w:r>
          </w:p>
        </w:tc>
      </w:tr>
      <w:tr>
        <w:tc>
          <w:tcPr>
            <w:tcW w:type="dxa" w:w="2880"/>
          </w:tcPr>
          <w:p>
            <w:r>
              <w:t>2024-11-01</w:t>
            </w:r>
          </w:p>
        </w:tc>
        <w:tc>
          <w:tcPr>
            <w:tcW w:type="dxa" w:w="2880"/>
          </w:tcPr>
          <w:p>
            <w:r>
              <w:t>Zone meter readings by month</w:t>
            </w:r>
          </w:p>
        </w:tc>
        <w:tc>
          <w:tcPr>
            <w:tcW w:type="dxa" w:w="2880"/>
          </w:tcPr>
          <w:p>
            <w:r>
              <w:t>8</w:t>
            </w:r>
          </w:p>
        </w:tc>
      </w:tr>
      <w:tr>
        <w:tc>
          <w:tcPr>
            <w:tcW w:type="dxa" w:w="2880"/>
          </w:tcPr>
          <w:p>
            <w:r>
              <w:t>2024-12-01</w:t>
            </w:r>
          </w:p>
        </w:tc>
        <w:tc>
          <w:tcPr>
            <w:tcW w:type="dxa" w:w="2880"/>
          </w:tcPr>
          <w:p>
            <w:r>
              <w:t>Leak and burst repairs</w:t>
            </w:r>
          </w:p>
        </w:tc>
        <w:tc>
          <w:tcPr>
            <w:tcW w:type="dxa" w:w="2880"/>
          </w:tcPr>
          <w:p>
            <w:r>
              <w:t>14</w:t>
            </w:r>
          </w:p>
        </w:tc>
      </w:tr>
      <w:tr>
        <w:tc>
          <w:tcPr>
            <w:tcW w:type="dxa" w:w="2880"/>
          </w:tcPr>
          <w:p>
            <w:r>
              <w:t>2024-12-01</w:t>
            </w:r>
          </w:p>
        </w:tc>
        <w:tc>
          <w:tcPr>
            <w:tcW w:type="dxa" w:w="2880"/>
          </w:tcPr>
          <w:p>
            <w:r>
              <w:t>Customer complaints</w:t>
            </w:r>
          </w:p>
        </w:tc>
        <w:tc>
          <w:tcPr>
            <w:tcW w:type="dxa" w:w="2880"/>
          </w:tcPr>
          <w:p>
            <w:r>
              <w:t>0</w:t>
            </w:r>
          </w:p>
        </w:tc>
      </w:tr>
      <w:tr>
        <w:tc>
          <w:tcPr>
            <w:tcW w:type="dxa" w:w="2880"/>
          </w:tcPr>
          <w:p>
            <w:r>
              <w:t>2024-12-01</w:t>
            </w:r>
          </w:p>
        </w:tc>
        <w:tc>
          <w:tcPr>
            <w:tcW w:type="dxa" w:w="2880"/>
          </w:tcPr>
          <w:p>
            <w:r>
              <w:t>Zone meter readings by month</w:t>
            </w:r>
          </w:p>
        </w:tc>
        <w:tc>
          <w:tcPr>
            <w:tcW w:type="dxa" w:w="2880"/>
          </w:tcPr>
          <w:p>
            <w:r>
              <w:t>8</w:t>
            </w:r>
          </w:p>
        </w:tc>
      </w:tr>
      <w:tr>
        <w:tc>
          <w:tcPr>
            <w:tcW w:type="dxa" w:w="2880"/>
          </w:tcPr>
          <w:p>
            <w:r>
              <w:t>2025-01-01</w:t>
            </w:r>
          </w:p>
        </w:tc>
        <w:tc>
          <w:tcPr>
            <w:tcW w:type="dxa" w:w="2880"/>
          </w:tcPr>
          <w:p>
            <w:r>
              <w:t>Leak and burst repairs</w:t>
            </w:r>
          </w:p>
        </w:tc>
        <w:tc>
          <w:tcPr>
            <w:tcW w:type="dxa" w:w="2880"/>
          </w:tcPr>
          <w:p>
            <w:r>
              <w:t>9</w:t>
            </w:r>
          </w:p>
        </w:tc>
      </w:tr>
      <w:tr>
        <w:tc>
          <w:tcPr>
            <w:tcW w:type="dxa" w:w="2880"/>
          </w:tcPr>
          <w:p>
            <w:r>
              <w:t>2025-01-01</w:t>
            </w:r>
          </w:p>
        </w:tc>
        <w:tc>
          <w:tcPr>
            <w:tcW w:type="dxa" w:w="2880"/>
          </w:tcPr>
          <w:p>
            <w:r>
              <w:t>Customer complaints</w:t>
            </w:r>
          </w:p>
        </w:tc>
        <w:tc>
          <w:tcPr>
            <w:tcW w:type="dxa" w:w="2880"/>
          </w:tcPr>
          <w:p>
            <w:r>
              <w:t>0</w:t>
            </w:r>
          </w:p>
        </w:tc>
      </w:tr>
      <w:tr>
        <w:tc>
          <w:tcPr>
            <w:tcW w:type="dxa" w:w="2880"/>
          </w:tcPr>
          <w:p>
            <w:r>
              <w:t>2025-01-01</w:t>
            </w:r>
          </w:p>
        </w:tc>
        <w:tc>
          <w:tcPr>
            <w:tcW w:type="dxa" w:w="2880"/>
          </w:tcPr>
          <w:p>
            <w:r>
              <w:t>Zone meter readings by month</w:t>
            </w:r>
          </w:p>
        </w:tc>
        <w:tc>
          <w:tcPr>
            <w:tcW w:type="dxa" w:w="2880"/>
          </w:tcPr>
          <w:p>
            <w:r>
              <w:t>8</w:t>
            </w:r>
          </w:p>
        </w:tc>
      </w:tr>
      <w:tr>
        <w:tc>
          <w:tcPr>
            <w:tcW w:type="dxa" w:w="2880"/>
          </w:tcPr>
          <w:p>
            <w:r>
              <w:t>2025-02-01</w:t>
            </w:r>
          </w:p>
        </w:tc>
        <w:tc>
          <w:tcPr>
            <w:tcW w:type="dxa" w:w="2880"/>
          </w:tcPr>
          <w:p>
            <w:r>
              <w:t>Leak and burst repairs</w:t>
            </w:r>
          </w:p>
        </w:tc>
        <w:tc>
          <w:tcPr>
            <w:tcW w:type="dxa" w:w="2880"/>
          </w:tcPr>
          <w:p>
            <w:r>
              <w:t>17</w:t>
            </w:r>
          </w:p>
        </w:tc>
      </w:tr>
      <w:tr>
        <w:tc>
          <w:tcPr>
            <w:tcW w:type="dxa" w:w="2880"/>
          </w:tcPr>
          <w:p>
            <w:r>
              <w:t>2025-02-01</w:t>
            </w:r>
          </w:p>
        </w:tc>
        <w:tc>
          <w:tcPr>
            <w:tcW w:type="dxa" w:w="2880"/>
          </w:tcPr>
          <w:p>
            <w:r>
              <w:t>Customer complaints</w:t>
            </w:r>
          </w:p>
        </w:tc>
        <w:tc>
          <w:tcPr>
            <w:tcW w:type="dxa" w:w="2880"/>
          </w:tcPr>
          <w:p>
            <w:r>
              <w:t>0</w:t>
            </w:r>
          </w:p>
        </w:tc>
      </w:tr>
      <w:tr>
        <w:tc>
          <w:tcPr>
            <w:tcW w:type="dxa" w:w="2880"/>
          </w:tcPr>
          <w:p>
            <w:r>
              <w:t>2025-02-01</w:t>
            </w:r>
          </w:p>
        </w:tc>
        <w:tc>
          <w:tcPr>
            <w:tcW w:type="dxa" w:w="2880"/>
          </w:tcPr>
          <w:p>
            <w:r>
              <w:t>Zone meter readings by month</w:t>
            </w:r>
          </w:p>
        </w:tc>
        <w:tc>
          <w:tcPr>
            <w:tcW w:type="dxa" w:w="2880"/>
          </w:tcPr>
          <w:p>
            <w:r>
              <w:t>8</w:t>
            </w:r>
          </w:p>
        </w:tc>
      </w:tr>
      <w:tr>
        <w:tc>
          <w:tcPr>
            <w:tcW w:type="dxa" w:w="2880"/>
          </w:tcPr>
          <w:p>
            <w:r>
              <w:t>2025-03-01</w:t>
            </w:r>
          </w:p>
        </w:tc>
        <w:tc>
          <w:tcPr>
            <w:tcW w:type="dxa" w:w="2880"/>
          </w:tcPr>
          <w:p>
            <w:r>
              <w:t>Leak and burst repairs</w:t>
            </w:r>
          </w:p>
        </w:tc>
        <w:tc>
          <w:tcPr>
            <w:tcW w:type="dxa" w:w="2880"/>
          </w:tcPr>
          <w:p>
            <w:r>
              <w:t>26</w:t>
            </w:r>
          </w:p>
        </w:tc>
      </w:tr>
      <w:tr>
        <w:tc>
          <w:tcPr>
            <w:tcW w:type="dxa" w:w="2880"/>
          </w:tcPr>
          <w:p>
            <w:r>
              <w:t>2025-03-01</w:t>
            </w:r>
          </w:p>
        </w:tc>
        <w:tc>
          <w:tcPr>
            <w:tcW w:type="dxa" w:w="2880"/>
          </w:tcPr>
          <w:p>
            <w:r>
              <w:t>Customer complaints</w:t>
            </w:r>
          </w:p>
        </w:tc>
        <w:tc>
          <w:tcPr>
            <w:tcW w:type="dxa" w:w="2880"/>
          </w:tcPr>
          <w:p>
            <w:r>
              <w:t>0</w:t>
            </w:r>
          </w:p>
        </w:tc>
      </w:tr>
      <w:tr>
        <w:tc>
          <w:tcPr>
            <w:tcW w:type="dxa" w:w="2880"/>
          </w:tcPr>
          <w:p>
            <w:r>
              <w:t>2025-03-01</w:t>
            </w:r>
          </w:p>
        </w:tc>
        <w:tc>
          <w:tcPr>
            <w:tcW w:type="dxa" w:w="2880"/>
          </w:tcPr>
          <w:p>
            <w:r>
              <w:t>Zone meter readings by month</w:t>
            </w:r>
          </w:p>
        </w:tc>
        <w:tc>
          <w:tcPr>
            <w:tcW w:type="dxa" w:w="2880"/>
          </w:tcPr>
          <w:p>
            <w:r>
              <w:t>8</w:t>
            </w:r>
          </w:p>
        </w:tc>
      </w:tr>
      <w:tr>
        <w:tc>
          <w:tcPr>
            <w:tcW w:type="dxa" w:w="2880"/>
          </w:tcPr>
          <w:p>
            <w:r>
              <w:t>2025-04-01</w:t>
            </w:r>
          </w:p>
        </w:tc>
        <w:tc>
          <w:tcPr>
            <w:tcW w:type="dxa" w:w="2880"/>
          </w:tcPr>
          <w:p>
            <w:r>
              <w:t>Leak and burst repairs</w:t>
            </w:r>
          </w:p>
        </w:tc>
        <w:tc>
          <w:tcPr>
            <w:tcW w:type="dxa" w:w="2880"/>
          </w:tcPr>
          <w:p>
            <w:r>
              <w:t>22</w:t>
            </w:r>
          </w:p>
        </w:tc>
      </w:tr>
      <w:tr>
        <w:tc>
          <w:tcPr>
            <w:tcW w:type="dxa" w:w="2880"/>
          </w:tcPr>
          <w:p>
            <w:r>
              <w:t>2025-04-01</w:t>
            </w:r>
          </w:p>
        </w:tc>
        <w:tc>
          <w:tcPr>
            <w:tcW w:type="dxa" w:w="2880"/>
          </w:tcPr>
          <w:p>
            <w:r>
              <w:t>Customer complaints</w:t>
            </w:r>
          </w:p>
        </w:tc>
        <w:tc>
          <w:tcPr>
            <w:tcW w:type="dxa" w:w="2880"/>
          </w:tcPr>
          <w:p>
            <w:r>
              <w:t>0</w:t>
            </w:r>
          </w:p>
        </w:tc>
      </w:tr>
      <w:tr>
        <w:tc>
          <w:tcPr>
            <w:tcW w:type="dxa" w:w="2880"/>
          </w:tcPr>
          <w:p>
            <w:r>
              <w:t>2025-04-01</w:t>
            </w:r>
          </w:p>
        </w:tc>
        <w:tc>
          <w:tcPr>
            <w:tcW w:type="dxa" w:w="2880"/>
          </w:tcPr>
          <w:p>
            <w:r>
              <w:t>Zone meter readings by month</w:t>
            </w:r>
          </w:p>
        </w:tc>
        <w:tc>
          <w:tcPr>
            <w:tcW w:type="dxa" w:w="2880"/>
          </w:tcPr>
          <w:p>
            <w:r>
              <w:t>8</w:t>
            </w:r>
          </w:p>
        </w:tc>
      </w:tr>
      <w:tr>
        <w:tc>
          <w:tcPr>
            <w:tcW w:type="dxa" w:w="2880"/>
          </w:tcPr>
          <w:p>
            <w:r>
              <w:t>2025-05-01</w:t>
            </w:r>
          </w:p>
        </w:tc>
        <w:tc>
          <w:tcPr>
            <w:tcW w:type="dxa" w:w="2880"/>
          </w:tcPr>
          <w:p>
            <w:r>
              <w:t>Leak and burst repairs</w:t>
            </w:r>
          </w:p>
        </w:tc>
        <w:tc>
          <w:tcPr>
            <w:tcW w:type="dxa" w:w="2880"/>
          </w:tcPr>
          <w:p>
            <w:r>
              <w:t>27</w:t>
            </w:r>
          </w:p>
        </w:tc>
      </w:tr>
      <w:tr>
        <w:tc>
          <w:tcPr>
            <w:tcW w:type="dxa" w:w="2880"/>
          </w:tcPr>
          <w:p>
            <w:r>
              <w:t>2025-05-01</w:t>
            </w:r>
          </w:p>
        </w:tc>
        <w:tc>
          <w:tcPr>
            <w:tcW w:type="dxa" w:w="2880"/>
          </w:tcPr>
          <w:p>
            <w:r>
              <w:t>Customer complaints</w:t>
            </w:r>
          </w:p>
        </w:tc>
        <w:tc>
          <w:tcPr>
            <w:tcW w:type="dxa" w:w="2880"/>
          </w:tcPr>
          <w:p>
            <w:r>
              <w:t>0</w:t>
            </w:r>
          </w:p>
        </w:tc>
      </w:tr>
      <w:tr>
        <w:tc>
          <w:tcPr>
            <w:tcW w:type="dxa" w:w="2880"/>
          </w:tcPr>
          <w:p>
            <w:r>
              <w:t>2025-05-01</w:t>
            </w:r>
          </w:p>
        </w:tc>
        <w:tc>
          <w:tcPr>
            <w:tcW w:type="dxa" w:w="2880"/>
          </w:tcPr>
          <w:p>
            <w:r>
              <w:t>Zone meter readings by month</w:t>
            </w:r>
          </w:p>
        </w:tc>
        <w:tc>
          <w:tcPr>
            <w:tcW w:type="dxa" w:w="2880"/>
          </w:tcPr>
          <w:p>
            <w:r>
              <w:t>8</w:t>
            </w:r>
          </w:p>
        </w:tc>
      </w:tr>
      <w:tr>
        <w:tc>
          <w:tcPr>
            <w:tcW w:type="dxa" w:w="2880"/>
          </w:tcPr>
          <w:p>
            <w:r>
              <w:t>2025-06-01</w:t>
            </w:r>
          </w:p>
        </w:tc>
        <w:tc>
          <w:tcPr>
            <w:tcW w:type="dxa" w:w="2880"/>
          </w:tcPr>
          <w:p>
            <w:r>
              <w:t>Leak and burst repairs</w:t>
            </w:r>
          </w:p>
        </w:tc>
        <w:tc>
          <w:tcPr>
            <w:tcW w:type="dxa" w:w="2880"/>
          </w:tcPr>
          <w:p>
            <w:r>
              <w:t>29</w:t>
            </w:r>
          </w:p>
        </w:tc>
      </w:tr>
      <w:tr>
        <w:tc>
          <w:tcPr>
            <w:tcW w:type="dxa" w:w="2880"/>
          </w:tcPr>
          <w:p>
            <w:r>
              <w:t>2025-06-01</w:t>
            </w:r>
          </w:p>
        </w:tc>
        <w:tc>
          <w:tcPr>
            <w:tcW w:type="dxa" w:w="2880"/>
          </w:tcPr>
          <w:p>
            <w:r>
              <w:t>Customer complaints</w:t>
            </w:r>
          </w:p>
        </w:tc>
        <w:tc>
          <w:tcPr>
            <w:tcW w:type="dxa" w:w="2880"/>
          </w:tcPr>
          <w:p>
            <w:r>
              <w:t>0</w:t>
            </w:r>
          </w:p>
        </w:tc>
      </w:tr>
      <w:tr>
        <w:tc>
          <w:tcPr>
            <w:tcW w:type="dxa" w:w="2880"/>
          </w:tcPr>
          <w:p>
            <w:r>
              <w:t>2025-06-01</w:t>
            </w:r>
          </w:p>
        </w:tc>
        <w:tc>
          <w:tcPr>
            <w:tcW w:type="dxa" w:w="2880"/>
          </w:tcPr>
          <w:p>
            <w:r>
              <w:t>Zone meter readings by month</w:t>
            </w:r>
          </w:p>
        </w:tc>
        <w:tc>
          <w:tcPr>
            <w:tcW w:type="dxa" w:w="2880"/>
          </w:tcPr>
          <w:p>
            <w:r>
              <w:t>8</w:t>
            </w:r>
          </w:p>
        </w:tc>
      </w:tr>
      <w:tr>
        <w:tc>
          <w:tcPr>
            <w:tcW w:type="dxa" w:w="2880"/>
          </w:tcPr>
          <w:p>
            <w:r>
              <w:t>2025-07-01</w:t>
            </w:r>
          </w:p>
        </w:tc>
        <w:tc>
          <w:tcPr>
            <w:tcW w:type="dxa" w:w="2880"/>
          </w:tcPr>
          <w:p>
            <w:r>
              <w:t>Leak and burst repairs</w:t>
            </w:r>
          </w:p>
        </w:tc>
        <w:tc>
          <w:tcPr>
            <w:tcW w:type="dxa" w:w="2880"/>
          </w:tcPr>
          <w:p>
            <w:r>
              <w:t>39</w:t>
            </w:r>
          </w:p>
        </w:tc>
      </w:tr>
      <w:tr>
        <w:tc>
          <w:tcPr>
            <w:tcW w:type="dxa" w:w="2880"/>
          </w:tcPr>
          <w:p>
            <w:r>
              <w:t>2025-07-01</w:t>
            </w:r>
          </w:p>
        </w:tc>
        <w:tc>
          <w:tcPr>
            <w:tcW w:type="dxa" w:w="2880"/>
          </w:tcPr>
          <w:p>
            <w:r>
              <w:t>Customer complaints</w:t>
            </w:r>
          </w:p>
        </w:tc>
        <w:tc>
          <w:tcPr>
            <w:tcW w:type="dxa" w:w="2880"/>
          </w:tcPr>
          <w:p>
            <w:r>
              <w:t>0</w:t>
            </w:r>
          </w:p>
        </w:tc>
      </w:tr>
      <w:tr>
        <w:tc>
          <w:tcPr>
            <w:tcW w:type="dxa" w:w="2880"/>
          </w:tcPr>
          <w:p>
            <w:r>
              <w:t>2025-07-01</w:t>
            </w:r>
          </w:p>
        </w:tc>
        <w:tc>
          <w:tcPr>
            <w:tcW w:type="dxa" w:w="2880"/>
          </w:tcPr>
          <w:p>
            <w:r>
              <w:t>Zone meter readings by month</w:t>
            </w:r>
          </w:p>
        </w:tc>
        <w:tc>
          <w:tcPr>
            <w:tcW w:type="dxa" w:w="2880"/>
          </w:tcPr>
          <w:p>
            <w:r>
              <w:t>8</w:t>
            </w:r>
          </w:p>
        </w:tc>
      </w:tr>
      <w:tr>
        <w:tc>
          <w:tcPr>
            <w:tcW w:type="dxa" w:w="2880"/>
          </w:tcPr>
          <w:p>
            <w:r>
              <w:t>2025-08-01</w:t>
            </w:r>
          </w:p>
        </w:tc>
        <w:tc>
          <w:tcPr>
            <w:tcW w:type="dxa" w:w="2880"/>
          </w:tcPr>
          <w:p>
            <w:r>
              <w:t>Leak and burst repairs</w:t>
            </w:r>
          </w:p>
        </w:tc>
        <w:tc>
          <w:tcPr>
            <w:tcW w:type="dxa" w:w="2880"/>
          </w:tcPr>
          <w:p>
            <w:r>
              <w:t>29</w:t>
            </w:r>
          </w:p>
        </w:tc>
      </w:tr>
      <w:tr>
        <w:tc>
          <w:tcPr>
            <w:tcW w:type="dxa" w:w="2880"/>
          </w:tcPr>
          <w:p>
            <w:r>
              <w:t>2025-08-01</w:t>
            </w:r>
          </w:p>
        </w:tc>
        <w:tc>
          <w:tcPr>
            <w:tcW w:type="dxa" w:w="2880"/>
          </w:tcPr>
          <w:p>
            <w:r>
              <w:t>Customer complaints</w:t>
            </w:r>
          </w:p>
        </w:tc>
        <w:tc>
          <w:tcPr>
            <w:tcW w:type="dxa" w:w="2880"/>
          </w:tcPr>
          <w:p>
            <w:r>
              <w:t>0</w:t>
            </w:r>
          </w:p>
        </w:tc>
      </w:tr>
      <w:tr>
        <w:tc>
          <w:tcPr>
            <w:tcW w:type="dxa" w:w="2880"/>
          </w:tcPr>
          <w:p>
            <w:r>
              <w:t>2025-08-01</w:t>
            </w:r>
          </w:p>
        </w:tc>
        <w:tc>
          <w:tcPr>
            <w:tcW w:type="dxa" w:w="2880"/>
          </w:tcPr>
          <w:p>
            <w:r>
              <w:t>Zone meter readings by month</w:t>
            </w:r>
          </w:p>
        </w:tc>
        <w:tc>
          <w:tcPr>
            <w:tcW w:type="dxa" w:w="2880"/>
          </w:tcPr>
          <w:p>
            <w:r>
              <w:t>8</w:t>
            </w:r>
          </w:p>
        </w:tc>
      </w:tr>
      <w:tr>
        <w:tc>
          <w:tcPr>
            <w:tcW w:type="dxa" w:w="2880"/>
          </w:tcPr>
          <w:p>
            <w:r>
              <w:t>2025-09-01</w:t>
            </w:r>
          </w:p>
        </w:tc>
        <w:tc>
          <w:tcPr>
            <w:tcW w:type="dxa" w:w="2880"/>
          </w:tcPr>
          <w:p>
            <w:r>
              <w:t>Leak and burst repairs</w:t>
            </w:r>
          </w:p>
        </w:tc>
        <w:tc>
          <w:tcPr>
            <w:tcW w:type="dxa" w:w="2880"/>
          </w:tcPr>
          <w:p>
            <w:r>
              <w:t>37</w:t>
            </w:r>
          </w:p>
        </w:tc>
      </w:tr>
      <w:tr>
        <w:tc>
          <w:tcPr>
            <w:tcW w:type="dxa" w:w="2880"/>
          </w:tcPr>
          <w:p>
            <w:r>
              <w:t>2025-09-01</w:t>
            </w:r>
          </w:p>
        </w:tc>
        <w:tc>
          <w:tcPr>
            <w:tcW w:type="dxa" w:w="2880"/>
          </w:tcPr>
          <w:p>
            <w:r>
              <w:t>Customer complaints</w:t>
            </w:r>
          </w:p>
        </w:tc>
        <w:tc>
          <w:tcPr>
            <w:tcW w:type="dxa" w:w="2880"/>
          </w:tcPr>
          <w:p>
            <w:r>
              <w:t>0</w:t>
            </w:r>
          </w:p>
        </w:tc>
      </w:tr>
      <w:tr>
        <w:tc>
          <w:tcPr>
            <w:tcW w:type="dxa" w:w="2880"/>
          </w:tcPr>
          <w:p>
            <w:r>
              <w:t>2025-09-01</w:t>
            </w:r>
          </w:p>
        </w:tc>
        <w:tc>
          <w:tcPr>
            <w:tcW w:type="dxa" w:w="2880"/>
          </w:tcPr>
          <w:p>
            <w:r>
              <w:t>Zone meter readings by month</w:t>
            </w:r>
          </w:p>
        </w:tc>
        <w:tc>
          <w:tcPr>
            <w:tcW w:type="dxa" w:w="2880"/>
          </w:tcPr>
          <w:p>
            <w:r>
              <w:t>8</w:t>
            </w:r>
          </w:p>
        </w:tc>
      </w:tr>
      <w:tr>
        <w:tc>
          <w:tcPr>
            <w:tcW w:type="dxa" w:w="2880"/>
          </w:tcPr>
          <w:p>
            <w:r>
              <w:t>2025-10-01</w:t>
            </w:r>
          </w:p>
        </w:tc>
        <w:tc>
          <w:tcPr>
            <w:tcW w:type="dxa" w:w="2880"/>
          </w:tcPr>
          <w:p>
            <w:r>
              <w:t>Leak and burst repairs</w:t>
            </w:r>
          </w:p>
        </w:tc>
        <w:tc>
          <w:tcPr>
            <w:tcW w:type="dxa" w:w="2880"/>
          </w:tcPr>
          <w:p>
            <w:r>
              <w:t>34</w:t>
            </w:r>
          </w:p>
        </w:tc>
      </w:tr>
      <w:tr>
        <w:tc>
          <w:tcPr>
            <w:tcW w:type="dxa" w:w="2880"/>
          </w:tcPr>
          <w:p>
            <w:r>
              <w:t>2025-10-01</w:t>
            </w:r>
          </w:p>
        </w:tc>
        <w:tc>
          <w:tcPr>
            <w:tcW w:type="dxa" w:w="2880"/>
          </w:tcPr>
          <w:p>
            <w:r>
              <w:t>Customer complaints</w:t>
            </w:r>
          </w:p>
        </w:tc>
        <w:tc>
          <w:tcPr>
            <w:tcW w:type="dxa" w:w="2880"/>
          </w:tcPr>
          <w:p>
            <w:r>
              <w:t>43</w:t>
            </w:r>
          </w:p>
        </w:tc>
      </w:tr>
      <w:tr>
        <w:tc>
          <w:tcPr>
            <w:tcW w:type="dxa" w:w="2880"/>
          </w:tcPr>
          <w:p>
            <w:r>
              <w:t>2025-10-01</w:t>
            </w:r>
          </w:p>
        </w:tc>
        <w:tc>
          <w:tcPr>
            <w:tcW w:type="dxa" w:w="2880"/>
          </w:tcPr>
          <w:p>
            <w:r>
              <w:t>Zone meter readings by month</w:t>
            </w:r>
          </w:p>
        </w:tc>
        <w:tc>
          <w:tcPr>
            <w:tcW w:type="dxa" w:w="2880"/>
          </w:tcPr>
          <w:p>
            <w:r>
              <w:t>8</w:t>
            </w:r>
          </w:p>
        </w:tc>
      </w:tr>
      <w:tr>
        <w:tc>
          <w:tcPr>
            <w:tcW w:type="dxa" w:w="2880"/>
          </w:tcPr>
          <w:p>
            <w:r>
              <w:t>2025-11-01</w:t>
            </w:r>
          </w:p>
        </w:tc>
        <w:tc>
          <w:tcPr>
            <w:tcW w:type="dxa" w:w="2880"/>
          </w:tcPr>
          <w:p>
            <w:r>
              <w:t>Leak and burst repairs</w:t>
            </w:r>
          </w:p>
        </w:tc>
        <w:tc>
          <w:tcPr>
            <w:tcW w:type="dxa" w:w="2880"/>
          </w:tcPr>
          <w:p>
            <w:r>
              <w:t>16</w:t>
            </w:r>
          </w:p>
        </w:tc>
      </w:tr>
      <w:tr>
        <w:tc>
          <w:tcPr>
            <w:tcW w:type="dxa" w:w="2880"/>
          </w:tcPr>
          <w:p>
            <w:r>
              <w:t>2025-11-01</w:t>
            </w:r>
          </w:p>
        </w:tc>
        <w:tc>
          <w:tcPr>
            <w:tcW w:type="dxa" w:w="2880"/>
          </w:tcPr>
          <w:p>
            <w:r>
              <w:t>Customer complaints</w:t>
            </w:r>
          </w:p>
        </w:tc>
        <w:tc>
          <w:tcPr>
            <w:tcW w:type="dxa" w:w="2880"/>
          </w:tcPr>
          <w:p>
            <w:r>
              <w:t>30</w:t>
            </w:r>
          </w:p>
        </w:tc>
      </w:tr>
      <w:tr>
        <w:tc>
          <w:tcPr>
            <w:tcW w:type="dxa" w:w="2880"/>
          </w:tcPr>
          <w:p>
            <w:r>
              <w:t>2025-11-01</w:t>
            </w:r>
          </w:p>
        </w:tc>
        <w:tc>
          <w:tcPr>
            <w:tcW w:type="dxa" w:w="2880"/>
          </w:tcPr>
          <w:p>
            <w:r>
              <w:t>Zone meter readings by month</w:t>
            </w:r>
          </w:p>
        </w:tc>
        <w:tc>
          <w:tcPr>
            <w:tcW w:type="dxa" w:w="2880"/>
          </w:tcPr>
          <w:p>
            <w:r>
              <w:t>8</w:t>
            </w:r>
          </w:p>
        </w:tc>
      </w:tr>
      <w:tr>
        <w:tc>
          <w:tcPr>
            <w:tcW w:type="dxa" w:w="2880"/>
          </w:tcPr>
          <w:p>
            <w:r>
              <w:t>2025-12-01</w:t>
            </w:r>
          </w:p>
        </w:tc>
        <w:tc>
          <w:tcPr>
            <w:tcW w:type="dxa" w:w="2880"/>
          </w:tcPr>
          <w:p>
            <w:r>
              <w:t>Leak and burst repairs</w:t>
            </w:r>
          </w:p>
        </w:tc>
        <w:tc>
          <w:tcPr>
            <w:tcW w:type="dxa" w:w="2880"/>
          </w:tcPr>
          <w:p>
            <w:r>
              <w:t>20</w:t>
            </w:r>
          </w:p>
        </w:tc>
      </w:tr>
      <w:tr>
        <w:tc>
          <w:tcPr>
            <w:tcW w:type="dxa" w:w="2880"/>
          </w:tcPr>
          <w:p>
            <w:r>
              <w:t>2025-12-01</w:t>
            </w:r>
          </w:p>
        </w:tc>
        <w:tc>
          <w:tcPr>
            <w:tcW w:type="dxa" w:w="2880"/>
          </w:tcPr>
          <w:p>
            <w:r>
              <w:t>Customer complaints</w:t>
            </w:r>
          </w:p>
        </w:tc>
        <w:tc>
          <w:tcPr>
            <w:tcW w:type="dxa" w:w="2880"/>
          </w:tcPr>
          <w:p>
            <w:r>
              <w:t>21</w:t>
            </w:r>
          </w:p>
        </w:tc>
      </w:tr>
      <w:tr>
        <w:tc>
          <w:tcPr>
            <w:tcW w:type="dxa" w:w="2880"/>
          </w:tcPr>
          <w:p>
            <w:r>
              <w:t>2025-12-01</w:t>
            </w:r>
          </w:p>
        </w:tc>
        <w:tc>
          <w:tcPr>
            <w:tcW w:type="dxa" w:w="2880"/>
          </w:tcPr>
          <w:p>
            <w:r>
              <w:t>Zone meter readings by month</w:t>
            </w:r>
          </w:p>
        </w:tc>
        <w:tc>
          <w:tcPr>
            <w:tcW w:type="dxa" w:w="2880"/>
          </w:tcPr>
          <w:p>
            <w:r>
              <w:t>8</w:t>
            </w:r>
          </w:p>
        </w:tc>
      </w:tr>
      <w:tr>
        <w:tc>
          <w:tcPr>
            <w:tcW w:type="dxa" w:w="2880"/>
          </w:tcPr>
          <w:p>
            <w:r>
              <w:t>2026-01-01</w:t>
            </w:r>
          </w:p>
        </w:tc>
        <w:tc>
          <w:tcPr>
            <w:tcW w:type="dxa" w:w="2880"/>
          </w:tcPr>
          <w:p>
            <w:r>
              <w:t>Leak and burst repairs</w:t>
            </w:r>
          </w:p>
        </w:tc>
        <w:tc>
          <w:tcPr>
            <w:tcW w:type="dxa" w:w="2880"/>
          </w:tcPr>
          <w:p>
            <w:r>
              <w:t>13</w:t>
            </w:r>
          </w:p>
        </w:tc>
      </w:tr>
      <w:tr>
        <w:tc>
          <w:tcPr>
            <w:tcW w:type="dxa" w:w="2880"/>
          </w:tcPr>
          <w:p>
            <w:r>
              <w:t>2026-01-01</w:t>
            </w:r>
          </w:p>
        </w:tc>
        <w:tc>
          <w:tcPr>
            <w:tcW w:type="dxa" w:w="2880"/>
          </w:tcPr>
          <w:p>
            <w:r>
              <w:t>Customer complaints</w:t>
            </w:r>
          </w:p>
        </w:tc>
        <w:tc>
          <w:tcPr>
            <w:tcW w:type="dxa" w:w="2880"/>
          </w:tcPr>
          <w:p>
            <w:r>
              <w:t>16</w:t>
            </w:r>
          </w:p>
        </w:tc>
      </w:tr>
      <w:tr>
        <w:tc>
          <w:tcPr>
            <w:tcW w:type="dxa" w:w="2880"/>
          </w:tcPr>
          <w:p>
            <w:r>
              <w:t>2026-01-01</w:t>
            </w:r>
          </w:p>
        </w:tc>
        <w:tc>
          <w:tcPr>
            <w:tcW w:type="dxa" w:w="2880"/>
          </w:tcPr>
          <w:p>
            <w:r>
              <w:t>Zone meter readings by month</w:t>
            </w:r>
          </w:p>
        </w:tc>
        <w:tc>
          <w:tcPr>
            <w:tcW w:type="dxa" w:w="2880"/>
          </w:tcPr>
          <w:p>
            <w:r>
              <w:t>8</w:t>
            </w:r>
          </w:p>
        </w:tc>
      </w:tr>
      <w:tr>
        <w:tc>
          <w:tcPr>
            <w:tcW w:type="dxa" w:w="2880"/>
          </w:tcPr>
          <w:p>
            <w:r>
              <w:t>2026-02-01</w:t>
            </w:r>
          </w:p>
        </w:tc>
        <w:tc>
          <w:tcPr>
            <w:tcW w:type="dxa" w:w="2880"/>
          </w:tcPr>
          <w:p>
            <w:r>
              <w:t>Leak and burst repairs</w:t>
            </w:r>
          </w:p>
        </w:tc>
        <w:tc>
          <w:tcPr>
            <w:tcW w:type="dxa" w:w="2880"/>
          </w:tcPr>
          <w:p>
            <w:r>
              <w:t>9</w:t>
            </w:r>
          </w:p>
        </w:tc>
      </w:tr>
      <w:tr>
        <w:tc>
          <w:tcPr>
            <w:tcW w:type="dxa" w:w="2880"/>
          </w:tcPr>
          <w:p>
            <w:r>
              <w:t>2026-02-01</w:t>
            </w:r>
          </w:p>
        </w:tc>
        <w:tc>
          <w:tcPr>
            <w:tcW w:type="dxa" w:w="2880"/>
          </w:tcPr>
          <w:p>
            <w:r>
              <w:t>Customer complaints</w:t>
            </w:r>
          </w:p>
        </w:tc>
        <w:tc>
          <w:tcPr>
            <w:tcW w:type="dxa" w:w="2880"/>
          </w:tcPr>
          <w:p>
            <w:r>
              <w:t>25</w:t>
            </w:r>
          </w:p>
        </w:tc>
      </w:tr>
      <w:tr>
        <w:tc>
          <w:tcPr>
            <w:tcW w:type="dxa" w:w="2880"/>
          </w:tcPr>
          <w:p>
            <w:r>
              <w:t>2026-02-01</w:t>
            </w:r>
          </w:p>
        </w:tc>
        <w:tc>
          <w:tcPr>
            <w:tcW w:type="dxa" w:w="2880"/>
          </w:tcPr>
          <w:p>
            <w:r>
              <w:t>Zone meter readings by month</w:t>
            </w:r>
          </w:p>
        </w:tc>
        <w:tc>
          <w:tcPr>
            <w:tcW w:type="dxa" w:w="2880"/>
          </w:tcPr>
          <w:p>
            <w:r>
              <w:t>8</w:t>
            </w:r>
          </w:p>
        </w:tc>
      </w:tr>
      <w:tr>
        <w:tc>
          <w:tcPr>
            <w:tcW w:type="dxa" w:w="2880"/>
          </w:tcPr>
          <w:p>
            <w:r>
              <w:t>2026-03-01</w:t>
            </w:r>
          </w:p>
        </w:tc>
        <w:tc>
          <w:tcPr>
            <w:tcW w:type="dxa" w:w="2880"/>
          </w:tcPr>
          <w:p>
            <w:r>
              <w:t>Leak and burst repairs</w:t>
            </w:r>
          </w:p>
        </w:tc>
        <w:tc>
          <w:tcPr>
            <w:tcW w:type="dxa" w:w="2880"/>
          </w:tcPr>
          <w:p>
            <w:r>
              <w:t>20</w:t>
            </w:r>
          </w:p>
        </w:tc>
      </w:tr>
      <w:tr>
        <w:tc>
          <w:tcPr>
            <w:tcW w:type="dxa" w:w="2880"/>
          </w:tcPr>
          <w:p>
            <w:r>
              <w:t>2026-03-01</w:t>
            </w:r>
          </w:p>
        </w:tc>
        <w:tc>
          <w:tcPr>
            <w:tcW w:type="dxa" w:w="2880"/>
          </w:tcPr>
          <w:p>
            <w:r>
              <w:t>Customer complaints</w:t>
            </w:r>
          </w:p>
        </w:tc>
        <w:tc>
          <w:tcPr>
            <w:tcW w:type="dxa" w:w="2880"/>
          </w:tcPr>
          <w:p>
            <w:r>
              <w:t>34</w:t>
            </w:r>
          </w:p>
        </w:tc>
      </w:tr>
      <w:tr>
        <w:tc>
          <w:tcPr>
            <w:tcW w:type="dxa" w:w="2880"/>
          </w:tcPr>
          <w:p>
            <w:r>
              <w:t>2026-03-01</w:t>
            </w:r>
          </w:p>
        </w:tc>
        <w:tc>
          <w:tcPr>
            <w:tcW w:type="dxa" w:w="2880"/>
          </w:tcPr>
          <w:p>
            <w:r>
              <w:t>Zone meter readings by month</w:t>
            </w:r>
          </w:p>
        </w:tc>
        <w:tc>
          <w:tcPr>
            <w:tcW w:type="dxa" w:w="2880"/>
          </w:tcPr>
          <w:p>
            <w:r>
              <w:t>8</w:t>
            </w:r>
          </w:p>
        </w:tc>
      </w:tr>
      <w:tr>
        <w:tc>
          <w:tcPr>
            <w:tcW w:type="dxa" w:w="2880"/>
          </w:tcPr>
          <w:p>
            <w:r>
              <w:t>2026-04-01</w:t>
            </w:r>
          </w:p>
        </w:tc>
        <w:tc>
          <w:tcPr>
            <w:tcW w:type="dxa" w:w="2880"/>
          </w:tcPr>
          <w:p>
            <w:r>
              <w:t>Leak and burst repairs</w:t>
            </w:r>
          </w:p>
        </w:tc>
        <w:tc>
          <w:tcPr>
            <w:tcW w:type="dxa" w:w="2880"/>
          </w:tcPr>
          <w:p>
            <w:r>
              <w:t>30</w:t>
            </w:r>
          </w:p>
        </w:tc>
      </w:tr>
      <w:tr>
        <w:tc>
          <w:tcPr>
            <w:tcW w:type="dxa" w:w="2880"/>
          </w:tcPr>
          <w:p>
            <w:r>
              <w:t>2026-04-01</w:t>
            </w:r>
          </w:p>
        </w:tc>
        <w:tc>
          <w:tcPr>
            <w:tcW w:type="dxa" w:w="2880"/>
          </w:tcPr>
          <w:p>
            <w:r>
              <w:t>Customer complaints</w:t>
            </w:r>
          </w:p>
        </w:tc>
        <w:tc>
          <w:tcPr>
            <w:tcW w:type="dxa" w:w="2880"/>
          </w:tcPr>
          <w:p>
            <w:r>
              <w:t>48</w:t>
            </w:r>
          </w:p>
        </w:tc>
      </w:tr>
      <w:tr>
        <w:tc>
          <w:tcPr>
            <w:tcW w:type="dxa" w:w="2880"/>
          </w:tcPr>
          <w:p>
            <w:r>
              <w:t>2026-04-01</w:t>
            </w:r>
          </w:p>
        </w:tc>
        <w:tc>
          <w:tcPr>
            <w:tcW w:type="dxa" w:w="2880"/>
          </w:tcPr>
          <w:p>
            <w:r>
              <w:t>Zone meter readings by month</w:t>
            </w:r>
          </w:p>
        </w:tc>
        <w:tc>
          <w:tcPr>
            <w:tcW w:type="dxa" w:w="2880"/>
          </w:tcPr>
          <w:p>
            <w:r>
              <w:t>8</w:t>
            </w:r>
          </w:p>
        </w:tc>
      </w:tr>
      <w:tr>
        <w:tc>
          <w:tcPr>
            <w:tcW w:type="dxa" w:w="2880"/>
          </w:tcPr>
          <w:p>
            <w:r>
              <w:t>2026-05-01</w:t>
            </w:r>
          </w:p>
        </w:tc>
        <w:tc>
          <w:tcPr>
            <w:tcW w:type="dxa" w:w="2880"/>
          </w:tcPr>
          <w:p>
            <w:r>
              <w:t>Leak and burst repairs</w:t>
            </w:r>
          </w:p>
        </w:tc>
        <w:tc>
          <w:tcPr>
            <w:tcW w:type="dxa" w:w="2880"/>
          </w:tcPr>
          <w:p>
            <w:r>
              <w:t>28</w:t>
            </w:r>
          </w:p>
        </w:tc>
      </w:tr>
      <w:tr>
        <w:tc>
          <w:tcPr>
            <w:tcW w:type="dxa" w:w="2880"/>
          </w:tcPr>
          <w:p>
            <w:r>
              <w:t>2026-05-01</w:t>
            </w:r>
          </w:p>
        </w:tc>
        <w:tc>
          <w:tcPr>
            <w:tcW w:type="dxa" w:w="2880"/>
          </w:tcPr>
          <w:p>
            <w:r>
              <w:t>Customer complaints</w:t>
            </w:r>
          </w:p>
        </w:tc>
        <w:tc>
          <w:tcPr>
            <w:tcW w:type="dxa" w:w="2880"/>
          </w:tcPr>
          <w:p>
            <w:r>
              <w:t>60</w:t>
            </w:r>
          </w:p>
        </w:tc>
      </w:tr>
      <w:tr>
        <w:tc>
          <w:tcPr>
            <w:tcW w:type="dxa" w:w="2880"/>
          </w:tcPr>
          <w:p>
            <w:r>
              <w:t>2026-05-01</w:t>
            </w:r>
          </w:p>
        </w:tc>
        <w:tc>
          <w:tcPr>
            <w:tcW w:type="dxa" w:w="2880"/>
          </w:tcPr>
          <w:p>
            <w:r>
              <w:t>Zone meter readings by month</w:t>
            </w:r>
          </w:p>
        </w:tc>
        <w:tc>
          <w:tcPr>
            <w:tcW w:type="dxa" w:w="2880"/>
          </w:tcPr>
          <w:p>
            <w:r>
              <w:t>8</w:t>
            </w:r>
          </w:p>
        </w:tc>
      </w:tr>
      <w:tr>
        <w:tc>
          <w:tcPr>
            <w:tcW w:type="dxa" w:w="2880"/>
          </w:tcPr>
          <w:p>
            <w:r>
              <w:t>2026-06-01</w:t>
            </w:r>
          </w:p>
        </w:tc>
        <w:tc>
          <w:tcPr>
            <w:tcW w:type="dxa" w:w="2880"/>
          </w:tcPr>
          <w:p>
            <w:r>
              <w:t>Leak and burst repairs</w:t>
            </w:r>
          </w:p>
        </w:tc>
        <w:tc>
          <w:tcPr>
            <w:tcW w:type="dxa" w:w="2880"/>
          </w:tcPr>
          <w:p>
            <w:r>
              <w:t>44</w:t>
            </w:r>
          </w:p>
        </w:tc>
      </w:tr>
      <w:tr>
        <w:tc>
          <w:tcPr>
            <w:tcW w:type="dxa" w:w="2880"/>
          </w:tcPr>
          <w:p>
            <w:r>
              <w:t>2026-06-01</w:t>
            </w:r>
          </w:p>
        </w:tc>
        <w:tc>
          <w:tcPr>
            <w:tcW w:type="dxa" w:w="2880"/>
          </w:tcPr>
          <w:p>
            <w:r>
              <w:t>Customer complaints</w:t>
            </w:r>
          </w:p>
        </w:tc>
        <w:tc>
          <w:tcPr>
            <w:tcW w:type="dxa" w:w="2880"/>
          </w:tcPr>
          <w:p>
            <w:r>
              <w:t>64</w:t>
            </w:r>
          </w:p>
        </w:tc>
      </w:tr>
      <w:tr>
        <w:tc>
          <w:tcPr>
            <w:tcW w:type="dxa" w:w="2880"/>
          </w:tcPr>
          <w:p>
            <w:r>
              <w:t>2026-06-01</w:t>
            </w:r>
          </w:p>
        </w:tc>
        <w:tc>
          <w:tcPr>
            <w:tcW w:type="dxa" w:w="2880"/>
          </w:tcPr>
          <w:p>
            <w:r>
              <w:t>Zone meter readings by month</w:t>
            </w:r>
          </w:p>
        </w:tc>
        <w:tc>
          <w:tcPr>
            <w:tcW w:type="dxa" w:w="2880"/>
          </w:tcPr>
          <w:p>
            <w:r>
              <w:t>8</w:t>
            </w:r>
          </w:p>
        </w:tc>
      </w:tr>
      <w:tr>
        <w:tc>
          <w:tcPr>
            <w:tcW w:type="dxa" w:w="2880"/>
          </w:tcPr>
          <w:p>
            <w:r>
              <w:t>2026-07-01</w:t>
            </w:r>
          </w:p>
        </w:tc>
        <w:tc>
          <w:tcPr>
            <w:tcW w:type="dxa" w:w="2880"/>
          </w:tcPr>
          <w:p>
            <w:r>
              <w:t>Leak and burst repairs</w:t>
            </w:r>
          </w:p>
        </w:tc>
        <w:tc>
          <w:tcPr>
            <w:tcW w:type="dxa" w:w="2880"/>
          </w:tcPr>
          <w:p>
            <w:r>
              <w:t>52</w:t>
            </w:r>
          </w:p>
        </w:tc>
      </w:tr>
      <w:tr>
        <w:tc>
          <w:tcPr>
            <w:tcW w:type="dxa" w:w="2880"/>
          </w:tcPr>
          <w:p>
            <w:r>
              <w:t>2026-07-01</w:t>
            </w:r>
          </w:p>
        </w:tc>
        <w:tc>
          <w:tcPr>
            <w:tcW w:type="dxa" w:w="2880"/>
          </w:tcPr>
          <w:p>
            <w:r>
              <w:t>Customer complaints</w:t>
            </w:r>
          </w:p>
        </w:tc>
        <w:tc>
          <w:tcPr>
            <w:tcW w:type="dxa" w:w="2880"/>
          </w:tcPr>
          <w:p>
            <w:r>
              <w:t>70</w:t>
            </w:r>
          </w:p>
        </w:tc>
      </w:tr>
      <w:tr>
        <w:tc>
          <w:tcPr>
            <w:tcW w:type="dxa" w:w="2880"/>
          </w:tcPr>
          <w:p>
            <w:r>
              <w:t>2026-07-01</w:t>
            </w:r>
          </w:p>
        </w:tc>
        <w:tc>
          <w:tcPr>
            <w:tcW w:type="dxa" w:w="2880"/>
          </w:tcPr>
          <w:p>
            <w:r>
              <w:t>Zone meter readings by month</w:t>
            </w:r>
          </w:p>
        </w:tc>
        <w:tc>
          <w:tcPr>
            <w:tcW w:type="dxa" w:w="2880"/>
          </w:tcPr>
          <w:p>
            <w:r>
              <w:t>8</w:t>
            </w:r>
          </w:p>
        </w:tc>
      </w:tr>
      <w:tr>
        <w:tc>
          <w:tcPr>
            <w:tcW w:type="dxa" w:w="2880"/>
          </w:tcPr>
          <w:p>
            <w:r>
              <w:t>2026-08-01</w:t>
            </w:r>
          </w:p>
        </w:tc>
        <w:tc>
          <w:tcPr>
            <w:tcW w:type="dxa" w:w="2880"/>
          </w:tcPr>
          <w:p>
            <w:r>
              <w:t>Leak and burst repairs</w:t>
            </w:r>
          </w:p>
        </w:tc>
        <w:tc>
          <w:tcPr>
            <w:tcW w:type="dxa" w:w="2880"/>
          </w:tcPr>
          <w:p>
            <w:r>
              <w:t>54</w:t>
            </w:r>
          </w:p>
        </w:tc>
      </w:tr>
      <w:tr>
        <w:tc>
          <w:tcPr>
            <w:tcW w:type="dxa" w:w="2880"/>
          </w:tcPr>
          <w:p>
            <w:r>
              <w:t>2026-08-01</w:t>
            </w:r>
          </w:p>
        </w:tc>
        <w:tc>
          <w:tcPr>
            <w:tcW w:type="dxa" w:w="2880"/>
          </w:tcPr>
          <w:p>
            <w:r>
              <w:t>Customer complaints</w:t>
            </w:r>
          </w:p>
        </w:tc>
        <w:tc>
          <w:tcPr>
            <w:tcW w:type="dxa" w:w="2880"/>
          </w:tcPr>
          <w:p>
            <w:r>
              <w:t>64</w:t>
            </w:r>
          </w:p>
        </w:tc>
      </w:tr>
      <w:tr>
        <w:tc>
          <w:tcPr>
            <w:tcW w:type="dxa" w:w="2880"/>
          </w:tcPr>
          <w:p>
            <w:r>
              <w:t>2026-08-01</w:t>
            </w:r>
          </w:p>
        </w:tc>
        <w:tc>
          <w:tcPr>
            <w:tcW w:type="dxa" w:w="2880"/>
          </w:tcPr>
          <w:p>
            <w:r>
              <w:t>Zone meter readings by month</w:t>
            </w:r>
          </w:p>
        </w:tc>
        <w:tc>
          <w:tcPr>
            <w:tcW w:type="dxa" w:w="2880"/>
          </w:tcPr>
          <w:p>
            <w:r>
              <w:t>8</w:t>
            </w:r>
          </w:p>
        </w:tc>
      </w:tr>
      <w:tr>
        <w:tc>
          <w:tcPr>
            <w:tcW w:type="dxa" w:w="2880"/>
          </w:tcPr>
          <w:p>
            <w:r>
              <w:t>2026-09-01</w:t>
            </w:r>
          </w:p>
        </w:tc>
        <w:tc>
          <w:tcPr>
            <w:tcW w:type="dxa" w:w="2880"/>
          </w:tcPr>
          <w:p>
            <w:r>
              <w:t>Leak and burst repairs</w:t>
            </w:r>
          </w:p>
        </w:tc>
        <w:tc>
          <w:tcPr>
            <w:tcW w:type="dxa" w:w="2880"/>
          </w:tcPr>
          <w:p>
            <w:r>
              <w:t>41</w:t>
            </w:r>
          </w:p>
        </w:tc>
      </w:tr>
      <w:tr>
        <w:tc>
          <w:tcPr>
            <w:tcW w:type="dxa" w:w="2880"/>
          </w:tcPr>
          <w:p>
            <w:r>
              <w:t>2026-09-01</w:t>
            </w:r>
          </w:p>
        </w:tc>
        <w:tc>
          <w:tcPr>
            <w:tcW w:type="dxa" w:w="2880"/>
          </w:tcPr>
          <w:p>
            <w:r>
              <w:t>Customer complaints</w:t>
            </w:r>
          </w:p>
        </w:tc>
        <w:tc>
          <w:tcPr>
            <w:tcW w:type="dxa" w:w="2880"/>
          </w:tcPr>
          <w:p>
            <w:r>
              <w:t>45</w:t>
            </w:r>
          </w:p>
        </w:tc>
      </w:tr>
      <w:tr>
        <w:tc>
          <w:tcPr>
            <w:tcW w:type="dxa" w:w="2880"/>
          </w:tcPr>
          <w:p>
            <w:r>
              <w:t>2026-09-01</w:t>
            </w:r>
          </w:p>
        </w:tc>
        <w:tc>
          <w:tcPr>
            <w:tcW w:type="dxa" w:w="2880"/>
          </w:tcPr>
          <w:p>
            <w:r>
              <w:t>Zone meter readings by month</w:t>
            </w:r>
          </w:p>
        </w:tc>
        <w:tc>
          <w:tcPr>
            <w:tcW w:type="dxa" w:w="2880"/>
          </w:tcPr>
          <w:p>
            <w:r>
              <w:t>8</w:t>
            </w:r>
          </w:p>
        </w:tc>
      </w:tr>
    </w:tbl>
    <w:p/>
    <w:p>
      <w:pPr>
        <w:pStyle w:val="Heading2"/>
      </w:pPr>
      <w:r>
        <w:t>Figure 22. Water mains over time (install_year) [69]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75</w:t>
            </w:r>
          </w:p>
        </w:tc>
        <w:tc>
          <w:tcPr>
            <w:tcW w:type="dxa" w:w="2880"/>
          </w:tcPr>
          <w:p>
            <w:r>
              <w:t>84.62</w:t>
            </w:r>
          </w:p>
        </w:tc>
        <w:tc>
          <w:tcPr>
            <w:tcW w:type="dxa" w:w="2880"/>
          </w:tcPr>
          <w:p>
            <w:r>
              <w:t>417</w:t>
            </w:r>
          </w:p>
        </w:tc>
      </w:tr>
      <w:tr>
        <w:tc>
          <w:tcPr>
            <w:tcW w:type="dxa" w:w="2880"/>
          </w:tcPr>
          <w:p>
            <w:r>
              <w:t>84.62</w:t>
            </w:r>
          </w:p>
        </w:tc>
        <w:tc>
          <w:tcPr>
            <w:tcW w:type="dxa" w:w="2880"/>
          </w:tcPr>
          <w:p>
            <w:r>
              <w:t>94.23</w:t>
            </w:r>
          </w:p>
        </w:tc>
        <w:tc>
          <w:tcPr>
            <w:tcW w:type="dxa" w:w="2880"/>
          </w:tcPr>
          <w:p>
            <w:r>
              <w:t>0</w:t>
            </w:r>
          </w:p>
        </w:tc>
      </w:tr>
      <w:tr>
        <w:tc>
          <w:tcPr>
            <w:tcW w:type="dxa" w:w="2880"/>
          </w:tcPr>
          <w:p>
            <w:r>
              <w:t>94.23</w:t>
            </w:r>
          </w:p>
        </w:tc>
        <w:tc>
          <w:tcPr>
            <w:tcW w:type="dxa" w:w="2880"/>
          </w:tcPr>
          <w:p>
            <w:r>
              <w:t>103.8</w:t>
            </w:r>
          </w:p>
        </w:tc>
        <w:tc>
          <w:tcPr>
            <w:tcW w:type="dxa" w:w="2880"/>
          </w:tcPr>
          <w:p>
            <w:r>
              <w:t>396</w:t>
            </w:r>
          </w:p>
        </w:tc>
      </w:tr>
      <w:tr>
        <w:tc>
          <w:tcPr>
            <w:tcW w:type="dxa" w:w="2880"/>
          </w:tcPr>
          <w:p>
            <w:r>
              <w:t>103.8</w:t>
            </w:r>
          </w:p>
        </w:tc>
        <w:tc>
          <w:tcPr>
            <w:tcW w:type="dxa" w:w="2880"/>
          </w:tcPr>
          <w:p>
            <w:r>
              <w:t>113.5</w:t>
            </w:r>
          </w:p>
        </w:tc>
        <w:tc>
          <w:tcPr>
            <w:tcW w:type="dxa" w:w="2880"/>
          </w:tcPr>
          <w:p>
            <w:r>
              <w:t>393</w:t>
            </w:r>
          </w:p>
        </w:tc>
      </w:tr>
      <w:tr>
        <w:tc>
          <w:tcPr>
            <w:tcW w:type="dxa" w:w="2880"/>
          </w:tcPr>
          <w:p>
            <w:r>
              <w:t>113.5</w:t>
            </w:r>
          </w:p>
        </w:tc>
        <w:tc>
          <w:tcPr>
            <w:tcW w:type="dxa" w:w="2880"/>
          </w:tcPr>
          <w:p>
            <w:r>
              <w:t>123.1</w:t>
            </w:r>
          </w:p>
        </w:tc>
        <w:tc>
          <w:tcPr>
            <w:tcW w:type="dxa" w:w="2880"/>
          </w:tcPr>
          <w:p>
            <w:r>
              <w:t>0</w:t>
            </w:r>
          </w:p>
        </w:tc>
      </w:tr>
      <w:tr>
        <w:tc>
          <w:tcPr>
            <w:tcW w:type="dxa" w:w="2880"/>
          </w:tcPr>
          <w:p>
            <w:r>
              <w:t>123.1</w:t>
            </w:r>
          </w:p>
        </w:tc>
        <w:tc>
          <w:tcPr>
            <w:tcW w:type="dxa" w:w="2880"/>
          </w:tcPr>
          <w:p>
            <w:r>
              <w:t>132.7</w:t>
            </w:r>
          </w:p>
        </w:tc>
        <w:tc>
          <w:tcPr>
            <w:tcW w:type="dxa" w:w="2880"/>
          </w:tcPr>
          <w:p>
            <w:r>
              <w:t>0</w:t>
            </w:r>
          </w:p>
        </w:tc>
      </w:tr>
      <w:tr>
        <w:tc>
          <w:tcPr>
            <w:tcW w:type="dxa" w:w="2880"/>
          </w:tcPr>
          <w:p>
            <w:r>
              <w:t>132.7</w:t>
            </w:r>
          </w:p>
        </w:tc>
        <w:tc>
          <w:tcPr>
            <w:tcW w:type="dxa" w:w="2880"/>
          </w:tcPr>
          <w:p>
            <w:r>
              <w:t>142.3</w:t>
            </w:r>
          </w:p>
        </w:tc>
        <w:tc>
          <w:tcPr>
            <w:tcW w:type="dxa" w:w="2880"/>
          </w:tcPr>
          <w:p>
            <w:r>
              <w:t>0</w:t>
            </w:r>
          </w:p>
        </w:tc>
      </w:tr>
      <w:tr>
        <w:tc>
          <w:tcPr>
            <w:tcW w:type="dxa" w:w="2880"/>
          </w:tcPr>
          <w:p>
            <w:r>
              <w:t>142.3</w:t>
            </w:r>
          </w:p>
        </w:tc>
        <w:tc>
          <w:tcPr>
            <w:tcW w:type="dxa" w:w="2880"/>
          </w:tcPr>
          <w:p>
            <w:r>
              <w:t>151.9</w:t>
            </w:r>
          </w:p>
        </w:tc>
        <w:tc>
          <w:tcPr>
            <w:tcW w:type="dxa" w:w="2880"/>
          </w:tcPr>
          <w:p>
            <w:r>
              <w:t>0</w:t>
            </w:r>
          </w:p>
        </w:tc>
      </w:tr>
      <w:tr>
        <w:tc>
          <w:tcPr>
            <w:tcW w:type="dxa" w:w="2880"/>
          </w:tcPr>
          <w:p>
            <w:r>
              <w:t>151.9</w:t>
            </w:r>
          </w:p>
        </w:tc>
        <w:tc>
          <w:tcPr>
            <w:tcW w:type="dxa" w:w="2880"/>
          </w:tcPr>
          <w:p>
            <w:r>
              <w:t>161.5</w:t>
            </w:r>
          </w:p>
        </w:tc>
        <w:tc>
          <w:tcPr>
            <w:tcW w:type="dxa" w:w="2880"/>
          </w:tcPr>
          <w:p>
            <w:r>
              <w:t>377</w:t>
            </w:r>
          </w:p>
        </w:tc>
      </w:tr>
      <w:tr>
        <w:tc>
          <w:tcPr>
            <w:tcW w:type="dxa" w:w="2880"/>
          </w:tcPr>
          <w:p>
            <w:r>
              <w:t>161.5</w:t>
            </w:r>
          </w:p>
        </w:tc>
        <w:tc>
          <w:tcPr>
            <w:tcW w:type="dxa" w:w="2880"/>
          </w:tcPr>
          <w:p>
            <w:r>
              <w:t>171.2</w:t>
            </w:r>
          </w:p>
        </w:tc>
        <w:tc>
          <w:tcPr>
            <w:tcW w:type="dxa" w:w="2880"/>
          </w:tcPr>
          <w:p>
            <w:r>
              <w:t>0</w:t>
            </w:r>
          </w:p>
        </w:tc>
      </w:tr>
      <w:tr>
        <w:tc>
          <w:tcPr>
            <w:tcW w:type="dxa" w:w="2880"/>
          </w:tcPr>
          <w:p>
            <w:r>
              <w:t>171.2</w:t>
            </w:r>
          </w:p>
        </w:tc>
        <w:tc>
          <w:tcPr>
            <w:tcW w:type="dxa" w:w="2880"/>
          </w:tcPr>
          <w:p>
            <w:r>
              <w:t>180.8</w:t>
            </w:r>
          </w:p>
        </w:tc>
        <w:tc>
          <w:tcPr>
            <w:tcW w:type="dxa" w:w="2880"/>
          </w:tcPr>
          <w:p>
            <w:r>
              <w:t>0</w:t>
            </w:r>
          </w:p>
        </w:tc>
      </w:tr>
      <w:tr>
        <w:tc>
          <w:tcPr>
            <w:tcW w:type="dxa" w:w="2880"/>
          </w:tcPr>
          <w:p>
            <w:r>
              <w:t>180.8</w:t>
            </w:r>
          </w:p>
        </w:tc>
        <w:tc>
          <w:tcPr>
            <w:tcW w:type="dxa" w:w="2880"/>
          </w:tcPr>
          <w:p>
            <w:r>
              <w:t>190.4</w:t>
            </w:r>
          </w:p>
        </w:tc>
        <w:tc>
          <w:tcPr>
            <w:tcW w:type="dxa" w:w="2880"/>
          </w:tcPr>
          <w:p>
            <w:r>
              <w:t>0</w:t>
            </w:r>
          </w:p>
        </w:tc>
      </w:tr>
      <w:tr>
        <w:tc>
          <w:tcPr>
            <w:tcW w:type="dxa" w:w="2880"/>
          </w:tcPr>
          <w:p>
            <w:r>
              <w:t>190.4</w:t>
            </w:r>
          </w:p>
        </w:tc>
        <w:tc>
          <w:tcPr>
            <w:tcW w:type="dxa" w:w="2880"/>
          </w:tcPr>
          <w:p>
            <w:r>
              <w:t>200</w:t>
            </w:r>
          </w:p>
        </w:tc>
        <w:tc>
          <w:tcPr>
            <w:tcW w:type="dxa" w:w="2880"/>
          </w:tcPr>
          <w:p>
            <w:r>
              <w:t>547</w:t>
            </w:r>
          </w:p>
        </w:tc>
      </w:tr>
    </w:tbl>
    <w:p/>
    <w:p>
      <w:pPr>
        <w:pStyle w:val="Heading2"/>
      </w:pPr>
      <w:r>
        <w:t>Figure 23. Leak and burst repairs over time (reported_at) [70]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2023-10-01</w:t>
            </w:r>
          </w:p>
        </w:tc>
        <w:tc>
          <w:tcPr>
            <w:tcW w:type="dxa" w:w="2880"/>
          </w:tcPr>
          <w:p>
            <w:r>
              <w:t>leak</w:t>
            </w:r>
          </w:p>
        </w:tc>
        <w:tc>
          <w:tcPr>
            <w:tcW w:type="dxa" w:w="2880"/>
          </w:tcPr>
          <w:p>
            <w:r>
              <w:t>9</w:t>
            </w:r>
          </w:p>
        </w:tc>
      </w:tr>
      <w:tr>
        <w:tc>
          <w:tcPr>
            <w:tcW w:type="dxa" w:w="2880"/>
          </w:tcPr>
          <w:p>
            <w:r>
              <w:t>2023-10-01</w:t>
            </w:r>
          </w:p>
        </w:tc>
        <w:tc>
          <w:tcPr>
            <w:tcW w:type="dxa" w:w="2880"/>
          </w:tcPr>
          <w:p>
            <w:r>
              <w:t>burst</w:t>
            </w:r>
          </w:p>
        </w:tc>
        <w:tc>
          <w:tcPr>
            <w:tcW w:type="dxa" w:w="2880"/>
          </w:tcPr>
          <w:p>
            <w:r>
              <w:t>5</w:t>
            </w:r>
          </w:p>
        </w:tc>
      </w:tr>
      <w:tr>
        <w:tc>
          <w:tcPr>
            <w:tcW w:type="dxa" w:w="2880"/>
          </w:tcPr>
          <w:p>
            <w:r>
              <w:t>2023-10-01</w:t>
            </w:r>
          </w:p>
        </w:tc>
        <w:tc>
          <w:tcPr>
            <w:tcW w:type="dxa" w:w="2880"/>
          </w:tcPr>
          <w:p>
            <w:r>
              <w:t>joint failure</w:t>
            </w:r>
          </w:p>
        </w:tc>
        <w:tc>
          <w:tcPr>
            <w:tcW w:type="dxa" w:w="2880"/>
          </w:tcPr>
          <w:p>
            <w:r>
              <w:t>4</w:t>
            </w:r>
          </w:p>
        </w:tc>
      </w:tr>
      <w:tr>
        <w:tc>
          <w:tcPr>
            <w:tcW w:type="dxa" w:w="2880"/>
          </w:tcPr>
          <w:p>
            <w:r>
              <w:t>2023-10-01</w:t>
            </w:r>
          </w:p>
        </w:tc>
        <w:tc>
          <w:tcPr>
            <w:tcW w:type="dxa" w:w="2880"/>
          </w:tcPr>
          <w:p>
            <w:r>
              <w:t>valve leak</w:t>
            </w:r>
          </w:p>
        </w:tc>
        <w:tc>
          <w:tcPr>
            <w:tcW w:type="dxa" w:w="2880"/>
          </w:tcPr>
          <w:p>
            <w:r>
              <w:t>2</w:t>
            </w:r>
          </w:p>
        </w:tc>
      </w:tr>
      <w:tr>
        <w:tc>
          <w:tcPr>
            <w:tcW w:type="dxa" w:w="2880"/>
          </w:tcPr>
          <w:p>
            <w:r>
              <w:t>2023-11-01</w:t>
            </w:r>
          </w:p>
        </w:tc>
        <w:tc>
          <w:tcPr>
            <w:tcW w:type="dxa" w:w="2880"/>
          </w:tcPr>
          <w:p>
            <w:r>
              <w:t>leak</w:t>
            </w:r>
          </w:p>
        </w:tc>
        <w:tc>
          <w:tcPr>
            <w:tcW w:type="dxa" w:w="2880"/>
          </w:tcPr>
          <w:p>
            <w:r>
              <w:t>9</w:t>
            </w:r>
          </w:p>
        </w:tc>
      </w:tr>
      <w:tr>
        <w:tc>
          <w:tcPr>
            <w:tcW w:type="dxa" w:w="2880"/>
          </w:tcPr>
          <w:p>
            <w:r>
              <w:t>2023-11-01</w:t>
            </w:r>
          </w:p>
        </w:tc>
        <w:tc>
          <w:tcPr>
            <w:tcW w:type="dxa" w:w="2880"/>
          </w:tcPr>
          <w:p>
            <w:r>
              <w:t>burst</w:t>
            </w:r>
          </w:p>
        </w:tc>
        <w:tc>
          <w:tcPr>
            <w:tcW w:type="dxa" w:w="2880"/>
          </w:tcPr>
          <w:p>
            <w:r>
              <w:t>5</w:t>
            </w:r>
          </w:p>
        </w:tc>
      </w:tr>
      <w:tr>
        <w:tc>
          <w:tcPr>
            <w:tcW w:type="dxa" w:w="2880"/>
          </w:tcPr>
          <w:p>
            <w:r>
              <w:t>2023-11-01</w:t>
            </w:r>
          </w:p>
        </w:tc>
        <w:tc>
          <w:tcPr>
            <w:tcW w:type="dxa" w:w="2880"/>
          </w:tcPr>
          <w:p>
            <w:r>
              <w:t>joint failure</w:t>
            </w:r>
          </w:p>
        </w:tc>
        <w:tc>
          <w:tcPr>
            <w:tcW w:type="dxa" w:w="2880"/>
          </w:tcPr>
          <w:p>
            <w:r>
              <w:t>0</w:t>
            </w:r>
          </w:p>
        </w:tc>
      </w:tr>
      <w:tr>
        <w:tc>
          <w:tcPr>
            <w:tcW w:type="dxa" w:w="2880"/>
          </w:tcPr>
          <w:p>
            <w:r>
              <w:t>2023-11-01</w:t>
            </w:r>
          </w:p>
        </w:tc>
        <w:tc>
          <w:tcPr>
            <w:tcW w:type="dxa" w:w="2880"/>
          </w:tcPr>
          <w:p>
            <w:r>
              <w:t>valve leak</w:t>
            </w:r>
          </w:p>
        </w:tc>
        <w:tc>
          <w:tcPr>
            <w:tcW w:type="dxa" w:w="2880"/>
          </w:tcPr>
          <w:p>
            <w:r>
              <w:t>0</w:t>
            </w:r>
          </w:p>
        </w:tc>
      </w:tr>
      <w:tr>
        <w:tc>
          <w:tcPr>
            <w:tcW w:type="dxa" w:w="2880"/>
          </w:tcPr>
          <w:p>
            <w:r>
              <w:t>2023-12-01</w:t>
            </w:r>
          </w:p>
        </w:tc>
        <w:tc>
          <w:tcPr>
            <w:tcW w:type="dxa" w:w="2880"/>
          </w:tcPr>
          <w:p>
            <w:r>
              <w:t>leak</w:t>
            </w:r>
          </w:p>
        </w:tc>
        <w:tc>
          <w:tcPr>
            <w:tcW w:type="dxa" w:w="2880"/>
          </w:tcPr>
          <w:p>
            <w:r>
              <w:t>7</w:t>
            </w:r>
          </w:p>
        </w:tc>
      </w:tr>
      <w:tr>
        <w:tc>
          <w:tcPr>
            <w:tcW w:type="dxa" w:w="2880"/>
          </w:tcPr>
          <w:p>
            <w:r>
              <w:t>2023-12-01</w:t>
            </w:r>
          </w:p>
        </w:tc>
        <w:tc>
          <w:tcPr>
            <w:tcW w:type="dxa" w:w="2880"/>
          </w:tcPr>
          <w:p>
            <w:r>
              <w:t>burst</w:t>
            </w:r>
          </w:p>
        </w:tc>
        <w:tc>
          <w:tcPr>
            <w:tcW w:type="dxa" w:w="2880"/>
          </w:tcPr>
          <w:p>
            <w:r>
              <w:t>5</w:t>
            </w:r>
          </w:p>
        </w:tc>
      </w:tr>
      <w:tr>
        <w:tc>
          <w:tcPr>
            <w:tcW w:type="dxa" w:w="2880"/>
          </w:tcPr>
          <w:p>
            <w:r>
              <w:t>2023-12-01</w:t>
            </w:r>
          </w:p>
        </w:tc>
        <w:tc>
          <w:tcPr>
            <w:tcW w:type="dxa" w:w="2880"/>
          </w:tcPr>
          <w:p>
            <w:r>
              <w:t>joint failure</w:t>
            </w:r>
          </w:p>
        </w:tc>
        <w:tc>
          <w:tcPr>
            <w:tcW w:type="dxa" w:w="2880"/>
          </w:tcPr>
          <w:p>
            <w:r>
              <w:t>1</w:t>
            </w:r>
          </w:p>
        </w:tc>
      </w:tr>
      <w:tr>
        <w:tc>
          <w:tcPr>
            <w:tcW w:type="dxa" w:w="2880"/>
          </w:tcPr>
          <w:p>
            <w:r>
              <w:t>2023-12-01</w:t>
            </w:r>
          </w:p>
        </w:tc>
        <w:tc>
          <w:tcPr>
            <w:tcW w:type="dxa" w:w="2880"/>
          </w:tcPr>
          <w:p>
            <w:r>
              <w:t>valve leak</w:t>
            </w:r>
          </w:p>
        </w:tc>
        <w:tc>
          <w:tcPr>
            <w:tcW w:type="dxa" w:w="2880"/>
          </w:tcPr>
          <w:p>
            <w:r>
              <w:t>4</w:t>
            </w:r>
          </w:p>
        </w:tc>
      </w:tr>
      <w:tr>
        <w:tc>
          <w:tcPr>
            <w:tcW w:type="dxa" w:w="2880"/>
          </w:tcPr>
          <w:p>
            <w:r>
              <w:t>2024-01-01</w:t>
            </w:r>
          </w:p>
        </w:tc>
        <w:tc>
          <w:tcPr>
            <w:tcW w:type="dxa" w:w="2880"/>
          </w:tcPr>
          <w:p>
            <w:r>
              <w:t>leak</w:t>
            </w:r>
          </w:p>
        </w:tc>
        <w:tc>
          <w:tcPr>
            <w:tcW w:type="dxa" w:w="2880"/>
          </w:tcPr>
          <w:p>
            <w:r>
              <w:t>9</w:t>
            </w:r>
          </w:p>
        </w:tc>
      </w:tr>
      <w:tr>
        <w:tc>
          <w:tcPr>
            <w:tcW w:type="dxa" w:w="2880"/>
          </w:tcPr>
          <w:p>
            <w:r>
              <w:t>2024-01-01</w:t>
            </w:r>
          </w:p>
        </w:tc>
        <w:tc>
          <w:tcPr>
            <w:tcW w:type="dxa" w:w="2880"/>
          </w:tcPr>
          <w:p>
            <w:r>
              <w:t>burst</w:t>
            </w:r>
          </w:p>
        </w:tc>
        <w:tc>
          <w:tcPr>
            <w:tcW w:type="dxa" w:w="2880"/>
          </w:tcPr>
          <w:p>
            <w:r>
              <w:t>0</w:t>
            </w:r>
          </w:p>
        </w:tc>
      </w:tr>
      <w:tr>
        <w:tc>
          <w:tcPr>
            <w:tcW w:type="dxa" w:w="2880"/>
          </w:tcPr>
          <w:p>
            <w:r>
              <w:t>2024-01-01</w:t>
            </w:r>
          </w:p>
        </w:tc>
        <w:tc>
          <w:tcPr>
            <w:tcW w:type="dxa" w:w="2880"/>
          </w:tcPr>
          <w:p>
            <w:r>
              <w:t>joint failure</w:t>
            </w:r>
          </w:p>
        </w:tc>
        <w:tc>
          <w:tcPr>
            <w:tcW w:type="dxa" w:w="2880"/>
          </w:tcPr>
          <w:p>
            <w:r>
              <w:t>1</w:t>
            </w:r>
          </w:p>
        </w:tc>
      </w:tr>
      <w:tr>
        <w:tc>
          <w:tcPr>
            <w:tcW w:type="dxa" w:w="2880"/>
          </w:tcPr>
          <w:p>
            <w:r>
              <w:t>2024-01-01</w:t>
            </w:r>
          </w:p>
        </w:tc>
        <w:tc>
          <w:tcPr>
            <w:tcW w:type="dxa" w:w="2880"/>
          </w:tcPr>
          <w:p>
            <w:r>
              <w:t>valve leak</w:t>
            </w:r>
          </w:p>
        </w:tc>
        <w:tc>
          <w:tcPr>
            <w:tcW w:type="dxa" w:w="2880"/>
          </w:tcPr>
          <w:p>
            <w:r>
              <w:t>0</w:t>
            </w:r>
          </w:p>
        </w:tc>
      </w:tr>
      <w:tr>
        <w:tc>
          <w:tcPr>
            <w:tcW w:type="dxa" w:w="2880"/>
          </w:tcPr>
          <w:p>
            <w:r>
              <w:t>2024-02-01</w:t>
            </w:r>
          </w:p>
        </w:tc>
        <w:tc>
          <w:tcPr>
            <w:tcW w:type="dxa" w:w="2880"/>
          </w:tcPr>
          <w:p>
            <w:r>
              <w:t>leak</w:t>
            </w:r>
          </w:p>
        </w:tc>
        <w:tc>
          <w:tcPr>
            <w:tcW w:type="dxa" w:w="2880"/>
          </w:tcPr>
          <w:p>
            <w:r>
              <w:t>8</w:t>
            </w:r>
          </w:p>
        </w:tc>
      </w:tr>
      <w:tr>
        <w:tc>
          <w:tcPr>
            <w:tcW w:type="dxa" w:w="2880"/>
          </w:tcPr>
          <w:p>
            <w:r>
              <w:t>2024-02-01</w:t>
            </w:r>
          </w:p>
        </w:tc>
        <w:tc>
          <w:tcPr>
            <w:tcW w:type="dxa" w:w="2880"/>
          </w:tcPr>
          <w:p>
            <w:r>
              <w:t>burst</w:t>
            </w:r>
          </w:p>
        </w:tc>
        <w:tc>
          <w:tcPr>
            <w:tcW w:type="dxa" w:w="2880"/>
          </w:tcPr>
          <w:p>
            <w:r>
              <w:t>2</w:t>
            </w:r>
          </w:p>
        </w:tc>
      </w:tr>
      <w:tr>
        <w:tc>
          <w:tcPr>
            <w:tcW w:type="dxa" w:w="2880"/>
          </w:tcPr>
          <w:p>
            <w:r>
              <w:t>2024-02-01</w:t>
            </w:r>
          </w:p>
        </w:tc>
        <w:tc>
          <w:tcPr>
            <w:tcW w:type="dxa" w:w="2880"/>
          </w:tcPr>
          <w:p>
            <w:r>
              <w:t>joint failure</w:t>
            </w:r>
          </w:p>
        </w:tc>
        <w:tc>
          <w:tcPr>
            <w:tcW w:type="dxa" w:w="2880"/>
          </w:tcPr>
          <w:p>
            <w:r>
              <w:t>2</w:t>
            </w:r>
          </w:p>
        </w:tc>
      </w:tr>
      <w:tr>
        <w:tc>
          <w:tcPr>
            <w:tcW w:type="dxa" w:w="2880"/>
          </w:tcPr>
          <w:p>
            <w:r>
              <w:t>2024-02-01</w:t>
            </w:r>
          </w:p>
        </w:tc>
        <w:tc>
          <w:tcPr>
            <w:tcW w:type="dxa" w:w="2880"/>
          </w:tcPr>
          <w:p>
            <w:r>
              <w:t>valve leak</w:t>
            </w:r>
          </w:p>
        </w:tc>
        <w:tc>
          <w:tcPr>
            <w:tcW w:type="dxa" w:w="2880"/>
          </w:tcPr>
          <w:p>
            <w:r>
              <w:t>1</w:t>
            </w:r>
          </w:p>
        </w:tc>
      </w:tr>
      <w:tr>
        <w:tc>
          <w:tcPr>
            <w:tcW w:type="dxa" w:w="2880"/>
          </w:tcPr>
          <w:p>
            <w:r>
              <w:t>2024-03-01</w:t>
            </w:r>
          </w:p>
        </w:tc>
        <w:tc>
          <w:tcPr>
            <w:tcW w:type="dxa" w:w="2880"/>
          </w:tcPr>
          <w:p>
            <w:r>
              <w:t>leak</w:t>
            </w:r>
          </w:p>
        </w:tc>
        <w:tc>
          <w:tcPr>
            <w:tcW w:type="dxa" w:w="2880"/>
          </w:tcPr>
          <w:p>
            <w:r>
              <w:t>8</w:t>
            </w:r>
          </w:p>
        </w:tc>
      </w:tr>
      <w:tr>
        <w:tc>
          <w:tcPr>
            <w:tcW w:type="dxa" w:w="2880"/>
          </w:tcPr>
          <w:p>
            <w:r>
              <w:t>2024-03-01</w:t>
            </w:r>
          </w:p>
        </w:tc>
        <w:tc>
          <w:tcPr>
            <w:tcW w:type="dxa" w:w="2880"/>
          </w:tcPr>
          <w:p>
            <w:r>
              <w:t>burst</w:t>
            </w:r>
          </w:p>
        </w:tc>
        <w:tc>
          <w:tcPr>
            <w:tcW w:type="dxa" w:w="2880"/>
          </w:tcPr>
          <w:p>
            <w:r>
              <w:t>7</w:t>
            </w:r>
          </w:p>
        </w:tc>
      </w:tr>
      <w:tr>
        <w:tc>
          <w:tcPr>
            <w:tcW w:type="dxa" w:w="2880"/>
          </w:tcPr>
          <w:p>
            <w:r>
              <w:t>2024-03-01</w:t>
            </w:r>
          </w:p>
        </w:tc>
        <w:tc>
          <w:tcPr>
            <w:tcW w:type="dxa" w:w="2880"/>
          </w:tcPr>
          <w:p>
            <w:r>
              <w:t>joint failure</w:t>
            </w:r>
          </w:p>
        </w:tc>
        <w:tc>
          <w:tcPr>
            <w:tcW w:type="dxa" w:w="2880"/>
          </w:tcPr>
          <w:p>
            <w:r>
              <w:t>1</w:t>
            </w:r>
          </w:p>
        </w:tc>
      </w:tr>
      <w:tr>
        <w:tc>
          <w:tcPr>
            <w:tcW w:type="dxa" w:w="2880"/>
          </w:tcPr>
          <w:p>
            <w:r>
              <w:t>2024-03-01</w:t>
            </w:r>
          </w:p>
        </w:tc>
        <w:tc>
          <w:tcPr>
            <w:tcW w:type="dxa" w:w="2880"/>
          </w:tcPr>
          <w:p>
            <w:r>
              <w:t>valve leak</w:t>
            </w:r>
          </w:p>
        </w:tc>
        <w:tc>
          <w:tcPr>
            <w:tcW w:type="dxa" w:w="2880"/>
          </w:tcPr>
          <w:p>
            <w:r>
              <w:t>1</w:t>
            </w:r>
          </w:p>
        </w:tc>
      </w:tr>
      <w:tr>
        <w:tc>
          <w:tcPr>
            <w:tcW w:type="dxa" w:w="2880"/>
          </w:tcPr>
          <w:p>
            <w:r>
              <w:t>2024-04-01</w:t>
            </w:r>
          </w:p>
        </w:tc>
        <w:tc>
          <w:tcPr>
            <w:tcW w:type="dxa" w:w="2880"/>
          </w:tcPr>
          <w:p>
            <w:r>
              <w:t>leak</w:t>
            </w:r>
          </w:p>
        </w:tc>
        <w:tc>
          <w:tcPr>
            <w:tcW w:type="dxa" w:w="2880"/>
          </w:tcPr>
          <w:p>
            <w:r>
              <w:t>21</w:t>
            </w:r>
          </w:p>
        </w:tc>
      </w:tr>
      <w:tr>
        <w:tc>
          <w:tcPr>
            <w:tcW w:type="dxa" w:w="2880"/>
          </w:tcPr>
          <w:p>
            <w:r>
              <w:t>2024-04-01</w:t>
            </w:r>
          </w:p>
        </w:tc>
        <w:tc>
          <w:tcPr>
            <w:tcW w:type="dxa" w:w="2880"/>
          </w:tcPr>
          <w:p>
            <w:r>
              <w:t>burst</w:t>
            </w:r>
          </w:p>
        </w:tc>
        <w:tc>
          <w:tcPr>
            <w:tcW w:type="dxa" w:w="2880"/>
          </w:tcPr>
          <w:p>
            <w:r>
              <w:t>5</w:t>
            </w:r>
          </w:p>
        </w:tc>
      </w:tr>
      <w:tr>
        <w:tc>
          <w:tcPr>
            <w:tcW w:type="dxa" w:w="2880"/>
          </w:tcPr>
          <w:p>
            <w:r>
              <w:t>2024-04-01</w:t>
            </w:r>
          </w:p>
        </w:tc>
        <w:tc>
          <w:tcPr>
            <w:tcW w:type="dxa" w:w="2880"/>
          </w:tcPr>
          <w:p>
            <w:r>
              <w:t>joint failure</w:t>
            </w:r>
          </w:p>
        </w:tc>
        <w:tc>
          <w:tcPr>
            <w:tcW w:type="dxa" w:w="2880"/>
          </w:tcPr>
          <w:p>
            <w:r>
              <w:t>6</w:t>
            </w:r>
          </w:p>
        </w:tc>
      </w:tr>
      <w:tr>
        <w:tc>
          <w:tcPr>
            <w:tcW w:type="dxa" w:w="2880"/>
          </w:tcPr>
          <w:p>
            <w:r>
              <w:t>2024-04-01</w:t>
            </w:r>
          </w:p>
        </w:tc>
        <w:tc>
          <w:tcPr>
            <w:tcW w:type="dxa" w:w="2880"/>
          </w:tcPr>
          <w:p>
            <w:r>
              <w:t>valve leak</w:t>
            </w:r>
          </w:p>
        </w:tc>
        <w:tc>
          <w:tcPr>
            <w:tcW w:type="dxa" w:w="2880"/>
          </w:tcPr>
          <w:p>
            <w:r>
              <w:t>2</w:t>
            </w:r>
          </w:p>
        </w:tc>
      </w:tr>
      <w:tr>
        <w:tc>
          <w:tcPr>
            <w:tcW w:type="dxa" w:w="2880"/>
          </w:tcPr>
          <w:p>
            <w:r>
              <w:t>2024-05-01</w:t>
            </w:r>
          </w:p>
        </w:tc>
        <w:tc>
          <w:tcPr>
            <w:tcW w:type="dxa" w:w="2880"/>
          </w:tcPr>
          <w:p>
            <w:r>
              <w:t>leak</w:t>
            </w:r>
          </w:p>
        </w:tc>
        <w:tc>
          <w:tcPr>
            <w:tcW w:type="dxa" w:w="2880"/>
          </w:tcPr>
          <w:p>
            <w:r>
              <w:t>11</w:t>
            </w:r>
          </w:p>
        </w:tc>
      </w:tr>
      <w:tr>
        <w:tc>
          <w:tcPr>
            <w:tcW w:type="dxa" w:w="2880"/>
          </w:tcPr>
          <w:p>
            <w:r>
              <w:t>2024-05-01</w:t>
            </w:r>
          </w:p>
        </w:tc>
        <w:tc>
          <w:tcPr>
            <w:tcW w:type="dxa" w:w="2880"/>
          </w:tcPr>
          <w:p>
            <w:r>
              <w:t>burst</w:t>
            </w:r>
          </w:p>
        </w:tc>
        <w:tc>
          <w:tcPr>
            <w:tcW w:type="dxa" w:w="2880"/>
          </w:tcPr>
          <w:p>
            <w:r>
              <w:t>8</w:t>
            </w:r>
          </w:p>
        </w:tc>
      </w:tr>
      <w:tr>
        <w:tc>
          <w:tcPr>
            <w:tcW w:type="dxa" w:w="2880"/>
          </w:tcPr>
          <w:p>
            <w:r>
              <w:t>2024-05-01</w:t>
            </w:r>
          </w:p>
        </w:tc>
        <w:tc>
          <w:tcPr>
            <w:tcW w:type="dxa" w:w="2880"/>
          </w:tcPr>
          <w:p>
            <w:r>
              <w:t>joint failure</w:t>
            </w:r>
          </w:p>
        </w:tc>
        <w:tc>
          <w:tcPr>
            <w:tcW w:type="dxa" w:w="2880"/>
          </w:tcPr>
          <w:p>
            <w:r>
              <w:t>3</w:t>
            </w:r>
          </w:p>
        </w:tc>
      </w:tr>
      <w:tr>
        <w:tc>
          <w:tcPr>
            <w:tcW w:type="dxa" w:w="2880"/>
          </w:tcPr>
          <w:p>
            <w:r>
              <w:t>2024-05-01</w:t>
            </w:r>
          </w:p>
        </w:tc>
        <w:tc>
          <w:tcPr>
            <w:tcW w:type="dxa" w:w="2880"/>
          </w:tcPr>
          <w:p>
            <w:r>
              <w:t>valve leak</w:t>
            </w:r>
          </w:p>
        </w:tc>
        <w:tc>
          <w:tcPr>
            <w:tcW w:type="dxa" w:w="2880"/>
          </w:tcPr>
          <w:p>
            <w:r>
              <w:t>2</w:t>
            </w:r>
          </w:p>
        </w:tc>
      </w:tr>
      <w:tr>
        <w:tc>
          <w:tcPr>
            <w:tcW w:type="dxa" w:w="2880"/>
          </w:tcPr>
          <w:p>
            <w:r>
              <w:t>2024-06-01</w:t>
            </w:r>
          </w:p>
        </w:tc>
        <w:tc>
          <w:tcPr>
            <w:tcW w:type="dxa" w:w="2880"/>
          </w:tcPr>
          <w:p>
            <w:r>
              <w:t>leak</w:t>
            </w:r>
          </w:p>
        </w:tc>
        <w:tc>
          <w:tcPr>
            <w:tcW w:type="dxa" w:w="2880"/>
          </w:tcPr>
          <w:p>
            <w:r>
              <w:t>19</w:t>
            </w:r>
          </w:p>
        </w:tc>
      </w:tr>
      <w:tr>
        <w:tc>
          <w:tcPr>
            <w:tcW w:type="dxa" w:w="2880"/>
          </w:tcPr>
          <w:p>
            <w:r>
              <w:t>2024-06-01</w:t>
            </w:r>
          </w:p>
        </w:tc>
        <w:tc>
          <w:tcPr>
            <w:tcW w:type="dxa" w:w="2880"/>
          </w:tcPr>
          <w:p>
            <w:r>
              <w:t>burst</w:t>
            </w:r>
          </w:p>
        </w:tc>
        <w:tc>
          <w:tcPr>
            <w:tcW w:type="dxa" w:w="2880"/>
          </w:tcPr>
          <w:p>
            <w:r>
              <w:t>12</w:t>
            </w:r>
          </w:p>
        </w:tc>
      </w:tr>
      <w:tr>
        <w:tc>
          <w:tcPr>
            <w:tcW w:type="dxa" w:w="2880"/>
          </w:tcPr>
          <w:p>
            <w:r>
              <w:t>2024-06-01</w:t>
            </w:r>
          </w:p>
        </w:tc>
        <w:tc>
          <w:tcPr>
            <w:tcW w:type="dxa" w:w="2880"/>
          </w:tcPr>
          <w:p>
            <w:r>
              <w:t>joint failure</w:t>
            </w:r>
          </w:p>
        </w:tc>
        <w:tc>
          <w:tcPr>
            <w:tcW w:type="dxa" w:w="2880"/>
          </w:tcPr>
          <w:p>
            <w:r>
              <w:t>10</w:t>
            </w:r>
          </w:p>
        </w:tc>
      </w:tr>
      <w:tr>
        <w:tc>
          <w:tcPr>
            <w:tcW w:type="dxa" w:w="2880"/>
          </w:tcPr>
          <w:p>
            <w:r>
              <w:t>2024-06-01</w:t>
            </w:r>
          </w:p>
        </w:tc>
        <w:tc>
          <w:tcPr>
            <w:tcW w:type="dxa" w:w="2880"/>
          </w:tcPr>
          <w:p>
            <w:r>
              <w:t>valve leak</w:t>
            </w:r>
          </w:p>
        </w:tc>
        <w:tc>
          <w:tcPr>
            <w:tcW w:type="dxa" w:w="2880"/>
          </w:tcPr>
          <w:p>
            <w:r>
              <w:t>3</w:t>
            </w:r>
          </w:p>
        </w:tc>
      </w:tr>
      <w:tr>
        <w:tc>
          <w:tcPr>
            <w:tcW w:type="dxa" w:w="2880"/>
          </w:tcPr>
          <w:p>
            <w:r>
              <w:t>2024-07-01</w:t>
            </w:r>
          </w:p>
        </w:tc>
        <w:tc>
          <w:tcPr>
            <w:tcW w:type="dxa" w:w="2880"/>
          </w:tcPr>
          <w:p>
            <w:r>
              <w:t>leak</w:t>
            </w:r>
          </w:p>
        </w:tc>
        <w:tc>
          <w:tcPr>
            <w:tcW w:type="dxa" w:w="2880"/>
          </w:tcPr>
          <w:p>
            <w:r>
              <w:t>14</w:t>
            </w:r>
          </w:p>
        </w:tc>
      </w:tr>
      <w:tr>
        <w:tc>
          <w:tcPr>
            <w:tcW w:type="dxa" w:w="2880"/>
          </w:tcPr>
          <w:p>
            <w:r>
              <w:t>2024-07-01</w:t>
            </w:r>
          </w:p>
        </w:tc>
        <w:tc>
          <w:tcPr>
            <w:tcW w:type="dxa" w:w="2880"/>
          </w:tcPr>
          <w:p>
            <w:r>
              <w:t>burst</w:t>
            </w:r>
          </w:p>
        </w:tc>
        <w:tc>
          <w:tcPr>
            <w:tcW w:type="dxa" w:w="2880"/>
          </w:tcPr>
          <w:p>
            <w:r>
              <w:t>14</w:t>
            </w:r>
          </w:p>
        </w:tc>
      </w:tr>
      <w:tr>
        <w:tc>
          <w:tcPr>
            <w:tcW w:type="dxa" w:w="2880"/>
          </w:tcPr>
          <w:p>
            <w:r>
              <w:t>2024-07-01</w:t>
            </w:r>
          </w:p>
        </w:tc>
        <w:tc>
          <w:tcPr>
            <w:tcW w:type="dxa" w:w="2880"/>
          </w:tcPr>
          <w:p>
            <w:r>
              <w:t>joint failure</w:t>
            </w:r>
          </w:p>
        </w:tc>
        <w:tc>
          <w:tcPr>
            <w:tcW w:type="dxa" w:w="2880"/>
          </w:tcPr>
          <w:p>
            <w:r>
              <w:t>6</w:t>
            </w:r>
          </w:p>
        </w:tc>
      </w:tr>
      <w:tr>
        <w:tc>
          <w:tcPr>
            <w:tcW w:type="dxa" w:w="2880"/>
          </w:tcPr>
          <w:p>
            <w:r>
              <w:t>2024-07-01</w:t>
            </w:r>
          </w:p>
        </w:tc>
        <w:tc>
          <w:tcPr>
            <w:tcW w:type="dxa" w:w="2880"/>
          </w:tcPr>
          <w:p>
            <w:r>
              <w:t>valve leak</w:t>
            </w:r>
          </w:p>
        </w:tc>
        <w:tc>
          <w:tcPr>
            <w:tcW w:type="dxa" w:w="2880"/>
          </w:tcPr>
          <w:p>
            <w:r>
              <w:t>2</w:t>
            </w:r>
          </w:p>
        </w:tc>
      </w:tr>
      <w:tr>
        <w:tc>
          <w:tcPr>
            <w:tcW w:type="dxa" w:w="2880"/>
          </w:tcPr>
          <w:p>
            <w:r>
              <w:t>2024-08-01</w:t>
            </w:r>
          </w:p>
        </w:tc>
        <w:tc>
          <w:tcPr>
            <w:tcW w:type="dxa" w:w="2880"/>
          </w:tcPr>
          <w:p>
            <w:r>
              <w:t>leak</w:t>
            </w:r>
          </w:p>
        </w:tc>
        <w:tc>
          <w:tcPr>
            <w:tcW w:type="dxa" w:w="2880"/>
          </w:tcPr>
          <w:p>
            <w:r>
              <w:t>13</w:t>
            </w:r>
          </w:p>
        </w:tc>
      </w:tr>
      <w:tr>
        <w:tc>
          <w:tcPr>
            <w:tcW w:type="dxa" w:w="2880"/>
          </w:tcPr>
          <w:p>
            <w:r>
              <w:t>2024-08-01</w:t>
            </w:r>
          </w:p>
        </w:tc>
        <w:tc>
          <w:tcPr>
            <w:tcW w:type="dxa" w:w="2880"/>
          </w:tcPr>
          <w:p>
            <w:r>
              <w:t>burst</w:t>
            </w:r>
          </w:p>
        </w:tc>
        <w:tc>
          <w:tcPr>
            <w:tcW w:type="dxa" w:w="2880"/>
          </w:tcPr>
          <w:p>
            <w:r>
              <w:t>14</w:t>
            </w:r>
          </w:p>
        </w:tc>
      </w:tr>
      <w:tr>
        <w:tc>
          <w:tcPr>
            <w:tcW w:type="dxa" w:w="2880"/>
          </w:tcPr>
          <w:p>
            <w:r>
              <w:t>2024-08-01</w:t>
            </w:r>
          </w:p>
        </w:tc>
        <w:tc>
          <w:tcPr>
            <w:tcW w:type="dxa" w:w="2880"/>
          </w:tcPr>
          <w:p>
            <w:r>
              <w:t>joint failure</w:t>
            </w:r>
          </w:p>
        </w:tc>
        <w:tc>
          <w:tcPr>
            <w:tcW w:type="dxa" w:w="2880"/>
          </w:tcPr>
          <w:p>
            <w:r>
              <w:t>3</w:t>
            </w:r>
          </w:p>
        </w:tc>
      </w:tr>
      <w:tr>
        <w:tc>
          <w:tcPr>
            <w:tcW w:type="dxa" w:w="2880"/>
          </w:tcPr>
          <w:p>
            <w:r>
              <w:t>2024-08-01</w:t>
            </w:r>
          </w:p>
        </w:tc>
        <w:tc>
          <w:tcPr>
            <w:tcW w:type="dxa" w:w="2880"/>
          </w:tcPr>
          <w:p>
            <w:r>
              <w:t>valve leak</w:t>
            </w:r>
          </w:p>
        </w:tc>
        <w:tc>
          <w:tcPr>
            <w:tcW w:type="dxa" w:w="2880"/>
          </w:tcPr>
          <w:p>
            <w:r>
              <w:t>2</w:t>
            </w:r>
          </w:p>
        </w:tc>
      </w:tr>
      <w:tr>
        <w:tc>
          <w:tcPr>
            <w:tcW w:type="dxa" w:w="2880"/>
          </w:tcPr>
          <w:p>
            <w:r>
              <w:t>2024-09-01</w:t>
            </w:r>
          </w:p>
        </w:tc>
        <w:tc>
          <w:tcPr>
            <w:tcW w:type="dxa" w:w="2880"/>
          </w:tcPr>
          <w:p>
            <w:r>
              <w:t>leak</w:t>
            </w:r>
          </w:p>
        </w:tc>
        <w:tc>
          <w:tcPr>
            <w:tcW w:type="dxa" w:w="2880"/>
          </w:tcPr>
          <w:p>
            <w:r>
              <w:t>16</w:t>
            </w:r>
          </w:p>
        </w:tc>
      </w:tr>
      <w:tr>
        <w:tc>
          <w:tcPr>
            <w:tcW w:type="dxa" w:w="2880"/>
          </w:tcPr>
          <w:p>
            <w:r>
              <w:t>2024-09-01</w:t>
            </w:r>
          </w:p>
        </w:tc>
        <w:tc>
          <w:tcPr>
            <w:tcW w:type="dxa" w:w="2880"/>
          </w:tcPr>
          <w:p>
            <w:r>
              <w:t>burst</w:t>
            </w:r>
          </w:p>
        </w:tc>
        <w:tc>
          <w:tcPr>
            <w:tcW w:type="dxa" w:w="2880"/>
          </w:tcPr>
          <w:p>
            <w:r>
              <w:t>11</w:t>
            </w:r>
          </w:p>
        </w:tc>
      </w:tr>
      <w:tr>
        <w:tc>
          <w:tcPr>
            <w:tcW w:type="dxa" w:w="2880"/>
          </w:tcPr>
          <w:p>
            <w:r>
              <w:t>2024-09-01</w:t>
            </w:r>
          </w:p>
        </w:tc>
        <w:tc>
          <w:tcPr>
            <w:tcW w:type="dxa" w:w="2880"/>
          </w:tcPr>
          <w:p>
            <w:r>
              <w:t>joint failure</w:t>
            </w:r>
          </w:p>
        </w:tc>
        <w:tc>
          <w:tcPr>
            <w:tcW w:type="dxa" w:w="2880"/>
          </w:tcPr>
          <w:p>
            <w:r>
              <w:t>5</w:t>
            </w:r>
          </w:p>
        </w:tc>
      </w:tr>
      <w:tr>
        <w:tc>
          <w:tcPr>
            <w:tcW w:type="dxa" w:w="2880"/>
          </w:tcPr>
          <w:p>
            <w:r>
              <w:t>2024-09-01</w:t>
            </w:r>
          </w:p>
        </w:tc>
        <w:tc>
          <w:tcPr>
            <w:tcW w:type="dxa" w:w="2880"/>
          </w:tcPr>
          <w:p>
            <w:r>
              <w:t>valve leak</w:t>
            </w:r>
          </w:p>
        </w:tc>
        <w:tc>
          <w:tcPr>
            <w:tcW w:type="dxa" w:w="2880"/>
          </w:tcPr>
          <w:p>
            <w:r>
              <w:t>1</w:t>
            </w:r>
          </w:p>
        </w:tc>
      </w:tr>
      <w:tr>
        <w:tc>
          <w:tcPr>
            <w:tcW w:type="dxa" w:w="2880"/>
          </w:tcPr>
          <w:p>
            <w:r>
              <w:t>2024-10-01</w:t>
            </w:r>
          </w:p>
        </w:tc>
        <w:tc>
          <w:tcPr>
            <w:tcW w:type="dxa" w:w="2880"/>
          </w:tcPr>
          <w:p>
            <w:r>
              <w:t>leak</w:t>
            </w:r>
          </w:p>
        </w:tc>
        <w:tc>
          <w:tcPr>
            <w:tcW w:type="dxa" w:w="2880"/>
          </w:tcPr>
          <w:p>
            <w:r>
              <w:t>15</w:t>
            </w:r>
          </w:p>
        </w:tc>
      </w:tr>
      <w:tr>
        <w:tc>
          <w:tcPr>
            <w:tcW w:type="dxa" w:w="2880"/>
          </w:tcPr>
          <w:p>
            <w:r>
              <w:t>2024-10-01</w:t>
            </w:r>
          </w:p>
        </w:tc>
        <w:tc>
          <w:tcPr>
            <w:tcW w:type="dxa" w:w="2880"/>
          </w:tcPr>
          <w:p>
            <w:r>
              <w:t>burst</w:t>
            </w:r>
          </w:p>
        </w:tc>
        <w:tc>
          <w:tcPr>
            <w:tcW w:type="dxa" w:w="2880"/>
          </w:tcPr>
          <w:p>
            <w:r>
              <w:t>11</w:t>
            </w:r>
          </w:p>
        </w:tc>
      </w:tr>
      <w:tr>
        <w:tc>
          <w:tcPr>
            <w:tcW w:type="dxa" w:w="2880"/>
          </w:tcPr>
          <w:p>
            <w:r>
              <w:t>2024-10-01</w:t>
            </w:r>
          </w:p>
        </w:tc>
        <w:tc>
          <w:tcPr>
            <w:tcW w:type="dxa" w:w="2880"/>
          </w:tcPr>
          <w:p>
            <w:r>
              <w:t>joint failure</w:t>
            </w:r>
          </w:p>
        </w:tc>
        <w:tc>
          <w:tcPr>
            <w:tcW w:type="dxa" w:w="2880"/>
          </w:tcPr>
          <w:p>
            <w:r>
              <w:t>6</w:t>
            </w:r>
          </w:p>
        </w:tc>
      </w:tr>
      <w:tr>
        <w:tc>
          <w:tcPr>
            <w:tcW w:type="dxa" w:w="2880"/>
          </w:tcPr>
          <w:p>
            <w:r>
              <w:t>2024-10-01</w:t>
            </w:r>
          </w:p>
        </w:tc>
        <w:tc>
          <w:tcPr>
            <w:tcW w:type="dxa" w:w="2880"/>
          </w:tcPr>
          <w:p>
            <w:r>
              <w:t>valve leak</w:t>
            </w:r>
          </w:p>
        </w:tc>
        <w:tc>
          <w:tcPr>
            <w:tcW w:type="dxa" w:w="2880"/>
          </w:tcPr>
          <w:p>
            <w:r>
              <w:t>0</w:t>
            </w:r>
          </w:p>
        </w:tc>
      </w:tr>
      <w:tr>
        <w:tc>
          <w:tcPr>
            <w:tcW w:type="dxa" w:w="2880"/>
          </w:tcPr>
          <w:p>
            <w:r>
              <w:t>2024-11-01</w:t>
            </w:r>
          </w:p>
        </w:tc>
        <w:tc>
          <w:tcPr>
            <w:tcW w:type="dxa" w:w="2880"/>
          </w:tcPr>
          <w:p>
            <w:r>
              <w:t>leak</w:t>
            </w:r>
          </w:p>
        </w:tc>
        <w:tc>
          <w:tcPr>
            <w:tcW w:type="dxa" w:w="2880"/>
          </w:tcPr>
          <w:p>
            <w:r>
              <w:t>6</w:t>
            </w:r>
          </w:p>
        </w:tc>
      </w:tr>
      <w:tr>
        <w:tc>
          <w:tcPr>
            <w:tcW w:type="dxa" w:w="2880"/>
          </w:tcPr>
          <w:p>
            <w:r>
              <w:t>2024-11-01</w:t>
            </w:r>
          </w:p>
        </w:tc>
        <w:tc>
          <w:tcPr>
            <w:tcW w:type="dxa" w:w="2880"/>
          </w:tcPr>
          <w:p>
            <w:r>
              <w:t>burst</w:t>
            </w:r>
          </w:p>
        </w:tc>
        <w:tc>
          <w:tcPr>
            <w:tcW w:type="dxa" w:w="2880"/>
          </w:tcPr>
          <w:p>
            <w:r>
              <w:t>5</w:t>
            </w:r>
          </w:p>
        </w:tc>
      </w:tr>
      <w:tr>
        <w:tc>
          <w:tcPr>
            <w:tcW w:type="dxa" w:w="2880"/>
          </w:tcPr>
          <w:p>
            <w:r>
              <w:t>2024-11-01</w:t>
            </w:r>
          </w:p>
        </w:tc>
        <w:tc>
          <w:tcPr>
            <w:tcW w:type="dxa" w:w="2880"/>
          </w:tcPr>
          <w:p>
            <w:r>
              <w:t>joint failure</w:t>
            </w:r>
          </w:p>
        </w:tc>
        <w:tc>
          <w:tcPr>
            <w:tcW w:type="dxa" w:w="2880"/>
          </w:tcPr>
          <w:p>
            <w:r>
              <w:t>3</w:t>
            </w:r>
          </w:p>
        </w:tc>
      </w:tr>
      <w:tr>
        <w:tc>
          <w:tcPr>
            <w:tcW w:type="dxa" w:w="2880"/>
          </w:tcPr>
          <w:p>
            <w:r>
              <w:t>2024-11-01</w:t>
            </w:r>
          </w:p>
        </w:tc>
        <w:tc>
          <w:tcPr>
            <w:tcW w:type="dxa" w:w="2880"/>
          </w:tcPr>
          <w:p>
            <w:r>
              <w:t>valve leak</w:t>
            </w:r>
          </w:p>
        </w:tc>
        <w:tc>
          <w:tcPr>
            <w:tcW w:type="dxa" w:w="2880"/>
          </w:tcPr>
          <w:p>
            <w:r>
              <w:t>0</w:t>
            </w:r>
          </w:p>
        </w:tc>
      </w:tr>
      <w:tr>
        <w:tc>
          <w:tcPr>
            <w:tcW w:type="dxa" w:w="2880"/>
          </w:tcPr>
          <w:p>
            <w:r>
              <w:t>2024-12-01</w:t>
            </w:r>
          </w:p>
        </w:tc>
        <w:tc>
          <w:tcPr>
            <w:tcW w:type="dxa" w:w="2880"/>
          </w:tcPr>
          <w:p>
            <w:r>
              <w:t>leak</w:t>
            </w:r>
          </w:p>
        </w:tc>
        <w:tc>
          <w:tcPr>
            <w:tcW w:type="dxa" w:w="2880"/>
          </w:tcPr>
          <w:p>
            <w:r>
              <w:t>11</w:t>
            </w:r>
          </w:p>
        </w:tc>
      </w:tr>
      <w:tr>
        <w:tc>
          <w:tcPr>
            <w:tcW w:type="dxa" w:w="2880"/>
          </w:tcPr>
          <w:p>
            <w:r>
              <w:t>2024-12-01</w:t>
            </w:r>
          </w:p>
        </w:tc>
        <w:tc>
          <w:tcPr>
            <w:tcW w:type="dxa" w:w="2880"/>
          </w:tcPr>
          <w:p>
            <w:r>
              <w:t>burst</w:t>
            </w:r>
          </w:p>
        </w:tc>
        <w:tc>
          <w:tcPr>
            <w:tcW w:type="dxa" w:w="2880"/>
          </w:tcPr>
          <w:p>
            <w:r>
              <w:t>1</w:t>
            </w:r>
          </w:p>
        </w:tc>
      </w:tr>
      <w:tr>
        <w:tc>
          <w:tcPr>
            <w:tcW w:type="dxa" w:w="2880"/>
          </w:tcPr>
          <w:p>
            <w:r>
              <w:t>2024-12-01</w:t>
            </w:r>
          </w:p>
        </w:tc>
        <w:tc>
          <w:tcPr>
            <w:tcW w:type="dxa" w:w="2880"/>
          </w:tcPr>
          <w:p>
            <w:r>
              <w:t>joint failure</w:t>
            </w:r>
          </w:p>
        </w:tc>
        <w:tc>
          <w:tcPr>
            <w:tcW w:type="dxa" w:w="2880"/>
          </w:tcPr>
          <w:p>
            <w:r>
              <w:t>1</w:t>
            </w:r>
          </w:p>
        </w:tc>
      </w:tr>
      <w:tr>
        <w:tc>
          <w:tcPr>
            <w:tcW w:type="dxa" w:w="2880"/>
          </w:tcPr>
          <w:p>
            <w:r>
              <w:t>2024-12-01</w:t>
            </w:r>
          </w:p>
        </w:tc>
        <w:tc>
          <w:tcPr>
            <w:tcW w:type="dxa" w:w="2880"/>
          </w:tcPr>
          <w:p>
            <w:r>
              <w:t>valve leak</w:t>
            </w:r>
          </w:p>
        </w:tc>
        <w:tc>
          <w:tcPr>
            <w:tcW w:type="dxa" w:w="2880"/>
          </w:tcPr>
          <w:p>
            <w:r>
              <w:t>1</w:t>
            </w:r>
          </w:p>
        </w:tc>
      </w:tr>
      <w:tr>
        <w:tc>
          <w:tcPr>
            <w:tcW w:type="dxa" w:w="2880"/>
          </w:tcPr>
          <w:p>
            <w:r>
              <w:t>2025-01-01</w:t>
            </w:r>
          </w:p>
        </w:tc>
        <w:tc>
          <w:tcPr>
            <w:tcW w:type="dxa" w:w="2880"/>
          </w:tcPr>
          <w:p>
            <w:r>
              <w:t>leak</w:t>
            </w:r>
          </w:p>
        </w:tc>
        <w:tc>
          <w:tcPr>
            <w:tcW w:type="dxa" w:w="2880"/>
          </w:tcPr>
          <w:p>
            <w:r>
              <w:t>3</w:t>
            </w:r>
          </w:p>
        </w:tc>
      </w:tr>
      <w:tr>
        <w:tc>
          <w:tcPr>
            <w:tcW w:type="dxa" w:w="2880"/>
          </w:tcPr>
          <w:p>
            <w:r>
              <w:t>2025-01-01</w:t>
            </w:r>
          </w:p>
        </w:tc>
        <w:tc>
          <w:tcPr>
            <w:tcW w:type="dxa" w:w="2880"/>
          </w:tcPr>
          <w:p>
            <w:r>
              <w:t>burst</w:t>
            </w:r>
          </w:p>
        </w:tc>
        <w:tc>
          <w:tcPr>
            <w:tcW w:type="dxa" w:w="2880"/>
          </w:tcPr>
          <w:p>
            <w:r>
              <w:t>4</w:t>
            </w:r>
          </w:p>
        </w:tc>
      </w:tr>
      <w:tr>
        <w:tc>
          <w:tcPr>
            <w:tcW w:type="dxa" w:w="2880"/>
          </w:tcPr>
          <w:p>
            <w:r>
              <w:t>2025-01-01</w:t>
            </w:r>
          </w:p>
        </w:tc>
        <w:tc>
          <w:tcPr>
            <w:tcW w:type="dxa" w:w="2880"/>
          </w:tcPr>
          <w:p>
            <w:r>
              <w:t>joint failure</w:t>
            </w:r>
          </w:p>
        </w:tc>
        <w:tc>
          <w:tcPr>
            <w:tcW w:type="dxa" w:w="2880"/>
          </w:tcPr>
          <w:p>
            <w:r>
              <w:t>2</w:t>
            </w:r>
          </w:p>
        </w:tc>
      </w:tr>
      <w:tr>
        <w:tc>
          <w:tcPr>
            <w:tcW w:type="dxa" w:w="2880"/>
          </w:tcPr>
          <w:p>
            <w:r>
              <w:t>2025-01-01</w:t>
            </w:r>
          </w:p>
        </w:tc>
        <w:tc>
          <w:tcPr>
            <w:tcW w:type="dxa" w:w="2880"/>
          </w:tcPr>
          <w:p>
            <w:r>
              <w:t>valve leak</w:t>
            </w:r>
          </w:p>
        </w:tc>
        <w:tc>
          <w:tcPr>
            <w:tcW w:type="dxa" w:w="2880"/>
          </w:tcPr>
          <w:p>
            <w:r>
              <w:t>0</w:t>
            </w:r>
          </w:p>
        </w:tc>
      </w:tr>
      <w:tr>
        <w:tc>
          <w:tcPr>
            <w:tcW w:type="dxa" w:w="2880"/>
          </w:tcPr>
          <w:p>
            <w:r>
              <w:t>2025-02-01</w:t>
            </w:r>
          </w:p>
        </w:tc>
        <w:tc>
          <w:tcPr>
            <w:tcW w:type="dxa" w:w="2880"/>
          </w:tcPr>
          <w:p>
            <w:r>
              <w:t>leak</w:t>
            </w:r>
          </w:p>
        </w:tc>
        <w:tc>
          <w:tcPr>
            <w:tcW w:type="dxa" w:w="2880"/>
          </w:tcPr>
          <w:p>
            <w:r>
              <w:t>7</w:t>
            </w:r>
          </w:p>
        </w:tc>
      </w:tr>
      <w:tr>
        <w:tc>
          <w:tcPr>
            <w:tcW w:type="dxa" w:w="2880"/>
          </w:tcPr>
          <w:p>
            <w:r>
              <w:t>2025-02-01</w:t>
            </w:r>
          </w:p>
        </w:tc>
        <w:tc>
          <w:tcPr>
            <w:tcW w:type="dxa" w:w="2880"/>
          </w:tcPr>
          <w:p>
            <w:r>
              <w:t>burst</w:t>
            </w:r>
          </w:p>
        </w:tc>
        <w:tc>
          <w:tcPr>
            <w:tcW w:type="dxa" w:w="2880"/>
          </w:tcPr>
          <w:p>
            <w:r>
              <w:t>5</w:t>
            </w:r>
          </w:p>
        </w:tc>
      </w:tr>
      <w:tr>
        <w:tc>
          <w:tcPr>
            <w:tcW w:type="dxa" w:w="2880"/>
          </w:tcPr>
          <w:p>
            <w:r>
              <w:t>2025-02-01</w:t>
            </w:r>
          </w:p>
        </w:tc>
        <w:tc>
          <w:tcPr>
            <w:tcW w:type="dxa" w:w="2880"/>
          </w:tcPr>
          <w:p>
            <w:r>
              <w:t>joint failure</w:t>
            </w:r>
          </w:p>
        </w:tc>
        <w:tc>
          <w:tcPr>
            <w:tcW w:type="dxa" w:w="2880"/>
          </w:tcPr>
          <w:p>
            <w:r>
              <w:t>2</w:t>
            </w:r>
          </w:p>
        </w:tc>
      </w:tr>
      <w:tr>
        <w:tc>
          <w:tcPr>
            <w:tcW w:type="dxa" w:w="2880"/>
          </w:tcPr>
          <w:p>
            <w:r>
              <w:t>2025-02-01</w:t>
            </w:r>
          </w:p>
        </w:tc>
        <w:tc>
          <w:tcPr>
            <w:tcW w:type="dxa" w:w="2880"/>
          </w:tcPr>
          <w:p>
            <w:r>
              <w:t>valve leak</w:t>
            </w:r>
          </w:p>
        </w:tc>
        <w:tc>
          <w:tcPr>
            <w:tcW w:type="dxa" w:w="2880"/>
          </w:tcPr>
          <w:p>
            <w:r>
              <w:t>3</w:t>
            </w:r>
          </w:p>
        </w:tc>
      </w:tr>
      <w:tr>
        <w:tc>
          <w:tcPr>
            <w:tcW w:type="dxa" w:w="2880"/>
          </w:tcPr>
          <w:p>
            <w:r>
              <w:t>2025-03-01</w:t>
            </w:r>
          </w:p>
        </w:tc>
        <w:tc>
          <w:tcPr>
            <w:tcW w:type="dxa" w:w="2880"/>
          </w:tcPr>
          <w:p>
            <w:r>
              <w:t>leak</w:t>
            </w:r>
          </w:p>
        </w:tc>
        <w:tc>
          <w:tcPr>
            <w:tcW w:type="dxa" w:w="2880"/>
          </w:tcPr>
          <w:p>
            <w:r>
              <w:t>14</w:t>
            </w:r>
          </w:p>
        </w:tc>
      </w:tr>
      <w:tr>
        <w:tc>
          <w:tcPr>
            <w:tcW w:type="dxa" w:w="2880"/>
          </w:tcPr>
          <w:p>
            <w:r>
              <w:t>2025-03-01</w:t>
            </w:r>
          </w:p>
        </w:tc>
        <w:tc>
          <w:tcPr>
            <w:tcW w:type="dxa" w:w="2880"/>
          </w:tcPr>
          <w:p>
            <w:r>
              <w:t>burst</w:t>
            </w:r>
          </w:p>
        </w:tc>
        <w:tc>
          <w:tcPr>
            <w:tcW w:type="dxa" w:w="2880"/>
          </w:tcPr>
          <w:p>
            <w:r>
              <w:t>5</w:t>
            </w:r>
          </w:p>
        </w:tc>
      </w:tr>
      <w:tr>
        <w:tc>
          <w:tcPr>
            <w:tcW w:type="dxa" w:w="2880"/>
          </w:tcPr>
          <w:p>
            <w:r>
              <w:t>2025-03-01</w:t>
            </w:r>
          </w:p>
        </w:tc>
        <w:tc>
          <w:tcPr>
            <w:tcW w:type="dxa" w:w="2880"/>
          </w:tcPr>
          <w:p>
            <w:r>
              <w:t>joint failure</w:t>
            </w:r>
          </w:p>
        </w:tc>
        <w:tc>
          <w:tcPr>
            <w:tcW w:type="dxa" w:w="2880"/>
          </w:tcPr>
          <w:p>
            <w:r>
              <w:t>6</w:t>
            </w:r>
          </w:p>
        </w:tc>
      </w:tr>
      <w:tr>
        <w:tc>
          <w:tcPr>
            <w:tcW w:type="dxa" w:w="2880"/>
          </w:tcPr>
          <w:p>
            <w:r>
              <w:t>2025-03-01</w:t>
            </w:r>
          </w:p>
        </w:tc>
        <w:tc>
          <w:tcPr>
            <w:tcW w:type="dxa" w:w="2880"/>
          </w:tcPr>
          <w:p>
            <w:r>
              <w:t>valve leak</w:t>
            </w:r>
          </w:p>
        </w:tc>
        <w:tc>
          <w:tcPr>
            <w:tcW w:type="dxa" w:w="2880"/>
          </w:tcPr>
          <w:p>
            <w:r>
              <w:t>1</w:t>
            </w:r>
          </w:p>
        </w:tc>
      </w:tr>
      <w:tr>
        <w:tc>
          <w:tcPr>
            <w:tcW w:type="dxa" w:w="2880"/>
          </w:tcPr>
          <w:p>
            <w:r>
              <w:t>2025-04-01</w:t>
            </w:r>
          </w:p>
        </w:tc>
        <w:tc>
          <w:tcPr>
            <w:tcW w:type="dxa" w:w="2880"/>
          </w:tcPr>
          <w:p>
            <w:r>
              <w:t>leak</w:t>
            </w:r>
          </w:p>
        </w:tc>
        <w:tc>
          <w:tcPr>
            <w:tcW w:type="dxa" w:w="2880"/>
          </w:tcPr>
          <w:p>
            <w:r>
              <w:t>9</w:t>
            </w:r>
          </w:p>
        </w:tc>
      </w:tr>
      <w:tr>
        <w:tc>
          <w:tcPr>
            <w:tcW w:type="dxa" w:w="2880"/>
          </w:tcPr>
          <w:p>
            <w:r>
              <w:t>2025-04-01</w:t>
            </w:r>
          </w:p>
        </w:tc>
        <w:tc>
          <w:tcPr>
            <w:tcW w:type="dxa" w:w="2880"/>
          </w:tcPr>
          <w:p>
            <w:r>
              <w:t>burst</w:t>
            </w:r>
          </w:p>
        </w:tc>
        <w:tc>
          <w:tcPr>
            <w:tcW w:type="dxa" w:w="2880"/>
          </w:tcPr>
          <w:p>
            <w:r>
              <w:t>6</w:t>
            </w:r>
          </w:p>
        </w:tc>
      </w:tr>
      <w:tr>
        <w:tc>
          <w:tcPr>
            <w:tcW w:type="dxa" w:w="2880"/>
          </w:tcPr>
          <w:p>
            <w:r>
              <w:t>2025-04-01</w:t>
            </w:r>
          </w:p>
        </w:tc>
        <w:tc>
          <w:tcPr>
            <w:tcW w:type="dxa" w:w="2880"/>
          </w:tcPr>
          <w:p>
            <w:r>
              <w:t>joint failure</w:t>
            </w:r>
          </w:p>
        </w:tc>
        <w:tc>
          <w:tcPr>
            <w:tcW w:type="dxa" w:w="2880"/>
          </w:tcPr>
          <w:p>
            <w:r>
              <w:t>5</w:t>
            </w:r>
          </w:p>
        </w:tc>
      </w:tr>
      <w:tr>
        <w:tc>
          <w:tcPr>
            <w:tcW w:type="dxa" w:w="2880"/>
          </w:tcPr>
          <w:p>
            <w:r>
              <w:t>2025-04-01</w:t>
            </w:r>
          </w:p>
        </w:tc>
        <w:tc>
          <w:tcPr>
            <w:tcW w:type="dxa" w:w="2880"/>
          </w:tcPr>
          <w:p>
            <w:r>
              <w:t>valve leak</w:t>
            </w:r>
          </w:p>
        </w:tc>
        <w:tc>
          <w:tcPr>
            <w:tcW w:type="dxa" w:w="2880"/>
          </w:tcPr>
          <w:p>
            <w:r>
              <w:t>2</w:t>
            </w:r>
          </w:p>
        </w:tc>
      </w:tr>
      <w:tr>
        <w:tc>
          <w:tcPr>
            <w:tcW w:type="dxa" w:w="2880"/>
          </w:tcPr>
          <w:p>
            <w:r>
              <w:t>2025-05-01</w:t>
            </w:r>
          </w:p>
        </w:tc>
        <w:tc>
          <w:tcPr>
            <w:tcW w:type="dxa" w:w="2880"/>
          </w:tcPr>
          <w:p>
            <w:r>
              <w:t>leak</w:t>
            </w:r>
          </w:p>
        </w:tc>
        <w:tc>
          <w:tcPr>
            <w:tcW w:type="dxa" w:w="2880"/>
          </w:tcPr>
          <w:p>
            <w:r>
              <w:t>8</w:t>
            </w:r>
          </w:p>
        </w:tc>
      </w:tr>
      <w:tr>
        <w:tc>
          <w:tcPr>
            <w:tcW w:type="dxa" w:w="2880"/>
          </w:tcPr>
          <w:p>
            <w:r>
              <w:t>2025-05-01</w:t>
            </w:r>
          </w:p>
        </w:tc>
        <w:tc>
          <w:tcPr>
            <w:tcW w:type="dxa" w:w="2880"/>
          </w:tcPr>
          <w:p>
            <w:r>
              <w:t>burst</w:t>
            </w:r>
          </w:p>
        </w:tc>
        <w:tc>
          <w:tcPr>
            <w:tcW w:type="dxa" w:w="2880"/>
          </w:tcPr>
          <w:p>
            <w:r>
              <w:t>11</w:t>
            </w:r>
          </w:p>
        </w:tc>
      </w:tr>
      <w:tr>
        <w:tc>
          <w:tcPr>
            <w:tcW w:type="dxa" w:w="2880"/>
          </w:tcPr>
          <w:p>
            <w:r>
              <w:t>2025-05-01</w:t>
            </w:r>
          </w:p>
        </w:tc>
        <w:tc>
          <w:tcPr>
            <w:tcW w:type="dxa" w:w="2880"/>
          </w:tcPr>
          <w:p>
            <w:r>
              <w:t>joint failure</w:t>
            </w:r>
          </w:p>
        </w:tc>
        <w:tc>
          <w:tcPr>
            <w:tcW w:type="dxa" w:w="2880"/>
          </w:tcPr>
          <w:p>
            <w:r>
              <w:t>8</w:t>
            </w:r>
          </w:p>
        </w:tc>
      </w:tr>
      <w:tr>
        <w:tc>
          <w:tcPr>
            <w:tcW w:type="dxa" w:w="2880"/>
          </w:tcPr>
          <w:p>
            <w:r>
              <w:t>2025-05-01</w:t>
            </w:r>
          </w:p>
        </w:tc>
        <w:tc>
          <w:tcPr>
            <w:tcW w:type="dxa" w:w="2880"/>
          </w:tcPr>
          <w:p>
            <w:r>
              <w:t>valve leak</w:t>
            </w:r>
          </w:p>
        </w:tc>
        <w:tc>
          <w:tcPr>
            <w:tcW w:type="dxa" w:w="2880"/>
          </w:tcPr>
          <w:p>
            <w:r>
              <w:t>0</w:t>
            </w:r>
          </w:p>
        </w:tc>
      </w:tr>
      <w:tr>
        <w:tc>
          <w:tcPr>
            <w:tcW w:type="dxa" w:w="2880"/>
          </w:tcPr>
          <w:p>
            <w:r>
              <w:t>2025-06-01</w:t>
            </w:r>
          </w:p>
        </w:tc>
        <w:tc>
          <w:tcPr>
            <w:tcW w:type="dxa" w:w="2880"/>
          </w:tcPr>
          <w:p>
            <w:r>
              <w:t>leak</w:t>
            </w:r>
          </w:p>
        </w:tc>
        <w:tc>
          <w:tcPr>
            <w:tcW w:type="dxa" w:w="2880"/>
          </w:tcPr>
          <w:p>
            <w:r>
              <w:t>13</w:t>
            </w:r>
          </w:p>
        </w:tc>
      </w:tr>
      <w:tr>
        <w:tc>
          <w:tcPr>
            <w:tcW w:type="dxa" w:w="2880"/>
          </w:tcPr>
          <w:p>
            <w:r>
              <w:t>2025-06-01</w:t>
            </w:r>
          </w:p>
        </w:tc>
        <w:tc>
          <w:tcPr>
            <w:tcW w:type="dxa" w:w="2880"/>
          </w:tcPr>
          <w:p>
            <w:r>
              <w:t>burst</w:t>
            </w:r>
          </w:p>
        </w:tc>
        <w:tc>
          <w:tcPr>
            <w:tcW w:type="dxa" w:w="2880"/>
          </w:tcPr>
          <w:p>
            <w:r>
              <w:t>7</w:t>
            </w:r>
          </w:p>
        </w:tc>
      </w:tr>
      <w:tr>
        <w:tc>
          <w:tcPr>
            <w:tcW w:type="dxa" w:w="2880"/>
          </w:tcPr>
          <w:p>
            <w:r>
              <w:t>2025-06-01</w:t>
            </w:r>
          </w:p>
        </w:tc>
        <w:tc>
          <w:tcPr>
            <w:tcW w:type="dxa" w:w="2880"/>
          </w:tcPr>
          <w:p>
            <w:r>
              <w:t>joint failure</w:t>
            </w:r>
          </w:p>
        </w:tc>
        <w:tc>
          <w:tcPr>
            <w:tcW w:type="dxa" w:w="2880"/>
          </w:tcPr>
          <w:p>
            <w:r>
              <w:t>6</w:t>
            </w:r>
          </w:p>
        </w:tc>
      </w:tr>
      <w:tr>
        <w:tc>
          <w:tcPr>
            <w:tcW w:type="dxa" w:w="2880"/>
          </w:tcPr>
          <w:p>
            <w:r>
              <w:t>2025-06-01</w:t>
            </w:r>
          </w:p>
        </w:tc>
        <w:tc>
          <w:tcPr>
            <w:tcW w:type="dxa" w:w="2880"/>
          </w:tcPr>
          <w:p>
            <w:r>
              <w:t>valve leak</w:t>
            </w:r>
          </w:p>
        </w:tc>
        <w:tc>
          <w:tcPr>
            <w:tcW w:type="dxa" w:w="2880"/>
          </w:tcPr>
          <w:p>
            <w:r>
              <w:t>3</w:t>
            </w:r>
          </w:p>
        </w:tc>
      </w:tr>
      <w:tr>
        <w:tc>
          <w:tcPr>
            <w:tcW w:type="dxa" w:w="2880"/>
          </w:tcPr>
          <w:p>
            <w:r>
              <w:t>2025-07-01</w:t>
            </w:r>
          </w:p>
        </w:tc>
        <w:tc>
          <w:tcPr>
            <w:tcW w:type="dxa" w:w="2880"/>
          </w:tcPr>
          <w:p>
            <w:r>
              <w:t>leak</w:t>
            </w:r>
          </w:p>
        </w:tc>
        <w:tc>
          <w:tcPr>
            <w:tcW w:type="dxa" w:w="2880"/>
          </w:tcPr>
          <w:p>
            <w:r>
              <w:t>28</w:t>
            </w:r>
          </w:p>
        </w:tc>
      </w:tr>
      <w:tr>
        <w:tc>
          <w:tcPr>
            <w:tcW w:type="dxa" w:w="2880"/>
          </w:tcPr>
          <w:p>
            <w:r>
              <w:t>2025-07-01</w:t>
            </w:r>
          </w:p>
        </w:tc>
        <w:tc>
          <w:tcPr>
            <w:tcW w:type="dxa" w:w="2880"/>
          </w:tcPr>
          <w:p>
            <w:r>
              <w:t>burst</w:t>
            </w:r>
          </w:p>
        </w:tc>
        <w:tc>
          <w:tcPr>
            <w:tcW w:type="dxa" w:w="2880"/>
          </w:tcPr>
          <w:p>
            <w:r>
              <w:t>4</w:t>
            </w:r>
          </w:p>
        </w:tc>
      </w:tr>
      <w:tr>
        <w:tc>
          <w:tcPr>
            <w:tcW w:type="dxa" w:w="2880"/>
          </w:tcPr>
          <w:p>
            <w:r>
              <w:t>2025-07-01</w:t>
            </w:r>
          </w:p>
        </w:tc>
        <w:tc>
          <w:tcPr>
            <w:tcW w:type="dxa" w:w="2880"/>
          </w:tcPr>
          <w:p>
            <w:r>
              <w:t>joint failure</w:t>
            </w:r>
          </w:p>
        </w:tc>
        <w:tc>
          <w:tcPr>
            <w:tcW w:type="dxa" w:w="2880"/>
          </w:tcPr>
          <w:p>
            <w:r>
              <w:t>4</w:t>
            </w:r>
          </w:p>
        </w:tc>
      </w:tr>
      <w:tr>
        <w:tc>
          <w:tcPr>
            <w:tcW w:type="dxa" w:w="2880"/>
          </w:tcPr>
          <w:p>
            <w:r>
              <w:t>2025-07-01</w:t>
            </w:r>
          </w:p>
        </w:tc>
        <w:tc>
          <w:tcPr>
            <w:tcW w:type="dxa" w:w="2880"/>
          </w:tcPr>
          <w:p>
            <w:r>
              <w:t>valve leak</w:t>
            </w:r>
          </w:p>
        </w:tc>
        <w:tc>
          <w:tcPr>
            <w:tcW w:type="dxa" w:w="2880"/>
          </w:tcPr>
          <w:p>
            <w:r>
              <w:t>3</w:t>
            </w:r>
          </w:p>
        </w:tc>
      </w:tr>
      <w:tr>
        <w:tc>
          <w:tcPr>
            <w:tcW w:type="dxa" w:w="2880"/>
          </w:tcPr>
          <w:p>
            <w:r>
              <w:t>2025-08-01</w:t>
            </w:r>
          </w:p>
        </w:tc>
        <w:tc>
          <w:tcPr>
            <w:tcW w:type="dxa" w:w="2880"/>
          </w:tcPr>
          <w:p>
            <w:r>
              <w:t>leak</w:t>
            </w:r>
          </w:p>
        </w:tc>
        <w:tc>
          <w:tcPr>
            <w:tcW w:type="dxa" w:w="2880"/>
          </w:tcPr>
          <w:p>
            <w:r>
              <w:t>12</w:t>
            </w:r>
          </w:p>
        </w:tc>
      </w:tr>
      <w:tr>
        <w:tc>
          <w:tcPr>
            <w:tcW w:type="dxa" w:w="2880"/>
          </w:tcPr>
          <w:p>
            <w:r>
              <w:t>2025-08-01</w:t>
            </w:r>
          </w:p>
        </w:tc>
        <w:tc>
          <w:tcPr>
            <w:tcW w:type="dxa" w:w="2880"/>
          </w:tcPr>
          <w:p>
            <w:r>
              <w:t>burst</w:t>
            </w:r>
          </w:p>
        </w:tc>
        <w:tc>
          <w:tcPr>
            <w:tcW w:type="dxa" w:w="2880"/>
          </w:tcPr>
          <w:p>
            <w:r>
              <w:t>6</w:t>
            </w:r>
          </w:p>
        </w:tc>
      </w:tr>
      <w:tr>
        <w:tc>
          <w:tcPr>
            <w:tcW w:type="dxa" w:w="2880"/>
          </w:tcPr>
          <w:p>
            <w:r>
              <w:t>2025-08-01</w:t>
            </w:r>
          </w:p>
        </w:tc>
        <w:tc>
          <w:tcPr>
            <w:tcW w:type="dxa" w:w="2880"/>
          </w:tcPr>
          <w:p>
            <w:r>
              <w:t>joint failure</w:t>
            </w:r>
          </w:p>
        </w:tc>
        <w:tc>
          <w:tcPr>
            <w:tcW w:type="dxa" w:w="2880"/>
          </w:tcPr>
          <w:p>
            <w:r>
              <w:t>8</w:t>
            </w:r>
          </w:p>
        </w:tc>
      </w:tr>
      <w:tr>
        <w:tc>
          <w:tcPr>
            <w:tcW w:type="dxa" w:w="2880"/>
          </w:tcPr>
          <w:p>
            <w:r>
              <w:t>2025-08-01</w:t>
            </w:r>
          </w:p>
        </w:tc>
        <w:tc>
          <w:tcPr>
            <w:tcW w:type="dxa" w:w="2880"/>
          </w:tcPr>
          <w:p>
            <w:r>
              <w:t>valve leak</w:t>
            </w:r>
          </w:p>
        </w:tc>
        <w:tc>
          <w:tcPr>
            <w:tcW w:type="dxa" w:w="2880"/>
          </w:tcPr>
          <w:p>
            <w:r>
              <w:t>3</w:t>
            </w:r>
          </w:p>
        </w:tc>
      </w:tr>
      <w:tr>
        <w:tc>
          <w:tcPr>
            <w:tcW w:type="dxa" w:w="2880"/>
          </w:tcPr>
          <w:p>
            <w:r>
              <w:t>2025-09-01</w:t>
            </w:r>
          </w:p>
        </w:tc>
        <w:tc>
          <w:tcPr>
            <w:tcW w:type="dxa" w:w="2880"/>
          </w:tcPr>
          <w:p>
            <w:r>
              <w:t>leak</w:t>
            </w:r>
          </w:p>
        </w:tc>
        <w:tc>
          <w:tcPr>
            <w:tcW w:type="dxa" w:w="2880"/>
          </w:tcPr>
          <w:p>
            <w:r>
              <w:t>19</w:t>
            </w:r>
          </w:p>
        </w:tc>
      </w:tr>
      <w:tr>
        <w:tc>
          <w:tcPr>
            <w:tcW w:type="dxa" w:w="2880"/>
          </w:tcPr>
          <w:p>
            <w:r>
              <w:t>2025-09-01</w:t>
            </w:r>
          </w:p>
        </w:tc>
        <w:tc>
          <w:tcPr>
            <w:tcW w:type="dxa" w:w="2880"/>
          </w:tcPr>
          <w:p>
            <w:r>
              <w:t>burst</w:t>
            </w:r>
          </w:p>
        </w:tc>
        <w:tc>
          <w:tcPr>
            <w:tcW w:type="dxa" w:w="2880"/>
          </w:tcPr>
          <w:p>
            <w:r>
              <w:t>10</w:t>
            </w:r>
          </w:p>
        </w:tc>
      </w:tr>
      <w:tr>
        <w:tc>
          <w:tcPr>
            <w:tcW w:type="dxa" w:w="2880"/>
          </w:tcPr>
          <w:p>
            <w:r>
              <w:t>2025-09-01</w:t>
            </w:r>
          </w:p>
        </w:tc>
        <w:tc>
          <w:tcPr>
            <w:tcW w:type="dxa" w:w="2880"/>
          </w:tcPr>
          <w:p>
            <w:r>
              <w:t>joint failure</w:t>
            </w:r>
          </w:p>
        </w:tc>
        <w:tc>
          <w:tcPr>
            <w:tcW w:type="dxa" w:w="2880"/>
          </w:tcPr>
          <w:p>
            <w:r>
              <w:t>7</w:t>
            </w:r>
          </w:p>
        </w:tc>
      </w:tr>
      <w:tr>
        <w:tc>
          <w:tcPr>
            <w:tcW w:type="dxa" w:w="2880"/>
          </w:tcPr>
          <w:p>
            <w:r>
              <w:t>2025-09-01</w:t>
            </w:r>
          </w:p>
        </w:tc>
        <w:tc>
          <w:tcPr>
            <w:tcW w:type="dxa" w:w="2880"/>
          </w:tcPr>
          <w:p>
            <w:r>
              <w:t>valve leak</w:t>
            </w:r>
          </w:p>
        </w:tc>
        <w:tc>
          <w:tcPr>
            <w:tcW w:type="dxa" w:w="2880"/>
          </w:tcPr>
          <w:p>
            <w:r>
              <w:t>1</w:t>
            </w:r>
          </w:p>
        </w:tc>
      </w:tr>
      <w:tr>
        <w:tc>
          <w:tcPr>
            <w:tcW w:type="dxa" w:w="2880"/>
          </w:tcPr>
          <w:p>
            <w:r>
              <w:t>2025-10-01</w:t>
            </w:r>
          </w:p>
        </w:tc>
        <w:tc>
          <w:tcPr>
            <w:tcW w:type="dxa" w:w="2880"/>
          </w:tcPr>
          <w:p>
            <w:r>
              <w:t>leak</w:t>
            </w:r>
          </w:p>
        </w:tc>
        <w:tc>
          <w:tcPr>
            <w:tcW w:type="dxa" w:w="2880"/>
          </w:tcPr>
          <w:p>
            <w:r>
              <w:t>13</w:t>
            </w:r>
          </w:p>
        </w:tc>
      </w:tr>
      <w:tr>
        <w:tc>
          <w:tcPr>
            <w:tcW w:type="dxa" w:w="2880"/>
          </w:tcPr>
          <w:p>
            <w:r>
              <w:t>2025-10-01</w:t>
            </w:r>
          </w:p>
        </w:tc>
        <w:tc>
          <w:tcPr>
            <w:tcW w:type="dxa" w:w="2880"/>
          </w:tcPr>
          <w:p>
            <w:r>
              <w:t>burst</w:t>
            </w:r>
          </w:p>
        </w:tc>
        <w:tc>
          <w:tcPr>
            <w:tcW w:type="dxa" w:w="2880"/>
          </w:tcPr>
          <w:p>
            <w:r>
              <w:t>13</w:t>
            </w:r>
          </w:p>
        </w:tc>
      </w:tr>
      <w:tr>
        <w:tc>
          <w:tcPr>
            <w:tcW w:type="dxa" w:w="2880"/>
          </w:tcPr>
          <w:p>
            <w:r>
              <w:t>2025-10-01</w:t>
            </w:r>
          </w:p>
        </w:tc>
        <w:tc>
          <w:tcPr>
            <w:tcW w:type="dxa" w:w="2880"/>
          </w:tcPr>
          <w:p>
            <w:r>
              <w:t>joint failure</w:t>
            </w:r>
          </w:p>
        </w:tc>
        <w:tc>
          <w:tcPr>
            <w:tcW w:type="dxa" w:w="2880"/>
          </w:tcPr>
          <w:p>
            <w:r>
              <w:t>6</w:t>
            </w:r>
          </w:p>
        </w:tc>
      </w:tr>
      <w:tr>
        <w:tc>
          <w:tcPr>
            <w:tcW w:type="dxa" w:w="2880"/>
          </w:tcPr>
          <w:p>
            <w:r>
              <w:t>2025-10-01</w:t>
            </w:r>
          </w:p>
        </w:tc>
        <w:tc>
          <w:tcPr>
            <w:tcW w:type="dxa" w:w="2880"/>
          </w:tcPr>
          <w:p>
            <w:r>
              <w:t>valve leak</w:t>
            </w:r>
          </w:p>
        </w:tc>
        <w:tc>
          <w:tcPr>
            <w:tcW w:type="dxa" w:w="2880"/>
          </w:tcPr>
          <w:p>
            <w:r>
              <w:t>2</w:t>
            </w:r>
          </w:p>
        </w:tc>
      </w:tr>
      <w:tr>
        <w:tc>
          <w:tcPr>
            <w:tcW w:type="dxa" w:w="2880"/>
          </w:tcPr>
          <w:p>
            <w:r>
              <w:t>2025-11-01</w:t>
            </w:r>
          </w:p>
        </w:tc>
        <w:tc>
          <w:tcPr>
            <w:tcW w:type="dxa" w:w="2880"/>
          </w:tcPr>
          <w:p>
            <w:r>
              <w:t>leak</w:t>
            </w:r>
          </w:p>
        </w:tc>
        <w:tc>
          <w:tcPr>
            <w:tcW w:type="dxa" w:w="2880"/>
          </w:tcPr>
          <w:p>
            <w:r>
              <w:t>6</w:t>
            </w:r>
          </w:p>
        </w:tc>
      </w:tr>
      <w:tr>
        <w:tc>
          <w:tcPr>
            <w:tcW w:type="dxa" w:w="2880"/>
          </w:tcPr>
          <w:p>
            <w:r>
              <w:t>2025-11-01</w:t>
            </w:r>
          </w:p>
        </w:tc>
        <w:tc>
          <w:tcPr>
            <w:tcW w:type="dxa" w:w="2880"/>
          </w:tcPr>
          <w:p>
            <w:r>
              <w:t>burst</w:t>
            </w:r>
          </w:p>
        </w:tc>
        <w:tc>
          <w:tcPr>
            <w:tcW w:type="dxa" w:w="2880"/>
          </w:tcPr>
          <w:p>
            <w:r>
              <w:t>6</w:t>
            </w:r>
          </w:p>
        </w:tc>
      </w:tr>
      <w:tr>
        <w:tc>
          <w:tcPr>
            <w:tcW w:type="dxa" w:w="2880"/>
          </w:tcPr>
          <w:p>
            <w:r>
              <w:t>2025-11-01</w:t>
            </w:r>
          </w:p>
        </w:tc>
        <w:tc>
          <w:tcPr>
            <w:tcW w:type="dxa" w:w="2880"/>
          </w:tcPr>
          <w:p>
            <w:r>
              <w:t>joint failure</w:t>
            </w:r>
          </w:p>
        </w:tc>
        <w:tc>
          <w:tcPr>
            <w:tcW w:type="dxa" w:w="2880"/>
          </w:tcPr>
          <w:p>
            <w:r>
              <w:t>2</w:t>
            </w:r>
          </w:p>
        </w:tc>
      </w:tr>
      <w:tr>
        <w:tc>
          <w:tcPr>
            <w:tcW w:type="dxa" w:w="2880"/>
          </w:tcPr>
          <w:p>
            <w:r>
              <w:t>2025-11-01</w:t>
            </w:r>
          </w:p>
        </w:tc>
        <w:tc>
          <w:tcPr>
            <w:tcW w:type="dxa" w:w="2880"/>
          </w:tcPr>
          <w:p>
            <w:r>
              <w:t>valve leak</w:t>
            </w:r>
          </w:p>
        </w:tc>
        <w:tc>
          <w:tcPr>
            <w:tcW w:type="dxa" w:w="2880"/>
          </w:tcPr>
          <w:p>
            <w:r>
              <w:t>2</w:t>
            </w:r>
          </w:p>
        </w:tc>
      </w:tr>
      <w:tr>
        <w:tc>
          <w:tcPr>
            <w:tcW w:type="dxa" w:w="2880"/>
          </w:tcPr>
          <w:p>
            <w:r>
              <w:t>2025-12-01</w:t>
            </w:r>
          </w:p>
        </w:tc>
        <w:tc>
          <w:tcPr>
            <w:tcW w:type="dxa" w:w="2880"/>
          </w:tcPr>
          <w:p>
            <w:r>
              <w:t>leak</w:t>
            </w:r>
          </w:p>
        </w:tc>
        <w:tc>
          <w:tcPr>
            <w:tcW w:type="dxa" w:w="2880"/>
          </w:tcPr>
          <w:p>
            <w:r>
              <w:t>10</w:t>
            </w:r>
          </w:p>
        </w:tc>
      </w:tr>
      <w:tr>
        <w:tc>
          <w:tcPr>
            <w:tcW w:type="dxa" w:w="2880"/>
          </w:tcPr>
          <w:p>
            <w:r>
              <w:t>2025-12-01</w:t>
            </w:r>
          </w:p>
        </w:tc>
        <w:tc>
          <w:tcPr>
            <w:tcW w:type="dxa" w:w="2880"/>
          </w:tcPr>
          <w:p>
            <w:r>
              <w:t>burst</w:t>
            </w:r>
          </w:p>
        </w:tc>
        <w:tc>
          <w:tcPr>
            <w:tcW w:type="dxa" w:w="2880"/>
          </w:tcPr>
          <w:p>
            <w:r>
              <w:t>4</w:t>
            </w:r>
          </w:p>
        </w:tc>
      </w:tr>
      <w:tr>
        <w:tc>
          <w:tcPr>
            <w:tcW w:type="dxa" w:w="2880"/>
          </w:tcPr>
          <w:p>
            <w:r>
              <w:t>2025-12-01</w:t>
            </w:r>
          </w:p>
        </w:tc>
        <w:tc>
          <w:tcPr>
            <w:tcW w:type="dxa" w:w="2880"/>
          </w:tcPr>
          <w:p>
            <w:r>
              <w:t>joint failure</w:t>
            </w:r>
          </w:p>
        </w:tc>
        <w:tc>
          <w:tcPr>
            <w:tcW w:type="dxa" w:w="2880"/>
          </w:tcPr>
          <w:p>
            <w:r>
              <w:t>3</w:t>
            </w:r>
          </w:p>
        </w:tc>
      </w:tr>
      <w:tr>
        <w:tc>
          <w:tcPr>
            <w:tcW w:type="dxa" w:w="2880"/>
          </w:tcPr>
          <w:p>
            <w:r>
              <w:t>2025-12-01</w:t>
            </w:r>
          </w:p>
        </w:tc>
        <w:tc>
          <w:tcPr>
            <w:tcW w:type="dxa" w:w="2880"/>
          </w:tcPr>
          <w:p>
            <w:r>
              <w:t>valve leak</w:t>
            </w:r>
          </w:p>
        </w:tc>
        <w:tc>
          <w:tcPr>
            <w:tcW w:type="dxa" w:w="2880"/>
          </w:tcPr>
          <w:p>
            <w:r>
              <w:t>3</w:t>
            </w:r>
          </w:p>
        </w:tc>
      </w:tr>
      <w:tr>
        <w:tc>
          <w:tcPr>
            <w:tcW w:type="dxa" w:w="2880"/>
          </w:tcPr>
          <w:p>
            <w:r>
              <w:t>2026-01-01</w:t>
            </w:r>
          </w:p>
        </w:tc>
        <w:tc>
          <w:tcPr>
            <w:tcW w:type="dxa" w:w="2880"/>
          </w:tcPr>
          <w:p>
            <w:r>
              <w:t>leak</w:t>
            </w:r>
          </w:p>
        </w:tc>
        <w:tc>
          <w:tcPr>
            <w:tcW w:type="dxa" w:w="2880"/>
          </w:tcPr>
          <w:p>
            <w:r>
              <w:t>5</w:t>
            </w:r>
          </w:p>
        </w:tc>
      </w:tr>
      <w:tr>
        <w:tc>
          <w:tcPr>
            <w:tcW w:type="dxa" w:w="2880"/>
          </w:tcPr>
          <w:p>
            <w:r>
              <w:t>2026-01-01</w:t>
            </w:r>
          </w:p>
        </w:tc>
        <w:tc>
          <w:tcPr>
            <w:tcW w:type="dxa" w:w="2880"/>
          </w:tcPr>
          <w:p>
            <w:r>
              <w:t>burst</w:t>
            </w:r>
          </w:p>
        </w:tc>
        <w:tc>
          <w:tcPr>
            <w:tcW w:type="dxa" w:w="2880"/>
          </w:tcPr>
          <w:p>
            <w:r>
              <w:t>2</w:t>
            </w:r>
          </w:p>
        </w:tc>
      </w:tr>
      <w:tr>
        <w:tc>
          <w:tcPr>
            <w:tcW w:type="dxa" w:w="2880"/>
          </w:tcPr>
          <w:p>
            <w:r>
              <w:t>2026-01-01</w:t>
            </w:r>
          </w:p>
        </w:tc>
        <w:tc>
          <w:tcPr>
            <w:tcW w:type="dxa" w:w="2880"/>
          </w:tcPr>
          <w:p>
            <w:r>
              <w:t>joint failure</w:t>
            </w:r>
          </w:p>
        </w:tc>
        <w:tc>
          <w:tcPr>
            <w:tcW w:type="dxa" w:w="2880"/>
          </w:tcPr>
          <w:p>
            <w:r>
              <w:t>2</w:t>
            </w:r>
          </w:p>
        </w:tc>
      </w:tr>
      <w:tr>
        <w:tc>
          <w:tcPr>
            <w:tcW w:type="dxa" w:w="2880"/>
          </w:tcPr>
          <w:p>
            <w:r>
              <w:t>2026-01-01</w:t>
            </w:r>
          </w:p>
        </w:tc>
        <w:tc>
          <w:tcPr>
            <w:tcW w:type="dxa" w:w="2880"/>
          </w:tcPr>
          <w:p>
            <w:r>
              <w:t>valve leak</w:t>
            </w:r>
          </w:p>
        </w:tc>
        <w:tc>
          <w:tcPr>
            <w:tcW w:type="dxa" w:w="2880"/>
          </w:tcPr>
          <w:p>
            <w:r>
              <w:t>4</w:t>
            </w:r>
          </w:p>
        </w:tc>
      </w:tr>
      <w:tr>
        <w:tc>
          <w:tcPr>
            <w:tcW w:type="dxa" w:w="2880"/>
          </w:tcPr>
          <w:p>
            <w:r>
              <w:t>2026-02-01</w:t>
            </w:r>
          </w:p>
        </w:tc>
        <w:tc>
          <w:tcPr>
            <w:tcW w:type="dxa" w:w="2880"/>
          </w:tcPr>
          <w:p>
            <w:r>
              <w:t>leak</w:t>
            </w:r>
          </w:p>
        </w:tc>
        <w:tc>
          <w:tcPr>
            <w:tcW w:type="dxa" w:w="2880"/>
          </w:tcPr>
          <w:p>
            <w:r>
              <w:t>4</w:t>
            </w:r>
          </w:p>
        </w:tc>
      </w:tr>
      <w:tr>
        <w:tc>
          <w:tcPr>
            <w:tcW w:type="dxa" w:w="2880"/>
          </w:tcPr>
          <w:p>
            <w:r>
              <w:t>2026-02-01</w:t>
            </w:r>
          </w:p>
        </w:tc>
        <w:tc>
          <w:tcPr>
            <w:tcW w:type="dxa" w:w="2880"/>
          </w:tcPr>
          <w:p>
            <w:r>
              <w:t>burst</w:t>
            </w:r>
          </w:p>
        </w:tc>
        <w:tc>
          <w:tcPr>
            <w:tcW w:type="dxa" w:w="2880"/>
          </w:tcPr>
          <w:p>
            <w:r>
              <w:t>3</w:t>
            </w:r>
          </w:p>
        </w:tc>
      </w:tr>
      <w:tr>
        <w:tc>
          <w:tcPr>
            <w:tcW w:type="dxa" w:w="2880"/>
          </w:tcPr>
          <w:p>
            <w:r>
              <w:t>2026-02-01</w:t>
            </w:r>
          </w:p>
        </w:tc>
        <w:tc>
          <w:tcPr>
            <w:tcW w:type="dxa" w:w="2880"/>
          </w:tcPr>
          <w:p>
            <w:r>
              <w:t>joint failure</w:t>
            </w:r>
          </w:p>
        </w:tc>
        <w:tc>
          <w:tcPr>
            <w:tcW w:type="dxa" w:w="2880"/>
          </w:tcPr>
          <w:p>
            <w:r>
              <w:t>1</w:t>
            </w:r>
          </w:p>
        </w:tc>
      </w:tr>
      <w:tr>
        <w:tc>
          <w:tcPr>
            <w:tcW w:type="dxa" w:w="2880"/>
          </w:tcPr>
          <w:p>
            <w:r>
              <w:t>2026-02-01</w:t>
            </w:r>
          </w:p>
        </w:tc>
        <w:tc>
          <w:tcPr>
            <w:tcW w:type="dxa" w:w="2880"/>
          </w:tcPr>
          <w:p>
            <w:r>
              <w:t>valve leak</w:t>
            </w:r>
          </w:p>
        </w:tc>
        <w:tc>
          <w:tcPr>
            <w:tcW w:type="dxa" w:w="2880"/>
          </w:tcPr>
          <w:p>
            <w:r>
              <w:t>1</w:t>
            </w:r>
          </w:p>
        </w:tc>
      </w:tr>
      <w:tr>
        <w:tc>
          <w:tcPr>
            <w:tcW w:type="dxa" w:w="2880"/>
          </w:tcPr>
          <w:p>
            <w:r>
              <w:t>2026-03-01</w:t>
            </w:r>
          </w:p>
        </w:tc>
        <w:tc>
          <w:tcPr>
            <w:tcW w:type="dxa" w:w="2880"/>
          </w:tcPr>
          <w:p>
            <w:r>
              <w:t>leak</w:t>
            </w:r>
          </w:p>
        </w:tc>
        <w:tc>
          <w:tcPr>
            <w:tcW w:type="dxa" w:w="2880"/>
          </w:tcPr>
          <w:p>
            <w:r>
              <w:t>7</w:t>
            </w:r>
          </w:p>
        </w:tc>
      </w:tr>
      <w:tr>
        <w:tc>
          <w:tcPr>
            <w:tcW w:type="dxa" w:w="2880"/>
          </w:tcPr>
          <w:p>
            <w:r>
              <w:t>2026-03-01</w:t>
            </w:r>
          </w:p>
        </w:tc>
        <w:tc>
          <w:tcPr>
            <w:tcW w:type="dxa" w:w="2880"/>
          </w:tcPr>
          <w:p>
            <w:r>
              <w:t>burst</w:t>
            </w:r>
          </w:p>
        </w:tc>
        <w:tc>
          <w:tcPr>
            <w:tcW w:type="dxa" w:w="2880"/>
          </w:tcPr>
          <w:p>
            <w:r>
              <w:t>7</w:t>
            </w:r>
          </w:p>
        </w:tc>
      </w:tr>
      <w:tr>
        <w:tc>
          <w:tcPr>
            <w:tcW w:type="dxa" w:w="2880"/>
          </w:tcPr>
          <w:p>
            <w:r>
              <w:t>2026-03-01</w:t>
            </w:r>
          </w:p>
        </w:tc>
        <w:tc>
          <w:tcPr>
            <w:tcW w:type="dxa" w:w="2880"/>
          </w:tcPr>
          <w:p>
            <w:r>
              <w:t>joint failure</w:t>
            </w:r>
          </w:p>
        </w:tc>
        <w:tc>
          <w:tcPr>
            <w:tcW w:type="dxa" w:w="2880"/>
          </w:tcPr>
          <w:p>
            <w:r>
              <w:t>2</w:t>
            </w:r>
          </w:p>
        </w:tc>
      </w:tr>
      <w:tr>
        <w:tc>
          <w:tcPr>
            <w:tcW w:type="dxa" w:w="2880"/>
          </w:tcPr>
          <w:p>
            <w:r>
              <w:t>2026-03-01</w:t>
            </w:r>
          </w:p>
        </w:tc>
        <w:tc>
          <w:tcPr>
            <w:tcW w:type="dxa" w:w="2880"/>
          </w:tcPr>
          <w:p>
            <w:r>
              <w:t>valve leak</w:t>
            </w:r>
          </w:p>
        </w:tc>
        <w:tc>
          <w:tcPr>
            <w:tcW w:type="dxa" w:w="2880"/>
          </w:tcPr>
          <w:p>
            <w:r>
              <w:t>4</w:t>
            </w:r>
          </w:p>
        </w:tc>
      </w:tr>
      <w:tr>
        <w:tc>
          <w:tcPr>
            <w:tcW w:type="dxa" w:w="2880"/>
          </w:tcPr>
          <w:p>
            <w:r>
              <w:t>2026-04-01</w:t>
            </w:r>
          </w:p>
        </w:tc>
        <w:tc>
          <w:tcPr>
            <w:tcW w:type="dxa" w:w="2880"/>
          </w:tcPr>
          <w:p>
            <w:r>
              <w:t>leak</w:t>
            </w:r>
          </w:p>
        </w:tc>
        <w:tc>
          <w:tcPr>
            <w:tcW w:type="dxa" w:w="2880"/>
          </w:tcPr>
          <w:p>
            <w:r>
              <w:t>14</w:t>
            </w:r>
          </w:p>
        </w:tc>
      </w:tr>
      <w:tr>
        <w:tc>
          <w:tcPr>
            <w:tcW w:type="dxa" w:w="2880"/>
          </w:tcPr>
          <w:p>
            <w:r>
              <w:t>2026-04-01</w:t>
            </w:r>
          </w:p>
        </w:tc>
        <w:tc>
          <w:tcPr>
            <w:tcW w:type="dxa" w:w="2880"/>
          </w:tcPr>
          <w:p>
            <w:r>
              <w:t>burst</w:t>
            </w:r>
          </w:p>
        </w:tc>
        <w:tc>
          <w:tcPr>
            <w:tcW w:type="dxa" w:w="2880"/>
          </w:tcPr>
          <w:p>
            <w:r>
              <w:t>12</w:t>
            </w:r>
          </w:p>
        </w:tc>
      </w:tr>
      <w:tr>
        <w:tc>
          <w:tcPr>
            <w:tcW w:type="dxa" w:w="2880"/>
          </w:tcPr>
          <w:p>
            <w:r>
              <w:t>2026-04-01</w:t>
            </w:r>
          </w:p>
        </w:tc>
        <w:tc>
          <w:tcPr>
            <w:tcW w:type="dxa" w:w="2880"/>
          </w:tcPr>
          <w:p>
            <w:r>
              <w:t>joint failure</w:t>
            </w:r>
          </w:p>
        </w:tc>
        <w:tc>
          <w:tcPr>
            <w:tcW w:type="dxa" w:w="2880"/>
          </w:tcPr>
          <w:p>
            <w:r>
              <w:t>2</w:t>
            </w:r>
          </w:p>
        </w:tc>
      </w:tr>
      <w:tr>
        <w:tc>
          <w:tcPr>
            <w:tcW w:type="dxa" w:w="2880"/>
          </w:tcPr>
          <w:p>
            <w:r>
              <w:t>2026-04-01</w:t>
            </w:r>
          </w:p>
        </w:tc>
        <w:tc>
          <w:tcPr>
            <w:tcW w:type="dxa" w:w="2880"/>
          </w:tcPr>
          <w:p>
            <w:r>
              <w:t>valve leak</w:t>
            </w:r>
          </w:p>
        </w:tc>
        <w:tc>
          <w:tcPr>
            <w:tcW w:type="dxa" w:w="2880"/>
          </w:tcPr>
          <w:p>
            <w:r>
              <w:t>2</w:t>
            </w:r>
          </w:p>
        </w:tc>
      </w:tr>
      <w:tr>
        <w:tc>
          <w:tcPr>
            <w:tcW w:type="dxa" w:w="2880"/>
          </w:tcPr>
          <w:p>
            <w:r>
              <w:t>2026-05-01</w:t>
            </w:r>
          </w:p>
        </w:tc>
        <w:tc>
          <w:tcPr>
            <w:tcW w:type="dxa" w:w="2880"/>
          </w:tcPr>
          <w:p>
            <w:r>
              <w:t>leak</w:t>
            </w:r>
          </w:p>
        </w:tc>
        <w:tc>
          <w:tcPr>
            <w:tcW w:type="dxa" w:w="2880"/>
          </w:tcPr>
          <w:p>
            <w:r>
              <w:t>14</w:t>
            </w:r>
          </w:p>
        </w:tc>
      </w:tr>
      <w:tr>
        <w:tc>
          <w:tcPr>
            <w:tcW w:type="dxa" w:w="2880"/>
          </w:tcPr>
          <w:p>
            <w:r>
              <w:t>2026-05-01</w:t>
            </w:r>
          </w:p>
        </w:tc>
        <w:tc>
          <w:tcPr>
            <w:tcW w:type="dxa" w:w="2880"/>
          </w:tcPr>
          <w:p>
            <w:r>
              <w:t>burst</w:t>
            </w:r>
          </w:p>
        </w:tc>
        <w:tc>
          <w:tcPr>
            <w:tcW w:type="dxa" w:w="2880"/>
          </w:tcPr>
          <w:p>
            <w:r>
              <w:t>9</w:t>
            </w:r>
          </w:p>
        </w:tc>
      </w:tr>
      <w:tr>
        <w:tc>
          <w:tcPr>
            <w:tcW w:type="dxa" w:w="2880"/>
          </w:tcPr>
          <w:p>
            <w:r>
              <w:t>2026-05-01</w:t>
            </w:r>
          </w:p>
        </w:tc>
        <w:tc>
          <w:tcPr>
            <w:tcW w:type="dxa" w:w="2880"/>
          </w:tcPr>
          <w:p>
            <w:r>
              <w:t>joint failure</w:t>
            </w:r>
          </w:p>
        </w:tc>
        <w:tc>
          <w:tcPr>
            <w:tcW w:type="dxa" w:w="2880"/>
          </w:tcPr>
          <w:p>
            <w:r>
              <w:t>4</w:t>
            </w:r>
          </w:p>
        </w:tc>
      </w:tr>
      <w:tr>
        <w:tc>
          <w:tcPr>
            <w:tcW w:type="dxa" w:w="2880"/>
          </w:tcPr>
          <w:p>
            <w:r>
              <w:t>2026-05-01</w:t>
            </w:r>
          </w:p>
        </w:tc>
        <w:tc>
          <w:tcPr>
            <w:tcW w:type="dxa" w:w="2880"/>
          </w:tcPr>
          <w:p>
            <w:r>
              <w:t>valve leak</w:t>
            </w:r>
          </w:p>
        </w:tc>
        <w:tc>
          <w:tcPr>
            <w:tcW w:type="dxa" w:w="2880"/>
          </w:tcPr>
          <w:p>
            <w:r>
              <w:t>1</w:t>
            </w:r>
          </w:p>
        </w:tc>
      </w:tr>
      <w:tr>
        <w:tc>
          <w:tcPr>
            <w:tcW w:type="dxa" w:w="2880"/>
          </w:tcPr>
          <w:p>
            <w:r>
              <w:t>2026-06-01</w:t>
            </w:r>
          </w:p>
        </w:tc>
        <w:tc>
          <w:tcPr>
            <w:tcW w:type="dxa" w:w="2880"/>
          </w:tcPr>
          <w:p>
            <w:r>
              <w:t>leak</w:t>
            </w:r>
          </w:p>
        </w:tc>
        <w:tc>
          <w:tcPr>
            <w:tcW w:type="dxa" w:w="2880"/>
          </w:tcPr>
          <w:p>
            <w:r>
              <w:t>15</w:t>
            </w:r>
          </w:p>
        </w:tc>
      </w:tr>
      <w:tr>
        <w:tc>
          <w:tcPr>
            <w:tcW w:type="dxa" w:w="2880"/>
          </w:tcPr>
          <w:p>
            <w:r>
              <w:t>2026-06-01</w:t>
            </w:r>
          </w:p>
        </w:tc>
        <w:tc>
          <w:tcPr>
            <w:tcW w:type="dxa" w:w="2880"/>
          </w:tcPr>
          <w:p>
            <w:r>
              <w:t>burst</w:t>
            </w:r>
          </w:p>
        </w:tc>
        <w:tc>
          <w:tcPr>
            <w:tcW w:type="dxa" w:w="2880"/>
          </w:tcPr>
          <w:p>
            <w:r>
              <w:t>11</w:t>
            </w:r>
          </w:p>
        </w:tc>
      </w:tr>
      <w:tr>
        <w:tc>
          <w:tcPr>
            <w:tcW w:type="dxa" w:w="2880"/>
          </w:tcPr>
          <w:p>
            <w:r>
              <w:t>2026-06-01</w:t>
            </w:r>
          </w:p>
        </w:tc>
        <w:tc>
          <w:tcPr>
            <w:tcW w:type="dxa" w:w="2880"/>
          </w:tcPr>
          <w:p>
            <w:r>
              <w:t>joint failure</w:t>
            </w:r>
          </w:p>
        </w:tc>
        <w:tc>
          <w:tcPr>
            <w:tcW w:type="dxa" w:w="2880"/>
          </w:tcPr>
          <w:p>
            <w:r>
              <w:t>14</w:t>
            </w:r>
          </w:p>
        </w:tc>
      </w:tr>
      <w:tr>
        <w:tc>
          <w:tcPr>
            <w:tcW w:type="dxa" w:w="2880"/>
          </w:tcPr>
          <w:p>
            <w:r>
              <w:t>2026-06-01</w:t>
            </w:r>
          </w:p>
        </w:tc>
        <w:tc>
          <w:tcPr>
            <w:tcW w:type="dxa" w:w="2880"/>
          </w:tcPr>
          <w:p>
            <w:r>
              <w:t>valve leak</w:t>
            </w:r>
          </w:p>
        </w:tc>
        <w:tc>
          <w:tcPr>
            <w:tcW w:type="dxa" w:w="2880"/>
          </w:tcPr>
          <w:p>
            <w:r>
              <w:t>4</w:t>
            </w:r>
          </w:p>
        </w:tc>
      </w:tr>
      <w:tr>
        <w:tc>
          <w:tcPr>
            <w:tcW w:type="dxa" w:w="2880"/>
          </w:tcPr>
          <w:p>
            <w:r>
              <w:t>2026-07-01</w:t>
            </w:r>
          </w:p>
        </w:tc>
        <w:tc>
          <w:tcPr>
            <w:tcW w:type="dxa" w:w="2880"/>
          </w:tcPr>
          <w:p>
            <w:r>
              <w:t>leak</w:t>
            </w:r>
          </w:p>
        </w:tc>
        <w:tc>
          <w:tcPr>
            <w:tcW w:type="dxa" w:w="2880"/>
          </w:tcPr>
          <w:p>
            <w:r>
              <w:t>23</w:t>
            </w:r>
          </w:p>
        </w:tc>
      </w:tr>
      <w:tr>
        <w:tc>
          <w:tcPr>
            <w:tcW w:type="dxa" w:w="2880"/>
          </w:tcPr>
          <w:p>
            <w:r>
              <w:t>2026-07-01</w:t>
            </w:r>
          </w:p>
        </w:tc>
        <w:tc>
          <w:tcPr>
            <w:tcW w:type="dxa" w:w="2880"/>
          </w:tcPr>
          <w:p>
            <w:r>
              <w:t>burst</w:t>
            </w:r>
          </w:p>
        </w:tc>
        <w:tc>
          <w:tcPr>
            <w:tcW w:type="dxa" w:w="2880"/>
          </w:tcPr>
          <w:p>
            <w:r>
              <w:t>20</w:t>
            </w:r>
          </w:p>
        </w:tc>
      </w:tr>
      <w:tr>
        <w:tc>
          <w:tcPr>
            <w:tcW w:type="dxa" w:w="2880"/>
          </w:tcPr>
          <w:p>
            <w:r>
              <w:t>2026-07-01</w:t>
            </w:r>
          </w:p>
        </w:tc>
        <w:tc>
          <w:tcPr>
            <w:tcW w:type="dxa" w:w="2880"/>
          </w:tcPr>
          <w:p>
            <w:r>
              <w:t>joint failure</w:t>
            </w:r>
          </w:p>
        </w:tc>
        <w:tc>
          <w:tcPr>
            <w:tcW w:type="dxa" w:w="2880"/>
          </w:tcPr>
          <w:p>
            <w:r>
              <w:t>8</w:t>
            </w:r>
          </w:p>
        </w:tc>
      </w:tr>
      <w:tr>
        <w:tc>
          <w:tcPr>
            <w:tcW w:type="dxa" w:w="2880"/>
          </w:tcPr>
          <w:p>
            <w:r>
              <w:t>2026-07-01</w:t>
            </w:r>
          </w:p>
        </w:tc>
        <w:tc>
          <w:tcPr>
            <w:tcW w:type="dxa" w:w="2880"/>
          </w:tcPr>
          <w:p>
            <w:r>
              <w:t>valve leak</w:t>
            </w:r>
          </w:p>
        </w:tc>
        <w:tc>
          <w:tcPr>
            <w:tcW w:type="dxa" w:w="2880"/>
          </w:tcPr>
          <w:p>
            <w:r>
              <w:t>1</w:t>
            </w:r>
          </w:p>
        </w:tc>
      </w:tr>
      <w:tr>
        <w:tc>
          <w:tcPr>
            <w:tcW w:type="dxa" w:w="2880"/>
          </w:tcPr>
          <w:p>
            <w:r>
              <w:t>2026-08-01</w:t>
            </w:r>
          </w:p>
        </w:tc>
        <w:tc>
          <w:tcPr>
            <w:tcW w:type="dxa" w:w="2880"/>
          </w:tcPr>
          <w:p>
            <w:r>
              <w:t>leak</w:t>
            </w:r>
          </w:p>
        </w:tc>
        <w:tc>
          <w:tcPr>
            <w:tcW w:type="dxa" w:w="2880"/>
          </w:tcPr>
          <w:p>
            <w:r>
              <w:t>24</w:t>
            </w:r>
          </w:p>
        </w:tc>
      </w:tr>
      <w:tr>
        <w:tc>
          <w:tcPr>
            <w:tcW w:type="dxa" w:w="2880"/>
          </w:tcPr>
          <w:p>
            <w:r>
              <w:t>2026-08-01</w:t>
            </w:r>
          </w:p>
        </w:tc>
        <w:tc>
          <w:tcPr>
            <w:tcW w:type="dxa" w:w="2880"/>
          </w:tcPr>
          <w:p>
            <w:r>
              <w:t>burst</w:t>
            </w:r>
          </w:p>
        </w:tc>
        <w:tc>
          <w:tcPr>
            <w:tcW w:type="dxa" w:w="2880"/>
          </w:tcPr>
          <w:p>
            <w:r>
              <w:t>14</w:t>
            </w:r>
          </w:p>
        </w:tc>
      </w:tr>
      <w:tr>
        <w:tc>
          <w:tcPr>
            <w:tcW w:type="dxa" w:w="2880"/>
          </w:tcPr>
          <w:p>
            <w:r>
              <w:t>2026-08-01</w:t>
            </w:r>
          </w:p>
        </w:tc>
        <w:tc>
          <w:tcPr>
            <w:tcW w:type="dxa" w:w="2880"/>
          </w:tcPr>
          <w:p>
            <w:r>
              <w:t>joint failure</w:t>
            </w:r>
          </w:p>
        </w:tc>
        <w:tc>
          <w:tcPr>
            <w:tcW w:type="dxa" w:w="2880"/>
          </w:tcPr>
          <w:p>
            <w:r>
              <w:t>12</w:t>
            </w:r>
          </w:p>
        </w:tc>
      </w:tr>
      <w:tr>
        <w:tc>
          <w:tcPr>
            <w:tcW w:type="dxa" w:w="2880"/>
          </w:tcPr>
          <w:p>
            <w:r>
              <w:t>2026-08-01</w:t>
            </w:r>
          </w:p>
        </w:tc>
        <w:tc>
          <w:tcPr>
            <w:tcW w:type="dxa" w:w="2880"/>
          </w:tcPr>
          <w:p>
            <w:r>
              <w:t>valve leak</w:t>
            </w:r>
          </w:p>
        </w:tc>
        <w:tc>
          <w:tcPr>
            <w:tcW w:type="dxa" w:w="2880"/>
          </w:tcPr>
          <w:p>
            <w:r>
              <w:t>4</w:t>
            </w:r>
          </w:p>
        </w:tc>
      </w:tr>
      <w:tr>
        <w:tc>
          <w:tcPr>
            <w:tcW w:type="dxa" w:w="2880"/>
          </w:tcPr>
          <w:p>
            <w:r>
              <w:t>2026-09-01</w:t>
            </w:r>
          </w:p>
        </w:tc>
        <w:tc>
          <w:tcPr>
            <w:tcW w:type="dxa" w:w="2880"/>
          </w:tcPr>
          <w:p>
            <w:r>
              <w:t>leak</w:t>
            </w:r>
          </w:p>
        </w:tc>
        <w:tc>
          <w:tcPr>
            <w:tcW w:type="dxa" w:w="2880"/>
          </w:tcPr>
          <w:p>
            <w:r>
              <w:t>23</w:t>
            </w:r>
          </w:p>
        </w:tc>
      </w:tr>
      <w:tr>
        <w:tc>
          <w:tcPr>
            <w:tcW w:type="dxa" w:w="2880"/>
          </w:tcPr>
          <w:p>
            <w:r>
              <w:t>2026-09-01</w:t>
            </w:r>
          </w:p>
        </w:tc>
        <w:tc>
          <w:tcPr>
            <w:tcW w:type="dxa" w:w="2880"/>
          </w:tcPr>
          <w:p>
            <w:r>
              <w:t>burst</w:t>
            </w:r>
          </w:p>
        </w:tc>
        <w:tc>
          <w:tcPr>
            <w:tcW w:type="dxa" w:w="2880"/>
          </w:tcPr>
          <w:p>
            <w:r>
              <w:t>9</w:t>
            </w:r>
          </w:p>
        </w:tc>
      </w:tr>
      <w:tr>
        <w:tc>
          <w:tcPr>
            <w:tcW w:type="dxa" w:w="2880"/>
          </w:tcPr>
          <w:p>
            <w:r>
              <w:t>2026-09-01</w:t>
            </w:r>
          </w:p>
        </w:tc>
        <w:tc>
          <w:tcPr>
            <w:tcW w:type="dxa" w:w="2880"/>
          </w:tcPr>
          <w:p>
            <w:r>
              <w:t>joint failure</w:t>
            </w:r>
          </w:p>
        </w:tc>
        <w:tc>
          <w:tcPr>
            <w:tcW w:type="dxa" w:w="2880"/>
          </w:tcPr>
          <w:p>
            <w:r>
              <w:t>7</w:t>
            </w:r>
          </w:p>
        </w:tc>
      </w:tr>
      <w:tr>
        <w:tc>
          <w:tcPr>
            <w:tcW w:type="dxa" w:w="2880"/>
          </w:tcPr>
          <w:p>
            <w:r>
              <w:t>2026-09-01</w:t>
            </w:r>
          </w:p>
        </w:tc>
        <w:tc>
          <w:tcPr>
            <w:tcW w:type="dxa" w:w="2880"/>
          </w:tcPr>
          <w:p>
            <w:r>
              <w:t>valve leak</w:t>
            </w:r>
          </w:p>
        </w:tc>
        <w:tc>
          <w:tcPr>
            <w:tcW w:type="dxa" w:w="2880"/>
          </w:tcPr>
          <w:p>
            <w:r>
              <w:t>2</w:t>
            </w:r>
          </w:p>
        </w:tc>
      </w:tr>
    </w:tbl>
    <w:p/>
    <w:p>
      <w:pPr>
        <w:pStyle w:val="Heading2"/>
      </w:pPr>
      <w:r>
        <w:t>Figure 24. Valves over time (exercised_year)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2,008</w:t>
            </w:r>
          </w:p>
        </w:tc>
        <w:tc>
          <w:tcPr>
            <w:tcW w:type="dxa" w:w="2880"/>
          </w:tcPr>
          <w:p>
            <w:r>
              <w:t>2,010</w:t>
            </w:r>
          </w:p>
        </w:tc>
        <w:tc>
          <w:tcPr>
            <w:tcW w:type="dxa" w:w="2880"/>
          </w:tcPr>
          <w:p>
            <w:r>
              <w:t>41</w:t>
            </w:r>
          </w:p>
        </w:tc>
      </w:tr>
      <w:tr>
        <w:tc>
          <w:tcPr>
            <w:tcW w:type="dxa" w:w="2880"/>
          </w:tcPr>
          <w:p>
            <w:r>
              <w:t>2,010</w:t>
            </w:r>
          </w:p>
        </w:tc>
        <w:tc>
          <w:tcPr>
            <w:tcW w:type="dxa" w:w="2880"/>
          </w:tcPr>
          <w:p>
            <w:r>
              <w:t>2,012</w:t>
            </w:r>
          </w:p>
        </w:tc>
        <w:tc>
          <w:tcPr>
            <w:tcW w:type="dxa" w:w="2880"/>
          </w:tcPr>
          <w:p>
            <w:r>
              <w:t>22</w:t>
            </w:r>
          </w:p>
        </w:tc>
      </w:tr>
      <w:tr>
        <w:tc>
          <w:tcPr>
            <w:tcW w:type="dxa" w:w="2880"/>
          </w:tcPr>
          <w:p>
            <w:r>
              <w:t>2,012</w:t>
            </w:r>
          </w:p>
        </w:tc>
        <w:tc>
          <w:tcPr>
            <w:tcW w:type="dxa" w:w="2880"/>
          </w:tcPr>
          <w:p>
            <w:r>
              <w:t>2,013</w:t>
            </w:r>
          </w:p>
        </w:tc>
        <w:tc>
          <w:tcPr>
            <w:tcW w:type="dxa" w:w="2880"/>
          </w:tcPr>
          <w:p>
            <w:r>
              <w:t>27</w:t>
            </w:r>
          </w:p>
        </w:tc>
      </w:tr>
      <w:tr>
        <w:tc>
          <w:tcPr>
            <w:tcW w:type="dxa" w:w="2880"/>
          </w:tcPr>
          <w:p>
            <w:r>
              <w:t>2,013</w:t>
            </w:r>
          </w:p>
        </w:tc>
        <w:tc>
          <w:tcPr>
            <w:tcW w:type="dxa" w:w="2880"/>
          </w:tcPr>
          <w:p>
            <w:r>
              <w:t>2,015</w:t>
            </w:r>
          </w:p>
        </w:tc>
        <w:tc>
          <w:tcPr>
            <w:tcW w:type="dxa" w:w="2880"/>
          </w:tcPr>
          <w:p>
            <w:r>
              <w:t>30</w:t>
            </w:r>
          </w:p>
        </w:tc>
      </w:tr>
      <w:tr>
        <w:tc>
          <w:tcPr>
            <w:tcW w:type="dxa" w:w="2880"/>
          </w:tcPr>
          <w:p>
            <w:r>
              <w:t>2,015</w:t>
            </w:r>
          </w:p>
        </w:tc>
        <w:tc>
          <w:tcPr>
            <w:tcW w:type="dxa" w:w="2880"/>
          </w:tcPr>
          <w:p>
            <w:r>
              <w:t>2,017</w:t>
            </w:r>
          </w:p>
        </w:tc>
        <w:tc>
          <w:tcPr>
            <w:tcW w:type="dxa" w:w="2880"/>
          </w:tcPr>
          <w:p>
            <w:r>
              <w:t>13</w:t>
            </w:r>
          </w:p>
        </w:tc>
      </w:tr>
      <w:tr>
        <w:tc>
          <w:tcPr>
            <w:tcW w:type="dxa" w:w="2880"/>
          </w:tcPr>
          <w:p>
            <w:r>
              <w:t>2,017</w:t>
            </w:r>
          </w:p>
        </w:tc>
        <w:tc>
          <w:tcPr>
            <w:tcW w:type="dxa" w:w="2880"/>
          </w:tcPr>
          <w:p>
            <w:r>
              <w:t>2,019</w:t>
            </w:r>
          </w:p>
        </w:tc>
        <w:tc>
          <w:tcPr>
            <w:tcW w:type="dxa" w:w="2880"/>
          </w:tcPr>
          <w:p>
            <w:r>
              <w:t>29</w:t>
            </w:r>
          </w:p>
        </w:tc>
      </w:tr>
      <w:tr>
        <w:tc>
          <w:tcPr>
            <w:tcW w:type="dxa" w:w="2880"/>
          </w:tcPr>
          <w:p>
            <w:r>
              <w:t>2,019</w:t>
            </w:r>
          </w:p>
        </w:tc>
        <w:tc>
          <w:tcPr>
            <w:tcW w:type="dxa" w:w="2880"/>
          </w:tcPr>
          <w:p>
            <w:r>
              <w:t>2,021</w:t>
            </w:r>
          </w:p>
        </w:tc>
        <w:tc>
          <w:tcPr>
            <w:tcW w:type="dxa" w:w="2880"/>
          </w:tcPr>
          <w:p>
            <w:r>
              <w:t>34</w:t>
            </w:r>
          </w:p>
        </w:tc>
      </w:tr>
      <w:tr>
        <w:tc>
          <w:tcPr>
            <w:tcW w:type="dxa" w:w="2880"/>
          </w:tcPr>
          <w:p>
            <w:r>
              <w:t>2,021</w:t>
            </w:r>
          </w:p>
        </w:tc>
        <w:tc>
          <w:tcPr>
            <w:tcW w:type="dxa" w:w="2880"/>
          </w:tcPr>
          <w:p>
            <w:r>
              <w:t>2,022</w:t>
            </w:r>
          </w:p>
        </w:tc>
        <w:tc>
          <w:tcPr>
            <w:tcW w:type="dxa" w:w="2880"/>
          </w:tcPr>
          <w:p>
            <w:r>
              <w:t>35</w:t>
            </w:r>
          </w:p>
        </w:tc>
      </w:tr>
      <w:tr>
        <w:tc>
          <w:tcPr>
            <w:tcW w:type="dxa" w:w="2880"/>
          </w:tcPr>
          <w:p>
            <w:r>
              <w:t>2,022</w:t>
            </w:r>
          </w:p>
        </w:tc>
        <w:tc>
          <w:tcPr>
            <w:tcW w:type="dxa" w:w="2880"/>
          </w:tcPr>
          <w:p>
            <w:r>
              <w:t>2,024</w:t>
            </w:r>
          </w:p>
        </w:tc>
        <w:tc>
          <w:tcPr>
            <w:tcW w:type="dxa" w:w="2880"/>
          </w:tcPr>
          <w:p>
            <w:r>
              <w:t>38</w:t>
            </w:r>
          </w:p>
        </w:tc>
      </w:tr>
      <w:tr>
        <w:tc>
          <w:tcPr>
            <w:tcW w:type="dxa" w:w="2880"/>
          </w:tcPr>
          <w:p>
            <w:r>
              <w:t>2,024</w:t>
            </w:r>
          </w:p>
        </w:tc>
        <w:tc>
          <w:tcPr>
            <w:tcW w:type="dxa" w:w="2880"/>
          </w:tcPr>
          <w:p>
            <w:r>
              <w:t>2,026</w:t>
            </w:r>
          </w:p>
        </w:tc>
        <w:tc>
          <w:tcPr>
            <w:tcW w:type="dxa" w:w="2880"/>
          </w:tcPr>
          <w:p>
            <w:r>
              <w:t>31</w:t>
            </w:r>
          </w:p>
        </w:tc>
      </w:tr>
    </w:tbl>
    <w:p/>
    <w:p>
      <w:pPr>
        <w:pStyle w:val="Heading2"/>
      </w:pPr>
      <w:r>
        <w:t>Figure 25. Fire hydrants over time (last_test_year) [72]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8</w:t>
            </w:r>
          </w:p>
        </w:tc>
        <w:tc>
          <w:tcPr>
            <w:tcW w:type="dxa" w:w="2880"/>
          </w:tcPr>
          <w:p>
            <w:r>
              <w:t>11.56</w:t>
            </w:r>
          </w:p>
        </w:tc>
        <w:tc>
          <w:tcPr>
            <w:tcW w:type="dxa" w:w="2880"/>
          </w:tcPr>
          <w:p>
            <w:r>
              <w:t>35</w:t>
            </w:r>
          </w:p>
        </w:tc>
      </w:tr>
      <w:tr>
        <w:tc>
          <w:tcPr>
            <w:tcW w:type="dxa" w:w="2880"/>
          </w:tcPr>
          <w:p>
            <w:r>
              <w:t>11.56</w:t>
            </w:r>
          </w:p>
        </w:tc>
        <w:tc>
          <w:tcPr>
            <w:tcW w:type="dxa" w:w="2880"/>
          </w:tcPr>
          <w:p>
            <w:r>
              <w:t>15.11</w:t>
            </w:r>
          </w:p>
        </w:tc>
        <w:tc>
          <w:tcPr>
            <w:tcW w:type="dxa" w:w="2880"/>
          </w:tcPr>
          <w:p>
            <w:r>
              <w:t>23</w:t>
            </w:r>
          </w:p>
        </w:tc>
      </w:tr>
      <w:tr>
        <w:tc>
          <w:tcPr>
            <w:tcW w:type="dxa" w:w="2880"/>
          </w:tcPr>
          <w:p>
            <w:r>
              <w:t>15.11</w:t>
            </w:r>
          </w:p>
        </w:tc>
        <w:tc>
          <w:tcPr>
            <w:tcW w:type="dxa" w:w="2880"/>
          </w:tcPr>
          <w:p>
            <w:r>
              <w:t>18.67</w:t>
            </w:r>
          </w:p>
        </w:tc>
        <w:tc>
          <w:tcPr>
            <w:tcW w:type="dxa" w:w="2880"/>
          </w:tcPr>
          <w:p>
            <w:r>
              <w:t>31</w:t>
            </w:r>
          </w:p>
        </w:tc>
      </w:tr>
      <w:tr>
        <w:tc>
          <w:tcPr>
            <w:tcW w:type="dxa" w:w="2880"/>
          </w:tcPr>
          <w:p>
            <w:r>
              <w:t>18.67</w:t>
            </w:r>
          </w:p>
        </w:tc>
        <w:tc>
          <w:tcPr>
            <w:tcW w:type="dxa" w:w="2880"/>
          </w:tcPr>
          <w:p>
            <w:r>
              <w:t>22.22</w:t>
            </w:r>
          </w:p>
        </w:tc>
        <w:tc>
          <w:tcPr>
            <w:tcW w:type="dxa" w:w="2880"/>
          </w:tcPr>
          <w:p>
            <w:r>
              <w:t>32</w:t>
            </w:r>
          </w:p>
        </w:tc>
      </w:tr>
      <w:tr>
        <w:tc>
          <w:tcPr>
            <w:tcW w:type="dxa" w:w="2880"/>
          </w:tcPr>
          <w:p>
            <w:r>
              <w:t>22.22</w:t>
            </w:r>
          </w:p>
        </w:tc>
        <w:tc>
          <w:tcPr>
            <w:tcW w:type="dxa" w:w="2880"/>
          </w:tcPr>
          <w:p>
            <w:r>
              <w:t>25.78</w:t>
            </w:r>
          </w:p>
        </w:tc>
        <w:tc>
          <w:tcPr>
            <w:tcW w:type="dxa" w:w="2880"/>
          </w:tcPr>
          <w:p>
            <w:r>
              <w:t>20</w:t>
            </w:r>
          </w:p>
        </w:tc>
      </w:tr>
      <w:tr>
        <w:tc>
          <w:tcPr>
            <w:tcW w:type="dxa" w:w="2880"/>
          </w:tcPr>
          <w:p>
            <w:r>
              <w:t>25.78</w:t>
            </w:r>
          </w:p>
        </w:tc>
        <w:tc>
          <w:tcPr>
            <w:tcW w:type="dxa" w:w="2880"/>
          </w:tcPr>
          <w:p>
            <w:r>
              <w:t>29.33</w:t>
            </w:r>
          </w:p>
        </w:tc>
        <w:tc>
          <w:tcPr>
            <w:tcW w:type="dxa" w:w="2880"/>
          </w:tcPr>
          <w:p>
            <w:r>
              <w:t>24</w:t>
            </w:r>
          </w:p>
        </w:tc>
      </w:tr>
      <w:tr>
        <w:tc>
          <w:tcPr>
            <w:tcW w:type="dxa" w:w="2880"/>
          </w:tcPr>
          <w:p>
            <w:r>
              <w:t>29.33</w:t>
            </w:r>
          </w:p>
        </w:tc>
        <w:tc>
          <w:tcPr>
            <w:tcW w:type="dxa" w:w="2880"/>
          </w:tcPr>
          <w:p>
            <w:r>
              <w:t>32.89</w:t>
            </w:r>
          </w:p>
        </w:tc>
        <w:tc>
          <w:tcPr>
            <w:tcW w:type="dxa" w:w="2880"/>
          </w:tcPr>
          <w:p>
            <w:r>
              <w:t>20</w:t>
            </w:r>
          </w:p>
        </w:tc>
      </w:tr>
      <w:tr>
        <w:tc>
          <w:tcPr>
            <w:tcW w:type="dxa" w:w="2880"/>
          </w:tcPr>
          <w:p>
            <w:r>
              <w:t>32.89</w:t>
            </w:r>
          </w:p>
        </w:tc>
        <w:tc>
          <w:tcPr>
            <w:tcW w:type="dxa" w:w="2880"/>
          </w:tcPr>
          <w:p>
            <w:r>
              <w:t>36.44</w:t>
            </w:r>
          </w:p>
        </w:tc>
        <w:tc>
          <w:tcPr>
            <w:tcW w:type="dxa" w:w="2880"/>
          </w:tcPr>
          <w:p>
            <w:r>
              <w:t>28</w:t>
            </w:r>
          </w:p>
        </w:tc>
      </w:tr>
      <w:tr>
        <w:tc>
          <w:tcPr>
            <w:tcW w:type="dxa" w:w="2880"/>
          </w:tcPr>
          <w:p>
            <w:r>
              <w:t>36.44</w:t>
            </w:r>
          </w:p>
        </w:tc>
        <w:tc>
          <w:tcPr>
            <w:tcW w:type="dxa" w:w="2880"/>
          </w:tcPr>
          <w:p>
            <w:r>
              <w:t>40</w:t>
            </w:r>
          </w:p>
        </w:tc>
        <w:tc>
          <w:tcPr>
            <w:tcW w:type="dxa" w:w="2880"/>
          </w:tcPr>
          <w:p>
            <w:r>
              <w:t>37</w:t>
            </w:r>
          </w:p>
        </w:tc>
      </w:tr>
    </w:tbl>
    <w:p/>
    <w:p>
      <w:pPr>
        <w:pStyle w:val="Heading2"/>
      </w:pPr>
      <w:r>
        <w:t>Figure 26. Customer complaints over time (date) [73]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2025-09-29</w:t>
            </w:r>
          </w:p>
        </w:tc>
        <w:tc>
          <w:tcPr>
            <w:tcW w:type="dxa" w:w="2880"/>
          </w:tcPr>
          <w:p>
            <w:r>
              <w:t>low pressure</w:t>
            </w:r>
          </w:p>
        </w:tc>
        <w:tc>
          <w:tcPr>
            <w:tcW w:type="dxa" w:w="2880"/>
          </w:tcPr>
          <w:p>
            <w:r>
              <w:t>4</w:t>
            </w:r>
          </w:p>
        </w:tc>
      </w:tr>
      <w:tr>
        <w:tc>
          <w:tcPr>
            <w:tcW w:type="dxa" w:w="2880"/>
          </w:tcPr>
          <w:p>
            <w:r>
              <w:t>2025-09-29</w:t>
            </w:r>
          </w:p>
        </w:tc>
        <w:tc>
          <w:tcPr>
            <w:tcW w:type="dxa" w:w="2880"/>
          </w:tcPr>
          <w:p>
            <w:r>
              <w:t>high bill</w:t>
            </w:r>
          </w:p>
        </w:tc>
        <w:tc>
          <w:tcPr>
            <w:tcW w:type="dxa" w:w="2880"/>
          </w:tcPr>
          <w:p>
            <w:r>
              <w:t>3</w:t>
            </w:r>
          </w:p>
        </w:tc>
      </w:tr>
      <w:tr>
        <w:tc>
          <w:tcPr>
            <w:tcW w:type="dxa" w:w="2880"/>
          </w:tcPr>
          <w:p>
            <w:r>
              <w:t>2025-09-29</w:t>
            </w:r>
          </w:p>
        </w:tc>
        <w:tc>
          <w:tcPr>
            <w:tcW w:type="dxa" w:w="2880"/>
          </w:tcPr>
          <w:p>
            <w:r>
              <w:t>no water</w:t>
            </w:r>
          </w:p>
        </w:tc>
        <w:tc>
          <w:tcPr>
            <w:tcW w:type="dxa" w:w="2880"/>
          </w:tcPr>
          <w:p>
            <w:r>
              <w:t>1</w:t>
            </w:r>
          </w:p>
        </w:tc>
      </w:tr>
      <w:tr>
        <w:tc>
          <w:tcPr>
            <w:tcW w:type="dxa" w:w="2880"/>
          </w:tcPr>
          <w:p>
            <w:r>
              <w:t>2025-09-29</w:t>
            </w:r>
          </w:p>
        </w:tc>
        <w:tc>
          <w:tcPr>
            <w:tcW w:type="dxa" w:w="2880"/>
          </w:tcPr>
          <w:p>
            <w:r>
              <w:t>dirty water</w:t>
            </w:r>
          </w:p>
        </w:tc>
        <w:tc>
          <w:tcPr>
            <w:tcW w:type="dxa" w:w="2880"/>
          </w:tcPr>
          <w:p>
            <w:r>
              <w:t>2</w:t>
            </w:r>
          </w:p>
        </w:tc>
      </w:tr>
      <w:tr>
        <w:tc>
          <w:tcPr>
            <w:tcW w:type="dxa" w:w="2880"/>
          </w:tcPr>
          <w:p>
            <w:r>
              <w:t>2025-10-06</w:t>
            </w:r>
          </w:p>
        </w:tc>
        <w:tc>
          <w:tcPr>
            <w:tcW w:type="dxa" w:w="2880"/>
          </w:tcPr>
          <w:p>
            <w:r>
              <w:t>low pressure</w:t>
            </w:r>
          </w:p>
        </w:tc>
        <w:tc>
          <w:tcPr>
            <w:tcW w:type="dxa" w:w="2880"/>
          </w:tcPr>
          <w:p>
            <w:r>
              <w:t>6</w:t>
            </w:r>
          </w:p>
        </w:tc>
      </w:tr>
      <w:tr>
        <w:tc>
          <w:tcPr>
            <w:tcW w:type="dxa" w:w="2880"/>
          </w:tcPr>
          <w:p>
            <w:r>
              <w:t>2025-10-06</w:t>
            </w:r>
          </w:p>
        </w:tc>
        <w:tc>
          <w:tcPr>
            <w:tcW w:type="dxa" w:w="2880"/>
          </w:tcPr>
          <w:p>
            <w:r>
              <w:t>high bill</w:t>
            </w:r>
          </w:p>
        </w:tc>
        <w:tc>
          <w:tcPr>
            <w:tcW w:type="dxa" w:w="2880"/>
          </w:tcPr>
          <w:p>
            <w:r>
              <w:t>3</w:t>
            </w:r>
          </w:p>
        </w:tc>
      </w:tr>
      <w:tr>
        <w:tc>
          <w:tcPr>
            <w:tcW w:type="dxa" w:w="2880"/>
          </w:tcPr>
          <w:p>
            <w:r>
              <w:t>2025-10-06</w:t>
            </w:r>
          </w:p>
        </w:tc>
        <w:tc>
          <w:tcPr>
            <w:tcW w:type="dxa" w:w="2880"/>
          </w:tcPr>
          <w:p>
            <w:r>
              <w:t>no water</w:t>
            </w:r>
          </w:p>
        </w:tc>
        <w:tc>
          <w:tcPr>
            <w:tcW w:type="dxa" w:w="2880"/>
          </w:tcPr>
          <w:p>
            <w:r>
              <w:t>2</w:t>
            </w:r>
          </w:p>
        </w:tc>
      </w:tr>
      <w:tr>
        <w:tc>
          <w:tcPr>
            <w:tcW w:type="dxa" w:w="2880"/>
          </w:tcPr>
          <w:p>
            <w:r>
              <w:t>2025-10-06</w:t>
            </w:r>
          </w:p>
        </w:tc>
        <w:tc>
          <w:tcPr>
            <w:tcW w:type="dxa" w:w="2880"/>
          </w:tcPr>
          <w:p>
            <w:r>
              <w:t>dirty water</w:t>
            </w:r>
          </w:p>
        </w:tc>
        <w:tc>
          <w:tcPr>
            <w:tcW w:type="dxa" w:w="2880"/>
          </w:tcPr>
          <w:p>
            <w:r>
              <w:t>0</w:t>
            </w:r>
          </w:p>
        </w:tc>
      </w:tr>
      <w:tr>
        <w:tc>
          <w:tcPr>
            <w:tcW w:type="dxa" w:w="2880"/>
          </w:tcPr>
          <w:p>
            <w:r>
              <w:t>2025-10-13</w:t>
            </w:r>
          </w:p>
        </w:tc>
        <w:tc>
          <w:tcPr>
            <w:tcW w:type="dxa" w:w="2880"/>
          </w:tcPr>
          <w:p>
            <w:r>
              <w:t>low pressure</w:t>
            </w:r>
          </w:p>
        </w:tc>
        <w:tc>
          <w:tcPr>
            <w:tcW w:type="dxa" w:w="2880"/>
          </w:tcPr>
          <w:p>
            <w:r>
              <w:t>2</w:t>
            </w:r>
          </w:p>
        </w:tc>
      </w:tr>
      <w:tr>
        <w:tc>
          <w:tcPr>
            <w:tcW w:type="dxa" w:w="2880"/>
          </w:tcPr>
          <w:p>
            <w:r>
              <w:t>2025-10-13</w:t>
            </w:r>
          </w:p>
        </w:tc>
        <w:tc>
          <w:tcPr>
            <w:tcW w:type="dxa" w:w="2880"/>
          </w:tcPr>
          <w:p>
            <w:r>
              <w:t>high bill</w:t>
            </w:r>
          </w:p>
        </w:tc>
        <w:tc>
          <w:tcPr>
            <w:tcW w:type="dxa" w:w="2880"/>
          </w:tcPr>
          <w:p>
            <w:r>
              <w:t>3</w:t>
            </w:r>
          </w:p>
        </w:tc>
      </w:tr>
      <w:tr>
        <w:tc>
          <w:tcPr>
            <w:tcW w:type="dxa" w:w="2880"/>
          </w:tcPr>
          <w:p>
            <w:r>
              <w:t>2025-10-13</w:t>
            </w:r>
          </w:p>
        </w:tc>
        <w:tc>
          <w:tcPr>
            <w:tcW w:type="dxa" w:w="2880"/>
          </w:tcPr>
          <w:p>
            <w:r>
              <w:t>no water</w:t>
            </w:r>
          </w:p>
        </w:tc>
        <w:tc>
          <w:tcPr>
            <w:tcW w:type="dxa" w:w="2880"/>
          </w:tcPr>
          <w:p>
            <w:r>
              <w:t>2</w:t>
            </w:r>
          </w:p>
        </w:tc>
      </w:tr>
      <w:tr>
        <w:tc>
          <w:tcPr>
            <w:tcW w:type="dxa" w:w="2880"/>
          </w:tcPr>
          <w:p>
            <w:r>
              <w:t>2025-10-13</w:t>
            </w:r>
          </w:p>
        </w:tc>
        <w:tc>
          <w:tcPr>
            <w:tcW w:type="dxa" w:w="2880"/>
          </w:tcPr>
          <w:p>
            <w:r>
              <w:t>dirty water</w:t>
            </w:r>
          </w:p>
        </w:tc>
        <w:tc>
          <w:tcPr>
            <w:tcW w:type="dxa" w:w="2880"/>
          </w:tcPr>
          <w:p>
            <w:r>
              <w:t>0</w:t>
            </w:r>
          </w:p>
        </w:tc>
      </w:tr>
      <w:tr>
        <w:tc>
          <w:tcPr>
            <w:tcW w:type="dxa" w:w="2880"/>
          </w:tcPr>
          <w:p>
            <w:r>
              <w:t>2025-10-20</w:t>
            </w:r>
          </w:p>
        </w:tc>
        <w:tc>
          <w:tcPr>
            <w:tcW w:type="dxa" w:w="2880"/>
          </w:tcPr>
          <w:p>
            <w:r>
              <w:t>low pressure</w:t>
            </w:r>
          </w:p>
        </w:tc>
        <w:tc>
          <w:tcPr>
            <w:tcW w:type="dxa" w:w="2880"/>
          </w:tcPr>
          <w:p>
            <w:r>
              <w:t>5</w:t>
            </w:r>
          </w:p>
        </w:tc>
      </w:tr>
      <w:tr>
        <w:tc>
          <w:tcPr>
            <w:tcW w:type="dxa" w:w="2880"/>
          </w:tcPr>
          <w:p>
            <w:r>
              <w:t>2025-10-20</w:t>
            </w:r>
          </w:p>
        </w:tc>
        <w:tc>
          <w:tcPr>
            <w:tcW w:type="dxa" w:w="2880"/>
          </w:tcPr>
          <w:p>
            <w:r>
              <w:t>high bill</w:t>
            </w:r>
          </w:p>
        </w:tc>
        <w:tc>
          <w:tcPr>
            <w:tcW w:type="dxa" w:w="2880"/>
          </w:tcPr>
          <w:p>
            <w:r>
              <w:t>4</w:t>
            </w:r>
          </w:p>
        </w:tc>
      </w:tr>
      <w:tr>
        <w:tc>
          <w:tcPr>
            <w:tcW w:type="dxa" w:w="2880"/>
          </w:tcPr>
          <w:p>
            <w:r>
              <w:t>2025-10-20</w:t>
            </w:r>
          </w:p>
        </w:tc>
        <w:tc>
          <w:tcPr>
            <w:tcW w:type="dxa" w:w="2880"/>
          </w:tcPr>
          <w:p>
            <w:r>
              <w:t>no water</w:t>
            </w:r>
          </w:p>
        </w:tc>
        <w:tc>
          <w:tcPr>
            <w:tcW w:type="dxa" w:w="2880"/>
          </w:tcPr>
          <w:p>
            <w:r>
              <w:t>2</w:t>
            </w:r>
          </w:p>
        </w:tc>
      </w:tr>
      <w:tr>
        <w:tc>
          <w:tcPr>
            <w:tcW w:type="dxa" w:w="2880"/>
          </w:tcPr>
          <w:p>
            <w:r>
              <w:t>2025-10-20</w:t>
            </w:r>
          </w:p>
        </w:tc>
        <w:tc>
          <w:tcPr>
            <w:tcW w:type="dxa" w:w="2880"/>
          </w:tcPr>
          <w:p>
            <w:r>
              <w:t>dirty water</w:t>
            </w:r>
          </w:p>
        </w:tc>
        <w:tc>
          <w:tcPr>
            <w:tcW w:type="dxa" w:w="2880"/>
          </w:tcPr>
          <w:p>
            <w:r>
              <w:t>1</w:t>
            </w:r>
          </w:p>
        </w:tc>
      </w:tr>
      <w:tr>
        <w:tc>
          <w:tcPr>
            <w:tcW w:type="dxa" w:w="2880"/>
          </w:tcPr>
          <w:p>
            <w:r>
              <w:t>2025-10-27</w:t>
            </w:r>
          </w:p>
        </w:tc>
        <w:tc>
          <w:tcPr>
            <w:tcW w:type="dxa" w:w="2880"/>
          </w:tcPr>
          <w:p>
            <w:r>
              <w:t>low pressure</w:t>
            </w:r>
          </w:p>
        </w:tc>
        <w:tc>
          <w:tcPr>
            <w:tcW w:type="dxa" w:w="2880"/>
          </w:tcPr>
          <w:p>
            <w:r>
              <w:t>0</w:t>
            </w:r>
          </w:p>
        </w:tc>
      </w:tr>
      <w:tr>
        <w:tc>
          <w:tcPr>
            <w:tcW w:type="dxa" w:w="2880"/>
          </w:tcPr>
          <w:p>
            <w:r>
              <w:t>2025-10-27</w:t>
            </w:r>
          </w:p>
        </w:tc>
        <w:tc>
          <w:tcPr>
            <w:tcW w:type="dxa" w:w="2880"/>
          </w:tcPr>
          <w:p>
            <w:r>
              <w:t>high bill</w:t>
            </w:r>
          </w:p>
        </w:tc>
        <w:tc>
          <w:tcPr>
            <w:tcW w:type="dxa" w:w="2880"/>
          </w:tcPr>
          <w:p>
            <w:r>
              <w:t>2</w:t>
            </w:r>
          </w:p>
        </w:tc>
      </w:tr>
      <w:tr>
        <w:tc>
          <w:tcPr>
            <w:tcW w:type="dxa" w:w="2880"/>
          </w:tcPr>
          <w:p>
            <w:r>
              <w:t>2025-10-27</w:t>
            </w:r>
          </w:p>
        </w:tc>
        <w:tc>
          <w:tcPr>
            <w:tcW w:type="dxa" w:w="2880"/>
          </w:tcPr>
          <w:p>
            <w:r>
              <w:t>no water</w:t>
            </w:r>
          </w:p>
        </w:tc>
        <w:tc>
          <w:tcPr>
            <w:tcW w:type="dxa" w:w="2880"/>
          </w:tcPr>
          <w:p>
            <w:r>
              <w:t>1</w:t>
            </w:r>
          </w:p>
        </w:tc>
      </w:tr>
      <w:tr>
        <w:tc>
          <w:tcPr>
            <w:tcW w:type="dxa" w:w="2880"/>
          </w:tcPr>
          <w:p>
            <w:r>
              <w:t>2025-10-27</w:t>
            </w:r>
          </w:p>
        </w:tc>
        <w:tc>
          <w:tcPr>
            <w:tcW w:type="dxa" w:w="2880"/>
          </w:tcPr>
          <w:p>
            <w:r>
              <w:t>dirty water</w:t>
            </w:r>
          </w:p>
        </w:tc>
        <w:tc>
          <w:tcPr>
            <w:tcW w:type="dxa" w:w="2880"/>
          </w:tcPr>
          <w:p>
            <w:r>
              <w:t>2</w:t>
            </w:r>
          </w:p>
        </w:tc>
      </w:tr>
      <w:tr>
        <w:tc>
          <w:tcPr>
            <w:tcW w:type="dxa" w:w="2880"/>
          </w:tcPr>
          <w:p>
            <w:r>
              <w:t>2025-11-03</w:t>
            </w:r>
          </w:p>
        </w:tc>
        <w:tc>
          <w:tcPr>
            <w:tcW w:type="dxa" w:w="2880"/>
          </w:tcPr>
          <w:p>
            <w:r>
              <w:t>low pressure</w:t>
            </w:r>
          </w:p>
        </w:tc>
        <w:tc>
          <w:tcPr>
            <w:tcW w:type="dxa" w:w="2880"/>
          </w:tcPr>
          <w:p>
            <w:r>
              <w:t>2</w:t>
            </w:r>
          </w:p>
        </w:tc>
      </w:tr>
      <w:tr>
        <w:tc>
          <w:tcPr>
            <w:tcW w:type="dxa" w:w="2880"/>
          </w:tcPr>
          <w:p>
            <w:r>
              <w:t>2025-11-03</w:t>
            </w:r>
          </w:p>
        </w:tc>
        <w:tc>
          <w:tcPr>
            <w:tcW w:type="dxa" w:w="2880"/>
          </w:tcPr>
          <w:p>
            <w:r>
              <w:t>high bill</w:t>
            </w:r>
          </w:p>
        </w:tc>
        <w:tc>
          <w:tcPr>
            <w:tcW w:type="dxa" w:w="2880"/>
          </w:tcPr>
          <w:p>
            <w:r>
              <w:t>1</w:t>
            </w:r>
          </w:p>
        </w:tc>
      </w:tr>
      <w:tr>
        <w:tc>
          <w:tcPr>
            <w:tcW w:type="dxa" w:w="2880"/>
          </w:tcPr>
          <w:p>
            <w:r>
              <w:t>2025-11-03</w:t>
            </w:r>
          </w:p>
        </w:tc>
        <w:tc>
          <w:tcPr>
            <w:tcW w:type="dxa" w:w="2880"/>
          </w:tcPr>
          <w:p>
            <w:r>
              <w:t>no water</w:t>
            </w:r>
          </w:p>
        </w:tc>
        <w:tc>
          <w:tcPr>
            <w:tcW w:type="dxa" w:w="2880"/>
          </w:tcPr>
          <w:p>
            <w:r>
              <w:t>5</w:t>
            </w:r>
          </w:p>
        </w:tc>
      </w:tr>
      <w:tr>
        <w:tc>
          <w:tcPr>
            <w:tcW w:type="dxa" w:w="2880"/>
          </w:tcPr>
          <w:p>
            <w:r>
              <w:t>2025-11-03</w:t>
            </w:r>
          </w:p>
        </w:tc>
        <w:tc>
          <w:tcPr>
            <w:tcW w:type="dxa" w:w="2880"/>
          </w:tcPr>
          <w:p>
            <w:r>
              <w:t>dirty water</w:t>
            </w:r>
          </w:p>
        </w:tc>
        <w:tc>
          <w:tcPr>
            <w:tcW w:type="dxa" w:w="2880"/>
          </w:tcPr>
          <w:p>
            <w:r>
              <w:t>0</w:t>
            </w:r>
          </w:p>
        </w:tc>
      </w:tr>
      <w:tr>
        <w:tc>
          <w:tcPr>
            <w:tcW w:type="dxa" w:w="2880"/>
          </w:tcPr>
          <w:p>
            <w:r>
              <w:t>2025-11-10</w:t>
            </w:r>
          </w:p>
        </w:tc>
        <w:tc>
          <w:tcPr>
            <w:tcW w:type="dxa" w:w="2880"/>
          </w:tcPr>
          <w:p>
            <w:r>
              <w:t>low pressure</w:t>
            </w:r>
          </w:p>
        </w:tc>
        <w:tc>
          <w:tcPr>
            <w:tcW w:type="dxa" w:w="2880"/>
          </w:tcPr>
          <w:p>
            <w:r>
              <w:t>3</w:t>
            </w:r>
          </w:p>
        </w:tc>
      </w:tr>
      <w:tr>
        <w:tc>
          <w:tcPr>
            <w:tcW w:type="dxa" w:w="2880"/>
          </w:tcPr>
          <w:p>
            <w:r>
              <w:t>2025-11-10</w:t>
            </w:r>
          </w:p>
        </w:tc>
        <w:tc>
          <w:tcPr>
            <w:tcW w:type="dxa" w:w="2880"/>
          </w:tcPr>
          <w:p>
            <w:r>
              <w:t>high bill</w:t>
            </w:r>
          </w:p>
        </w:tc>
        <w:tc>
          <w:tcPr>
            <w:tcW w:type="dxa" w:w="2880"/>
          </w:tcPr>
          <w:p>
            <w:r>
              <w:t>0</w:t>
            </w:r>
          </w:p>
        </w:tc>
      </w:tr>
      <w:tr>
        <w:tc>
          <w:tcPr>
            <w:tcW w:type="dxa" w:w="2880"/>
          </w:tcPr>
          <w:p>
            <w:r>
              <w:t>2025-11-10</w:t>
            </w:r>
          </w:p>
        </w:tc>
        <w:tc>
          <w:tcPr>
            <w:tcW w:type="dxa" w:w="2880"/>
          </w:tcPr>
          <w:p>
            <w:r>
              <w:t>no water</w:t>
            </w:r>
          </w:p>
        </w:tc>
        <w:tc>
          <w:tcPr>
            <w:tcW w:type="dxa" w:w="2880"/>
          </w:tcPr>
          <w:p>
            <w:r>
              <w:t>1</w:t>
            </w:r>
          </w:p>
        </w:tc>
      </w:tr>
      <w:tr>
        <w:tc>
          <w:tcPr>
            <w:tcW w:type="dxa" w:w="2880"/>
          </w:tcPr>
          <w:p>
            <w:r>
              <w:t>2025-11-10</w:t>
            </w:r>
          </w:p>
        </w:tc>
        <w:tc>
          <w:tcPr>
            <w:tcW w:type="dxa" w:w="2880"/>
          </w:tcPr>
          <w:p>
            <w:r>
              <w:t>dirty water</w:t>
            </w:r>
          </w:p>
        </w:tc>
        <w:tc>
          <w:tcPr>
            <w:tcW w:type="dxa" w:w="2880"/>
          </w:tcPr>
          <w:p>
            <w:r>
              <w:t>1</w:t>
            </w:r>
          </w:p>
        </w:tc>
      </w:tr>
      <w:tr>
        <w:tc>
          <w:tcPr>
            <w:tcW w:type="dxa" w:w="2880"/>
          </w:tcPr>
          <w:p>
            <w:r>
              <w:t>2025-11-17</w:t>
            </w:r>
          </w:p>
        </w:tc>
        <w:tc>
          <w:tcPr>
            <w:tcW w:type="dxa" w:w="2880"/>
          </w:tcPr>
          <w:p>
            <w:r>
              <w:t>low pressure</w:t>
            </w:r>
          </w:p>
        </w:tc>
        <w:tc>
          <w:tcPr>
            <w:tcW w:type="dxa" w:w="2880"/>
          </w:tcPr>
          <w:p>
            <w:r>
              <w:t>3</w:t>
            </w:r>
          </w:p>
        </w:tc>
      </w:tr>
      <w:tr>
        <w:tc>
          <w:tcPr>
            <w:tcW w:type="dxa" w:w="2880"/>
          </w:tcPr>
          <w:p>
            <w:r>
              <w:t>2025-11-17</w:t>
            </w:r>
          </w:p>
        </w:tc>
        <w:tc>
          <w:tcPr>
            <w:tcW w:type="dxa" w:w="2880"/>
          </w:tcPr>
          <w:p>
            <w:r>
              <w:t>high bill</w:t>
            </w:r>
          </w:p>
        </w:tc>
        <w:tc>
          <w:tcPr>
            <w:tcW w:type="dxa" w:w="2880"/>
          </w:tcPr>
          <w:p>
            <w:r>
              <w:t>1</w:t>
            </w:r>
          </w:p>
        </w:tc>
      </w:tr>
      <w:tr>
        <w:tc>
          <w:tcPr>
            <w:tcW w:type="dxa" w:w="2880"/>
          </w:tcPr>
          <w:p>
            <w:r>
              <w:t>2025-11-17</w:t>
            </w:r>
          </w:p>
        </w:tc>
        <w:tc>
          <w:tcPr>
            <w:tcW w:type="dxa" w:w="2880"/>
          </w:tcPr>
          <w:p>
            <w:r>
              <w:t>no water</w:t>
            </w:r>
          </w:p>
        </w:tc>
        <w:tc>
          <w:tcPr>
            <w:tcW w:type="dxa" w:w="2880"/>
          </w:tcPr>
          <w:p>
            <w:r>
              <w:t>1</w:t>
            </w:r>
          </w:p>
        </w:tc>
      </w:tr>
      <w:tr>
        <w:tc>
          <w:tcPr>
            <w:tcW w:type="dxa" w:w="2880"/>
          </w:tcPr>
          <w:p>
            <w:r>
              <w:t>2025-11-17</w:t>
            </w:r>
          </w:p>
        </w:tc>
        <w:tc>
          <w:tcPr>
            <w:tcW w:type="dxa" w:w="2880"/>
          </w:tcPr>
          <w:p>
            <w:r>
              <w:t>dirty water</w:t>
            </w:r>
          </w:p>
        </w:tc>
        <w:tc>
          <w:tcPr>
            <w:tcW w:type="dxa" w:w="2880"/>
          </w:tcPr>
          <w:p>
            <w:r>
              <w:t>1</w:t>
            </w:r>
          </w:p>
        </w:tc>
      </w:tr>
      <w:tr>
        <w:tc>
          <w:tcPr>
            <w:tcW w:type="dxa" w:w="2880"/>
          </w:tcPr>
          <w:p>
            <w:r>
              <w:t>2025-11-24</w:t>
            </w:r>
          </w:p>
        </w:tc>
        <w:tc>
          <w:tcPr>
            <w:tcW w:type="dxa" w:w="2880"/>
          </w:tcPr>
          <w:p>
            <w:r>
              <w:t>low pressure</w:t>
            </w:r>
          </w:p>
        </w:tc>
        <w:tc>
          <w:tcPr>
            <w:tcW w:type="dxa" w:w="2880"/>
          </w:tcPr>
          <w:p>
            <w:r>
              <w:t>2</w:t>
            </w:r>
          </w:p>
        </w:tc>
      </w:tr>
      <w:tr>
        <w:tc>
          <w:tcPr>
            <w:tcW w:type="dxa" w:w="2880"/>
          </w:tcPr>
          <w:p>
            <w:r>
              <w:t>2025-11-24</w:t>
            </w:r>
          </w:p>
        </w:tc>
        <w:tc>
          <w:tcPr>
            <w:tcW w:type="dxa" w:w="2880"/>
          </w:tcPr>
          <w:p>
            <w:r>
              <w:t>high bill</w:t>
            </w:r>
          </w:p>
        </w:tc>
        <w:tc>
          <w:tcPr>
            <w:tcW w:type="dxa" w:w="2880"/>
          </w:tcPr>
          <w:p>
            <w:r>
              <w:t>4</w:t>
            </w:r>
          </w:p>
        </w:tc>
      </w:tr>
      <w:tr>
        <w:tc>
          <w:tcPr>
            <w:tcW w:type="dxa" w:w="2880"/>
          </w:tcPr>
          <w:p>
            <w:r>
              <w:t>2025-11-24</w:t>
            </w:r>
          </w:p>
        </w:tc>
        <w:tc>
          <w:tcPr>
            <w:tcW w:type="dxa" w:w="2880"/>
          </w:tcPr>
          <w:p>
            <w:r>
              <w:t>no water</w:t>
            </w:r>
          </w:p>
        </w:tc>
        <w:tc>
          <w:tcPr>
            <w:tcW w:type="dxa" w:w="2880"/>
          </w:tcPr>
          <w:p>
            <w:r>
              <w:t>3</w:t>
            </w:r>
          </w:p>
        </w:tc>
      </w:tr>
      <w:tr>
        <w:tc>
          <w:tcPr>
            <w:tcW w:type="dxa" w:w="2880"/>
          </w:tcPr>
          <w:p>
            <w:r>
              <w:t>2025-11-24</w:t>
            </w:r>
          </w:p>
        </w:tc>
        <w:tc>
          <w:tcPr>
            <w:tcW w:type="dxa" w:w="2880"/>
          </w:tcPr>
          <w:p>
            <w:r>
              <w:t>dirty water</w:t>
            </w:r>
          </w:p>
        </w:tc>
        <w:tc>
          <w:tcPr>
            <w:tcW w:type="dxa" w:w="2880"/>
          </w:tcPr>
          <w:p>
            <w:r>
              <w:t>0</w:t>
            </w:r>
          </w:p>
        </w:tc>
      </w:tr>
      <w:tr>
        <w:tc>
          <w:tcPr>
            <w:tcW w:type="dxa" w:w="2880"/>
          </w:tcPr>
          <w:p>
            <w:r>
              <w:t>2025-12-01</w:t>
            </w:r>
          </w:p>
        </w:tc>
        <w:tc>
          <w:tcPr>
            <w:tcW w:type="dxa" w:w="2880"/>
          </w:tcPr>
          <w:p>
            <w:r>
              <w:t>low pressure</w:t>
            </w:r>
          </w:p>
        </w:tc>
        <w:tc>
          <w:tcPr>
            <w:tcW w:type="dxa" w:w="2880"/>
          </w:tcPr>
          <w:p>
            <w:r>
              <w:t>2</w:t>
            </w:r>
          </w:p>
        </w:tc>
      </w:tr>
      <w:tr>
        <w:tc>
          <w:tcPr>
            <w:tcW w:type="dxa" w:w="2880"/>
          </w:tcPr>
          <w:p>
            <w:r>
              <w:t>2025-12-01</w:t>
            </w:r>
          </w:p>
        </w:tc>
        <w:tc>
          <w:tcPr>
            <w:tcW w:type="dxa" w:w="2880"/>
          </w:tcPr>
          <w:p>
            <w:r>
              <w:t>high bill</w:t>
            </w:r>
          </w:p>
        </w:tc>
        <w:tc>
          <w:tcPr>
            <w:tcW w:type="dxa" w:w="2880"/>
          </w:tcPr>
          <w:p>
            <w:r>
              <w:t>1</w:t>
            </w:r>
          </w:p>
        </w:tc>
      </w:tr>
      <w:tr>
        <w:tc>
          <w:tcPr>
            <w:tcW w:type="dxa" w:w="2880"/>
          </w:tcPr>
          <w:p>
            <w:r>
              <w:t>2025-12-01</w:t>
            </w:r>
          </w:p>
        </w:tc>
        <w:tc>
          <w:tcPr>
            <w:tcW w:type="dxa" w:w="2880"/>
          </w:tcPr>
          <w:p>
            <w:r>
              <w:t>no water</w:t>
            </w:r>
          </w:p>
        </w:tc>
        <w:tc>
          <w:tcPr>
            <w:tcW w:type="dxa" w:w="2880"/>
          </w:tcPr>
          <w:p>
            <w:r>
              <w:t>1</w:t>
            </w:r>
          </w:p>
        </w:tc>
      </w:tr>
      <w:tr>
        <w:tc>
          <w:tcPr>
            <w:tcW w:type="dxa" w:w="2880"/>
          </w:tcPr>
          <w:p>
            <w:r>
              <w:t>2025-12-01</w:t>
            </w:r>
          </w:p>
        </w:tc>
        <w:tc>
          <w:tcPr>
            <w:tcW w:type="dxa" w:w="2880"/>
          </w:tcPr>
          <w:p>
            <w:r>
              <w:t>dirty water</w:t>
            </w:r>
          </w:p>
        </w:tc>
        <w:tc>
          <w:tcPr>
            <w:tcW w:type="dxa" w:w="2880"/>
          </w:tcPr>
          <w:p>
            <w:r>
              <w:t>0</w:t>
            </w:r>
          </w:p>
        </w:tc>
      </w:tr>
      <w:tr>
        <w:tc>
          <w:tcPr>
            <w:tcW w:type="dxa" w:w="2880"/>
          </w:tcPr>
          <w:p>
            <w:r>
              <w:t>2025-12-08</w:t>
            </w:r>
          </w:p>
        </w:tc>
        <w:tc>
          <w:tcPr>
            <w:tcW w:type="dxa" w:w="2880"/>
          </w:tcPr>
          <w:p>
            <w:r>
              <w:t>low pressure</w:t>
            </w:r>
          </w:p>
        </w:tc>
        <w:tc>
          <w:tcPr>
            <w:tcW w:type="dxa" w:w="2880"/>
          </w:tcPr>
          <w:p>
            <w:r>
              <w:t>1</w:t>
            </w:r>
          </w:p>
        </w:tc>
      </w:tr>
      <w:tr>
        <w:tc>
          <w:tcPr>
            <w:tcW w:type="dxa" w:w="2880"/>
          </w:tcPr>
          <w:p>
            <w:r>
              <w:t>2025-12-08</w:t>
            </w:r>
          </w:p>
        </w:tc>
        <w:tc>
          <w:tcPr>
            <w:tcW w:type="dxa" w:w="2880"/>
          </w:tcPr>
          <w:p>
            <w:r>
              <w:t>high bill</w:t>
            </w:r>
          </w:p>
        </w:tc>
        <w:tc>
          <w:tcPr>
            <w:tcW w:type="dxa" w:w="2880"/>
          </w:tcPr>
          <w:p>
            <w:r>
              <w:t>1</w:t>
            </w:r>
          </w:p>
        </w:tc>
      </w:tr>
      <w:tr>
        <w:tc>
          <w:tcPr>
            <w:tcW w:type="dxa" w:w="2880"/>
          </w:tcPr>
          <w:p>
            <w:r>
              <w:t>2025-12-08</w:t>
            </w:r>
          </w:p>
        </w:tc>
        <w:tc>
          <w:tcPr>
            <w:tcW w:type="dxa" w:w="2880"/>
          </w:tcPr>
          <w:p>
            <w:r>
              <w:t>no water</w:t>
            </w:r>
          </w:p>
        </w:tc>
        <w:tc>
          <w:tcPr>
            <w:tcW w:type="dxa" w:w="2880"/>
          </w:tcPr>
          <w:p>
            <w:r>
              <w:t>0</w:t>
            </w:r>
          </w:p>
        </w:tc>
      </w:tr>
      <w:tr>
        <w:tc>
          <w:tcPr>
            <w:tcW w:type="dxa" w:w="2880"/>
          </w:tcPr>
          <w:p>
            <w:r>
              <w:t>2025-12-08</w:t>
            </w:r>
          </w:p>
        </w:tc>
        <w:tc>
          <w:tcPr>
            <w:tcW w:type="dxa" w:w="2880"/>
          </w:tcPr>
          <w:p>
            <w:r>
              <w:t>dirty water</w:t>
            </w:r>
          </w:p>
        </w:tc>
        <w:tc>
          <w:tcPr>
            <w:tcW w:type="dxa" w:w="2880"/>
          </w:tcPr>
          <w:p>
            <w:r>
              <w:t>0</w:t>
            </w:r>
          </w:p>
        </w:tc>
      </w:tr>
      <w:tr>
        <w:tc>
          <w:tcPr>
            <w:tcW w:type="dxa" w:w="2880"/>
          </w:tcPr>
          <w:p>
            <w:r>
              <w:t>2025-12-15</w:t>
            </w:r>
          </w:p>
        </w:tc>
        <w:tc>
          <w:tcPr>
            <w:tcW w:type="dxa" w:w="2880"/>
          </w:tcPr>
          <w:p>
            <w:r>
              <w:t>low pressure</w:t>
            </w:r>
          </w:p>
        </w:tc>
        <w:tc>
          <w:tcPr>
            <w:tcW w:type="dxa" w:w="2880"/>
          </w:tcPr>
          <w:p>
            <w:r>
              <w:t>4</w:t>
            </w:r>
          </w:p>
        </w:tc>
      </w:tr>
      <w:tr>
        <w:tc>
          <w:tcPr>
            <w:tcW w:type="dxa" w:w="2880"/>
          </w:tcPr>
          <w:p>
            <w:r>
              <w:t>2025-12-15</w:t>
            </w:r>
          </w:p>
        </w:tc>
        <w:tc>
          <w:tcPr>
            <w:tcW w:type="dxa" w:w="2880"/>
          </w:tcPr>
          <w:p>
            <w:r>
              <w:t>high bill</w:t>
            </w:r>
          </w:p>
        </w:tc>
        <w:tc>
          <w:tcPr>
            <w:tcW w:type="dxa" w:w="2880"/>
          </w:tcPr>
          <w:p>
            <w:r>
              <w:t>0</w:t>
            </w:r>
          </w:p>
        </w:tc>
      </w:tr>
      <w:tr>
        <w:tc>
          <w:tcPr>
            <w:tcW w:type="dxa" w:w="2880"/>
          </w:tcPr>
          <w:p>
            <w:r>
              <w:t>2025-12-15</w:t>
            </w:r>
          </w:p>
        </w:tc>
        <w:tc>
          <w:tcPr>
            <w:tcW w:type="dxa" w:w="2880"/>
          </w:tcPr>
          <w:p>
            <w:r>
              <w:t>no water</w:t>
            </w:r>
          </w:p>
        </w:tc>
        <w:tc>
          <w:tcPr>
            <w:tcW w:type="dxa" w:w="2880"/>
          </w:tcPr>
          <w:p>
            <w:r>
              <w:t>2</w:t>
            </w:r>
          </w:p>
        </w:tc>
      </w:tr>
      <w:tr>
        <w:tc>
          <w:tcPr>
            <w:tcW w:type="dxa" w:w="2880"/>
          </w:tcPr>
          <w:p>
            <w:r>
              <w:t>2025-12-15</w:t>
            </w:r>
          </w:p>
        </w:tc>
        <w:tc>
          <w:tcPr>
            <w:tcW w:type="dxa" w:w="2880"/>
          </w:tcPr>
          <w:p>
            <w:r>
              <w:t>dirty water</w:t>
            </w:r>
          </w:p>
        </w:tc>
        <w:tc>
          <w:tcPr>
            <w:tcW w:type="dxa" w:w="2880"/>
          </w:tcPr>
          <w:p>
            <w:r>
              <w:t>0</w:t>
            </w:r>
          </w:p>
        </w:tc>
      </w:tr>
      <w:tr>
        <w:tc>
          <w:tcPr>
            <w:tcW w:type="dxa" w:w="2880"/>
          </w:tcPr>
          <w:p>
            <w:r>
              <w:t>2025-12-22</w:t>
            </w:r>
          </w:p>
        </w:tc>
        <w:tc>
          <w:tcPr>
            <w:tcW w:type="dxa" w:w="2880"/>
          </w:tcPr>
          <w:p>
            <w:r>
              <w:t>low pressure</w:t>
            </w:r>
          </w:p>
        </w:tc>
        <w:tc>
          <w:tcPr>
            <w:tcW w:type="dxa" w:w="2880"/>
          </w:tcPr>
          <w:p>
            <w:r>
              <w:t>3</w:t>
            </w:r>
          </w:p>
        </w:tc>
      </w:tr>
      <w:tr>
        <w:tc>
          <w:tcPr>
            <w:tcW w:type="dxa" w:w="2880"/>
          </w:tcPr>
          <w:p>
            <w:r>
              <w:t>2025-12-22</w:t>
            </w:r>
          </w:p>
        </w:tc>
        <w:tc>
          <w:tcPr>
            <w:tcW w:type="dxa" w:w="2880"/>
          </w:tcPr>
          <w:p>
            <w:r>
              <w:t>high bill</w:t>
            </w:r>
          </w:p>
        </w:tc>
        <w:tc>
          <w:tcPr>
            <w:tcW w:type="dxa" w:w="2880"/>
          </w:tcPr>
          <w:p>
            <w:r>
              <w:t>2</w:t>
            </w:r>
          </w:p>
        </w:tc>
      </w:tr>
      <w:tr>
        <w:tc>
          <w:tcPr>
            <w:tcW w:type="dxa" w:w="2880"/>
          </w:tcPr>
          <w:p>
            <w:r>
              <w:t>2025-12-22</w:t>
            </w:r>
          </w:p>
        </w:tc>
        <w:tc>
          <w:tcPr>
            <w:tcW w:type="dxa" w:w="2880"/>
          </w:tcPr>
          <w:p>
            <w:r>
              <w:t>no water</w:t>
            </w:r>
          </w:p>
        </w:tc>
        <w:tc>
          <w:tcPr>
            <w:tcW w:type="dxa" w:w="2880"/>
          </w:tcPr>
          <w:p>
            <w:r>
              <w:t>1</w:t>
            </w:r>
          </w:p>
        </w:tc>
      </w:tr>
      <w:tr>
        <w:tc>
          <w:tcPr>
            <w:tcW w:type="dxa" w:w="2880"/>
          </w:tcPr>
          <w:p>
            <w:r>
              <w:t>2025-12-22</w:t>
            </w:r>
          </w:p>
        </w:tc>
        <w:tc>
          <w:tcPr>
            <w:tcW w:type="dxa" w:w="2880"/>
          </w:tcPr>
          <w:p>
            <w:r>
              <w:t>dirty water</w:t>
            </w:r>
          </w:p>
        </w:tc>
        <w:tc>
          <w:tcPr>
            <w:tcW w:type="dxa" w:w="2880"/>
          </w:tcPr>
          <w:p>
            <w:r>
              <w:t>1</w:t>
            </w:r>
          </w:p>
        </w:tc>
      </w:tr>
      <w:tr>
        <w:tc>
          <w:tcPr>
            <w:tcW w:type="dxa" w:w="2880"/>
          </w:tcPr>
          <w:p>
            <w:r>
              <w:t>2025-12-29</w:t>
            </w:r>
          </w:p>
        </w:tc>
        <w:tc>
          <w:tcPr>
            <w:tcW w:type="dxa" w:w="2880"/>
          </w:tcPr>
          <w:p>
            <w:r>
              <w:t>low pressure</w:t>
            </w:r>
          </w:p>
        </w:tc>
        <w:tc>
          <w:tcPr>
            <w:tcW w:type="dxa" w:w="2880"/>
          </w:tcPr>
          <w:p>
            <w:r>
              <w:t>3</w:t>
            </w:r>
          </w:p>
        </w:tc>
      </w:tr>
      <w:tr>
        <w:tc>
          <w:tcPr>
            <w:tcW w:type="dxa" w:w="2880"/>
          </w:tcPr>
          <w:p>
            <w:r>
              <w:t>2025-12-29</w:t>
            </w:r>
          </w:p>
        </w:tc>
        <w:tc>
          <w:tcPr>
            <w:tcW w:type="dxa" w:w="2880"/>
          </w:tcPr>
          <w:p>
            <w:r>
              <w:t>high bill</w:t>
            </w:r>
          </w:p>
        </w:tc>
        <w:tc>
          <w:tcPr>
            <w:tcW w:type="dxa" w:w="2880"/>
          </w:tcPr>
          <w:p>
            <w:r>
              <w:t>1</w:t>
            </w:r>
          </w:p>
        </w:tc>
      </w:tr>
      <w:tr>
        <w:tc>
          <w:tcPr>
            <w:tcW w:type="dxa" w:w="2880"/>
          </w:tcPr>
          <w:p>
            <w:r>
              <w:t>2025-12-29</w:t>
            </w:r>
          </w:p>
        </w:tc>
        <w:tc>
          <w:tcPr>
            <w:tcW w:type="dxa" w:w="2880"/>
          </w:tcPr>
          <w:p>
            <w:r>
              <w:t>no water</w:t>
            </w:r>
          </w:p>
        </w:tc>
        <w:tc>
          <w:tcPr>
            <w:tcW w:type="dxa" w:w="2880"/>
          </w:tcPr>
          <w:p>
            <w:r>
              <w:t>1</w:t>
            </w:r>
          </w:p>
        </w:tc>
      </w:tr>
      <w:tr>
        <w:tc>
          <w:tcPr>
            <w:tcW w:type="dxa" w:w="2880"/>
          </w:tcPr>
          <w:p>
            <w:r>
              <w:t>2025-12-29</w:t>
            </w:r>
          </w:p>
        </w:tc>
        <w:tc>
          <w:tcPr>
            <w:tcW w:type="dxa" w:w="2880"/>
          </w:tcPr>
          <w:p>
            <w:r>
              <w:t>dirty water</w:t>
            </w:r>
          </w:p>
        </w:tc>
        <w:tc>
          <w:tcPr>
            <w:tcW w:type="dxa" w:w="2880"/>
          </w:tcPr>
          <w:p>
            <w:r>
              <w:t>0</w:t>
            </w:r>
          </w:p>
        </w:tc>
      </w:tr>
      <w:tr>
        <w:tc>
          <w:tcPr>
            <w:tcW w:type="dxa" w:w="2880"/>
          </w:tcPr>
          <w:p>
            <w:r>
              <w:t>2026-01-05</w:t>
            </w:r>
          </w:p>
        </w:tc>
        <w:tc>
          <w:tcPr>
            <w:tcW w:type="dxa" w:w="2880"/>
          </w:tcPr>
          <w:p>
            <w:r>
              <w:t>low pressure</w:t>
            </w:r>
          </w:p>
        </w:tc>
        <w:tc>
          <w:tcPr>
            <w:tcW w:type="dxa" w:w="2880"/>
          </w:tcPr>
          <w:p>
            <w:r>
              <w:t>1</w:t>
            </w:r>
          </w:p>
        </w:tc>
      </w:tr>
      <w:tr>
        <w:tc>
          <w:tcPr>
            <w:tcW w:type="dxa" w:w="2880"/>
          </w:tcPr>
          <w:p>
            <w:r>
              <w:t>2026-01-05</w:t>
            </w:r>
          </w:p>
        </w:tc>
        <w:tc>
          <w:tcPr>
            <w:tcW w:type="dxa" w:w="2880"/>
          </w:tcPr>
          <w:p>
            <w:r>
              <w:t>high bill</w:t>
            </w:r>
          </w:p>
        </w:tc>
        <w:tc>
          <w:tcPr>
            <w:tcW w:type="dxa" w:w="2880"/>
          </w:tcPr>
          <w:p>
            <w:r>
              <w:t>2</w:t>
            </w:r>
          </w:p>
        </w:tc>
      </w:tr>
      <w:tr>
        <w:tc>
          <w:tcPr>
            <w:tcW w:type="dxa" w:w="2880"/>
          </w:tcPr>
          <w:p>
            <w:r>
              <w:t>2026-01-05</w:t>
            </w:r>
          </w:p>
        </w:tc>
        <w:tc>
          <w:tcPr>
            <w:tcW w:type="dxa" w:w="2880"/>
          </w:tcPr>
          <w:p>
            <w:r>
              <w:t>no water</w:t>
            </w:r>
          </w:p>
        </w:tc>
        <w:tc>
          <w:tcPr>
            <w:tcW w:type="dxa" w:w="2880"/>
          </w:tcPr>
          <w:p>
            <w:r>
              <w:t>1</w:t>
            </w:r>
          </w:p>
        </w:tc>
      </w:tr>
      <w:tr>
        <w:tc>
          <w:tcPr>
            <w:tcW w:type="dxa" w:w="2880"/>
          </w:tcPr>
          <w:p>
            <w:r>
              <w:t>2026-01-05</w:t>
            </w:r>
          </w:p>
        </w:tc>
        <w:tc>
          <w:tcPr>
            <w:tcW w:type="dxa" w:w="2880"/>
          </w:tcPr>
          <w:p>
            <w:r>
              <w:t>dirty water</w:t>
            </w:r>
          </w:p>
        </w:tc>
        <w:tc>
          <w:tcPr>
            <w:tcW w:type="dxa" w:w="2880"/>
          </w:tcPr>
          <w:p>
            <w:r>
              <w:t>1</w:t>
            </w:r>
          </w:p>
        </w:tc>
      </w:tr>
      <w:tr>
        <w:tc>
          <w:tcPr>
            <w:tcW w:type="dxa" w:w="2880"/>
          </w:tcPr>
          <w:p>
            <w:r>
              <w:t>2026-01-12</w:t>
            </w:r>
          </w:p>
        </w:tc>
        <w:tc>
          <w:tcPr>
            <w:tcW w:type="dxa" w:w="2880"/>
          </w:tcPr>
          <w:p>
            <w:r>
              <w:t>low pressure</w:t>
            </w:r>
          </w:p>
        </w:tc>
        <w:tc>
          <w:tcPr>
            <w:tcW w:type="dxa" w:w="2880"/>
          </w:tcPr>
          <w:p>
            <w:r>
              <w:t>0</w:t>
            </w:r>
          </w:p>
        </w:tc>
      </w:tr>
      <w:tr>
        <w:tc>
          <w:tcPr>
            <w:tcW w:type="dxa" w:w="2880"/>
          </w:tcPr>
          <w:p>
            <w:r>
              <w:t>2026-01-12</w:t>
            </w:r>
          </w:p>
        </w:tc>
        <w:tc>
          <w:tcPr>
            <w:tcW w:type="dxa" w:w="2880"/>
          </w:tcPr>
          <w:p>
            <w:r>
              <w:t>high bill</w:t>
            </w:r>
          </w:p>
        </w:tc>
        <w:tc>
          <w:tcPr>
            <w:tcW w:type="dxa" w:w="2880"/>
          </w:tcPr>
          <w:p>
            <w:r>
              <w:t>0</w:t>
            </w:r>
          </w:p>
        </w:tc>
      </w:tr>
      <w:tr>
        <w:tc>
          <w:tcPr>
            <w:tcW w:type="dxa" w:w="2880"/>
          </w:tcPr>
          <w:p>
            <w:r>
              <w:t>2026-01-12</w:t>
            </w:r>
          </w:p>
        </w:tc>
        <w:tc>
          <w:tcPr>
            <w:tcW w:type="dxa" w:w="2880"/>
          </w:tcPr>
          <w:p>
            <w:r>
              <w:t>no water</w:t>
            </w:r>
          </w:p>
        </w:tc>
        <w:tc>
          <w:tcPr>
            <w:tcW w:type="dxa" w:w="2880"/>
          </w:tcPr>
          <w:p>
            <w:r>
              <w:t>0</w:t>
            </w:r>
          </w:p>
        </w:tc>
      </w:tr>
      <w:tr>
        <w:tc>
          <w:tcPr>
            <w:tcW w:type="dxa" w:w="2880"/>
          </w:tcPr>
          <w:p>
            <w:r>
              <w:t>2026-01-12</w:t>
            </w:r>
          </w:p>
        </w:tc>
        <w:tc>
          <w:tcPr>
            <w:tcW w:type="dxa" w:w="2880"/>
          </w:tcPr>
          <w:p>
            <w:r>
              <w:t>dirty water</w:t>
            </w:r>
          </w:p>
        </w:tc>
        <w:tc>
          <w:tcPr>
            <w:tcW w:type="dxa" w:w="2880"/>
          </w:tcPr>
          <w:p>
            <w:r>
              <w:t>2</w:t>
            </w:r>
          </w:p>
        </w:tc>
      </w:tr>
      <w:tr>
        <w:tc>
          <w:tcPr>
            <w:tcW w:type="dxa" w:w="2880"/>
          </w:tcPr>
          <w:p>
            <w:r>
              <w:t>2026-01-19</w:t>
            </w:r>
          </w:p>
        </w:tc>
        <w:tc>
          <w:tcPr>
            <w:tcW w:type="dxa" w:w="2880"/>
          </w:tcPr>
          <w:p>
            <w:r>
              <w:t>low pressure</w:t>
            </w:r>
          </w:p>
        </w:tc>
        <w:tc>
          <w:tcPr>
            <w:tcW w:type="dxa" w:w="2880"/>
          </w:tcPr>
          <w:p>
            <w:r>
              <w:t>4</w:t>
            </w:r>
          </w:p>
        </w:tc>
      </w:tr>
      <w:tr>
        <w:tc>
          <w:tcPr>
            <w:tcW w:type="dxa" w:w="2880"/>
          </w:tcPr>
          <w:p>
            <w:r>
              <w:t>2026-01-19</w:t>
            </w:r>
          </w:p>
        </w:tc>
        <w:tc>
          <w:tcPr>
            <w:tcW w:type="dxa" w:w="2880"/>
          </w:tcPr>
          <w:p>
            <w:r>
              <w:t>high bill</w:t>
            </w:r>
          </w:p>
        </w:tc>
        <w:tc>
          <w:tcPr>
            <w:tcW w:type="dxa" w:w="2880"/>
          </w:tcPr>
          <w:p>
            <w:r>
              <w:t>0</w:t>
            </w:r>
          </w:p>
        </w:tc>
      </w:tr>
      <w:tr>
        <w:tc>
          <w:tcPr>
            <w:tcW w:type="dxa" w:w="2880"/>
          </w:tcPr>
          <w:p>
            <w:r>
              <w:t>2026-01-19</w:t>
            </w:r>
          </w:p>
        </w:tc>
        <w:tc>
          <w:tcPr>
            <w:tcW w:type="dxa" w:w="2880"/>
          </w:tcPr>
          <w:p>
            <w:r>
              <w:t>no water</w:t>
            </w:r>
          </w:p>
        </w:tc>
        <w:tc>
          <w:tcPr>
            <w:tcW w:type="dxa" w:w="2880"/>
          </w:tcPr>
          <w:p>
            <w:r>
              <w:t>0</w:t>
            </w:r>
          </w:p>
        </w:tc>
      </w:tr>
      <w:tr>
        <w:tc>
          <w:tcPr>
            <w:tcW w:type="dxa" w:w="2880"/>
          </w:tcPr>
          <w:p>
            <w:r>
              <w:t>2026-01-19</w:t>
            </w:r>
          </w:p>
        </w:tc>
        <w:tc>
          <w:tcPr>
            <w:tcW w:type="dxa" w:w="2880"/>
          </w:tcPr>
          <w:p>
            <w:r>
              <w:t>dirty water</w:t>
            </w:r>
          </w:p>
        </w:tc>
        <w:tc>
          <w:tcPr>
            <w:tcW w:type="dxa" w:w="2880"/>
          </w:tcPr>
          <w:p>
            <w:r>
              <w:t>0</w:t>
            </w:r>
          </w:p>
        </w:tc>
      </w:tr>
      <w:tr>
        <w:tc>
          <w:tcPr>
            <w:tcW w:type="dxa" w:w="2880"/>
          </w:tcPr>
          <w:p>
            <w:r>
              <w:t>2026-01-26</w:t>
            </w:r>
          </w:p>
        </w:tc>
        <w:tc>
          <w:tcPr>
            <w:tcW w:type="dxa" w:w="2880"/>
          </w:tcPr>
          <w:p>
            <w:r>
              <w:t>low pressure</w:t>
            </w:r>
          </w:p>
        </w:tc>
        <w:tc>
          <w:tcPr>
            <w:tcW w:type="dxa" w:w="2880"/>
          </w:tcPr>
          <w:p>
            <w:r>
              <w:t>0</w:t>
            </w:r>
          </w:p>
        </w:tc>
      </w:tr>
      <w:tr>
        <w:tc>
          <w:tcPr>
            <w:tcW w:type="dxa" w:w="2880"/>
          </w:tcPr>
          <w:p>
            <w:r>
              <w:t>2026-01-26</w:t>
            </w:r>
          </w:p>
        </w:tc>
        <w:tc>
          <w:tcPr>
            <w:tcW w:type="dxa" w:w="2880"/>
          </w:tcPr>
          <w:p>
            <w:r>
              <w:t>high bill</w:t>
            </w:r>
          </w:p>
        </w:tc>
        <w:tc>
          <w:tcPr>
            <w:tcW w:type="dxa" w:w="2880"/>
          </w:tcPr>
          <w:p>
            <w:r>
              <w:t>2</w:t>
            </w:r>
          </w:p>
        </w:tc>
      </w:tr>
      <w:tr>
        <w:tc>
          <w:tcPr>
            <w:tcW w:type="dxa" w:w="2880"/>
          </w:tcPr>
          <w:p>
            <w:r>
              <w:t>2026-01-26</w:t>
            </w:r>
          </w:p>
        </w:tc>
        <w:tc>
          <w:tcPr>
            <w:tcW w:type="dxa" w:w="2880"/>
          </w:tcPr>
          <w:p>
            <w:r>
              <w:t>no water</w:t>
            </w:r>
          </w:p>
        </w:tc>
        <w:tc>
          <w:tcPr>
            <w:tcW w:type="dxa" w:w="2880"/>
          </w:tcPr>
          <w:p>
            <w:r>
              <w:t>0</w:t>
            </w:r>
          </w:p>
        </w:tc>
      </w:tr>
      <w:tr>
        <w:tc>
          <w:tcPr>
            <w:tcW w:type="dxa" w:w="2880"/>
          </w:tcPr>
          <w:p>
            <w:r>
              <w:t>2026-01-26</w:t>
            </w:r>
          </w:p>
        </w:tc>
        <w:tc>
          <w:tcPr>
            <w:tcW w:type="dxa" w:w="2880"/>
          </w:tcPr>
          <w:p>
            <w:r>
              <w:t>dirty water</w:t>
            </w:r>
          </w:p>
        </w:tc>
        <w:tc>
          <w:tcPr>
            <w:tcW w:type="dxa" w:w="2880"/>
          </w:tcPr>
          <w:p>
            <w:r>
              <w:t>0</w:t>
            </w:r>
          </w:p>
        </w:tc>
      </w:tr>
      <w:tr>
        <w:tc>
          <w:tcPr>
            <w:tcW w:type="dxa" w:w="2880"/>
          </w:tcPr>
          <w:p>
            <w:r>
              <w:t>2026-02-02</w:t>
            </w:r>
          </w:p>
        </w:tc>
        <w:tc>
          <w:tcPr>
            <w:tcW w:type="dxa" w:w="2880"/>
          </w:tcPr>
          <w:p>
            <w:r>
              <w:t>low pressure</w:t>
            </w:r>
          </w:p>
        </w:tc>
        <w:tc>
          <w:tcPr>
            <w:tcW w:type="dxa" w:w="2880"/>
          </w:tcPr>
          <w:p>
            <w:r>
              <w:t>1</w:t>
            </w:r>
          </w:p>
        </w:tc>
      </w:tr>
      <w:tr>
        <w:tc>
          <w:tcPr>
            <w:tcW w:type="dxa" w:w="2880"/>
          </w:tcPr>
          <w:p>
            <w:r>
              <w:t>2026-02-02</w:t>
            </w:r>
          </w:p>
        </w:tc>
        <w:tc>
          <w:tcPr>
            <w:tcW w:type="dxa" w:w="2880"/>
          </w:tcPr>
          <w:p>
            <w:r>
              <w:t>high bill</w:t>
            </w:r>
          </w:p>
        </w:tc>
        <w:tc>
          <w:tcPr>
            <w:tcW w:type="dxa" w:w="2880"/>
          </w:tcPr>
          <w:p>
            <w:r>
              <w:t>2</w:t>
            </w:r>
          </w:p>
        </w:tc>
      </w:tr>
      <w:tr>
        <w:tc>
          <w:tcPr>
            <w:tcW w:type="dxa" w:w="2880"/>
          </w:tcPr>
          <w:p>
            <w:r>
              <w:t>2026-02-02</w:t>
            </w:r>
          </w:p>
        </w:tc>
        <w:tc>
          <w:tcPr>
            <w:tcW w:type="dxa" w:w="2880"/>
          </w:tcPr>
          <w:p>
            <w:r>
              <w:t>no water</w:t>
            </w:r>
          </w:p>
        </w:tc>
        <w:tc>
          <w:tcPr>
            <w:tcW w:type="dxa" w:w="2880"/>
          </w:tcPr>
          <w:p>
            <w:r>
              <w:t>3</w:t>
            </w:r>
          </w:p>
        </w:tc>
      </w:tr>
      <w:tr>
        <w:tc>
          <w:tcPr>
            <w:tcW w:type="dxa" w:w="2880"/>
          </w:tcPr>
          <w:p>
            <w:r>
              <w:t>2026-02-02</w:t>
            </w:r>
          </w:p>
        </w:tc>
        <w:tc>
          <w:tcPr>
            <w:tcW w:type="dxa" w:w="2880"/>
          </w:tcPr>
          <w:p>
            <w:r>
              <w:t>dirty water</w:t>
            </w:r>
          </w:p>
        </w:tc>
        <w:tc>
          <w:tcPr>
            <w:tcW w:type="dxa" w:w="2880"/>
          </w:tcPr>
          <w:p>
            <w:r>
              <w:t>1</w:t>
            </w:r>
          </w:p>
        </w:tc>
      </w:tr>
      <w:tr>
        <w:tc>
          <w:tcPr>
            <w:tcW w:type="dxa" w:w="2880"/>
          </w:tcPr>
          <w:p>
            <w:r>
              <w:t>2026-02-09</w:t>
            </w:r>
          </w:p>
        </w:tc>
        <w:tc>
          <w:tcPr>
            <w:tcW w:type="dxa" w:w="2880"/>
          </w:tcPr>
          <w:p>
            <w:r>
              <w:t>low pressure</w:t>
            </w:r>
          </w:p>
        </w:tc>
        <w:tc>
          <w:tcPr>
            <w:tcW w:type="dxa" w:w="2880"/>
          </w:tcPr>
          <w:p>
            <w:r>
              <w:t>3</w:t>
            </w:r>
          </w:p>
        </w:tc>
      </w:tr>
      <w:tr>
        <w:tc>
          <w:tcPr>
            <w:tcW w:type="dxa" w:w="2880"/>
          </w:tcPr>
          <w:p>
            <w:r>
              <w:t>2026-02-09</w:t>
            </w:r>
          </w:p>
        </w:tc>
        <w:tc>
          <w:tcPr>
            <w:tcW w:type="dxa" w:w="2880"/>
          </w:tcPr>
          <w:p>
            <w:r>
              <w:t>high bill</w:t>
            </w:r>
          </w:p>
        </w:tc>
        <w:tc>
          <w:tcPr>
            <w:tcW w:type="dxa" w:w="2880"/>
          </w:tcPr>
          <w:p>
            <w:r>
              <w:t>1</w:t>
            </w:r>
          </w:p>
        </w:tc>
      </w:tr>
      <w:tr>
        <w:tc>
          <w:tcPr>
            <w:tcW w:type="dxa" w:w="2880"/>
          </w:tcPr>
          <w:p>
            <w:r>
              <w:t>2026-02-09</w:t>
            </w:r>
          </w:p>
        </w:tc>
        <w:tc>
          <w:tcPr>
            <w:tcW w:type="dxa" w:w="2880"/>
          </w:tcPr>
          <w:p>
            <w:r>
              <w:t>no water</w:t>
            </w:r>
          </w:p>
        </w:tc>
        <w:tc>
          <w:tcPr>
            <w:tcW w:type="dxa" w:w="2880"/>
          </w:tcPr>
          <w:p>
            <w:r>
              <w:t>3</w:t>
            </w:r>
          </w:p>
        </w:tc>
      </w:tr>
      <w:tr>
        <w:tc>
          <w:tcPr>
            <w:tcW w:type="dxa" w:w="2880"/>
          </w:tcPr>
          <w:p>
            <w:r>
              <w:t>2026-02-09</w:t>
            </w:r>
          </w:p>
        </w:tc>
        <w:tc>
          <w:tcPr>
            <w:tcW w:type="dxa" w:w="2880"/>
          </w:tcPr>
          <w:p>
            <w:r>
              <w:t>dirty water</w:t>
            </w:r>
          </w:p>
        </w:tc>
        <w:tc>
          <w:tcPr>
            <w:tcW w:type="dxa" w:w="2880"/>
          </w:tcPr>
          <w:p>
            <w:r>
              <w:t>1</w:t>
            </w:r>
          </w:p>
        </w:tc>
      </w:tr>
      <w:tr>
        <w:tc>
          <w:tcPr>
            <w:tcW w:type="dxa" w:w="2880"/>
          </w:tcPr>
          <w:p>
            <w:r>
              <w:t>2026-02-16</w:t>
            </w:r>
          </w:p>
        </w:tc>
        <w:tc>
          <w:tcPr>
            <w:tcW w:type="dxa" w:w="2880"/>
          </w:tcPr>
          <w:p>
            <w:r>
              <w:t>low pressure</w:t>
            </w:r>
          </w:p>
        </w:tc>
        <w:tc>
          <w:tcPr>
            <w:tcW w:type="dxa" w:w="2880"/>
          </w:tcPr>
          <w:p>
            <w:r>
              <w:t>1</w:t>
            </w:r>
          </w:p>
        </w:tc>
      </w:tr>
      <w:tr>
        <w:tc>
          <w:tcPr>
            <w:tcW w:type="dxa" w:w="2880"/>
          </w:tcPr>
          <w:p>
            <w:r>
              <w:t>2026-02-16</w:t>
            </w:r>
          </w:p>
        </w:tc>
        <w:tc>
          <w:tcPr>
            <w:tcW w:type="dxa" w:w="2880"/>
          </w:tcPr>
          <w:p>
            <w:r>
              <w:t>high bill</w:t>
            </w:r>
          </w:p>
        </w:tc>
        <w:tc>
          <w:tcPr>
            <w:tcW w:type="dxa" w:w="2880"/>
          </w:tcPr>
          <w:p>
            <w:r>
              <w:t>0</w:t>
            </w:r>
          </w:p>
        </w:tc>
      </w:tr>
      <w:tr>
        <w:tc>
          <w:tcPr>
            <w:tcW w:type="dxa" w:w="2880"/>
          </w:tcPr>
          <w:p>
            <w:r>
              <w:t>2026-02-16</w:t>
            </w:r>
          </w:p>
        </w:tc>
        <w:tc>
          <w:tcPr>
            <w:tcW w:type="dxa" w:w="2880"/>
          </w:tcPr>
          <w:p>
            <w:r>
              <w:t>no water</w:t>
            </w:r>
          </w:p>
        </w:tc>
        <w:tc>
          <w:tcPr>
            <w:tcW w:type="dxa" w:w="2880"/>
          </w:tcPr>
          <w:p>
            <w:r>
              <w:t>3</w:t>
            </w:r>
          </w:p>
        </w:tc>
      </w:tr>
      <w:tr>
        <w:tc>
          <w:tcPr>
            <w:tcW w:type="dxa" w:w="2880"/>
          </w:tcPr>
          <w:p>
            <w:r>
              <w:t>2026-02-16</w:t>
            </w:r>
          </w:p>
        </w:tc>
        <w:tc>
          <w:tcPr>
            <w:tcW w:type="dxa" w:w="2880"/>
          </w:tcPr>
          <w:p>
            <w:r>
              <w:t>dirty water</w:t>
            </w:r>
          </w:p>
        </w:tc>
        <w:tc>
          <w:tcPr>
            <w:tcW w:type="dxa" w:w="2880"/>
          </w:tcPr>
          <w:p>
            <w:r>
              <w:t>0</w:t>
            </w:r>
          </w:p>
        </w:tc>
      </w:tr>
      <w:tr>
        <w:tc>
          <w:tcPr>
            <w:tcW w:type="dxa" w:w="2880"/>
          </w:tcPr>
          <w:p>
            <w:r>
              <w:t>2026-02-23</w:t>
            </w:r>
          </w:p>
        </w:tc>
        <w:tc>
          <w:tcPr>
            <w:tcW w:type="dxa" w:w="2880"/>
          </w:tcPr>
          <w:p>
            <w:r>
              <w:t>low pressure</w:t>
            </w:r>
          </w:p>
        </w:tc>
        <w:tc>
          <w:tcPr>
            <w:tcW w:type="dxa" w:w="2880"/>
          </w:tcPr>
          <w:p>
            <w:r>
              <w:t>2</w:t>
            </w:r>
          </w:p>
        </w:tc>
      </w:tr>
      <w:tr>
        <w:tc>
          <w:tcPr>
            <w:tcW w:type="dxa" w:w="2880"/>
          </w:tcPr>
          <w:p>
            <w:r>
              <w:t>2026-02-23</w:t>
            </w:r>
          </w:p>
        </w:tc>
        <w:tc>
          <w:tcPr>
            <w:tcW w:type="dxa" w:w="2880"/>
          </w:tcPr>
          <w:p>
            <w:r>
              <w:t>high bill</w:t>
            </w:r>
          </w:p>
        </w:tc>
        <w:tc>
          <w:tcPr>
            <w:tcW w:type="dxa" w:w="2880"/>
          </w:tcPr>
          <w:p>
            <w:r>
              <w:t>3</w:t>
            </w:r>
          </w:p>
        </w:tc>
      </w:tr>
      <w:tr>
        <w:tc>
          <w:tcPr>
            <w:tcW w:type="dxa" w:w="2880"/>
          </w:tcPr>
          <w:p>
            <w:r>
              <w:t>2026-02-23</w:t>
            </w:r>
          </w:p>
        </w:tc>
        <w:tc>
          <w:tcPr>
            <w:tcW w:type="dxa" w:w="2880"/>
          </w:tcPr>
          <w:p>
            <w:r>
              <w:t>no water</w:t>
            </w:r>
          </w:p>
        </w:tc>
        <w:tc>
          <w:tcPr>
            <w:tcW w:type="dxa" w:w="2880"/>
          </w:tcPr>
          <w:p>
            <w:r>
              <w:t>1</w:t>
            </w:r>
          </w:p>
        </w:tc>
      </w:tr>
      <w:tr>
        <w:tc>
          <w:tcPr>
            <w:tcW w:type="dxa" w:w="2880"/>
          </w:tcPr>
          <w:p>
            <w:r>
              <w:t>2026-02-23</w:t>
            </w:r>
          </w:p>
        </w:tc>
        <w:tc>
          <w:tcPr>
            <w:tcW w:type="dxa" w:w="2880"/>
          </w:tcPr>
          <w:p>
            <w:r>
              <w:t>dirty water</w:t>
            </w:r>
          </w:p>
        </w:tc>
        <w:tc>
          <w:tcPr>
            <w:tcW w:type="dxa" w:w="2880"/>
          </w:tcPr>
          <w:p>
            <w:r>
              <w:t>1</w:t>
            </w:r>
          </w:p>
        </w:tc>
      </w:tr>
      <w:tr>
        <w:tc>
          <w:tcPr>
            <w:tcW w:type="dxa" w:w="2880"/>
          </w:tcPr>
          <w:p>
            <w:r>
              <w:t>2026-03-02</w:t>
            </w:r>
          </w:p>
        </w:tc>
        <w:tc>
          <w:tcPr>
            <w:tcW w:type="dxa" w:w="2880"/>
          </w:tcPr>
          <w:p>
            <w:r>
              <w:t>low pressure</w:t>
            </w:r>
          </w:p>
        </w:tc>
        <w:tc>
          <w:tcPr>
            <w:tcW w:type="dxa" w:w="2880"/>
          </w:tcPr>
          <w:p>
            <w:r>
              <w:t>2</w:t>
            </w:r>
          </w:p>
        </w:tc>
      </w:tr>
      <w:tr>
        <w:tc>
          <w:tcPr>
            <w:tcW w:type="dxa" w:w="2880"/>
          </w:tcPr>
          <w:p>
            <w:r>
              <w:t>2026-03-02</w:t>
            </w:r>
          </w:p>
        </w:tc>
        <w:tc>
          <w:tcPr>
            <w:tcW w:type="dxa" w:w="2880"/>
          </w:tcPr>
          <w:p>
            <w:r>
              <w:t>high bill</w:t>
            </w:r>
          </w:p>
        </w:tc>
        <w:tc>
          <w:tcPr>
            <w:tcW w:type="dxa" w:w="2880"/>
          </w:tcPr>
          <w:p>
            <w:r>
              <w:t>1</w:t>
            </w:r>
          </w:p>
        </w:tc>
      </w:tr>
      <w:tr>
        <w:tc>
          <w:tcPr>
            <w:tcW w:type="dxa" w:w="2880"/>
          </w:tcPr>
          <w:p>
            <w:r>
              <w:t>2026-03-02</w:t>
            </w:r>
          </w:p>
        </w:tc>
        <w:tc>
          <w:tcPr>
            <w:tcW w:type="dxa" w:w="2880"/>
          </w:tcPr>
          <w:p>
            <w:r>
              <w:t>no water</w:t>
            </w:r>
          </w:p>
        </w:tc>
        <w:tc>
          <w:tcPr>
            <w:tcW w:type="dxa" w:w="2880"/>
          </w:tcPr>
          <w:p>
            <w:r>
              <w:t>1</w:t>
            </w:r>
          </w:p>
        </w:tc>
      </w:tr>
      <w:tr>
        <w:tc>
          <w:tcPr>
            <w:tcW w:type="dxa" w:w="2880"/>
          </w:tcPr>
          <w:p>
            <w:r>
              <w:t>2026-03-02</w:t>
            </w:r>
          </w:p>
        </w:tc>
        <w:tc>
          <w:tcPr>
            <w:tcW w:type="dxa" w:w="2880"/>
          </w:tcPr>
          <w:p>
            <w:r>
              <w:t>dirty water</w:t>
            </w:r>
          </w:p>
        </w:tc>
        <w:tc>
          <w:tcPr>
            <w:tcW w:type="dxa" w:w="2880"/>
          </w:tcPr>
          <w:p>
            <w:r>
              <w:t>1</w:t>
            </w:r>
          </w:p>
        </w:tc>
      </w:tr>
      <w:tr>
        <w:tc>
          <w:tcPr>
            <w:tcW w:type="dxa" w:w="2880"/>
          </w:tcPr>
          <w:p>
            <w:r>
              <w:t>2026-03-09</w:t>
            </w:r>
          </w:p>
        </w:tc>
        <w:tc>
          <w:tcPr>
            <w:tcW w:type="dxa" w:w="2880"/>
          </w:tcPr>
          <w:p>
            <w:r>
              <w:t>low pressure</w:t>
            </w:r>
          </w:p>
        </w:tc>
        <w:tc>
          <w:tcPr>
            <w:tcW w:type="dxa" w:w="2880"/>
          </w:tcPr>
          <w:p>
            <w:r>
              <w:t>1</w:t>
            </w:r>
          </w:p>
        </w:tc>
      </w:tr>
      <w:tr>
        <w:tc>
          <w:tcPr>
            <w:tcW w:type="dxa" w:w="2880"/>
          </w:tcPr>
          <w:p>
            <w:r>
              <w:t>2026-03-09</w:t>
            </w:r>
          </w:p>
        </w:tc>
        <w:tc>
          <w:tcPr>
            <w:tcW w:type="dxa" w:w="2880"/>
          </w:tcPr>
          <w:p>
            <w:r>
              <w:t>high bill</w:t>
            </w:r>
          </w:p>
        </w:tc>
        <w:tc>
          <w:tcPr>
            <w:tcW w:type="dxa" w:w="2880"/>
          </w:tcPr>
          <w:p>
            <w:r>
              <w:t>1</w:t>
            </w:r>
          </w:p>
        </w:tc>
      </w:tr>
      <w:tr>
        <w:tc>
          <w:tcPr>
            <w:tcW w:type="dxa" w:w="2880"/>
          </w:tcPr>
          <w:p>
            <w:r>
              <w:t>2026-03-09</w:t>
            </w:r>
          </w:p>
        </w:tc>
        <w:tc>
          <w:tcPr>
            <w:tcW w:type="dxa" w:w="2880"/>
          </w:tcPr>
          <w:p>
            <w:r>
              <w:t>no water</w:t>
            </w:r>
          </w:p>
        </w:tc>
        <w:tc>
          <w:tcPr>
            <w:tcW w:type="dxa" w:w="2880"/>
          </w:tcPr>
          <w:p>
            <w:r>
              <w:t>2</w:t>
            </w:r>
          </w:p>
        </w:tc>
      </w:tr>
      <w:tr>
        <w:tc>
          <w:tcPr>
            <w:tcW w:type="dxa" w:w="2880"/>
          </w:tcPr>
          <w:p>
            <w:r>
              <w:t>2026-03-09</w:t>
            </w:r>
          </w:p>
        </w:tc>
        <w:tc>
          <w:tcPr>
            <w:tcW w:type="dxa" w:w="2880"/>
          </w:tcPr>
          <w:p>
            <w:r>
              <w:t>dirty water</w:t>
            </w:r>
          </w:p>
        </w:tc>
        <w:tc>
          <w:tcPr>
            <w:tcW w:type="dxa" w:w="2880"/>
          </w:tcPr>
          <w:p>
            <w:r>
              <w:t>0</w:t>
            </w:r>
          </w:p>
        </w:tc>
      </w:tr>
      <w:tr>
        <w:tc>
          <w:tcPr>
            <w:tcW w:type="dxa" w:w="2880"/>
          </w:tcPr>
          <w:p>
            <w:r>
              <w:t>2026-03-16</w:t>
            </w:r>
          </w:p>
        </w:tc>
        <w:tc>
          <w:tcPr>
            <w:tcW w:type="dxa" w:w="2880"/>
          </w:tcPr>
          <w:p>
            <w:r>
              <w:t>low pressure</w:t>
            </w:r>
          </w:p>
        </w:tc>
        <w:tc>
          <w:tcPr>
            <w:tcW w:type="dxa" w:w="2880"/>
          </w:tcPr>
          <w:p>
            <w:r>
              <w:t>2</w:t>
            </w:r>
          </w:p>
        </w:tc>
      </w:tr>
      <w:tr>
        <w:tc>
          <w:tcPr>
            <w:tcW w:type="dxa" w:w="2880"/>
          </w:tcPr>
          <w:p>
            <w:r>
              <w:t>2026-03-16</w:t>
            </w:r>
          </w:p>
        </w:tc>
        <w:tc>
          <w:tcPr>
            <w:tcW w:type="dxa" w:w="2880"/>
          </w:tcPr>
          <w:p>
            <w:r>
              <w:t>high bill</w:t>
            </w:r>
          </w:p>
        </w:tc>
        <w:tc>
          <w:tcPr>
            <w:tcW w:type="dxa" w:w="2880"/>
          </w:tcPr>
          <w:p>
            <w:r>
              <w:t>3</w:t>
            </w:r>
          </w:p>
        </w:tc>
      </w:tr>
      <w:tr>
        <w:tc>
          <w:tcPr>
            <w:tcW w:type="dxa" w:w="2880"/>
          </w:tcPr>
          <w:p>
            <w:r>
              <w:t>2026-03-16</w:t>
            </w:r>
          </w:p>
        </w:tc>
        <w:tc>
          <w:tcPr>
            <w:tcW w:type="dxa" w:w="2880"/>
          </w:tcPr>
          <w:p>
            <w:r>
              <w:t>no water</w:t>
            </w:r>
          </w:p>
        </w:tc>
        <w:tc>
          <w:tcPr>
            <w:tcW w:type="dxa" w:w="2880"/>
          </w:tcPr>
          <w:p>
            <w:r>
              <w:t>2</w:t>
            </w:r>
          </w:p>
        </w:tc>
      </w:tr>
      <w:tr>
        <w:tc>
          <w:tcPr>
            <w:tcW w:type="dxa" w:w="2880"/>
          </w:tcPr>
          <w:p>
            <w:r>
              <w:t>2026-03-16</w:t>
            </w:r>
          </w:p>
        </w:tc>
        <w:tc>
          <w:tcPr>
            <w:tcW w:type="dxa" w:w="2880"/>
          </w:tcPr>
          <w:p>
            <w:r>
              <w:t>dirty water</w:t>
            </w:r>
          </w:p>
        </w:tc>
        <w:tc>
          <w:tcPr>
            <w:tcW w:type="dxa" w:w="2880"/>
          </w:tcPr>
          <w:p>
            <w:r>
              <w:t>1</w:t>
            </w:r>
          </w:p>
        </w:tc>
      </w:tr>
      <w:tr>
        <w:tc>
          <w:tcPr>
            <w:tcW w:type="dxa" w:w="2880"/>
          </w:tcPr>
          <w:p>
            <w:r>
              <w:t>2026-03-23</w:t>
            </w:r>
          </w:p>
        </w:tc>
        <w:tc>
          <w:tcPr>
            <w:tcW w:type="dxa" w:w="2880"/>
          </w:tcPr>
          <w:p>
            <w:r>
              <w:t>low pressure</w:t>
            </w:r>
          </w:p>
        </w:tc>
        <w:tc>
          <w:tcPr>
            <w:tcW w:type="dxa" w:w="2880"/>
          </w:tcPr>
          <w:p>
            <w:r>
              <w:t>6</w:t>
            </w:r>
          </w:p>
        </w:tc>
      </w:tr>
      <w:tr>
        <w:tc>
          <w:tcPr>
            <w:tcW w:type="dxa" w:w="2880"/>
          </w:tcPr>
          <w:p>
            <w:r>
              <w:t>2026-03-23</w:t>
            </w:r>
          </w:p>
        </w:tc>
        <w:tc>
          <w:tcPr>
            <w:tcW w:type="dxa" w:w="2880"/>
          </w:tcPr>
          <w:p>
            <w:r>
              <w:t>high bill</w:t>
            </w:r>
          </w:p>
        </w:tc>
        <w:tc>
          <w:tcPr>
            <w:tcW w:type="dxa" w:w="2880"/>
          </w:tcPr>
          <w:p>
            <w:r>
              <w:t>2</w:t>
            </w:r>
          </w:p>
        </w:tc>
      </w:tr>
      <w:tr>
        <w:tc>
          <w:tcPr>
            <w:tcW w:type="dxa" w:w="2880"/>
          </w:tcPr>
          <w:p>
            <w:r>
              <w:t>2026-03-23</w:t>
            </w:r>
          </w:p>
        </w:tc>
        <w:tc>
          <w:tcPr>
            <w:tcW w:type="dxa" w:w="2880"/>
          </w:tcPr>
          <w:p>
            <w:r>
              <w:t>no water</w:t>
            </w:r>
          </w:p>
        </w:tc>
        <w:tc>
          <w:tcPr>
            <w:tcW w:type="dxa" w:w="2880"/>
          </w:tcPr>
          <w:p>
            <w:r>
              <w:t>3</w:t>
            </w:r>
          </w:p>
        </w:tc>
      </w:tr>
      <w:tr>
        <w:tc>
          <w:tcPr>
            <w:tcW w:type="dxa" w:w="2880"/>
          </w:tcPr>
          <w:p>
            <w:r>
              <w:t>2026-03-23</w:t>
            </w:r>
          </w:p>
        </w:tc>
        <w:tc>
          <w:tcPr>
            <w:tcW w:type="dxa" w:w="2880"/>
          </w:tcPr>
          <w:p>
            <w:r>
              <w:t>dirty water</w:t>
            </w:r>
          </w:p>
        </w:tc>
        <w:tc>
          <w:tcPr>
            <w:tcW w:type="dxa" w:w="2880"/>
          </w:tcPr>
          <w:p>
            <w:r>
              <w:t>0</w:t>
            </w:r>
          </w:p>
        </w:tc>
      </w:tr>
      <w:tr>
        <w:tc>
          <w:tcPr>
            <w:tcW w:type="dxa" w:w="2880"/>
          </w:tcPr>
          <w:p>
            <w:r>
              <w:t>2026-03-30</w:t>
            </w:r>
          </w:p>
        </w:tc>
        <w:tc>
          <w:tcPr>
            <w:tcW w:type="dxa" w:w="2880"/>
          </w:tcPr>
          <w:p>
            <w:r>
              <w:t>low pressure</w:t>
            </w:r>
          </w:p>
        </w:tc>
        <w:tc>
          <w:tcPr>
            <w:tcW w:type="dxa" w:w="2880"/>
          </w:tcPr>
          <w:p>
            <w:r>
              <w:t>6</w:t>
            </w:r>
          </w:p>
        </w:tc>
      </w:tr>
      <w:tr>
        <w:tc>
          <w:tcPr>
            <w:tcW w:type="dxa" w:w="2880"/>
          </w:tcPr>
          <w:p>
            <w:r>
              <w:t>2026-03-30</w:t>
            </w:r>
          </w:p>
        </w:tc>
        <w:tc>
          <w:tcPr>
            <w:tcW w:type="dxa" w:w="2880"/>
          </w:tcPr>
          <w:p>
            <w:r>
              <w:t>high bill</w:t>
            </w:r>
          </w:p>
        </w:tc>
        <w:tc>
          <w:tcPr>
            <w:tcW w:type="dxa" w:w="2880"/>
          </w:tcPr>
          <w:p>
            <w:r>
              <w:t>3</w:t>
            </w:r>
          </w:p>
        </w:tc>
      </w:tr>
      <w:tr>
        <w:tc>
          <w:tcPr>
            <w:tcW w:type="dxa" w:w="2880"/>
          </w:tcPr>
          <w:p>
            <w:r>
              <w:t>2026-03-30</w:t>
            </w:r>
          </w:p>
        </w:tc>
        <w:tc>
          <w:tcPr>
            <w:tcW w:type="dxa" w:w="2880"/>
          </w:tcPr>
          <w:p>
            <w:r>
              <w:t>no water</w:t>
            </w:r>
          </w:p>
        </w:tc>
        <w:tc>
          <w:tcPr>
            <w:tcW w:type="dxa" w:w="2880"/>
          </w:tcPr>
          <w:p>
            <w:r>
              <w:t>2</w:t>
            </w:r>
          </w:p>
        </w:tc>
      </w:tr>
      <w:tr>
        <w:tc>
          <w:tcPr>
            <w:tcW w:type="dxa" w:w="2880"/>
          </w:tcPr>
          <w:p>
            <w:r>
              <w:t>2026-03-30</w:t>
            </w:r>
          </w:p>
        </w:tc>
        <w:tc>
          <w:tcPr>
            <w:tcW w:type="dxa" w:w="2880"/>
          </w:tcPr>
          <w:p>
            <w:r>
              <w:t>dirty water</w:t>
            </w:r>
          </w:p>
        </w:tc>
        <w:tc>
          <w:tcPr>
            <w:tcW w:type="dxa" w:w="2880"/>
          </w:tcPr>
          <w:p>
            <w:r>
              <w:t>1</w:t>
            </w:r>
          </w:p>
        </w:tc>
      </w:tr>
      <w:tr>
        <w:tc>
          <w:tcPr>
            <w:tcW w:type="dxa" w:w="2880"/>
          </w:tcPr>
          <w:p>
            <w:r>
              <w:t>2026-04-06</w:t>
            </w:r>
          </w:p>
        </w:tc>
        <w:tc>
          <w:tcPr>
            <w:tcW w:type="dxa" w:w="2880"/>
          </w:tcPr>
          <w:p>
            <w:r>
              <w:t>low pressure</w:t>
            </w:r>
          </w:p>
        </w:tc>
        <w:tc>
          <w:tcPr>
            <w:tcW w:type="dxa" w:w="2880"/>
          </w:tcPr>
          <w:p>
            <w:r>
              <w:t>3</w:t>
            </w:r>
          </w:p>
        </w:tc>
      </w:tr>
      <w:tr>
        <w:tc>
          <w:tcPr>
            <w:tcW w:type="dxa" w:w="2880"/>
          </w:tcPr>
          <w:p>
            <w:r>
              <w:t>2026-04-06</w:t>
            </w:r>
          </w:p>
        </w:tc>
        <w:tc>
          <w:tcPr>
            <w:tcW w:type="dxa" w:w="2880"/>
          </w:tcPr>
          <w:p>
            <w:r>
              <w:t>high bill</w:t>
            </w:r>
          </w:p>
        </w:tc>
        <w:tc>
          <w:tcPr>
            <w:tcW w:type="dxa" w:w="2880"/>
          </w:tcPr>
          <w:p>
            <w:r>
              <w:t>4</w:t>
            </w:r>
          </w:p>
        </w:tc>
      </w:tr>
      <w:tr>
        <w:tc>
          <w:tcPr>
            <w:tcW w:type="dxa" w:w="2880"/>
          </w:tcPr>
          <w:p>
            <w:r>
              <w:t>2026-04-06</w:t>
            </w:r>
          </w:p>
        </w:tc>
        <w:tc>
          <w:tcPr>
            <w:tcW w:type="dxa" w:w="2880"/>
          </w:tcPr>
          <w:p>
            <w:r>
              <w:t>no water</w:t>
            </w:r>
          </w:p>
        </w:tc>
        <w:tc>
          <w:tcPr>
            <w:tcW w:type="dxa" w:w="2880"/>
          </w:tcPr>
          <w:p>
            <w:r>
              <w:t>3</w:t>
            </w:r>
          </w:p>
        </w:tc>
      </w:tr>
      <w:tr>
        <w:tc>
          <w:tcPr>
            <w:tcW w:type="dxa" w:w="2880"/>
          </w:tcPr>
          <w:p>
            <w:r>
              <w:t>2026-04-06</w:t>
            </w:r>
          </w:p>
        </w:tc>
        <w:tc>
          <w:tcPr>
            <w:tcW w:type="dxa" w:w="2880"/>
          </w:tcPr>
          <w:p>
            <w:r>
              <w:t>dirty water</w:t>
            </w:r>
          </w:p>
        </w:tc>
        <w:tc>
          <w:tcPr>
            <w:tcW w:type="dxa" w:w="2880"/>
          </w:tcPr>
          <w:p>
            <w:r>
              <w:t>0</w:t>
            </w:r>
          </w:p>
        </w:tc>
      </w:tr>
      <w:tr>
        <w:tc>
          <w:tcPr>
            <w:tcW w:type="dxa" w:w="2880"/>
          </w:tcPr>
          <w:p>
            <w:r>
              <w:t>2026-04-13</w:t>
            </w:r>
          </w:p>
        </w:tc>
        <w:tc>
          <w:tcPr>
            <w:tcW w:type="dxa" w:w="2880"/>
          </w:tcPr>
          <w:p>
            <w:r>
              <w:t>low pressure</w:t>
            </w:r>
          </w:p>
        </w:tc>
        <w:tc>
          <w:tcPr>
            <w:tcW w:type="dxa" w:w="2880"/>
          </w:tcPr>
          <w:p>
            <w:r>
              <w:t>5</w:t>
            </w:r>
          </w:p>
        </w:tc>
      </w:tr>
      <w:tr>
        <w:tc>
          <w:tcPr>
            <w:tcW w:type="dxa" w:w="2880"/>
          </w:tcPr>
          <w:p>
            <w:r>
              <w:t>2026-04-13</w:t>
            </w:r>
          </w:p>
        </w:tc>
        <w:tc>
          <w:tcPr>
            <w:tcW w:type="dxa" w:w="2880"/>
          </w:tcPr>
          <w:p>
            <w:r>
              <w:t>high bill</w:t>
            </w:r>
          </w:p>
        </w:tc>
        <w:tc>
          <w:tcPr>
            <w:tcW w:type="dxa" w:w="2880"/>
          </w:tcPr>
          <w:p>
            <w:r>
              <w:t>6</w:t>
            </w:r>
          </w:p>
        </w:tc>
      </w:tr>
      <w:tr>
        <w:tc>
          <w:tcPr>
            <w:tcW w:type="dxa" w:w="2880"/>
          </w:tcPr>
          <w:p>
            <w:r>
              <w:t>2026-04-13</w:t>
            </w:r>
          </w:p>
        </w:tc>
        <w:tc>
          <w:tcPr>
            <w:tcW w:type="dxa" w:w="2880"/>
          </w:tcPr>
          <w:p>
            <w:r>
              <w:t>no water</w:t>
            </w:r>
          </w:p>
        </w:tc>
        <w:tc>
          <w:tcPr>
            <w:tcW w:type="dxa" w:w="2880"/>
          </w:tcPr>
          <w:p>
            <w:r>
              <w:t>5</w:t>
            </w:r>
          </w:p>
        </w:tc>
      </w:tr>
      <w:tr>
        <w:tc>
          <w:tcPr>
            <w:tcW w:type="dxa" w:w="2880"/>
          </w:tcPr>
          <w:p>
            <w:r>
              <w:t>2026-04-13</w:t>
            </w:r>
          </w:p>
        </w:tc>
        <w:tc>
          <w:tcPr>
            <w:tcW w:type="dxa" w:w="2880"/>
          </w:tcPr>
          <w:p>
            <w:r>
              <w:t>dirty water</w:t>
            </w:r>
          </w:p>
        </w:tc>
        <w:tc>
          <w:tcPr>
            <w:tcW w:type="dxa" w:w="2880"/>
          </w:tcPr>
          <w:p>
            <w:r>
              <w:t>0</w:t>
            </w:r>
          </w:p>
        </w:tc>
      </w:tr>
      <w:tr>
        <w:tc>
          <w:tcPr>
            <w:tcW w:type="dxa" w:w="2880"/>
          </w:tcPr>
          <w:p>
            <w:r>
              <w:t>2026-04-20</w:t>
            </w:r>
          </w:p>
        </w:tc>
        <w:tc>
          <w:tcPr>
            <w:tcW w:type="dxa" w:w="2880"/>
          </w:tcPr>
          <w:p>
            <w:r>
              <w:t>low pressure</w:t>
            </w:r>
          </w:p>
        </w:tc>
        <w:tc>
          <w:tcPr>
            <w:tcW w:type="dxa" w:w="2880"/>
          </w:tcPr>
          <w:p>
            <w:r>
              <w:t>7</w:t>
            </w:r>
          </w:p>
        </w:tc>
      </w:tr>
      <w:tr>
        <w:tc>
          <w:tcPr>
            <w:tcW w:type="dxa" w:w="2880"/>
          </w:tcPr>
          <w:p>
            <w:r>
              <w:t>2026-04-20</w:t>
            </w:r>
          </w:p>
        </w:tc>
        <w:tc>
          <w:tcPr>
            <w:tcW w:type="dxa" w:w="2880"/>
          </w:tcPr>
          <w:p>
            <w:r>
              <w:t>high bill</w:t>
            </w:r>
          </w:p>
        </w:tc>
        <w:tc>
          <w:tcPr>
            <w:tcW w:type="dxa" w:w="2880"/>
          </w:tcPr>
          <w:p>
            <w:r>
              <w:t>4</w:t>
            </w:r>
          </w:p>
        </w:tc>
      </w:tr>
      <w:tr>
        <w:tc>
          <w:tcPr>
            <w:tcW w:type="dxa" w:w="2880"/>
          </w:tcPr>
          <w:p>
            <w:r>
              <w:t>2026-04-20</w:t>
            </w:r>
          </w:p>
        </w:tc>
        <w:tc>
          <w:tcPr>
            <w:tcW w:type="dxa" w:w="2880"/>
          </w:tcPr>
          <w:p>
            <w:r>
              <w:t>no water</w:t>
            </w:r>
          </w:p>
        </w:tc>
        <w:tc>
          <w:tcPr>
            <w:tcW w:type="dxa" w:w="2880"/>
          </w:tcPr>
          <w:p>
            <w:r>
              <w:t>2</w:t>
            </w:r>
          </w:p>
        </w:tc>
      </w:tr>
      <w:tr>
        <w:tc>
          <w:tcPr>
            <w:tcW w:type="dxa" w:w="2880"/>
          </w:tcPr>
          <w:p>
            <w:r>
              <w:t>2026-04-20</w:t>
            </w:r>
          </w:p>
        </w:tc>
        <w:tc>
          <w:tcPr>
            <w:tcW w:type="dxa" w:w="2880"/>
          </w:tcPr>
          <w:p>
            <w:r>
              <w:t>dirty water</w:t>
            </w:r>
          </w:p>
        </w:tc>
        <w:tc>
          <w:tcPr>
            <w:tcW w:type="dxa" w:w="2880"/>
          </w:tcPr>
          <w:p>
            <w:r>
              <w:t>0</w:t>
            </w:r>
          </w:p>
        </w:tc>
      </w:tr>
      <w:tr>
        <w:tc>
          <w:tcPr>
            <w:tcW w:type="dxa" w:w="2880"/>
          </w:tcPr>
          <w:p>
            <w:r>
              <w:t>2026-04-27</w:t>
            </w:r>
          </w:p>
        </w:tc>
        <w:tc>
          <w:tcPr>
            <w:tcW w:type="dxa" w:w="2880"/>
          </w:tcPr>
          <w:p>
            <w:r>
              <w:t>low pressure</w:t>
            </w:r>
          </w:p>
        </w:tc>
        <w:tc>
          <w:tcPr>
            <w:tcW w:type="dxa" w:w="2880"/>
          </w:tcPr>
          <w:p>
            <w:r>
              <w:t>4</w:t>
            </w:r>
          </w:p>
        </w:tc>
      </w:tr>
      <w:tr>
        <w:tc>
          <w:tcPr>
            <w:tcW w:type="dxa" w:w="2880"/>
          </w:tcPr>
          <w:p>
            <w:r>
              <w:t>2026-04-27</w:t>
            </w:r>
          </w:p>
        </w:tc>
        <w:tc>
          <w:tcPr>
            <w:tcW w:type="dxa" w:w="2880"/>
          </w:tcPr>
          <w:p>
            <w:r>
              <w:t>high bill</w:t>
            </w:r>
          </w:p>
        </w:tc>
        <w:tc>
          <w:tcPr>
            <w:tcW w:type="dxa" w:w="2880"/>
          </w:tcPr>
          <w:p>
            <w:r>
              <w:t>5</w:t>
            </w:r>
          </w:p>
        </w:tc>
      </w:tr>
      <w:tr>
        <w:tc>
          <w:tcPr>
            <w:tcW w:type="dxa" w:w="2880"/>
          </w:tcPr>
          <w:p>
            <w:r>
              <w:t>2026-04-27</w:t>
            </w:r>
          </w:p>
        </w:tc>
        <w:tc>
          <w:tcPr>
            <w:tcW w:type="dxa" w:w="2880"/>
          </w:tcPr>
          <w:p>
            <w:r>
              <w:t>no water</w:t>
            </w:r>
          </w:p>
        </w:tc>
        <w:tc>
          <w:tcPr>
            <w:tcW w:type="dxa" w:w="2880"/>
          </w:tcPr>
          <w:p>
            <w:r>
              <w:t>2</w:t>
            </w:r>
          </w:p>
        </w:tc>
      </w:tr>
      <w:tr>
        <w:tc>
          <w:tcPr>
            <w:tcW w:type="dxa" w:w="2880"/>
          </w:tcPr>
          <w:p>
            <w:r>
              <w:t>2026-04-27</w:t>
            </w:r>
          </w:p>
        </w:tc>
        <w:tc>
          <w:tcPr>
            <w:tcW w:type="dxa" w:w="2880"/>
          </w:tcPr>
          <w:p>
            <w:r>
              <w:t>dirty water</w:t>
            </w:r>
          </w:p>
        </w:tc>
        <w:tc>
          <w:tcPr>
            <w:tcW w:type="dxa" w:w="2880"/>
          </w:tcPr>
          <w:p>
            <w:r>
              <w:t>2</w:t>
            </w:r>
          </w:p>
        </w:tc>
      </w:tr>
      <w:tr>
        <w:tc>
          <w:tcPr>
            <w:tcW w:type="dxa" w:w="2880"/>
          </w:tcPr>
          <w:p>
            <w:r>
              <w:t>2026-05-04</w:t>
            </w:r>
          </w:p>
        </w:tc>
        <w:tc>
          <w:tcPr>
            <w:tcW w:type="dxa" w:w="2880"/>
          </w:tcPr>
          <w:p>
            <w:r>
              <w:t>low pressure</w:t>
            </w:r>
          </w:p>
        </w:tc>
        <w:tc>
          <w:tcPr>
            <w:tcW w:type="dxa" w:w="2880"/>
          </w:tcPr>
          <w:p>
            <w:r>
              <w:t>5</w:t>
            </w:r>
          </w:p>
        </w:tc>
      </w:tr>
      <w:tr>
        <w:tc>
          <w:tcPr>
            <w:tcW w:type="dxa" w:w="2880"/>
          </w:tcPr>
          <w:p>
            <w:r>
              <w:t>2026-05-04</w:t>
            </w:r>
          </w:p>
        </w:tc>
        <w:tc>
          <w:tcPr>
            <w:tcW w:type="dxa" w:w="2880"/>
          </w:tcPr>
          <w:p>
            <w:r>
              <w:t>high bill</w:t>
            </w:r>
          </w:p>
        </w:tc>
        <w:tc>
          <w:tcPr>
            <w:tcW w:type="dxa" w:w="2880"/>
          </w:tcPr>
          <w:p>
            <w:r>
              <w:t>2</w:t>
            </w:r>
          </w:p>
        </w:tc>
      </w:tr>
      <w:tr>
        <w:tc>
          <w:tcPr>
            <w:tcW w:type="dxa" w:w="2880"/>
          </w:tcPr>
          <w:p>
            <w:r>
              <w:t>2026-05-04</w:t>
            </w:r>
          </w:p>
        </w:tc>
        <w:tc>
          <w:tcPr>
            <w:tcW w:type="dxa" w:w="2880"/>
          </w:tcPr>
          <w:p>
            <w:r>
              <w:t>no water</w:t>
            </w:r>
          </w:p>
        </w:tc>
        <w:tc>
          <w:tcPr>
            <w:tcW w:type="dxa" w:w="2880"/>
          </w:tcPr>
          <w:p>
            <w:r>
              <w:t>3</w:t>
            </w:r>
          </w:p>
        </w:tc>
      </w:tr>
      <w:tr>
        <w:tc>
          <w:tcPr>
            <w:tcW w:type="dxa" w:w="2880"/>
          </w:tcPr>
          <w:p>
            <w:r>
              <w:t>2026-05-04</w:t>
            </w:r>
          </w:p>
        </w:tc>
        <w:tc>
          <w:tcPr>
            <w:tcW w:type="dxa" w:w="2880"/>
          </w:tcPr>
          <w:p>
            <w:r>
              <w:t>dirty water</w:t>
            </w:r>
          </w:p>
        </w:tc>
        <w:tc>
          <w:tcPr>
            <w:tcW w:type="dxa" w:w="2880"/>
          </w:tcPr>
          <w:p>
            <w:r>
              <w:t>2</w:t>
            </w:r>
          </w:p>
        </w:tc>
      </w:tr>
      <w:tr>
        <w:tc>
          <w:tcPr>
            <w:tcW w:type="dxa" w:w="2880"/>
          </w:tcPr>
          <w:p>
            <w:r>
              <w:t>2026-05-11</w:t>
            </w:r>
          </w:p>
        </w:tc>
        <w:tc>
          <w:tcPr>
            <w:tcW w:type="dxa" w:w="2880"/>
          </w:tcPr>
          <w:p>
            <w:r>
              <w:t>low pressure</w:t>
            </w:r>
          </w:p>
        </w:tc>
        <w:tc>
          <w:tcPr>
            <w:tcW w:type="dxa" w:w="2880"/>
          </w:tcPr>
          <w:p>
            <w:r>
              <w:t>1</w:t>
            </w:r>
          </w:p>
        </w:tc>
      </w:tr>
      <w:tr>
        <w:tc>
          <w:tcPr>
            <w:tcW w:type="dxa" w:w="2880"/>
          </w:tcPr>
          <w:p>
            <w:r>
              <w:t>2026-05-11</w:t>
            </w:r>
          </w:p>
        </w:tc>
        <w:tc>
          <w:tcPr>
            <w:tcW w:type="dxa" w:w="2880"/>
          </w:tcPr>
          <w:p>
            <w:r>
              <w:t>high bill</w:t>
            </w:r>
          </w:p>
        </w:tc>
        <w:tc>
          <w:tcPr>
            <w:tcW w:type="dxa" w:w="2880"/>
          </w:tcPr>
          <w:p>
            <w:r>
              <w:t>6</w:t>
            </w:r>
          </w:p>
        </w:tc>
      </w:tr>
      <w:tr>
        <w:tc>
          <w:tcPr>
            <w:tcW w:type="dxa" w:w="2880"/>
          </w:tcPr>
          <w:p>
            <w:r>
              <w:t>2026-05-11</w:t>
            </w:r>
          </w:p>
        </w:tc>
        <w:tc>
          <w:tcPr>
            <w:tcW w:type="dxa" w:w="2880"/>
          </w:tcPr>
          <w:p>
            <w:r>
              <w:t>no water</w:t>
            </w:r>
          </w:p>
        </w:tc>
        <w:tc>
          <w:tcPr>
            <w:tcW w:type="dxa" w:w="2880"/>
          </w:tcPr>
          <w:p>
            <w:r>
              <w:t>2</w:t>
            </w:r>
          </w:p>
        </w:tc>
      </w:tr>
      <w:tr>
        <w:tc>
          <w:tcPr>
            <w:tcW w:type="dxa" w:w="2880"/>
          </w:tcPr>
          <w:p>
            <w:r>
              <w:t>2026-05-11</w:t>
            </w:r>
          </w:p>
        </w:tc>
        <w:tc>
          <w:tcPr>
            <w:tcW w:type="dxa" w:w="2880"/>
          </w:tcPr>
          <w:p>
            <w:r>
              <w:t>dirty water</w:t>
            </w:r>
          </w:p>
        </w:tc>
        <w:tc>
          <w:tcPr>
            <w:tcW w:type="dxa" w:w="2880"/>
          </w:tcPr>
          <w:p>
            <w:r>
              <w:t>0</w:t>
            </w:r>
          </w:p>
        </w:tc>
      </w:tr>
      <w:tr>
        <w:tc>
          <w:tcPr>
            <w:tcW w:type="dxa" w:w="2880"/>
          </w:tcPr>
          <w:p>
            <w:r>
              <w:t>2026-05-18</w:t>
            </w:r>
          </w:p>
        </w:tc>
        <w:tc>
          <w:tcPr>
            <w:tcW w:type="dxa" w:w="2880"/>
          </w:tcPr>
          <w:p>
            <w:r>
              <w:t>low pressure</w:t>
            </w:r>
          </w:p>
        </w:tc>
        <w:tc>
          <w:tcPr>
            <w:tcW w:type="dxa" w:w="2880"/>
          </w:tcPr>
          <w:p>
            <w:r>
              <w:t>6</w:t>
            </w:r>
          </w:p>
        </w:tc>
      </w:tr>
      <w:tr>
        <w:tc>
          <w:tcPr>
            <w:tcW w:type="dxa" w:w="2880"/>
          </w:tcPr>
          <w:p>
            <w:r>
              <w:t>2026-05-18</w:t>
            </w:r>
          </w:p>
        </w:tc>
        <w:tc>
          <w:tcPr>
            <w:tcW w:type="dxa" w:w="2880"/>
          </w:tcPr>
          <w:p>
            <w:r>
              <w:t>high bill</w:t>
            </w:r>
          </w:p>
        </w:tc>
        <w:tc>
          <w:tcPr>
            <w:tcW w:type="dxa" w:w="2880"/>
          </w:tcPr>
          <w:p>
            <w:r>
              <w:t>5</w:t>
            </w:r>
          </w:p>
        </w:tc>
      </w:tr>
      <w:tr>
        <w:tc>
          <w:tcPr>
            <w:tcW w:type="dxa" w:w="2880"/>
          </w:tcPr>
          <w:p>
            <w:r>
              <w:t>2026-05-18</w:t>
            </w:r>
          </w:p>
        </w:tc>
        <w:tc>
          <w:tcPr>
            <w:tcW w:type="dxa" w:w="2880"/>
          </w:tcPr>
          <w:p>
            <w:r>
              <w:t>no water</w:t>
            </w:r>
          </w:p>
        </w:tc>
        <w:tc>
          <w:tcPr>
            <w:tcW w:type="dxa" w:w="2880"/>
          </w:tcPr>
          <w:p>
            <w:r>
              <w:t>3</w:t>
            </w:r>
          </w:p>
        </w:tc>
      </w:tr>
      <w:tr>
        <w:tc>
          <w:tcPr>
            <w:tcW w:type="dxa" w:w="2880"/>
          </w:tcPr>
          <w:p>
            <w:r>
              <w:t>2026-05-18</w:t>
            </w:r>
          </w:p>
        </w:tc>
        <w:tc>
          <w:tcPr>
            <w:tcW w:type="dxa" w:w="2880"/>
          </w:tcPr>
          <w:p>
            <w:r>
              <w:t>dirty water</w:t>
            </w:r>
          </w:p>
        </w:tc>
        <w:tc>
          <w:tcPr>
            <w:tcW w:type="dxa" w:w="2880"/>
          </w:tcPr>
          <w:p>
            <w:r>
              <w:t>0</w:t>
            </w:r>
          </w:p>
        </w:tc>
      </w:tr>
      <w:tr>
        <w:tc>
          <w:tcPr>
            <w:tcW w:type="dxa" w:w="2880"/>
          </w:tcPr>
          <w:p>
            <w:r>
              <w:t>2026-05-25</w:t>
            </w:r>
          </w:p>
        </w:tc>
        <w:tc>
          <w:tcPr>
            <w:tcW w:type="dxa" w:w="2880"/>
          </w:tcPr>
          <w:p>
            <w:r>
              <w:t>low pressure</w:t>
            </w:r>
          </w:p>
        </w:tc>
        <w:tc>
          <w:tcPr>
            <w:tcW w:type="dxa" w:w="2880"/>
          </w:tcPr>
          <w:p>
            <w:r>
              <w:t>7</w:t>
            </w:r>
          </w:p>
        </w:tc>
      </w:tr>
      <w:tr>
        <w:tc>
          <w:tcPr>
            <w:tcW w:type="dxa" w:w="2880"/>
          </w:tcPr>
          <w:p>
            <w:r>
              <w:t>2026-05-25</w:t>
            </w:r>
          </w:p>
        </w:tc>
        <w:tc>
          <w:tcPr>
            <w:tcW w:type="dxa" w:w="2880"/>
          </w:tcPr>
          <w:p>
            <w:r>
              <w:t>high bill</w:t>
            </w:r>
          </w:p>
        </w:tc>
        <w:tc>
          <w:tcPr>
            <w:tcW w:type="dxa" w:w="2880"/>
          </w:tcPr>
          <w:p>
            <w:r>
              <w:t>4</w:t>
            </w:r>
          </w:p>
        </w:tc>
      </w:tr>
      <w:tr>
        <w:tc>
          <w:tcPr>
            <w:tcW w:type="dxa" w:w="2880"/>
          </w:tcPr>
          <w:p>
            <w:r>
              <w:t>2026-05-25</w:t>
            </w:r>
          </w:p>
        </w:tc>
        <w:tc>
          <w:tcPr>
            <w:tcW w:type="dxa" w:w="2880"/>
          </w:tcPr>
          <w:p>
            <w:r>
              <w:t>no water</w:t>
            </w:r>
          </w:p>
        </w:tc>
        <w:tc>
          <w:tcPr>
            <w:tcW w:type="dxa" w:w="2880"/>
          </w:tcPr>
          <w:p>
            <w:r>
              <w:t>3</w:t>
            </w:r>
          </w:p>
        </w:tc>
      </w:tr>
      <w:tr>
        <w:tc>
          <w:tcPr>
            <w:tcW w:type="dxa" w:w="2880"/>
          </w:tcPr>
          <w:p>
            <w:r>
              <w:t>2026-05-25</w:t>
            </w:r>
          </w:p>
        </w:tc>
        <w:tc>
          <w:tcPr>
            <w:tcW w:type="dxa" w:w="2880"/>
          </w:tcPr>
          <w:p>
            <w:r>
              <w:t>dirty water</w:t>
            </w:r>
          </w:p>
        </w:tc>
        <w:tc>
          <w:tcPr>
            <w:tcW w:type="dxa" w:w="2880"/>
          </w:tcPr>
          <w:p>
            <w:r>
              <w:t>0</w:t>
            </w:r>
          </w:p>
        </w:tc>
      </w:tr>
      <w:tr>
        <w:tc>
          <w:tcPr>
            <w:tcW w:type="dxa" w:w="2880"/>
          </w:tcPr>
          <w:p>
            <w:r>
              <w:t>2026-06-01</w:t>
            </w:r>
          </w:p>
        </w:tc>
        <w:tc>
          <w:tcPr>
            <w:tcW w:type="dxa" w:w="2880"/>
          </w:tcPr>
          <w:p>
            <w:r>
              <w:t>low pressure</w:t>
            </w:r>
          </w:p>
        </w:tc>
        <w:tc>
          <w:tcPr>
            <w:tcW w:type="dxa" w:w="2880"/>
          </w:tcPr>
          <w:p>
            <w:r>
              <w:t>7</w:t>
            </w:r>
          </w:p>
        </w:tc>
      </w:tr>
      <w:tr>
        <w:tc>
          <w:tcPr>
            <w:tcW w:type="dxa" w:w="2880"/>
          </w:tcPr>
          <w:p>
            <w:r>
              <w:t>2026-06-01</w:t>
            </w:r>
          </w:p>
        </w:tc>
        <w:tc>
          <w:tcPr>
            <w:tcW w:type="dxa" w:w="2880"/>
          </w:tcPr>
          <w:p>
            <w:r>
              <w:t>high bill</w:t>
            </w:r>
          </w:p>
        </w:tc>
        <w:tc>
          <w:tcPr>
            <w:tcW w:type="dxa" w:w="2880"/>
          </w:tcPr>
          <w:p>
            <w:r>
              <w:t>3</w:t>
            </w:r>
          </w:p>
        </w:tc>
      </w:tr>
      <w:tr>
        <w:tc>
          <w:tcPr>
            <w:tcW w:type="dxa" w:w="2880"/>
          </w:tcPr>
          <w:p>
            <w:r>
              <w:t>2026-06-01</w:t>
            </w:r>
          </w:p>
        </w:tc>
        <w:tc>
          <w:tcPr>
            <w:tcW w:type="dxa" w:w="2880"/>
          </w:tcPr>
          <w:p>
            <w:r>
              <w:t>no water</w:t>
            </w:r>
          </w:p>
        </w:tc>
        <w:tc>
          <w:tcPr>
            <w:tcW w:type="dxa" w:w="2880"/>
          </w:tcPr>
          <w:p>
            <w:r>
              <w:t>5</w:t>
            </w:r>
          </w:p>
        </w:tc>
      </w:tr>
      <w:tr>
        <w:tc>
          <w:tcPr>
            <w:tcW w:type="dxa" w:w="2880"/>
          </w:tcPr>
          <w:p>
            <w:r>
              <w:t>2026-06-01</w:t>
            </w:r>
          </w:p>
        </w:tc>
        <w:tc>
          <w:tcPr>
            <w:tcW w:type="dxa" w:w="2880"/>
          </w:tcPr>
          <w:p>
            <w:r>
              <w:t>dirty water</w:t>
            </w:r>
          </w:p>
        </w:tc>
        <w:tc>
          <w:tcPr>
            <w:tcW w:type="dxa" w:w="2880"/>
          </w:tcPr>
          <w:p>
            <w:r>
              <w:t>2</w:t>
            </w:r>
          </w:p>
        </w:tc>
      </w:tr>
      <w:tr>
        <w:tc>
          <w:tcPr>
            <w:tcW w:type="dxa" w:w="2880"/>
          </w:tcPr>
          <w:p>
            <w:r>
              <w:t>2026-06-08</w:t>
            </w:r>
          </w:p>
        </w:tc>
        <w:tc>
          <w:tcPr>
            <w:tcW w:type="dxa" w:w="2880"/>
          </w:tcPr>
          <w:p>
            <w:r>
              <w:t>low pressure</w:t>
            </w:r>
          </w:p>
        </w:tc>
        <w:tc>
          <w:tcPr>
            <w:tcW w:type="dxa" w:w="2880"/>
          </w:tcPr>
          <w:p>
            <w:r>
              <w:t>6</w:t>
            </w:r>
          </w:p>
        </w:tc>
      </w:tr>
      <w:tr>
        <w:tc>
          <w:tcPr>
            <w:tcW w:type="dxa" w:w="2880"/>
          </w:tcPr>
          <w:p>
            <w:r>
              <w:t>2026-06-08</w:t>
            </w:r>
          </w:p>
        </w:tc>
        <w:tc>
          <w:tcPr>
            <w:tcW w:type="dxa" w:w="2880"/>
          </w:tcPr>
          <w:p>
            <w:r>
              <w:t>high bill</w:t>
            </w:r>
          </w:p>
        </w:tc>
        <w:tc>
          <w:tcPr>
            <w:tcW w:type="dxa" w:w="2880"/>
          </w:tcPr>
          <w:p>
            <w:r>
              <w:t>3</w:t>
            </w:r>
          </w:p>
        </w:tc>
      </w:tr>
      <w:tr>
        <w:tc>
          <w:tcPr>
            <w:tcW w:type="dxa" w:w="2880"/>
          </w:tcPr>
          <w:p>
            <w:r>
              <w:t>2026-06-08</w:t>
            </w:r>
          </w:p>
        </w:tc>
        <w:tc>
          <w:tcPr>
            <w:tcW w:type="dxa" w:w="2880"/>
          </w:tcPr>
          <w:p>
            <w:r>
              <w:t>no water</w:t>
            </w:r>
          </w:p>
        </w:tc>
        <w:tc>
          <w:tcPr>
            <w:tcW w:type="dxa" w:w="2880"/>
          </w:tcPr>
          <w:p>
            <w:r>
              <w:t>5</w:t>
            </w:r>
          </w:p>
        </w:tc>
      </w:tr>
      <w:tr>
        <w:tc>
          <w:tcPr>
            <w:tcW w:type="dxa" w:w="2880"/>
          </w:tcPr>
          <w:p>
            <w:r>
              <w:t>2026-06-08</w:t>
            </w:r>
          </w:p>
        </w:tc>
        <w:tc>
          <w:tcPr>
            <w:tcW w:type="dxa" w:w="2880"/>
          </w:tcPr>
          <w:p>
            <w:r>
              <w:t>dirty water</w:t>
            </w:r>
          </w:p>
        </w:tc>
        <w:tc>
          <w:tcPr>
            <w:tcW w:type="dxa" w:w="2880"/>
          </w:tcPr>
          <w:p>
            <w:r>
              <w:t>1</w:t>
            </w:r>
          </w:p>
        </w:tc>
      </w:tr>
      <w:tr>
        <w:tc>
          <w:tcPr>
            <w:tcW w:type="dxa" w:w="2880"/>
          </w:tcPr>
          <w:p>
            <w:r>
              <w:t>2026-06-15</w:t>
            </w:r>
          </w:p>
        </w:tc>
        <w:tc>
          <w:tcPr>
            <w:tcW w:type="dxa" w:w="2880"/>
          </w:tcPr>
          <w:p>
            <w:r>
              <w:t>low pressure</w:t>
            </w:r>
          </w:p>
        </w:tc>
        <w:tc>
          <w:tcPr>
            <w:tcW w:type="dxa" w:w="2880"/>
          </w:tcPr>
          <w:p>
            <w:r>
              <w:t>8</w:t>
            </w:r>
          </w:p>
        </w:tc>
      </w:tr>
      <w:tr>
        <w:tc>
          <w:tcPr>
            <w:tcW w:type="dxa" w:w="2880"/>
          </w:tcPr>
          <w:p>
            <w:r>
              <w:t>2026-06-15</w:t>
            </w:r>
          </w:p>
        </w:tc>
        <w:tc>
          <w:tcPr>
            <w:tcW w:type="dxa" w:w="2880"/>
          </w:tcPr>
          <w:p>
            <w:r>
              <w:t>high bill</w:t>
            </w:r>
          </w:p>
        </w:tc>
        <w:tc>
          <w:tcPr>
            <w:tcW w:type="dxa" w:w="2880"/>
          </w:tcPr>
          <w:p>
            <w:r>
              <w:t>6</w:t>
            </w:r>
          </w:p>
        </w:tc>
      </w:tr>
      <w:tr>
        <w:tc>
          <w:tcPr>
            <w:tcW w:type="dxa" w:w="2880"/>
          </w:tcPr>
          <w:p>
            <w:r>
              <w:t>2026-06-15</w:t>
            </w:r>
          </w:p>
        </w:tc>
        <w:tc>
          <w:tcPr>
            <w:tcW w:type="dxa" w:w="2880"/>
          </w:tcPr>
          <w:p>
            <w:r>
              <w:t>no water</w:t>
            </w:r>
          </w:p>
        </w:tc>
        <w:tc>
          <w:tcPr>
            <w:tcW w:type="dxa" w:w="2880"/>
          </w:tcPr>
          <w:p>
            <w:r>
              <w:t>3</w:t>
            </w:r>
          </w:p>
        </w:tc>
      </w:tr>
      <w:tr>
        <w:tc>
          <w:tcPr>
            <w:tcW w:type="dxa" w:w="2880"/>
          </w:tcPr>
          <w:p>
            <w:r>
              <w:t>2026-06-15</w:t>
            </w:r>
          </w:p>
        </w:tc>
        <w:tc>
          <w:tcPr>
            <w:tcW w:type="dxa" w:w="2880"/>
          </w:tcPr>
          <w:p>
            <w:r>
              <w:t>dirty water</w:t>
            </w:r>
          </w:p>
        </w:tc>
        <w:tc>
          <w:tcPr>
            <w:tcW w:type="dxa" w:w="2880"/>
          </w:tcPr>
          <w:p>
            <w:r>
              <w:t>2</w:t>
            </w:r>
          </w:p>
        </w:tc>
      </w:tr>
      <w:tr>
        <w:tc>
          <w:tcPr>
            <w:tcW w:type="dxa" w:w="2880"/>
          </w:tcPr>
          <w:p>
            <w:r>
              <w:t>2026-06-22</w:t>
            </w:r>
          </w:p>
        </w:tc>
        <w:tc>
          <w:tcPr>
            <w:tcW w:type="dxa" w:w="2880"/>
          </w:tcPr>
          <w:p>
            <w:r>
              <w:t>low pressure</w:t>
            </w:r>
          </w:p>
        </w:tc>
        <w:tc>
          <w:tcPr>
            <w:tcW w:type="dxa" w:w="2880"/>
          </w:tcPr>
          <w:p>
            <w:r>
              <w:t>2</w:t>
            </w:r>
          </w:p>
        </w:tc>
      </w:tr>
      <w:tr>
        <w:tc>
          <w:tcPr>
            <w:tcW w:type="dxa" w:w="2880"/>
          </w:tcPr>
          <w:p>
            <w:r>
              <w:t>2026-06-22</w:t>
            </w:r>
          </w:p>
        </w:tc>
        <w:tc>
          <w:tcPr>
            <w:tcW w:type="dxa" w:w="2880"/>
          </w:tcPr>
          <w:p>
            <w:r>
              <w:t>high bill</w:t>
            </w:r>
          </w:p>
        </w:tc>
        <w:tc>
          <w:tcPr>
            <w:tcW w:type="dxa" w:w="2880"/>
          </w:tcPr>
          <w:p>
            <w:r>
              <w:t>2</w:t>
            </w:r>
          </w:p>
        </w:tc>
      </w:tr>
      <w:tr>
        <w:tc>
          <w:tcPr>
            <w:tcW w:type="dxa" w:w="2880"/>
          </w:tcPr>
          <w:p>
            <w:r>
              <w:t>2026-06-22</w:t>
            </w:r>
          </w:p>
        </w:tc>
        <w:tc>
          <w:tcPr>
            <w:tcW w:type="dxa" w:w="2880"/>
          </w:tcPr>
          <w:p>
            <w:r>
              <w:t>no water</w:t>
            </w:r>
          </w:p>
        </w:tc>
        <w:tc>
          <w:tcPr>
            <w:tcW w:type="dxa" w:w="2880"/>
          </w:tcPr>
          <w:p>
            <w:r>
              <w:t>3</w:t>
            </w:r>
          </w:p>
        </w:tc>
      </w:tr>
      <w:tr>
        <w:tc>
          <w:tcPr>
            <w:tcW w:type="dxa" w:w="2880"/>
          </w:tcPr>
          <w:p>
            <w:r>
              <w:t>2026-06-22</w:t>
            </w:r>
          </w:p>
        </w:tc>
        <w:tc>
          <w:tcPr>
            <w:tcW w:type="dxa" w:w="2880"/>
          </w:tcPr>
          <w:p>
            <w:r>
              <w:t>dirty water</w:t>
            </w:r>
          </w:p>
        </w:tc>
        <w:tc>
          <w:tcPr>
            <w:tcW w:type="dxa" w:w="2880"/>
          </w:tcPr>
          <w:p>
            <w:r>
              <w:t>2</w:t>
            </w:r>
          </w:p>
        </w:tc>
      </w:tr>
      <w:tr>
        <w:tc>
          <w:tcPr>
            <w:tcW w:type="dxa" w:w="2880"/>
          </w:tcPr>
          <w:p>
            <w:r>
              <w:t>2026-06-29</w:t>
            </w:r>
          </w:p>
        </w:tc>
        <w:tc>
          <w:tcPr>
            <w:tcW w:type="dxa" w:w="2880"/>
          </w:tcPr>
          <w:p>
            <w:r>
              <w:t>low pressure</w:t>
            </w:r>
          </w:p>
        </w:tc>
        <w:tc>
          <w:tcPr>
            <w:tcW w:type="dxa" w:w="2880"/>
          </w:tcPr>
          <w:p>
            <w:r>
              <w:t>4</w:t>
            </w:r>
          </w:p>
        </w:tc>
      </w:tr>
      <w:tr>
        <w:tc>
          <w:tcPr>
            <w:tcW w:type="dxa" w:w="2880"/>
          </w:tcPr>
          <w:p>
            <w:r>
              <w:t>2026-06-29</w:t>
            </w:r>
          </w:p>
        </w:tc>
        <w:tc>
          <w:tcPr>
            <w:tcW w:type="dxa" w:w="2880"/>
          </w:tcPr>
          <w:p>
            <w:r>
              <w:t>high bill</w:t>
            </w:r>
          </w:p>
        </w:tc>
        <w:tc>
          <w:tcPr>
            <w:tcW w:type="dxa" w:w="2880"/>
          </w:tcPr>
          <w:p>
            <w:r>
              <w:t>4</w:t>
            </w:r>
          </w:p>
        </w:tc>
      </w:tr>
      <w:tr>
        <w:tc>
          <w:tcPr>
            <w:tcW w:type="dxa" w:w="2880"/>
          </w:tcPr>
          <w:p>
            <w:r>
              <w:t>2026-06-29</w:t>
            </w:r>
          </w:p>
        </w:tc>
        <w:tc>
          <w:tcPr>
            <w:tcW w:type="dxa" w:w="2880"/>
          </w:tcPr>
          <w:p>
            <w:r>
              <w:t>no water</w:t>
            </w:r>
          </w:p>
        </w:tc>
        <w:tc>
          <w:tcPr>
            <w:tcW w:type="dxa" w:w="2880"/>
          </w:tcPr>
          <w:p>
            <w:r>
              <w:t>3</w:t>
            </w:r>
          </w:p>
        </w:tc>
      </w:tr>
      <w:tr>
        <w:tc>
          <w:tcPr>
            <w:tcW w:type="dxa" w:w="2880"/>
          </w:tcPr>
          <w:p>
            <w:r>
              <w:t>2026-06-29</w:t>
            </w:r>
          </w:p>
        </w:tc>
        <w:tc>
          <w:tcPr>
            <w:tcW w:type="dxa" w:w="2880"/>
          </w:tcPr>
          <w:p>
            <w:r>
              <w:t>dirty water</w:t>
            </w:r>
          </w:p>
        </w:tc>
        <w:tc>
          <w:tcPr>
            <w:tcW w:type="dxa" w:w="2880"/>
          </w:tcPr>
          <w:p>
            <w:r>
              <w:t>4</w:t>
            </w:r>
          </w:p>
        </w:tc>
      </w:tr>
      <w:tr>
        <w:tc>
          <w:tcPr>
            <w:tcW w:type="dxa" w:w="2880"/>
          </w:tcPr>
          <w:p>
            <w:r>
              <w:t>2026-07-06</w:t>
            </w:r>
          </w:p>
        </w:tc>
        <w:tc>
          <w:tcPr>
            <w:tcW w:type="dxa" w:w="2880"/>
          </w:tcPr>
          <w:p>
            <w:r>
              <w:t>low pressure</w:t>
            </w:r>
          </w:p>
        </w:tc>
        <w:tc>
          <w:tcPr>
            <w:tcW w:type="dxa" w:w="2880"/>
          </w:tcPr>
          <w:p>
            <w:r>
              <w:t>6</w:t>
            </w:r>
          </w:p>
        </w:tc>
      </w:tr>
      <w:tr>
        <w:tc>
          <w:tcPr>
            <w:tcW w:type="dxa" w:w="2880"/>
          </w:tcPr>
          <w:p>
            <w:r>
              <w:t>2026-07-06</w:t>
            </w:r>
          </w:p>
        </w:tc>
        <w:tc>
          <w:tcPr>
            <w:tcW w:type="dxa" w:w="2880"/>
          </w:tcPr>
          <w:p>
            <w:r>
              <w:t>high bill</w:t>
            </w:r>
          </w:p>
        </w:tc>
        <w:tc>
          <w:tcPr>
            <w:tcW w:type="dxa" w:w="2880"/>
          </w:tcPr>
          <w:p>
            <w:r>
              <w:t>7</w:t>
            </w:r>
          </w:p>
        </w:tc>
      </w:tr>
      <w:tr>
        <w:tc>
          <w:tcPr>
            <w:tcW w:type="dxa" w:w="2880"/>
          </w:tcPr>
          <w:p>
            <w:r>
              <w:t>2026-07-06</w:t>
            </w:r>
          </w:p>
        </w:tc>
        <w:tc>
          <w:tcPr>
            <w:tcW w:type="dxa" w:w="2880"/>
          </w:tcPr>
          <w:p>
            <w:r>
              <w:t>no water</w:t>
            </w:r>
          </w:p>
        </w:tc>
        <w:tc>
          <w:tcPr>
            <w:tcW w:type="dxa" w:w="2880"/>
          </w:tcPr>
          <w:p>
            <w:r>
              <w:t>6</w:t>
            </w:r>
          </w:p>
        </w:tc>
      </w:tr>
      <w:tr>
        <w:tc>
          <w:tcPr>
            <w:tcW w:type="dxa" w:w="2880"/>
          </w:tcPr>
          <w:p>
            <w:r>
              <w:t>2026-07-06</w:t>
            </w:r>
          </w:p>
        </w:tc>
        <w:tc>
          <w:tcPr>
            <w:tcW w:type="dxa" w:w="2880"/>
          </w:tcPr>
          <w:p>
            <w:r>
              <w:t>dirty water</w:t>
            </w:r>
          </w:p>
        </w:tc>
        <w:tc>
          <w:tcPr>
            <w:tcW w:type="dxa" w:w="2880"/>
          </w:tcPr>
          <w:p>
            <w:r>
              <w:t>0</w:t>
            </w:r>
          </w:p>
        </w:tc>
      </w:tr>
      <w:tr>
        <w:tc>
          <w:tcPr>
            <w:tcW w:type="dxa" w:w="2880"/>
          </w:tcPr>
          <w:p>
            <w:r>
              <w:t>2026-07-13</w:t>
            </w:r>
          </w:p>
        </w:tc>
        <w:tc>
          <w:tcPr>
            <w:tcW w:type="dxa" w:w="2880"/>
          </w:tcPr>
          <w:p>
            <w:r>
              <w:t>low pressure</w:t>
            </w:r>
          </w:p>
        </w:tc>
        <w:tc>
          <w:tcPr>
            <w:tcW w:type="dxa" w:w="2880"/>
          </w:tcPr>
          <w:p>
            <w:r>
              <w:t>5</w:t>
            </w:r>
          </w:p>
        </w:tc>
      </w:tr>
      <w:tr>
        <w:tc>
          <w:tcPr>
            <w:tcW w:type="dxa" w:w="2880"/>
          </w:tcPr>
          <w:p>
            <w:r>
              <w:t>2026-07-13</w:t>
            </w:r>
          </w:p>
        </w:tc>
        <w:tc>
          <w:tcPr>
            <w:tcW w:type="dxa" w:w="2880"/>
          </w:tcPr>
          <w:p>
            <w:r>
              <w:t>high bill</w:t>
            </w:r>
          </w:p>
        </w:tc>
        <w:tc>
          <w:tcPr>
            <w:tcW w:type="dxa" w:w="2880"/>
          </w:tcPr>
          <w:p>
            <w:r>
              <w:t>4</w:t>
            </w:r>
          </w:p>
        </w:tc>
      </w:tr>
      <w:tr>
        <w:tc>
          <w:tcPr>
            <w:tcW w:type="dxa" w:w="2880"/>
          </w:tcPr>
          <w:p>
            <w:r>
              <w:t>2026-07-13</w:t>
            </w:r>
          </w:p>
        </w:tc>
        <w:tc>
          <w:tcPr>
            <w:tcW w:type="dxa" w:w="2880"/>
          </w:tcPr>
          <w:p>
            <w:r>
              <w:t>no water</w:t>
            </w:r>
          </w:p>
        </w:tc>
        <w:tc>
          <w:tcPr>
            <w:tcW w:type="dxa" w:w="2880"/>
          </w:tcPr>
          <w:p>
            <w:r>
              <w:t>7</w:t>
            </w:r>
          </w:p>
        </w:tc>
      </w:tr>
      <w:tr>
        <w:tc>
          <w:tcPr>
            <w:tcW w:type="dxa" w:w="2880"/>
          </w:tcPr>
          <w:p>
            <w:r>
              <w:t>2026-07-13</w:t>
            </w:r>
          </w:p>
        </w:tc>
        <w:tc>
          <w:tcPr>
            <w:tcW w:type="dxa" w:w="2880"/>
          </w:tcPr>
          <w:p>
            <w:r>
              <w:t>dirty water</w:t>
            </w:r>
          </w:p>
        </w:tc>
        <w:tc>
          <w:tcPr>
            <w:tcW w:type="dxa" w:w="2880"/>
          </w:tcPr>
          <w:p>
            <w:r>
              <w:t>1</w:t>
            </w:r>
          </w:p>
        </w:tc>
      </w:tr>
      <w:tr>
        <w:tc>
          <w:tcPr>
            <w:tcW w:type="dxa" w:w="2880"/>
          </w:tcPr>
          <w:p>
            <w:r>
              <w:t>2026-07-20</w:t>
            </w:r>
          </w:p>
        </w:tc>
        <w:tc>
          <w:tcPr>
            <w:tcW w:type="dxa" w:w="2880"/>
          </w:tcPr>
          <w:p>
            <w:r>
              <w:t>low pressure</w:t>
            </w:r>
          </w:p>
        </w:tc>
        <w:tc>
          <w:tcPr>
            <w:tcW w:type="dxa" w:w="2880"/>
          </w:tcPr>
          <w:p>
            <w:r>
              <w:t>5</w:t>
            </w:r>
          </w:p>
        </w:tc>
      </w:tr>
      <w:tr>
        <w:tc>
          <w:tcPr>
            <w:tcW w:type="dxa" w:w="2880"/>
          </w:tcPr>
          <w:p>
            <w:r>
              <w:t>2026-07-20</w:t>
            </w:r>
          </w:p>
        </w:tc>
        <w:tc>
          <w:tcPr>
            <w:tcW w:type="dxa" w:w="2880"/>
          </w:tcPr>
          <w:p>
            <w:r>
              <w:t>high bill</w:t>
            </w:r>
          </w:p>
        </w:tc>
        <w:tc>
          <w:tcPr>
            <w:tcW w:type="dxa" w:w="2880"/>
          </w:tcPr>
          <w:p>
            <w:r>
              <w:t>3</w:t>
            </w:r>
          </w:p>
        </w:tc>
      </w:tr>
      <w:tr>
        <w:tc>
          <w:tcPr>
            <w:tcW w:type="dxa" w:w="2880"/>
          </w:tcPr>
          <w:p>
            <w:r>
              <w:t>2026-07-20</w:t>
            </w:r>
          </w:p>
        </w:tc>
        <w:tc>
          <w:tcPr>
            <w:tcW w:type="dxa" w:w="2880"/>
          </w:tcPr>
          <w:p>
            <w:r>
              <w:t>no water</w:t>
            </w:r>
          </w:p>
        </w:tc>
        <w:tc>
          <w:tcPr>
            <w:tcW w:type="dxa" w:w="2880"/>
          </w:tcPr>
          <w:p>
            <w:r>
              <w:t>3</w:t>
            </w:r>
          </w:p>
        </w:tc>
      </w:tr>
      <w:tr>
        <w:tc>
          <w:tcPr>
            <w:tcW w:type="dxa" w:w="2880"/>
          </w:tcPr>
          <w:p>
            <w:r>
              <w:t>2026-07-20</w:t>
            </w:r>
          </w:p>
        </w:tc>
        <w:tc>
          <w:tcPr>
            <w:tcW w:type="dxa" w:w="2880"/>
          </w:tcPr>
          <w:p>
            <w:r>
              <w:t>dirty water</w:t>
            </w:r>
          </w:p>
        </w:tc>
        <w:tc>
          <w:tcPr>
            <w:tcW w:type="dxa" w:w="2880"/>
          </w:tcPr>
          <w:p>
            <w:r>
              <w:t>2</w:t>
            </w:r>
          </w:p>
        </w:tc>
      </w:tr>
      <w:tr>
        <w:tc>
          <w:tcPr>
            <w:tcW w:type="dxa" w:w="2880"/>
          </w:tcPr>
          <w:p>
            <w:r>
              <w:t>2026-07-27</w:t>
            </w:r>
          </w:p>
        </w:tc>
        <w:tc>
          <w:tcPr>
            <w:tcW w:type="dxa" w:w="2880"/>
          </w:tcPr>
          <w:p>
            <w:r>
              <w:t>low pressure</w:t>
            </w:r>
          </w:p>
        </w:tc>
        <w:tc>
          <w:tcPr>
            <w:tcW w:type="dxa" w:w="2880"/>
          </w:tcPr>
          <w:p>
            <w:r>
              <w:t>6</w:t>
            </w:r>
          </w:p>
        </w:tc>
      </w:tr>
      <w:tr>
        <w:tc>
          <w:tcPr>
            <w:tcW w:type="dxa" w:w="2880"/>
          </w:tcPr>
          <w:p>
            <w:r>
              <w:t>2026-07-27</w:t>
            </w:r>
          </w:p>
        </w:tc>
        <w:tc>
          <w:tcPr>
            <w:tcW w:type="dxa" w:w="2880"/>
          </w:tcPr>
          <w:p>
            <w:r>
              <w:t>high bill</w:t>
            </w:r>
          </w:p>
        </w:tc>
        <w:tc>
          <w:tcPr>
            <w:tcW w:type="dxa" w:w="2880"/>
          </w:tcPr>
          <w:p>
            <w:r>
              <w:t>3</w:t>
            </w:r>
          </w:p>
        </w:tc>
      </w:tr>
      <w:tr>
        <w:tc>
          <w:tcPr>
            <w:tcW w:type="dxa" w:w="2880"/>
          </w:tcPr>
          <w:p>
            <w:r>
              <w:t>2026-07-27</w:t>
            </w:r>
          </w:p>
        </w:tc>
        <w:tc>
          <w:tcPr>
            <w:tcW w:type="dxa" w:w="2880"/>
          </w:tcPr>
          <w:p>
            <w:r>
              <w:t>no water</w:t>
            </w:r>
          </w:p>
        </w:tc>
        <w:tc>
          <w:tcPr>
            <w:tcW w:type="dxa" w:w="2880"/>
          </w:tcPr>
          <w:p>
            <w:r>
              <w:t>3</w:t>
            </w:r>
          </w:p>
        </w:tc>
      </w:tr>
      <w:tr>
        <w:tc>
          <w:tcPr>
            <w:tcW w:type="dxa" w:w="2880"/>
          </w:tcPr>
          <w:p>
            <w:r>
              <w:t>2026-07-27</w:t>
            </w:r>
          </w:p>
        </w:tc>
        <w:tc>
          <w:tcPr>
            <w:tcW w:type="dxa" w:w="2880"/>
          </w:tcPr>
          <w:p>
            <w:r>
              <w:t>dirty water</w:t>
            </w:r>
          </w:p>
        </w:tc>
        <w:tc>
          <w:tcPr>
            <w:tcW w:type="dxa" w:w="2880"/>
          </w:tcPr>
          <w:p>
            <w:r>
              <w:t>2</w:t>
            </w:r>
          </w:p>
        </w:tc>
      </w:tr>
      <w:tr>
        <w:tc>
          <w:tcPr>
            <w:tcW w:type="dxa" w:w="2880"/>
          </w:tcPr>
          <w:p>
            <w:r>
              <w:t>2026-08-03</w:t>
            </w:r>
          </w:p>
        </w:tc>
        <w:tc>
          <w:tcPr>
            <w:tcW w:type="dxa" w:w="2880"/>
          </w:tcPr>
          <w:p>
            <w:r>
              <w:t>low pressure</w:t>
            </w:r>
          </w:p>
        </w:tc>
        <w:tc>
          <w:tcPr>
            <w:tcW w:type="dxa" w:w="2880"/>
          </w:tcPr>
          <w:p>
            <w:r>
              <w:t>4</w:t>
            </w:r>
          </w:p>
        </w:tc>
      </w:tr>
      <w:tr>
        <w:tc>
          <w:tcPr>
            <w:tcW w:type="dxa" w:w="2880"/>
          </w:tcPr>
          <w:p>
            <w:r>
              <w:t>2026-08-03</w:t>
            </w:r>
          </w:p>
        </w:tc>
        <w:tc>
          <w:tcPr>
            <w:tcW w:type="dxa" w:w="2880"/>
          </w:tcPr>
          <w:p>
            <w:r>
              <w:t>high bill</w:t>
            </w:r>
          </w:p>
        </w:tc>
        <w:tc>
          <w:tcPr>
            <w:tcW w:type="dxa" w:w="2880"/>
          </w:tcPr>
          <w:p>
            <w:r>
              <w:t>3</w:t>
            </w:r>
          </w:p>
        </w:tc>
      </w:tr>
      <w:tr>
        <w:tc>
          <w:tcPr>
            <w:tcW w:type="dxa" w:w="2880"/>
          </w:tcPr>
          <w:p>
            <w:r>
              <w:t>2026-08-03</w:t>
            </w:r>
          </w:p>
        </w:tc>
        <w:tc>
          <w:tcPr>
            <w:tcW w:type="dxa" w:w="2880"/>
          </w:tcPr>
          <w:p>
            <w:r>
              <w:t>no water</w:t>
            </w:r>
          </w:p>
        </w:tc>
        <w:tc>
          <w:tcPr>
            <w:tcW w:type="dxa" w:w="2880"/>
          </w:tcPr>
          <w:p>
            <w:r>
              <w:t>5</w:t>
            </w:r>
          </w:p>
        </w:tc>
      </w:tr>
      <w:tr>
        <w:tc>
          <w:tcPr>
            <w:tcW w:type="dxa" w:w="2880"/>
          </w:tcPr>
          <w:p>
            <w:r>
              <w:t>2026-08-03</w:t>
            </w:r>
          </w:p>
        </w:tc>
        <w:tc>
          <w:tcPr>
            <w:tcW w:type="dxa" w:w="2880"/>
          </w:tcPr>
          <w:p>
            <w:r>
              <w:t>dirty water</w:t>
            </w:r>
          </w:p>
        </w:tc>
        <w:tc>
          <w:tcPr>
            <w:tcW w:type="dxa" w:w="2880"/>
          </w:tcPr>
          <w:p>
            <w:r>
              <w:t>1</w:t>
            </w:r>
          </w:p>
        </w:tc>
      </w:tr>
      <w:tr>
        <w:tc>
          <w:tcPr>
            <w:tcW w:type="dxa" w:w="2880"/>
          </w:tcPr>
          <w:p>
            <w:r>
              <w:t>2026-08-10</w:t>
            </w:r>
          </w:p>
        </w:tc>
        <w:tc>
          <w:tcPr>
            <w:tcW w:type="dxa" w:w="2880"/>
          </w:tcPr>
          <w:p>
            <w:r>
              <w:t>low pressure</w:t>
            </w:r>
          </w:p>
        </w:tc>
        <w:tc>
          <w:tcPr>
            <w:tcW w:type="dxa" w:w="2880"/>
          </w:tcPr>
          <w:p>
            <w:r>
              <w:t>6</w:t>
            </w:r>
          </w:p>
        </w:tc>
      </w:tr>
      <w:tr>
        <w:tc>
          <w:tcPr>
            <w:tcW w:type="dxa" w:w="2880"/>
          </w:tcPr>
          <w:p>
            <w:r>
              <w:t>2026-08-10</w:t>
            </w:r>
          </w:p>
        </w:tc>
        <w:tc>
          <w:tcPr>
            <w:tcW w:type="dxa" w:w="2880"/>
          </w:tcPr>
          <w:p>
            <w:r>
              <w:t>high bill</w:t>
            </w:r>
          </w:p>
        </w:tc>
        <w:tc>
          <w:tcPr>
            <w:tcW w:type="dxa" w:w="2880"/>
          </w:tcPr>
          <w:p>
            <w:r>
              <w:t>3</w:t>
            </w:r>
          </w:p>
        </w:tc>
      </w:tr>
      <w:tr>
        <w:tc>
          <w:tcPr>
            <w:tcW w:type="dxa" w:w="2880"/>
          </w:tcPr>
          <w:p>
            <w:r>
              <w:t>2026-08-10</w:t>
            </w:r>
          </w:p>
        </w:tc>
        <w:tc>
          <w:tcPr>
            <w:tcW w:type="dxa" w:w="2880"/>
          </w:tcPr>
          <w:p>
            <w:r>
              <w:t>no water</w:t>
            </w:r>
          </w:p>
        </w:tc>
        <w:tc>
          <w:tcPr>
            <w:tcW w:type="dxa" w:w="2880"/>
          </w:tcPr>
          <w:p>
            <w:r>
              <w:t>2</w:t>
            </w:r>
          </w:p>
        </w:tc>
      </w:tr>
      <w:tr>
        <w:tc>
          <w:tcPr>
            <w:tcW w:type="dxa" w:w="2880"/>
          </w:tcPr>
          <w:p>
            <w:r>
              <w:t>2026-08-10</w:t>
            </w:r>
          </w:p>
        </w:tc>
        <w:tc>
          <w:tcPr>
            <w:tcW w:type="dxa" w:w="2880"/>
          </w:tcPr>
          <w:p>
            <w:r>
              <w:t>dirty water</w:t>
            </w:r>
          </w:p>
        </w:tc>
        <w:tc>
          <w:tcPr>
            <w:tcW w:type="dxa" w:w="2880"/>
          </w:tcPr>
          <w:p>
            <w:r>
              <w:t>2</w:t>
            </w:r>
          </w:p>
        </w:tc>
      </w:tr>
      <w:tr>
        <w:tc>
          <w:tcPr>
            <w:tcW w:type="dxa" w:w="2880"/>
          </w:tcPr>
          <w:p>
            <w:r>
              <w:t>2026-08-17</w:t>
            </w:r>
          </w:p>
        </w:tc>
        <w:tc>
          <w:tcPr>
            <w:tcW w:type="dxa" w:w="2880"/>
          </w:tcPr>
          <w:p>
            <w:r>
              <w:t>low pressure</w:t>
            </w:r>
          </w:p>
        </w:tc>
        <w:tc>
          <w:tcPr>
            <w:tcW w:type="dxa" w:w="2880"/>
          </w:tcPr>
          <w:p>
            <w:r>
              <w:t>5</w:t>
            </w:r>
          </w:p>
        </w:tc>
      </w:tr>
      <w:tr>
        <w:tc>
          <w:tcPr>
            <w:tcW w:type="dxa" w:w="2880"/>
          </w:tcPr>
          <w:p>
            <w:r>
              <w:t>2026-08-17</w:t>
            </w:r>
          </w:p>
        </w:tc>
        <w:tc>
          <w:tcPr>
            <w:tcW w:type="dxa" w:w="2880"/>
          </w:tcPr>
          <w:p>
            <w:r>
              <w:t>high bill</w:t>
            </w:r>
          </w:p>
        </w:tc>
        <w:tc>
          <w:tcPr>
            <w:tcW w:type="dxa" w:w="2880"/>
          </w:tcPr>
          <w:p>
            <w:r>
              <w:t>3</w:t>
            </w:r>
          </w:p>
        </w:tc>
      </w:tr>
      <w:tr>
        <w:tc>
          <w:tcPr>
            <w:tcW w:type="dxa" w:w="2880"/>
          </w:tcPr>
          <w:p>
            <w:r>
              <w:t>2026-08-17</w:t>
            </w:r>
          </w:p>
        </w:tc>
        <w:tc>
          <w:tcPr>
            <w:tcW w:type="dxa" w:w="2880"/>
          </w:tcPr>
          <w:p>
            <w:r>
              <w:t>no water</w:t>
            </w:r>
          </w:p>
        </w:tc>
        <w:tc>
          <w:tcPr>
            <w:tcW w:type="dxa" w:w="2880"/>
          </w:tcPr>
          <w:p>
            <w:r>
              <w:t>4</w:t>
            </w:r>
          </w:p>
        </w:tc>
      </w:tr>
      <w:tr>
        <w:tc>
          <w:tcPr>
            <w:tcW w:type="dxa" w:w="2880"/>
          </w:tcPr>
          <w:p>
            <w:r>
              <w:t>2026-08-17</w:t>
            </w:r>
          </w:p>
        </w:tc>
        <w:tc>
          <w:tcPr>
            <w:tcW w:type="dxa" w:w="2880"/>
          </w:tcPr>
          <w:p>
            <w:r>
              <w:t>dirty water</w:t>
            </w:r>
          </w:p>
        </w:tc>
        <w:tc>
          <w:tcPr>
            <w:tcW w:type="dxa" w:w="2880"/>
          </w:tcPr>
          <w:p>
            <w:r>
              <w:t>1</w:t>
            </w:r>
          </w:p>
        </w:tc>
      </w:tr>
      <w:tr>
        <w:tc>
          <w:tcPr>
            <w:tcW w:type="dxa" w:w="2880"/>
          </w:tcPr>
          <w:p>
            <w:r>
              <w:t>2026-08-24</w:t>
            </w:r>
          </w:p>
        </w:tc>
        <w:tc>
          <w:tcPr>
            <w:tcW w:type="dxa" w:w="2880"/>
          </w:tcPr>
          <w:p>
            <w:r>
              <w:t>low pressure</w:t>
            </w:r>
          </w:p>
        </w:tc>
        <w:tc>
          <w:tcPr>
            <w:tcW w:type="dxa" w:w="2880"/>
          </w:tcPr>
          <w:p>
            <w:r>
              <w:t>7</w:t>
            </w:r>
          </w:p>
        </w:tc>
      </w:tr>
      <w:tr>
        <w:tc>
          <w:tcPr>
            <w:tcW w:type="dxa" w:w="2880"/>
          </w:tcPr>
          <w:p>
            <w:r>
              <w:t>2026-08-24</w:t>
            </w:r>
          </w:p>
        </w:tc>
        <w:tc>
          <w:tcPr>
            <w:tcW w:type="dxa" w:w="2880"/>
          </w:tcPr>
          <w:p>
            <w:r>
              <w:t>high bill</w:t>
            </w:r>
          </w:p>
        </w:tc>
        <w:tc>
          <w:tcPr>
            <w:tcW w:type="dxa" w:w="2880"/>
          </w:tcPr>
          <w:p>
            <w:r>
              <w:t>4</w:t>
            </w:r>
          </w:p>
        </w:tc>
      </w:tr>
      <w:tr>
        <w:tc>
          <w:tcPr>
            <w:tcW w:type="dxa" w:w="2880"/>
          </w:tcPr>
          <w:p>
            <w:r>
              <w:t>2026-08-24</w:t>
            </w:r>
          </w:p>
        </w:tc>
        <w:tc>
          <w:tcPr>
            <w:tcW w:type="dxa" w:w="2880"/>
          </w:tcPr>
          <w:p>
            <w:r>
              <w:t>no water</w:t>
            </w:r>
          </w:p>
        </w:tc>
        <w:tc>
          <w:tcPr>
            <w:tcW w:type="dxa" w:w="2880"/>
          </w:tcPr>
          <w:p>
            <w:r>
              <w:t>3</w:t>
            </w:r>
          </w:p>
        </w:tc>
      </w:tr>
      <w:tr>
        <w:tc>
          <w:tcPr>
            <w:tcW w:type="dxa" w:w="2880"/>
          </w:tcPr>
          <w:p>
            <w:r>
              <w:t>2026-08-24</w:t>
            </w:r>
          </w:p>
        </w:tc>
        <w:tc>
          <w:tcPr>
            <w:tcW w:type="dxa" w:w="2880"/>
          </w:tcPr>
          <w:p>
            <w:r>
              <w:t>dirty water</w:t>
            </w:r>
          </w:p>
        </w:tc>
        <w:tc>
          <w:tcPr>
            <w:tcW w:type="dxa" w:w="2880"/>
          </w:tcPr>
          <w:p>
            <w:r>
              <w:t>3</w:t>
            </w:r>
          </w:p>
        </w:tc>
      </w:tr>
      <w:tr>
        <w:tc>
          <w:tcPr>
            <w:tcW w:type="dxa" w:w="2880"/>
          </w:tcPr>
          <w:p>
            <w:r>
              <w:t>2026-08-31</w:t>
            </w:r>
          </w:p>
        </w:tc>
        <w:tc>
          <w:tcPr>
            <w:tcW w:type="dxa" w:w="2880"/>
          </w:tcPr>
          <w:p>
            <w:r>
              <w:t>low pressure</w:t>
            </w:r>
          </w:p>
        </w:tc>
        <w:tc>
          <w:tcPr>
            <w:tcW w:type="dxa" w:w="2880"/>
          </w:tcPr>
          <w:p>
            <w:r>
              <w:t>7</w:t>
            </w:r>
          </w:p>
        </w:tc>
      </w:tr>
      <w:tr>
        <w:tc>
          <w:tcPr>
            <w:tcW w:type="dxa" w:w="2880"/>
          </w:tcPr>
          <w:p>
            <w:r>
              <w:t>2026-08-31</w:t>
            </w:r>
          </w:p>
        </w:tc>
        <w:tc>
          <w:tcPr>
            <w:tcW w:type="dxa" w:w="2880"/>
          </w:tcPr>
          <w:p>
            <w:r>
              <w:t>high bill</w:t>
            </w:r>
          </w:p>
        </w:tc>
        <w:tc>
          <w:tcPr>
            <w:tcW w:type="dxa" w:w="2880"/>
          </w:tcPr>
          <w:p>
            <w:r>
              <w:t>4</w:t>
            </w:r>
          </w:p>
        </w:tc>
      </w:tr>
      <w:tr>
        <w:tc>
          <w:tcPr>
            <w:tcW w:type="dxa" w:w="2880"/>
          </w:tcPr>
          <w:p>
            <w:r>
              <w:t>2026-08-31</w:t>
            </w:r>
          </w:p>
        </w:tc>
        <w:tc>
          <w:tcPr>
            <w:tcW w:type="dxa" w:w="2880"/>
          </w:tcPr>
          <w:p>
            <w:r>
              <w:t>no water</w:t>
            </w:r>
          </w:p>
        </w:tc>
        <w:tc>
          <w:tcPr>
            <w:tcW w:type="dxa" w:w="2880"/>
          </w:tcPr>
          <w:p>
            <w:r>
              <w:t>3</w:t>
            </w:r>
          </w:p>
        </w:tc>
      </w:tr>
      <w:tr>
        <w:tc>
          <w:tcPr>
            <w:tcW w:type="dxa" w:w="2880"/>
          </w:tcPr>
          <w:p>
            <w:r>
              <w:t>2026-08-31</w:t>
            </w:r>
          </w:p>
        </w:tc>
        <w:tc>
          <w:tcPr>
            <w:tcW w:type="dxa" w:w="2880"/>
          </w:tcPr>
          <w:p>
            <w:r>
              <w:t>dirty water</w:t>
            </w:r>
          </w:p>
        </w:tc>
        <w:tc>
          <w:tcPr>
            <w:tcW w:type="dxa" w:w="2880"/>
          </w:tcPr>
          <w:p>
            <w:r>
              <w:t>0</w:t>
            </w:r>
          </w:p>
        </w:tc>
      </w:tr>
      <w:tr>
        <w:tc>
          <w:tcPr>
            <w:tcW w:type="dxa" w:w="2880"/>
          </w:tcPr>
          <w:p>
            <w:r>
              <w:t>2026-09-07</w:t>
            </w:r>
          </w:p>
        </w:tc>
        <w:tc>
          <w:tcPr>
            <w:tcW w:type="dxa" w:w="2880"/>
          </w:tcPr>
          <w:p>
            <w:r>
              <w:t>low pressure</w:t>
            </w:r>
          </w:p>
        </w:tc>
        <w:tc>
          <w:tcPr>
            <w:tcW w:type="dxa" w:w="2880"/>
          </w:tcPr>
          <w:p>
            <w:r>
              <w:t>6</w:t>
            </w:r>
          </w:p>
        </w:tc>
      </w:tr>
      <w:tr>
        <w:tc>
          <w:tcPr>
            <w:tcW w:type="dxa" w:w="2880"/>
          </w:tcPr>
          <w:p>
            <w:r>
              <w:t>2026-09-07</w:t>
            </w:r>
          </w:p>
        </w:tc>
        <w:tc>
          <w:tcPr>
            <w:tcW w:type="dxa" w:w="2880"/>
          </w:tcPr>
          <w:p>
            <w:r>
              <w:t>high bill</w:t>
            </w:r>
          </w:p>
        </w:tc>
        <w:tc>
          <w:tcPr>
            <w:tcW w:type="dxa" w:w="2880"/>
          </w:tcPr>
          <w:p>
            <w:r>
              <w:t>2</w:t>
            </w:r>
          </w:p>
        </w:tc>
      </w:tr>
      <w:tr>
        <w:tc>
          <w:tcPr>
            <w:tcW w:type="dxa" w:w="2880"/>
          </w:tcPr>
          <w:p>
            <w:r>
              <w:t>2026-09-07</w:t>
            </w:r>
          </w:p>
        </w:tc>
        <w:tc>
          <w:tcPr>
            <w:tcW w:type="dxa" w:w="2880"/>
          </w:tcPr>
          <w:p>
            <w:r>
              <w:t>no water</w:t>
            </w:r>
          </w:p>
        </w:tc>
        <w:tc>
          <w:tcPr>
            <w:tcW w:type="dxa" w:w="2880"/>
          </w:tcPr>
          <w:p>
            <w:r>
              <w:t>2</w:t>
            </w:r>
          </w:p>
        </w:tc>
      </w:tr>
      <w:tr>
        <w:tc>
          <w:tcPr>
            <w:tcW w:type="dxa" w:w="2880"/>
          </w:tcPr>
          <w:p>
            <w:r>
              <w:t>2026-09-07</w:t>
            </w:r>
          </w:p>
        </w:tc>
        <w:tc>
          <w:tcPr>
            <w:tcW w:type="dxa" w:w="2880"/>
          </w:tcPr>
          <w:p>
            <w:r>
              <w:t>dirty water</w:t>
            </w:r>
          </w:p>
        </w:tc>
        <w:tc>
          <w:tcPr>
            <w:tcW w:type="dxa" w:w="2880"/>
          </w:tcPr>
          <w:p>
            <w:r>
              <w:t>1</w:t>
            </w:r>
          </w:p>
        </w:tc>
      </w:tr>
      <w:tr>
        <w:tc>
          <w:tcPr>
            <w:tcW w:type="dxa" w:w="2880"/>
          </w:tcPr>
          <w:p>
            <w:r>
              <w:t>2026-09-14</w:t>
            </w:r>
          </w:p>
        </w:tc>
        <w:tc>
          <w:tcPr>
            <w:tcW w:type="dxa" w:w="2880"/>
          </w:tcPr>
          <w:p>
            <w:r>
              <w:t>low pressure</w:t>
            </w:r>
          </w:p>
        </w:tc>
        <w:tc>
          <w:tcPr>
            <w:tcW w:type="dxa" w:w="2880"/>
          </w:tcPr>
          <w:p>
            <w:r>
              <w:t>3</w:t>
            </w:r>
          </w:p>
        </w:tc>
      </w:tr>
      <w:tr>
        <w:tc>
          <w:tcPr>
            <w:tcW w:type="dxa" w:w="2880"/>
          </w:tcPr>
          <w:p>
            <w:r>
              <w:t>2026-09-14</w:t>
            </w:r>
          </w:p>
        </w:tc>
        <w:tc>
          <w:tcPr>
            <w:tcW w:type="dxa" w:w="2880"/>
          </w:tcPr>
          <w:p>
            <w:r>
              <w:t>high bill</w:t>
            </w:r>
          </w:p>
        </w:tc>
        <w:tc>
          <w:tcPr>
            <w:tcW w:type="dxa" w:w="2880"/>
          </w:tcPr>
          <w:p>
            <w:r>
              <w:t>3</w:t>
            </w:r>
          </w:p>
        </w:tc>
      </w:tr>
      <w:tr>
        <w:tc>
          <w:tcPr>
            <w:tcW w:type="dxa" w:w="2880"/>
          </w:tcPr>
          <w:p>
            <w:r>
              <w:t>2026-09-14</w:t>
            </w:r>
          </w:p>
        </w:tc>
        <w:tc>
          <w:tcPr>
            <w:tcW w:type="dxa" w:w="2880"/>
          </w:tcPr>
          <w:p>
            <w:r>
              <w:t>no water</w:t>
            </w:r>
          </w:p>
        </w:tc>
        <w:tc>
          <w:tcPr>
            <w:tcW w:type="dxa" w:w="2880"/>
          </w:tcPr>
          <w:p>
            <w:r>
              <w:t>2</w:t>
            </w:r>
          </w:p>
        </w:tc>
      </w:tr>
      <w:tr>
        <w:tc>
          <w:tcPr>
            <w:tcW w:type="dxa" w:w="2880"/>
          </w:tcPr>
          <w:p>
            <w:r>
              <w:t>2026-09-14</w:t>
            </w:r>
          </w:p>
        </w:tc>
        <w:tc>
          <w:tcPr>
            <w:tcW w:type="dxa" w:w="2880"/>
          </w:tcPr>
          <w:p>
            <w:r>
              <w:t>dirty water</w:t>
            </w:r>
          </w:p>
        </w:tc>
        <w:tc>
          <w:tcPr>
            <w:tcW w:type="dxa" w:w="2880"/>
          </w:tcPr>
          <w:p>
            <w:r>
              <w:t>2</w:t>
            </w:r>
          </w:p>
        </w:tc>
      </w:tr>
      <w:tr>
        <w:tc>
          <w:tcPr>
            <w:tcW w:type="dxa" w:w="2880"/>
          </w:tcPr>
          <w:p>
            <w:r>
              <w:t>2026-09-21</w:t>
            </w:r>
          </w:p>
        </w:tc>
        <w:tc>
          <w:tcPr>
            <w:tcW w:type="dxa" w:w="2880"/>
          </w:tcPr>
          <w:p>
            <w:r>
              <w:t>low pressure</w:t>
            </w:r>
          </w:p>
        </w:tc>
        <w:tc>
          <w:tcPr>
            <w:tcW w:type="dxa" w:w="2880"/>
          </w:tcPr>
          <w:p>
            <w:r>
              <w:t>4</w:t>
            </w:r>
          </w:p>
        </w:tc>
      </w:tr>
      <w:tr>
        <w:tc>
          <w:tcPr>
            <w:tcW w:type="dxa" w:w="2880"/>
          </w:tcPr>
          <w:p>
            <w:r>
              <w:t>2026-09-21</w:t>
            </w:r>
          </w:p>
        </w:tc>
        <w:tc>
          <w:tcPr>
            <w:tcW w:type="dxa" w:w="2880"/>
          </w:tcPr>
          <w:p>
            <w:r>
              <w:t>high bill</w:t>
            </w:r>
          </w:p>
        </w:tc>
        <w:tc>
          <w:tcPr>
            <w:tcW w:type="dxa" w:w="2880"/>
          </w:tcPr>
          <w:p>
            <w:r>
              <w:t>6</w:t>
            </w:r>
          </w:p>
        </w:tc>
      </w:tr>
      <w:tr>
        <w:tc>
          <w:tcPr>
            <w:tcW w:type="dxa" w:w="2880"/>
          </w:tcPr>
          <w:p>
            <w:r>
              <w:t>2026-09-21</w:t>
            </w:r>
          </w:p>
        </w:tc>
        <w:tc>
          <w:tcPr>
            <w:tcW w:type="dxa" w:w="2880"/>
          </w:tcPr>
          <w:p>
            <w:r>
              <w:t>no water</w:t>
            </w:r>
          </w:p>
        </w:tc>
        <w:tc>
          <w:tcPr>
            <w:tcW w:type="dxa" w:w="2880"/>
          </w:tcPr>
          <w:p>
            <w:r>
              <w:t>2</w:t>
            </w:r>
          </w:p>
        </w:tc>
      </w:tr>
      <w:tr>
        <w:tc>
          <w:tcPr>
            <w:tcW w:type="dxa" w:w="2880"/>
          </w:tcPr>
          <w:p>
            <w:r>
              <w:t>2026-09-21</w:t>
            </w:r>
          </w:p>
        </w:tc>
        <w:tc>
          <w:tcPr>
            <w:tcW w:type="dxa" w:w="2880"/>
          </w:tcPr>
          <w:p>
            <w:r>
              <w:t>dirty water</w:t>
            </w:r>
          </w:p>
        </w:tc>
        <w:tc>
          <w:tcPr>
            <w:tcW w:type="dxa" w:w="2880"/>
          </w:tcPr>
          <w:p>
            <w:r>
              <w:t>0</w:t>
            </w:r>
          </w:p>
        </w:tc>
      </w:tr>
      <w:tr>
        <w:tc>
          <w:tcPr>
            <w:tcW w:type="dxa" w:w="2880"/>
          </w:tcPr>
          <w:p>
            <w:r>
              <w:t>2026-09-28</w:t>
            </w:r>
          </w:p>
        </w:tc>
        <w:tc>
          <w:tcPr>
            <w:tcW w:type="dxa" w:w="2880"/>
          </w:tcPr>
          <w:p>
            <w:r>
              <w:t>low pressure</w:t>
            </w:r>
          </w:p>
        </w:tc>
        <w:tc>
          <w:tcPr>
            <w:tcW w:type="dxa" w:w="2880"/>
          </w:tcPr>
          <w:p>
            <w:r>
              <w:t>1</w:t>
            </w:r>
          </w:p>
        </w:tc>
      </w:tr>
      <w:tr>
        <w:tc>
          <w:tcPr>
            <w:tcW w:type="dxa" w:w="2880"/>
          </w:tcPr>
          <w:p>
            <w:r>
              <w:t>2026-09-28</w:t>
            </w:r>
          </w:p>
        </w:tc>
        <w:tc>
          <w:tcPr>
            <w:tcW w:type="dxa" w:w="2880"/>
          </w:tcPr>
          <w:p>
            <w:r>
              <w:t>high bill</w:t>
            </w:r>
          </w:p>
        </w:tc>
        <w:tc>
          <w:tcPr>
            <w:tcW w:type="dxa" w:w="2880"/>
          </w:tcPr>
          <w:p>
            <w:r>
              <w:t>1</w:t>
            </w:r>
          </w:p>
        </w:tc>
      </w:tr>
      <w:tr>
        <w:tc>
          <w:tcPr>
            <w:tcW w:type="dxa" w:w="2880"/>
          </w:tcPr>
          <w:p>
            <w:r>
              <w:t>2026-09-28</w:t>
            </w:r>
          </w:p>
        </w:tc>
        <w:tc>
          <w:tcPr>
            <w:tcW w:type="dxa" w:w="2880"/>
          </w:tcPr>
          <w:p>
            <w:r>
              <w:t>no water</w:t>
            </w:r>
          </w:p>
        </w:tc>
        <w:tc>
          <w:tcPr>
            <w:tcW w:type="dxa" w:w="2880"/>
          </w:tcPr>
          <w:p>
            <w:r>
              <w:t>0</w:t>
            </w:r>
          </w:p>
        </w:tc>
      </w:tr>
      <w:tr>
        <w:tc>
          <w:tcPr>
            <w:tcW w:type="dxa" w:w="2880"/>
          </w:tcPr>
          <w:p>
            <w:r>
              <w:t>2026-09-28</w:t>
            </w:r>
          </w:p>
        </w:tc>
        <w:tc>
          <w:tcPr>
            <w:tcW w:type="dxa" w:w="2880"/>
          </w:tcPr>
          <w:p>
            <w:r>
              <w:t>dirty water</w:t>
            </w:r>
          </w:p>
        </w:tc>
        <w:tc>
          <w:tcPr>
            <w:tcW w:type="dxa" w:w="2880"/>
          </w:tcPr>
          <w:p>
            <w:r>
              <w:t>0</w:t>
            </w:r>
          </w:p>
        </w:tc>
      </w:tr>
    </w:tbl>
    <w:p/>
    <w:p>
      <w:pPr>
        <w:pStyle w:val="Heading2"/>
      </w:pPr>
      <w:r>
        <w:t>Figure 27. Zone meter readings by month over time (month) [74]</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2024-10-01</w:t>
            </w:r>
          </w:p>
        </w:tc>
        <w:tc>
          <w:tcPr>
            <w:tcW w:type="dxa" w:w="4320"/>
          </w:tcPr>
          <w:p>
            <w:r>
              <w:t>8</w:t>
            </w:r>
          </w:p>
        </w:tc>
      </w:tr>
      <w:tr>
        <w:tc>
          <w:tcPr>
            <w:tcW w:type="dxa" w:w="4320"/>
          </w:tcPr>
          <w:p>
            <w:r>
              <w:t>2024-11-01</w:t>
            </w:r>
          </w:p>
        </w:tc>
        <w:tc>
          <w:tcPr>
            <w:tcW w:type="dxa" w:w="4320"/>
          </w:tcPr>
          <w:p>
            <w:r>
              <w:t>8</w:t>
            </w:r>
          </w:p>
        </w:tc>
      </w:tr>
      <w:tr>
        <w:tc>
          <w:tcPr>
            <w:tcW w:type="dxa" w:w="4320"/>
          </w:tcPr>
          <w:p>
            <w:r>
              <w:t>2024-12-01</w:t>
            </w:r>
          </w:p>
        </w:tc>
        <w:tc>
          <w:tcPr>
            <w:tcW w:type="dxa" w:w="4320"/>
          </w:tcPr>
          <w:p>
            <w:r>
              <w:t>8</w:t>
            </w:r>
          </w:p>
        </w:tc>
      </w:tr>
      <w:tr>
        <w:tc>
          <w:tcPr>
            <w:tcW w:type="dxa" w:w="4320"/>
          </w:tcPr>
          <w:p>
            <w:r>
              <w:t>2025-01-01</w:t>
            </w:r>
          </w:p>
        </w:tc>
        <w:tc>
          <w:tcPr>
            <w:tcW w:type="dxa" w:w="4320"/>
          </w:tcPr>
          <w:p>
            <w:r>
              <w:t>8</w:t>
            </w:r>
          </w:p>
        </w:tc>
      </w:tr>
      <w:tr>
        <w:tc>
          <w:tcPr>
            <w:tcW w:type="dxa" w:w="4320"/>
          </w:tcPr>
          <w:p>
            <w:r>
              <w:t>2025-02-01</w:t>
            </w:r>
          </w:p>
        </w:tc>
        <w:tc>
          <w:tcPr>
            <w:tcW w:type="dxa" w:w="4320"/>
          </w:tcPr>
          <w:p>
            <w:r>
              <w:t>8</w:t>
            </w:r>
          </w:p>
        </w:tc>
      </w:tr>
      <w:tr>
        <w:tc>
          <w:tcPr>
            <w:tcW w:type="dxa" w:w="4320"/>
          </w:tcPr>
          <w:p>
            <w:r>
              <w:t>2025-03-01</w:t>
            </w:r>
          </w:p>
        </w:tc>
        <w:tc>
          <w:tcPr>
            <w:tcW w:type="dxa" w:w="4320"/>
          </w:tcPr>
          <w:p>
            <w:r>
              <w:t>8</w:t>
            </w:r>
          </w:p>
        </w:tc>
      </w:tr>
      <w:tr>
        <w:tc>
          <w:tcPr>
            <w:tcW w:type="dxa" w:w="4320"/>
          </w:tcPr>
          <w:p>
            <w:r>
              <w:t>2025-04-01</w:t>
            </w:r>
          </w:p>
        </w:tc>
        <w:tc>
          <w:tcPr>
            <w:tcW w:type="dxa" w:w="4320"/>
          </w:tcPr>
          <w:p>
            <w:r>
              <w:t>8</w:t>
            </w:r>
          </w:p>
        </w:tc>
      </w:tr>
      <w:tr>
        <w:tc>
          <w:tcPr>
            <w:tcW w:type="dxa" w:w="4320"/>
          </w:tcPr>
          <w:p>
            <w:r>
              <w:t>2025-05-01</w:t>
            </w:r>
          </w:p>
        </w:tc>
        <w:tc>
          <w:tcPr>
            <w:tcW w:type="dxa" w:w="4320"/>
          </w:tcPr>
          <w:p>
            <w:r>
              <w:t>8</w:t>
            </w:r>
          </w:p>
        </w:tc>
      </w:tr>
      <w:tr>
        <w:tc>
          <w:tcPr>
            <w:tcW w:type="dxa" w:w="4320"/>
          </w:tcPr>
          <w:p>
            <w:r>
              <w:t>2025-06-01</w:t>
            </w:r>
          </w:p>
        </w:tc>
        <w:tc>
          <w:tcPr>
            <w:tcW w:type="dxa" w:w="4320"/>
          </w:tcPr>
          <w:p>
            <w:r>
              <w:t>8</w:t>
            </w:r>
          </w:p>
        </w:tc>
      </w:tr>
      <w:tr>
        <w:tc>
          <w:tcPr>
            <w:tcW w:type="dxa" w:w="4320"/>
          </w:tcPr>
          <w:p>
            <w:r>
              <w:t>2025-07-01</w:t>
            </w:r>
          </w:p>
        </w:tc>
        <w:tc>
          <w:tcPr>
            <w:tcW w:type="dxa" w:w="4320"/>
          </w:tcPr>
          <w:p>
            <w:r>
              <w:t>8</w:t>
            </w:r>
          </w:p>
        </w:tc>
      </w:tr>
      <w:tr>
        <w:tc>
          <w:tcPr>
            <w:tcW w:type="dxa" w:w="4320"/>
          </w:tcPr>
          <w:p>
            <w:r>
              <w:t>2025-08-01</w:t>
            </w:r>
          </w:p>
        </w:tc>
        <w:tc>
          <w:tcPr>
            <w:tcW w:type="dxa" w:w="4320"/>
          </w:tcPr>
          <w:p>
            <w:r>
              <w:t>8</w:t>
            </w:r>
          </w:p>
        </w:tc>
      </w:tr>
      <w:tr>
        <w:tc>
          <w:tcPr>
            <w:tcW w:type="dxa" w:w="4320"/>
          </w:tcPr>
          <w:p>
            <w:r>
              <w:t>2025-09-01</w:t>
            </w:r>
          </w:p>
        </w:tc>
        <w:tc>
          <w:tcPr>
            <w:tcW w:type="dxa" w:w="4320"/>
          </w:tcPr>
          <w:p>
            <w:r>
              <w:t>8</w:t>
            </w:r>
          </w:p>
        </w:tc>
      </w:tr>
      <w:tr>
        <w:tc>
          <w:tcPr>
            <w:tcW w:type="dxa" w:w="4320"/>
          </w:tcPr>
          <w:p>
            <w:r>
              <w:t>2025-10-01</w:t>
            </w:r>
          </w:p>
        </w:tc>
        <w:tc>
          <w:tcPr>
            <w:tcW w:type="dxa" w:w="4320"/>
          </w:tcPr>
          <w:p>
            <w:r>
              <w:t>8</w:t>
            </w:r>
          </w:p>
        </w:tc>
      </w:tr>
      <w:tr>
        <w:tc>
          <w:tcPr>
            <w:tcW w:type="dxa" w:w="4320"/>
          </w:tcPr>
          <w:p>
            <w:r>
              <w:t>2025-11-01</w:t>
            </w:r>
          </w:p>
        </w:tc>
        <w:tc>
          <w:tcPr>
            <w:tcW w:type="dxa" w:w="4320"/>
          </w:tcPr>
          <w:p>
            <w:r>
              <w:t>8</w:t>
            </w:r>
          </w:p>
        </w:tc>
      </w:tr>
      <w:tr>
        <w:tc>
          <w:tcPr>
            <w:tcW w:type="dxa" w:w="4320"/>
          </w:tcPr>
          <w:p>
            <w:r>
              <w:t>2025-12-01</w:t>
            </w:r>
          </w:p>
        </w:tc>
        <w:tc>
          <w:tcPr>
            <w:tcW w:type="dxa" w:w="4320"/>
          </w:tcPr>
          <w:p>
            <w:r>
              <w:t>8</w:t>
            </w:r>
          </w:p>
        </w:tc>
      </w:tr>
      <w:tr>
        <w:tc>
          <w:tcPr>
            <w:tcW w:type="dxa" w:w="4320"/>
          </w:tcPr>
          <w:p>
            <w:r>
              <w:t>2026-01-01</w:t>
            </w:r>
          </w:p>
        </w:tc>
        <w:tc>
          <w:tcPr>
            <w:tcW w:type="dxa" w:w="4320"/>
          </w:tcPr>
          <w:p>
            <w:r>
              <w:t>8</w:t>
            </w:r>
          </w:p>
        </w:tc>
      </w:tr>
      <w:tr>
        <w:tc>
          <w:tcPr>
            <w:tcW w:type="dxa" w:w="4320"/>
          </w:tcPr>
          <w:p>
            <w:r>
              <w:t>2026-02-01</w:t>
            </w:r>
          </w:p>
        </w:tc>
        <w:tc>
          <w:tcPr>
            <w:tcW w:type="dxa" w:w="4320"/>
          </w:tcPr>
          <w:p>
            <w:r>
              <w:t>8</w:t>
            </w:r>
          </w:p>
        </w:tc>
      </w:tr>
      <w:tr>
        <w:tc>
          <w:tcPr>
            <w:tcW w:type="dxa" w:w="4320"/>
          </w:tcPr>
          <w:p>
            <w:r>
              <w:t>2026-03-01</w:t>
            </w:r>
          </w:p>
        </w:tc>
        <w:tc>
          <w:tcPr>
            <w:tcW w:type="dxa" w:w="4320"/>
          </w:tcPr>
          <w:p>
            <w:r>
              <w:t>8</w:t>
            </w:r>
          </w:p>
        </w:tc>
      </w:tr>
      <w:tr>
        <w:tc>
          <w:tcPr>
            <w:tcW w:type="dxa" w:w="4320"/>
          </w:tcPr>
          <w:p>
            <w:r>
              <w:t>2026-04-01</w:t>
            </w:r>
          </w:p>
        </w:tc>
        <w:tc>
          <w:tcPr>
            <w:tcW w:type="dxa" w:w="4320"/>
          </w:tcPr>
          <w:p>
            <w:r>
              <w:t>8</w:t>
            </w:r>
          </w:p>
        </w:tc>
      </w:tr>
      <w:tr>
        <w:tc>
          <w:tcPr>
            <w:tcW w:type="dxa" w:w="4320"/>
          </w:tcPr>
          <w:p>
            <w:r>
              <w:t>2026-05-01</w:t>
            </w:r>
          </w:p>
        </w:tc>
        <w:tc>
          <w:tcPr>
            <w:tcW w:type="dxa" w:w="4320"/>
          </w:tcPr>
          <w:p>
            <w:r>
              <w:t>8</w:t>
            </w:r>
          </w:p>
        </w:tc>
      </w:tr>
      <w:tr>
        <w:tc>
          <w:tcPr>
            <w:tcW w:type="dxa" w:w="4320"/>
          </w:tcPr>
          <w:p>
            <w:r>
              <w:t>2026-06-01</w:t>
            </w:r>
          </w:p>
        </w:tc>
        <w:tc>
          <w:tcPr>
            <w:tcW w:type="dxa" w:w="4320"/>
          </w:tcPr>
          <w:p>
            <w:r>
              <w:t>8</w:t>
            </w:r>
          </w:p>
        </w:tc>
      </w:tr>
      <w:tr>
        <w:tc>
          <w:tcPr>
            <w:tcW w:type="dxa" w:w="4320"/>
          </w:tcPr>
          <w:p>
            <w:r>
              <w:t>2026-07-01</w:t>
            </w:r>
          </w:p>
        </w:tc>
        <w:tc>
          <w:tcPr>
            <w:tcW w:type="dxa" w:w="4320"/>
          </w:tcPr>
          <w:p>
            <w:r>
              <w:t>8</w:t>
            </w:r>
          </w:p>
        </w:tc>
      </w:tr>
      <w:tr>
        <w:tc>
          <w:tcPr>
            <w:tcW w:type="dxa" w:w="4320"/>
          </w:tcPr>
          <w:p>
            <w:r>
              <w:t>2026-08-01</w:t>
            </w:r>
          </w:p>
        </w:tc>
        <w:tc>
          <w:tcPr>
            <w:tcW w:type="dxa" w:w="4320"/>
          </w:tcPr>
          <w:p>
            <w:r>
              <w:t>8</w:t>
            </w:r>
          </w:p>
        </w:tc>
      </w:tr>
      <w:tr>
        <w:tc>
          <w:tcPr>
            <w:tcW w:type="dxa" w:w="4320"/>
          </w:tcPr>
          <w:p>
            <w:r>
              <w:t>2026-09-01</w:t>
            </w:r>
          </w:p>
        </w:tc>
        <w:tc>
          <w:tcPr>
            <w:tcW w:type="dxa" w:w="4320"/>
          </w:tcPr>
          <w:p>
            <w:r>
              <w:t>8</w:t>
            </w:r>
          </w:p>
        </w:tc>
      </w:tr>
    </w:tbl>
    <w:p/>
    <w:p>
      <w:pPr>
        <w:pStyle w:val="Heading2"/>
      </w:pPr>
      <w:r>
        <w:t>Figure 28. Pipe replacement plan over time (planned_year) [75]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1.333</w:t>
            </w:r>
          </w:p>
        </w:tc>
        <w:tc>
          <w:tcPr>
            <w:tcW w:type="dxa" w:w="2880"/>
          </w:tcPr>
          <w:p>
            <w:r>
              <w:t>60</w:t>
            </w:r>
          </w:p>
        </w:tc>
      </w:tr>
      <w:tr>
        <w:tc>
          <w:tcPr>
            <w:tcW w:type="dxa" w:w="2880"/>
          </w:tcPr>
          <w:p>
            <w:r>
              <w:t>1.333</w:t>
            </w:r>
          </w:p>
        </w:tc>
        <w:tc>
          <w:tcPr>
            <w:tcW w:type="dxa" w:w="2880"/>
          </w:tcPr>
          <w:p>
            <w:r>
              <w:t>1.667</w:t>
            </w:r>
          </w:p>
        </w:tc>
        <w:tc>
          <w:tcPr>
            <w:tcW w:type="dxa" w:w="2880"/>
          </w:tcPr>
          <w:p>
            <w:r>
              <w:t>0</w:t>
            </w:r>
          </w:p>
        </w:tc>
      </w:tr>
      <w:tr>
        <w:tc>
          <w:tcPr>
            <w:tcW w:type="dxa" w:w="2880"/>
          </w:tcPr>
          <w:p>
            <w:r>
              <w:t>1.667</w:t>
            </w:r>
          </w:p>
        </w:tc>
        <w:tc>
          <w:tcPr>
            <w:tcW w:type="dxa" w:w="2880"/>
          </w:tcPr>
          <w:p>
            <w:r>
              <w:t>2</w:t>
            </w:r>
          </w:p>
        </w:tc>
        <w:tc>
          <w:tcPr>
            <w:tcW w:type="dxa" w:w="2880"/>
          </w:tcPr>
          <w:p>
            <w:r>
              <w:t>0</w:t>
            </w:r>
          </w:p>
        </w:tc>
      </w:tr>
      <w:tr>
        <w:tc>
          <w:tcPr>
            <w:tcW w:type="dxa" w:w="2880"/>
          </w:tcPr>
          <w:p>
            <w:r>
              <w:t>2</w:t>
            </w:r>
          </w:p>
        </w:tc>
        <w:tc>
          <w:tcPr>
            <w:tcW w:type="dxa" w:w="2880"/>
          </w:tcPr>
          <w:p>
            <w:r>
              <w:t>2.333</w:t>
            </w:r>
          </w:p>
        </w:tc>
        <w:tc>
          <w:tcPr>
            <w:tcW w:type="dxa" w:w="2880"/>
          </w:tcPr>
          <w:p>
            <w:r>
              <w:t>60</w:t>
            </w:r>
          </w:p>
        </w:tc>
      </w:tr>
      <w:tr>
        <w:tc>
          <w:tcPr>
            <w:tcW w:type="dxa" w:w="2880"/>
          </w:tcPr>
          <w:p>
            <w:r>
              <w:t>2.333</w:t>
            </w:r>
          </w:p>
        </w:tc>
        <w:tc>
          <w:tcPr>
            <w:tcW w:type="dxa" w:w="2880"/>
          </w:tcPr>
          <w:p>
            <w:r>
              <w:t>2.667</w:t>
            </w:r>
          </w:p>
        </w:tc>
        <w:tc>
          <w:tcPr>
            <w:tcW w:type="dxa" w:w="2880"/>
          </w:tcPr>
          <w:p>
            <w:r>
              <w:t>0</w:t>
            </w:r>
          </w:p>
        </w:tc>
      </w:tr>
      <w:tr>
        <w:tc>
          <w:tcPr>
            <w:tcW w:type="dxa" w:w="2880"/>
          </w:tcPr>
          <w:p>
            <w:r>
              <w:t>2.667</w:t>
            </w:r>
          </w:p>
        </w:tc>
        <w:tc>
          <w:tcPr>
            <w:tcW w:type="dxa" w:w="2880"/>
          </w:tcPr>
          <w:p>
            <w:r>
              <w:t>3</w:t>
            </w:r>
          </w:p>
        </w:tc>
        <w:tc>
          <w:tcPr>
            <w:tcW w:type="dxa" w:w="2880"/>
          </w:tcPr>
          <w:p>
            <w:r>
              <w:t>0</w:t>
            </w:r>
          </w:p>
        </w:tc>
      </w:tr>
      <w:tr>
        <w:tc>
          <w:tcPr>
            <w:tcW w:type="dxa" w:w="2880"/>
          </w:tcPr>
          <w:p>
            <w:r>
              <w:t>3</w:t>
            </w:r>
          </w:p>
        </w:tc>
        <w:tc>
          <w:tcPr>
            <w:tcW w:type="dxa" w:w="2880"/>
          </w:tcPr>
          <w:p>
            <w:r>
              <w:t>3.333</w:t>
            </w:r>
          </w:p>
        </w:tc>
        <w:tc>
          <w:tcPr>
            <w:tcW w:type="dxa" w:w="2880"/>
          </w:tcPr>
          <w:p>
            <w:r>
              <w:t>60</w:t>
            </w:r>
          </w:p>
        </w:tc>
      </w:tr>
      <w:tr>
        <w:tc>
          <w:tcPr>
            <w:tcW w:type="dxa" w:w="2880"/>
          </w:tcPr>
          <w:p>
            <w:r>
              <w:t>3.333</w:t>
            </w:r>
          </w:p>
        </w:tc>
        <w:tc>
          <w:tcPr>
            <w:tcW w:type="dxa" w:w="2880"/>
          </w:tcPr>
          <w:p>
            <w:r>
              <w:t>3.667</w:t>
            </w:r>
          </w:p>
        </w:tc>
        <w:tc>
          <w:tcPr>
            <w:tcW w:type="dxa" w:w="2880"/>
          </w:tcPr>
          <w:p>
            <w:r>
              <w:t>0</w:t>
            </w:r>
          </w:p>
        </w:tc>
      </w:tr>
      <w:tr>
        <w:tc>
          <w:tcPr>
            <w:tcW w:type="dxa" w:w="2880"/>
          </w:tcPr>
          <w:p>
            <w:r>
              <w:t>3.667</w:t>
            </w:r>
          </w:p>
        </w:tc>
        <w:tc>
          <w:tcPr>
            <w:tcW w:type="dxa" w:w="2880"/>
          </w:tcPr>
          <w:p>
            <w:r>
              <w:t>4</w:t>
            </w:r>
          </w:p>
        </w:tc>
        <w:tc>
          <w:tcPr>
            <w:tcW w:type="dxa" w:w="2880"/>
          </w:tcPr>
          <w:p>
            <w:r>
              <w:t>40</w:t>
            </w:r>
          </w:p>
        </w:tc>
      </w:tr>
    </w:tbl>
    <w:p/>
    <w:p>
      <w:pPr>
        <w:pStyle w:val="Heading2"/>
      </w:pPr>
      <w:r>
        <w:t>Figure 29. Emerging hot spots: Leak and burst repairs [76]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-0.961</w:t>
            </w:r>
          </w:p>
        </w:tc>
        <w:tc>
          <w:tcPr>
            <w:tcW w:type="dxa" w:w="2880"/>
          </w:tcPr>
          <w:p>
            <w:r>
              <w:t>0.1214</w:t>
            </w:r>
          </w:p>
        </w:tc>
        <w:tc>
          <w:tcPr>
            <w:tcW w:type="dxa" w:w="2880"/>
          </w:tcPr>
          <w:p>
            <w:r>
              <w:t>35</w:t>
            </w:r>
          </w:p>
        </w:tc>
      </w:tr>
      <w:tr>
        <w:tc>
          <w:tcPr>
            <w:tcW w:type="dxa" w:w="2880"/>
          </w:tcPr>
          <w:p>
            <w:r>
              <w:t>0.1214</w:t>
            </w:r>
          </w:p>
        </w:tc>
        <w:tc>
          <w:tcPr>
            <w:tcW w:type="dxa" w:w="2880"/>
          </w:tcPr>
          <w:p>
            <w:r>
              <w:t>1.204</w:t>
            </w:r>
          </w:p>
        </w:tc>
        <w:tc>
          <w:tcPr>
            <w:tcW w:type="dxa" w:w="2880"/>
          </w:tcPr>
          <w:p>
            <w:r>
              <w:t>9</w:t>
            </w:r>
          </w:p>
        </w:tc>
      </w:tr>
      <w:tr>
        <w:tc>
          <w:tcPr>
            <w:tcW w:type="dxa" w:w="2880"/>
          </w:tcPr>
          <w:p>
            <w:r>
              <w:t>1.204</w:t>
            </w:r>
          </w:p>
        </w:tc>
        <w:tc>
          <w:tcPr>
            <w:tcW w:type="dxa" w:w="2880"/>
          </w:tcPr>
          <w:p>
            <w:r>
              <w:t>2.286</w:t>
            </w:r>
          </w:p>
        </w:tc>
        <w:tc>
          <w:tcPr>
            <w:tcW w:type="dxa" w:w="2880"/>
          </w:tcPr>
          <w:p>
            <w:r>
              <w:t>10</w:t>
            </w:r>
          </w:p>
        </w:tc>
      </w:tr>
      <w:tr>
        <w:tc>
          <w:tcPr>
            <w:tcW w:type="dxa" w:w="2880"/>
          </w:tcPr>
          <w:p>
            <w:r>
              <w:t>2.286</w:t>
            </w:r>
          </w:p>
        </w:tc>
        <w:tc>
          <w:tcPr>
            <w:tcW w:type="dxa" w:w="2880"/>
          </w:tcPr>
          <w:p>
            <w:r>
              <w:t>3.369</w:t>
            </w:r>
          </w:p>
        </w:tc>
        <w:tc>
          <w:tcPr>
            <w:tcW w:type="dxa" w:w="2880"/>
          </w:tcPr>
          <w:p>
            <w:r>
              <w:t>5</w:t>
            </w:r>
          </w:p>
        </w:tc>
      </w:tr>
      <w:tr>
        <w:tc>
          <w:tcPr>
            <w:tcW w:type="dxa" w:w="2880"/>
          </w:tcPr>
          <w:p>
            <w:r>
              <w:t>3.369</w:t>
            </w:r>
          </w:p>
        </w:tc>
        <w:tc>
          <w:tcPr>
            <w:tcW w:type="dxa" w:w="2880"/>
          </w:tcPr>
          <w:p>
            <w:r>
              <w:t>4.451</w:t>
            </w:r>
          </w:p>
        </w:tc>
        <w:tc>
          <w:tcPr>
            <w:tcW w:type="dxa" w:w="2880"/>
          </w:tcPr>
          <w:p>
            <w:r>
              <w:t>2</w:t>
            </w:r>
          </w:p>
        </w:tc>
      </w:tr>
      <w:tr>
        <w:tc>
          <w:tcPr>
            <w:tcW w:type="dxa" w:w="2880"/>
          </w:tcPr>
          <w:p>
            <w:r>
              <w:t>4.451</w:t>
            </w:r>
          </w:p>
        </w:tc>
        <w:tc>
          <w:tcPr>
            <w:tcW w:type="dxa" w:w="2880"/>
          </w:tcPr>
          <w:p>
            <w:r>
              <w:t>5.533</w:t>
            </w:r>
          </w:p>
        </w:tc>
        <w:tc>
          <w:tcPr>
            <w:tcW w:type="dxa" w:w="2880"/>
          </w:tcPr>
          <w:p>
            <w:r>
              <w:t>8</w:t>
            </w:r>
          </w:p>
        </w:tc>
      </w:tr>
      <w:tr>
        <w:tc>
          <w:tcPr>
            <w:tcW w:type="dxa" w:w="2880"/>
          </w:tcPr>
          <w:p>
            <w:r>
              <w:t>5.533</w:t>
            </w:r>
          </w:p>
        </w:tc>
        <w:tc>
          <w:tcPr>
            <w:tcW w:type="dxa" w:w="2880"/>
          </w:tcPr>
          <w:p>
            <w:r>
              <w:t>6.616</w:t>
            </w:r>
          </w:p>
        </w:tc>
        <w:tc>
          <w:tcPr>
            <w:tcW w:type="dxa" w:w="2880"/>
          </w:tcPr>
          <w:p>
            <w:r>
              <w:t>0</w:t>
            </w:r>
          </w:p>
        </w:tc>
      </w:tr>
      <w:tr>
        <w:tc>
          <w:tcPr>
            <w:tcW w:type="dxa" w:w="2880"/>
          </w:tcPr>
          <w:p>
            <w:r>
              <w:t>6.616</w:t>
            </w:r>
          </w:p>
        </w:tc>
        <w:tc>
          <w:tcPr>
            <w:tcW w:type="dxa" w:w="2880"/>
          </w:tcPr>
          <w:p>
            <w:r>
              <w:t>7.698</w:t>
            </w:r>
          </w:p>
        </w:tc>
        <w:tc>
          <w:tcPr>
            <w:tcW w:type="dxa" w:w="2880"/>
          </w:tcPr>
          <w:p>
            <w:r>
              <w:t>2</w:t>
            </w:r>
          </w:p>
        </w:tc>
      </w:tr>
    </w:tbl>
    <w:p/>
    <w:p>
      <w:pPr>
        <w:pStyle w:val="Heading2"/>
      </w:pPr>
      <w:r>
        <w:t>Figure 30. Emerging hot spots: Customer complaints [77]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-0.737</w:t>
            </w:r>
          </w:p>
        </w:tc>
        <w:tc>
          <w:tcPr>
            <w:tcW w:type="dxa" w:w="2880"/>
          </w:tcPr>
          <w:p>
            <w:r>
              <w:t>-0.5961</w:t>
            </w:r>
          </w:p>
        </w:tc>
        <w:tc>
          <w:tcPr>
            <w:tcW w:type="dxa" w:w="2880"/>
          </w:tcPr>
          <w:p>
            <w:r>
              <w:t>55</w:t>
            </w:r>
          </w:p>
        </w:tc>
      </w:tr>
      <w:tr>
        <w:tc>
          <w:tcPr>
            <w:tcW w:type="dxa" w:w="2880"/>
          </w:tcPr>
          <w:p>
            <w:r>
              <w:t>-0.5961</w:t>
            </w:r>
          </w:p>
        </w:tc>
        <w:tc>
          <w:tcPr>
            <w:tcW w:type="dxa" w:w="2880"/>
          </w:tcPr>
          <w:p>
            <w:r>
              <w:t>-0.4552</w:t>
            </w:r>
          </w:p>
        </w:tc>
        <w:tc>
          <w:tcPr>
            <w:tcW w:type="dxa" w:w="2880"/>
          </w:tcPr>
          <w:p>
            <w:r>
              <w:t>0</w:t>
            </w:r>
          </w:p>
        </w:tc>
      </w:tr>
      <w:tr>
        <w:tc>
          <w:tcPr>
            <w:tcW w:type="dxa" w:w="2880"/>
          </w:tcPr>
          <w:p>
            <w:r>
              <w:t>-0.4552</w:t>
            </w:r>
          </w:p>
        </w:tc>
        <w:tc>
          <w:tcPr>
            <w:tcW w:type="dxa" w:w="2880"/>
          </w:tcPr>
          <w:p>
            <w:r>
              <w:t>-0.3144</w:t>
            </w:r>
          </w:p>
        </w:tc>
        <w:tc>
          <w:tcPr>
            <w:tcW w:type="dxa" w:w="2880"/>
          </w:tcPr>
          <w:p>
            <w:r>
              <w:t>0</w:t>
            </w:r>
          </w:p>
        </w:tc>
      </w:tr>
      <w:tr>
        <w:tc>
          <w:tcPr>
            <w:tcW w:type="dxa" w:w="2880"/>
          </w:tcPr>
          <w:p>
            <w:r>
              <w:t>-0.3144</w:t>
            </w:r>
          </w:p>
        </w:tc>
        <w:tc>
          <w:tcPr>
            <w:tcW w:type="dxa" w:w="2880"/>
          </w:tcPr>
          <w:p>
            <w:r>
              <w:t>-0.1735</w:t>
            </w:r>
          </w:p>
        </w:tc>
        <w:tc>
          <w:tcPr>
            <w:tcW w:type="dxa" w:w="2880"/>
          </w:tcPr>
          <w:p>
            <w:r>
              <w:t>0</w:t>
            </w:r>
          </w:p>
        </w:tc>
      </w:tr>
      <w:tr>
        <w:tc>
          <w:tcPr>
            <w:tcW w:type="dxa" w:w="2880"/>
          </w:tcPr>
          <w:p>
            <w:r>
              <w:t>-0.1735</w:t>
            </w:r>
          </w:p>
        </w:tc>
        <w:tc>
          <w:tcPr>
            <w:tcW w:type="dxa" w:w="2880"/>
          </w:tcPr>
          <w:p>
            <w:r>
              <w:t>-0.03263</w:t>
            </w:r>
          </w:p>
        </w:tc>
        <w:tc>
          <w:tcPr>
            <w:tcW w:type="dxa" w:w="2880"/>
          </w:tcPr>
          <w:p>
            <w:r>
              <w:t>0</w:t>
            </w:r>
          </w:p>
        </w:tc>
      </w:tr>
      <w:tr>
        <w:tc>
          <w:tcPr>
            <w:tcW w:type="dxa" w:w="2880"/>
          </w:tcPr>
          <w:p>
            <w:r>
              <w:t>-0.03263</w:t>
            </w:r>
          </w:p>
        </w:tc>
        <w:tc>
          <w:tcPr>
            <w:tcW w:type="dxa" w:w="2880"/>
          </w:tcPr>
          <w:p>
            <w:r>
              <w:t>0.1082</w:t>
            </w:r>
          </w:p>
        </w:tc>
        <w:tc>
          <w:tcPr>
            <w:tcW w:type="dxa" w:w="2880"/>
          </w:tcPr>
          <w:p>
            <w:r>
              <w:t>0</w:t>
            </w:r>
          </w:p>
        </w:tc>
      </w:tr>
      <w:tr>
        <w:tc>
          <w:tcPr>
            <w:tcW w:type="dxa" w:w="2880"/>
          </w:tcPr>
          <w:p>
            <w:r>
              <w:t>0.1082</w:t>
            </w:r>
          </w:p>
        </w:tc>
        <w:tc>
          <w:tcPr>
            <w:tcW w:type="dxa" w:w="2880"/>
          </w:tcPr>
          <w:p>
            <w:r>
              <w:t>0.2491</w:t>
            </w:r>
          </w:p>
        </w:tc>
        <w:tc>
          <w:tcPr>
            <w:tcW w:type="dxa" w:w="2880"/>
          </w:tcPr>
          <w:p>
            <w:r>
              <w:t>0</w:t>
            </w:r>
          </w:p>
        </w:tc>
      </w:tr>
      <w:tr>
        <w:tc>
          <w:tcPr>
            <w:tcW w:type="dxa" w:w="2880"/>
          </w:tcPr>
          <w:p>
            <w:r>
              <w:t>0.2491</w:t>
            </w:r>
          </w:p>
        </w:tc>
        <w:tc>
          <w:tcPr>
            <w:tcW w:type="dxa" w:w="2880"/>
          </w:tcPr>
          <w:p>
            <w:r>
              <w:t>0.39</w:t>
            </w:r>
          </w:p>
        </w:tc>
        <w:tc>
          <w:tcPr>
            <w:tcW w:type="dxa" w:w="2880"/>
          </w:tcPr>
          <w:p>
            <w:r>
              <w:t>20</w:t>
            </w:r>
          </w:p>
        </w:tc>
      </w:tr>
    </w:tbl>
    <w:p/>
    <w:p>
      <w:pPr>
        <w:pStyle w:val="Heading2"/>
      </w:pPr>
      <w:r>
        <w:t>Figure 31. Hot spot analysis: Valves [78]</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5</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10</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8</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7</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4</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2</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2</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bl>
    <w:p/>
    <w:p>
      <w:pPr>
        <w:pStyle w:val="Heading2"/>
      </w:pPr>
      <w:r>
        <w:t>Figure 32. Hot spot analysis: Leak and burst repairs [79]</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45</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104</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4</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3</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11</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2</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5</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1</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2</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3</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2</w:t>
            </w:r>
          </w:p>
        </w:tc>
      </w:tr>
    </w:tbl>
    <w:p/>
    <w:p>
      <w:pPr>
        <w:pStyle w:val="Heading2"/>
      </w:pPr>
      <w:r>
        <w:t>Figure 33. Hot spot analysis: Customer complaints [80]</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74</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37</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40</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8</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10</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4</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5</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3</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2</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1</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1</w:t>
            </w:r>
          </w:p>
        </w:tc>
      </w:tr>
    </w:tbl>
    <w:p/>
    <w:p>
      <w:pPr>
        <w:pStyle w:val="Heading2"/>
      </w:pPr>
      <w:r>
        <w:t>Figure 34. Calculate density: Valves [81]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1.7</w:t>
            </w:r>
          </w:p>
        </w:tc>
        <w:tc>
          <w:tcPr>
            <w:tcW w:type="dxa" w:w="2880"/>
          </w:tcPr>
          <w:p>
            <w:r>
              <w:t>21</w:t>
            </w:r>
          </w:p>
        </w:tc>
      </w:tr>
      <w:tr>
        <w:tc>
          <w:tcPr>
            <w:tcW w:type="dxa" w:w="2880"/>
          </w:tcPr>
          <w:p>
            <w:r>
              <w:t>1.7</w:t>
            </w:r>
          </w:p>
        </w:tc>
        <w:tc>
          <w:tcPr>
            <w:tcW w:type="dxa" w:w="2880"/>
          </w:tcPr>
          <w:p>
            <w:r>
              <w:t>3.4</w:t>
            </w:r>
          </w:p>
        </w:tc>
        <w:tc>
          <w:tcPr>
            <w:tcW w:type="dxa" w:w="2880"/>
          </w:tcPr>
          <w:p>
            <w:r>
              <w:t>31</w:t>
            </w:r>
          </w:p>
        </w:tc>
      </w:tr>
      <w:tr>
        <w:tc>
          <w:tcPr>
            <w:tcW w:type="dxa" w:w="2880"/>
          </w:tcPr>
          <w:p>
            <w:r>
              <w:t>3.4</w:t>
            </w:r>
          </w:p>
        </w:tc>
        <w:tc>
          <w:tcPr>
            <w:tcW w:type="dxa" w:w="2880"/>
          </w:tcPr>
          <w:p>
            <w:r>
              <w:t>5.1</w:t>
            </w:r>
          </w:p>
        </w:tc>
        <w:tc>
          <w:tcPr>
            <w:tcW w:type="dxa" w:w="2880"/>
          </w:tcPr>
          <w:p>
            <w:r>
              <w:t>32</w:t>
            </w:r>
          </w:p>
        </w:tc>
      </w:tr>
      <w:tr>
        <w:tc>
          <w:tcPr>
            <w:tcW w:type="dxa" w:w="2880"/>
          </w:tcPr>
          <w:p>
            <w:r>
              <w:t>5.1</w:t>
            </w:r>
          </w:p>
        </w:tc>
        <w:tc>
          <w:tcPr>
            <w:tcW w:type="dxa" w:w="2880"/>
          </w:tcPr>
          <w:p>
            <w:r>
              <w:t>6.8</w:t>
            </w:r>
          </w:p>
        </w:tc>
        <w:tc>
          <w:tcPr>
            <w:tcW w:type="dxa" w:w="2880"/>
          </w:tcPr>
          <w:p>
            <w:r>
              <w:t>16</w:t>
            </w:r>
          </w:p>
        </w:tc>
      </w:tr>
      <w:tr>
        <w:tc>
          <w:tcPr>
            <w:tcW w:type="dxa" w:w="2880"/>
          </w:tcPr>
          <w:p>
            <w:r>
              <w:t>6.8</w:t>
            </w:r>
          </w:p>
        </w:tc>
        <w:tc>
          <w:tcPr>
            <w:tcW w:type="dxa" w:w="2880"/>
          </w:tcPr>
          <w:p>
            <w:r>
              <w:t>8.5</w:t>
            </w:r>
          </w:p>
        </w:tc>
        <w:tc>
          <w:tcPr>
            <w:tcW w:type="dxa" w:w="2880"/>
          </w:tcPr>
          <w:p>
            <w:r>
              <w:t>29</w:t>
            </w:r>
          </w:p>
        </w:tc>
      </w:tr>
      <w:tr>
        <w:tc>
          <w:tcPr>
            <w:tcW w:type="dxa" w:w="2880"/>
          </w:tcPr>
          <w:p>
            <w:r>
              <w:t>8.5</w:t>
            </w:r>
          </w:p>
        </w:tc>
        <w:tc>
          <w:tcPr>
            <w:tcW w:type="dxa" w:w="2880"/>
          </w:tcPr>
          <w:p>
            <w:r>
              <w:t>10.2</w:t>
            </w:r>
          </w:p>
        </w:tc>
        <w:tc>
          <w:tcPr>
            <w:tcW w:type="dxa" w:w="2880"/>
          </w:tcPr>
          <w:p>
            <w:r>
              <w:t>30</w:t>
            </w:r>
          </w:p>
        </w:tc>
      </w:tr>
      <w:tr>
        <w:tc>
          <w:tcPr>
            <w:tcW w:type="dxa" w:w="2880"/>
          </w:tcPr>
          <w:p>
            <w:r>
              <w:t>10.2</w:t>
            </w:r>
          </w:p>
        </w:tc>
        <w:tc>
          <w:tcPr>
            <w:tcW w:type="dxa" w:w="2880"/>
          </w:tcPr>
          <w:p>
            <w:r>
              <w:t>11.9</w:t>
            </w:r>
          </w:p>
        </w:tc>
        <w:tc>
          <w:tcPr>
            <w:tcW w:type="dxa" w:w="2880"/>
          </w:tcPr>
          <w:p>
            <w:r>
              <w:t>15</w:t>
            </w:r>
          </w:p>
        </w:tc>
      </w:tr>
      <w:tr>
        <w:tc>
          <w:tcPr>
            <w:tcW w:type="dxa" w:w="2880"/>
          </w:tcPr>
          <w:p>
            <w:r>
              <w:t>11.9</w:t>
            </w:r>
          </w:p>
        </w:tc>
        <w:tc>
          <w:tcPr>
            <w:tcW w:type="dxa" w:w="2880"/>
          </w:tcPr>
          <w:p>
            <w:r>
              <w:t>13.6</w:t>
            </w:r>
          </w:p>
        </w:tc>
        <w:tc>
          <w:tcPr>
            <w:tcW w:type="dxa" w:w="2880"/>
          </w:tcPr>
          <w:p>
            <w:r>
              <w:t>31</w:t>
            </w:r>
          </w:p>
        </w:tc>
      </w:tr>
      <w:tr>
        <w:tc>
          <w:tcPr>
            <w:tcW w:type="dxa" w:w="2880"/>
          </w:tcPr>
          <w:p>
            <w:r>
              <w:t>13.6</w:t>
            </w:r>
          </w:p>
        </w:tc>
        <w:tc>
          <w:tcPr>
            <w:tcW w:type="dxa" w:w="2880"/>
          </w:tcPr>
          <w:p>
            <w:r>
              <w:t>15.3</w:t>
            </w:r>
          </w:p>
        </w:tc>
        <w:tc>
          <w:tcPr>
            <w:tcW w:type="dxa" w:w="2880"/>
          </w:tcPr>
          <w:p>
            <w:r>
              <w:t>28</w:t>
            </w:r>
          </w:p>
        </w:tc>
      </w:tr>
      <w:tr>
        <w:tc>
          <w:tcPr>
            <w:tcW w:type="dxa" w:w="2880"/>
          </w:tcPr>
          <w:p>
            <w:r>
              <w:t>15.3</w:t>
            </w:r>
          </w:p>
        </w:tc>
        <w:tc>
          <w:tcPr>
            <w:tcW w:type="dxa" w:w="2880"/>
          </w:tcPr>
          <w:p>
            <w:r>
              <w:t>17</w:t>
            </w:r>
          </w:p>
        </w:tc>
        <w:tc>
          <w:tcPr>
            <w:tcW w:type="dxa" w:w="2880"/>
          </w:tcPr>
          <w:p>
            <w:r>
              <w:t>24</w:t>
            </w:r>
          </w:p>
        </w:tc>
      </w:tr>
    </w:tbl>
    <w:p/>
    <w:p>
      <w:pPr>
        <w:pStyle w:val="Heading2"/>
      </w:pPr>
      <w:r>
        <w:t>Figure 35. Calculate density: Leak and burst repairs [82]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3.25</w:t>
            </w:r>
          </w:p>
        </w:tc>
        <w:tc>
          <w:tcPr>
            <w:tcW w:type="dxa" w:w="2880"/>
          </w:tcPr>
          <w:p>
            <w:r>
              <w:t>95</w:t>
            </w:r>
          </w:p>
        </w:tc>
      </w:tr>
      <w:tr>
        <w:tc>
          <w:tcPr>
            <w:tcW w:type="dxa" w:w="2880"/>
          </w:tcPr>
          <w:p>
            <w:r>
              <w:t>3.25</w:t>
            </w:r>
          </w:p>
        </w:tc>
        <w:tc>
          <w:tcPr>
            <w:tcW w:type="dxa" w:w="2880"/>
          </w:tcPr>
          <w:p>
            <w:r>
              <w:t>6.5</w:t>
            </w:r>
          </w:p>
        </w:tc>
        <w:tc>
          <w:tcPr>
            <w:tcW w:type="dxa" w:w="2880"/>
          </w:tcPr>
          <w:p>
            <w:r>
              <w:t>99</w:t>
            </w:r>
          </w:p>
        </w:tc>
      </w:tr>
      <w:tr>
        <w:tc>
          <w:tcPr>
            <w:tcW w:type="dxa" w:w="2880"/>
          </w:tcPr>
          <w:p>
            <w:r>
              <w:t>6.5</w:t>
            </w:r>
          </w:p>
        </w:tc>
        <w:tc>
          <w:tcPr>
            <w:tcW w:type="dxa" w:w="2880"/>
          </w:tcPr>
          <w:p>
            <w:r>
              <w:t>9.75</w:t>
            </w:r>
          </w:p>
        </w:tc>
        <w:tc>
          <w:tcPr>
            <w:tcW w:type="dxa" w:w="2880"/>
          </w:tcPr>
          <w:p>
            <w:r>
              <w:t>99</w:t>
            </w:r>
          </w:p>
        </w:tc>
      </w:tr>
      <w:tr>
        <w:tc>
          <w:tcPr>
            <w:tcW w:type="dxa" w:w="2880"/>
          </w:tcPr>
          <w:p>
            <w:r>
              <w:t>9.75</w:t>
            </w:r>
          </w:p>
        </w:tc>
        <w:tc>
          <w:tcPr>
            <w:tcW w:type="dxa" w:w="2880"/>
          </w:tcPr>
          <w:p>
            <w:r>
              <w:t>13</w:t>
            </w:r>
          </w:p>
        </w:tc>
        <w:tc>
          <w:tcPr>
            <w:tcW w:type="dxa" w:w="2880"/>
          </w:tcPr>
          <w:p>
            <w:r>
              <w:t>95</w:t>
            </w:r>
          </w:p>
        </w:tc>
      </w:tr>
      <w:tr>
        <w:tc>
          <w:tcPr>
            <w:tcW w:type="dxa" w:w="2880"/>
          </w:tcPr>
          <w:p>
            <w:r>
              <w:t>13</w:t>
            </w:r>
          </w:p>
        </w:tc>
        <w:tc>
          <w:tcPr>
            <w:tcW w:type="dxa" w:w="2880"/>
          </w:tcPr>
          <w:p>
            <w:r>
              <w:t>16.25</w:t>
            </w:r>
          </w:p>
        </w:tc>
        <w:tc>
          <w:tcPr>
            <w:tcW w:type="dxa" w:w="2880"/>
          </w:tcPr>
          <w:p>
            <w:r>
              <w:t>128</w:t>
            </w:r>
          </w:p>
        </w:tc>
      </w:tr>
      <w:tr>
        <w:tc>
          <w:tcPr>
            <w:tcW w:type="dxa" w:w="2880"/>
          </w:tcPr>
          <w:p>
            <w:r>
              <w:t>16.25</w:t>
            </w:r>
          </w:p>
        </w:tc>
        <w:tc>
          <w:tcPr>
            <w:tcW w:type="dxa" w:w="2880"/>
          </w:tcPr>
          <w:p>
            <w:r>
              <w:t>19.5</w:t>
            </w:r>
          </w:p>
        </w:tc>
        <w:tc>
          <w:tcPr>
            <w:tcW w:type="dxa" w:w="2880"/>
          </w:tcPr>
          <w:p>
            <w:r>
              <w:t>95</w:t>
            </w:r>
          </w:p>
        </w:tc>
      </w:tr>
      <w:tr>
        <w:tc>
          <w:tcPr>
            <w:tcW w:type="dxa" w:w="2880"/>
          </w:tcPr>
          <w:p>
            <w:r>
              <w:t>19.5</w:t>
            </w:r>
          </w:p>
        </w:tc>
        <w:tc>
          <w:tcPr>
            <w:tcW w:type="dxa" w:w="2880"/>
          </w:tcPr>
          <w:p>
            <w:r>
              <w:t>22.75</w:t>
            </w:r>
          </w:p>
        </w:tc>
        <w:tc>
          <w:tcPr>
            <w:tcW w:type="dxa" w:w="2880"/>
          </w:tcPr>
          <w:p>
            <w:r>
              <w:t>98</w:t>
            </w:r>
          </w:p>
        </w:tc>
      </w:tr>
      <w:tr>
        <w:tc>
          <w:tcPr>
            <w:tcW w:type="dxa" w:w="2880"/>
          </w:tcPr>
          <w:p>
            <w:r>
              <w:t>22.75</w:t>
            </w:r>
          </w:p>
        </w:tc>
        <w:tc>
          <w:tcPr>
            <w:tcW w:type="dxa" w:w="2880"/>
          </w:tcPr>
          <w:p>
            <w:r>
              <w:t>26</w:t>
            </w:r>
          </w:p>
        </w:tc>
        <w:tc>
          <w:tcPr>
            <w:tcW w:type="dxa" w:w="2880"/>
          </w:tcPr>
          <w:p>
            <w:r>
              <w:t>95</w:t>
            </w:r>
          </w:p>
        </w:tc>
      </w:tr>
      <w:tr>
        <w:tc>
          <w:tcPr>
            <w:tcW w:type="dxa" w:w="2880"/>
          </w:tcPr>
          <w:p>
            <w:r>
              <w:t>26</w:t>
            </w:r>
          </w:p>
        </w:tc>
        <w:tc>
          <w:tcPr>
            <w:tcW w:type="dxa" w:w="2880"/>
          </w:tcPr>
          <w:p>
            <w:r>
              <w:t>29.25</w:t>
            </w:r>
          </w:p>
        </w:tc>
        <w:tc>
          <w:tcPr>
            <w:tcW w:type="dxa" w:w="2880"/>
          </w:tcPr>
          <w:p>
            <w:r>
              <w:t>135</w:t>
            </w:r>
          </w:p>
        </w:tc>
      </w:tr>
      <w:tr>
        <w:tc>
          <w:tcPr>
            <w:tcW w:type="dxa" w:w="2880"/>
          </w:tcPr>
          <w:p>
            <w:r>
              <w:t>29.25</w:t>
            </w:r>
          </w:p>
        </w:tc>
        <w:tc>
          <w:tcPr>
            <w:tcW w:type="dxa" w:w="2880"/>
          </w:tcPr>
          <w:p>
            <w:r>
              <w:t>32.5</w:t>
            </w:r>
          </w:p>
        </w:tc>
        <w:tc>
          <w:tcPr>
            <w:tcW w:type="dxa" w:w="2880"/>
          </w:tcPr>
          <w:p>
            <w:r>
              <w:t>94</w:t>
            </w:r>
          </w:p>
        </w:tc>
      </w:tr>
      <w:tr>
        <w:tc>
          <w:tcPr>
            <w:tcW w:type="dxa" w:w="2880"/>
          </w:tcPr>
          <w:p>
            <w:r>
              <w:t>32.5</w:t>
            </w:r>
          </w:p>
        </w:tc>
        <w:tc>
          <w:tcPr>
            <w:tcW w:type="dxa" w:w="2880"/>
          </w:tcPr>
          <w:p>
            <w:r>
              <w:t>35.75</w:t>
            </w:r>
          </w:p>
        </w:tc>
        <w:tc>
          <w:tcPr>
            <w:tcW w:type="dxa" w:w="2880"/>
          </w:tcPr>
          <w:p>
            <w:r>
              <w:t>98</w:t>
            </w:r>
          </w:p>
        </w:tc>
      </w:tr>
      <w:tr>
        <w:tc>
          <w:tcPr>
            <w:tcW w:type="dxa" w:w="2880"/>
          </w:tcPr>
          <w:p>
            <w:r>
              <w:t>35.75</w:t>
            </w:r>
          </w:p>
        </w:tc>
        <w:tc>
          <w:tcPr>
            <w:tcW w:type="dxa" w:w="2880"/>
          </w:tcPr>
          <w:p>
            <w:r>
              <w:t>39</w:t>
            </w:r>
          </w:p>
        </w:tc>
        <w:tc>
          <w:tcPr>
            <w:tcW w:type="dxa" w:w="2880"/>
          </w:tcPr>
          <w:p>
            <w:r>
              <w:t>89</w:t>
            </w:r>
          </w:p>
        </w:tc>
      </w:tr>
    </w:tbl>
    <w:p/>
    <w:p>
      <w:pPr>
        <w:pStyle w:val="Heading2"/>
      </w:pPr>
      <w:r>
        <w:t>Figure 36. Calculate density: Customer complaints [83]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3.083</w:t>
            </w:r>
          </w:p>
        </w:tc>
        <w:tc>
          <w:tcPr>
            <w:tcW w:type="dxa" w:w="2880"/>
          </w:tcPr>
          <w:p>
            <w:r>
              <w:t>111</w:t>
            </w:r>
          </w:p>
        </w:tc>
      </w:tr>
      <w:tr>
        <w:tc>
          <w:tcPr>
            <w:tcW w:type="dxa" w:w="2880"/>
          </w:tcPr>
          <w:p>
            <w:r>
              <w:t>3.083</w:t>
            </w:r>
          </w:p>
        </w:tc>
        <w:tc>
          <w:tcPr>
            <w:tcW w:type="dxa" w:w="2880"/>
          </w:tcPr>
          <w:p>
            <w:r>
              <w:t>6.167</w:t>
            </w:r>
          </w:p>
        </w:tc>
        <w:tc>
          <w:tcPr>
            <w:tcW w:type="dxa" w:w="2880"/>
          </w:tcPr>
          <w:p>
            <w:r>
              <w:t>100</w:t>
            </w:r>
          </w:p>
        </w:tc>
      </w:tr>
      <w:tr>
        <w:tc>
          <w:tcPr>
            <w:tcW w:type="dxa" w:w="2880"/>
          </w:tcPr>
          <w:p>
            <w:r>
              <w:t>6.167</w:t>
            </w:r>
          </w:p>
        </w:tc>
        <w:tc>
          <w:tcPr>
            <w:tcW w:type="dxa" w:w="2880"/>
          </w:tcPr>
          <w:p>
            <w:r>
              <w:t>9.25</w:t>
            </w:r>
          </w:p>
        </w:tc>
        <w:tc>
          <w:tcPr>
            <w:tcW w:type="dxa" w:w="2880"/>
          </w:tcPr>
          <w:p>
            <w:r>
              <w:t>99</w:t>
            </w:r>
          </w:p>
        </w:tc>
      </w:tr>
      <w:tr>
        <w:tc>
          <w:tcPr>
            <w:tcW w:type="dxa" w:w="2880"/>
          </w:tcPr>
          <w:p>
            <w:r>
              <w:t>9.25</w:t>
            </w:r>
          </w:p>
        </w:tc>
        <w:tc>
          <w:tcPr>
            <w:tcW w:type="dxa" w:w="2880"/>
          </w:tcPr>
          <w:p>
            <w:r>
              <w:t>12.33</w:t>
            </w:r>
          </w:p>
        </w:tc>
        <w:tc>
          <w:tcPr>
            <w:tcW w:type="dxa" w:w="2880"/>
          </w:tcPr>
          <w:p>
            <w:r>
              <w:t>99</w:t>
            </w:r>
          </w:p>
        </w:tc>
      </w:tr>
      <w:tr>
        <w:tc>
          <w:tcPr>
            <w:tcW w:type="dxa" w:w="2880"/>
          </w:tcPr>
          <w:p>
            <w:r>
              <w:t>12.33</w:t>
            </w:r>
          </w:p>
        </w:tc>
        <w:tc>
          <w:tcPr>
            <w:tcW w:type="dxa" w:w="2880"/>
          </w:tcPr>
          <w:p>
            <w:r>
              <w:t>15.42</w:t>
            </w:r>
          </w:p>
        </w:tc>
        <w:tc>
          <w:tcPr>
            <w:tcW w:type="dxa" w:w="2880"/>
          </w:tcPr>
          <w:p>
            <w:r>
              <w:t>97</w:t>
            </w:r>
          </w:p>
        </w:tc>
      </w:tr>
      <w:tr>
        <w:tc>
          <w:tcPr>
            <w:tcW w:type="dxa" w:w="2880"/>
          </w:tcPr>
          <w:p>
            <w:r>
              <w:t>15.42</w:t>
            </w:r>
          </w:p>
        </w:tc>
        <w:tc>
          <w:tcPr>
            <w:tcW w:type="dxa" w:w="2880"/>
          </w:tcPr>
          <w:p>
            <w:r>
              <w:t>18.5</w:t>
            </w:r>
          </w:p>
        </w:tc>
        <w:tc>
          <w:tcPr>
            <w:tcW w:type="dxa" w:w="2880"/>
          </w:tcPr>
          <w:p>
            <w:r>
              <w:t>95</w:t>
            </w:r>
          </w:p>
        </w:tc>
      </w:tr>
      <w:tr>
        <w:tc>
          <w:tcPr>
            <w:tcW w:type="dxa" w:w="2880"/>
          </w:tcPr>
          <w:p>
            <w:r>
              <w:t>18.5</w:t>
            </w:r>
          </w:p>
        </w:tc>
        <w:tc>
          <w:tcPr>
            <w:tcW w:type="dxa" w:w="2880"/>
          </w:tcPr>
          <w:p>
            <w:r>
              <w:t>21.58</w:t>
            </w:r>
          </w:p>
        </w:tc>
        <w:tc>
          <w:tcPr>
            <w:tcW w:type="dxa" w:w="2880"/>
          </w:tcPr>
          <w:p>
            <w:r>
              <w:t>95</w:t>
            </w:r>
          </w:p>
        </w:tc>
      </w:tr>
      <w:tr>
        <w:tc>
          <w:tcPr>
            <w:tcW w:type="dxa" w:w="2880"/>
          </w:tcPr>
          <w:p>
            <w:r>
              <w:t>21.58</w:t>
            </w:r>
          </w:p>
        </w:tc>
        <w:tc>
          <w:tcPr>
            <w:tcW w:type="dxa" w:w="2880"/>
          </w:tcPr>
          <w:p>
            <w:r>
              <w:t>24.67</w:t>
            </w:r>
          </w:p>
        </w:tc>
        <w:tc>
          <w:tcPr>
            <w:tcW w:type="dxa" w:w="2880"/>
          </w:tcPr>
          <w:p>
            <w:r>
              <w:t>96</w:t>
            </w:r>
          </w:p>
        </w:tc>
      </w:tr>
      <w:tr>
        <w:tc>
          <w:tcPr>
            <w:tcW w:type="dxa" w:w="2880"/>
          </w:tcPr>
          <w:p>
            <w:r>
              <w:t>24.67</w:t>
            </w:r>
          </w:p>
        </w:tc>
        <w:tc>
          <w:tcPr>
            <w:tcW w:type="dxa" w:w="2880"/>
          </w:tcPr>
          <w:p>
            <w:r>
              <w:t>27.75</w:t>
            </w:r>
          </w:p>
        </w:tc>
        <w:tc>
          <w:tcPr>
            <w:tcW w:type="dxa" w:w="2880"/>
          </w:tcPr>
          <w:p>
            <w:r>
              <w:t>98</w:t>
            </w:r>
          </w:p>
        </w:tc>
      </w:tr>
      <w:tr>
        <w:tc>
          <w:tcPr>
            <w:tcW w:type="dxa" w:w="2880"/>
          </w:tcPr>
          <w:p>
            <w:r>
              <w:t>27.75</w:t>
            </w:r>
          </w:p>
        </w:tc>
        <w:tc>
          <w:tcPr>
            <w:tcW w:type="dxa" w:w="2880"/>
          </w:tcPr>
          <w:p>
            <w:r>
              <w:t>30.83</w:t>
            </w:r>
          </w:p>
        </w:tc>
        <w:tc>
          <w:tcPr>
            <w:tcW w:type="dxa" w:w="2880"/>
          </w:tcPr>
          <w:p>
            <w:r>
              <w:t>100</w:t>
            </w:r>
          </w:p>
        </w:tc>
      </w:tr>
      <w:tr>
        <w:tc>
          <w:tcPr>
            <w:tcW w:type="dxa" w:w="2880"/>
          </w:tcPr>
          <w:p>
            <w:r>
              <w:t>30.83</w:t>
            </w:r>
          </w:p>
        </w:tc>
        <w:tc>
          <w:tcPr>
            <w:tcW w:type="dxa" w:w="2880"/>
          </w:tcPr>
          <w:p>
            <w:r>
              <w:t>33.92</w:t>
            </w:r>
          </w:p>
        </w:tc>
        <w:tc>
          <w:tcPr>
            <w:tcW w:type="dxa" w:w="2880"/>
          </w:tcPr>
          <w:p>
            <w:r>
              <w:t>96</w:t>
            </w:r>
          </w:p>
        </w:tc>
      </w:tr>
      <w:tr>
        <w:tc>
          <w:tcPr>
            <w:tcW w:type="dxa" w:w="2880"/>
          </w:tcPr>
          <w:p>
            <w:r>
              <w:t>33.92</w:t>
            </w:r>
          </w:p>
        </w:tc>
        <w:tc>
          <w:tcPr>
            <w:tcW w:type="dxa" w:w="2880"/>
          </w:tcPr>
          <w:p>
            <w:r>
              <w:t>37</w:t>
            </w:r>
          </w:p>
        </w:tc>
        <w:tc>
          <w:tcPr>
            <w:tcW w:type="dxa" w:w="2880"/>
          </w:tcPr>
          <w:p>
            <w:r>
              <w:t>114</w:t>
            </w:r>
          </w:p>
        </w:tc>
      </w:tr>
    </w:tbl>
    <w:p/>
    <w:p>
      <w:pPr>
        <w:pStyle w:val="Heading2"/>
      </w:pPr>
      <w:r>
        <w:t>Figure 37. Summarize within: Pressure zones [84]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21</w:t>
            </w:r>
          </w:p>
        </w:tc>
        <w:tc>
          <w:tcPr>
            <w:tcW w:type="dxa" w:w="2880"/>
          </w:tcPr>
          <w:p>
            <w:r>
              <w:t>27</w:t>
            </w:r>
          </w:p>
        </w:tc>
        <w:tc>
          <w:tcPr>
            <w:tcW w:type="dxa" w:w="2880"/>
          </w:tcPr>
          <w:p>
            <w:r>
              <w:t>1</w:t>
            </w:r>
          </w:p>
        </w:tc>
      </w:tr>
      <w:tr>
        <w:tc>
          <w:tcPr>
            <w:tcW w:type="dxa" w:w="2880"/>
          </w:tcPr>
          <w:p>
            <w:r>
              <w:t>27</w:t>
            </w:r>
          </w:p>
        </w:tc>
        <w:tc>
          <w:tcPr>
            <w:tcW w:type="dxa" w:w="2880"/>
          </w:tcPr>
          <w:p>
            <w:r>
              <w:t>33</w:t>
            </w:r>
          </w:p>
        </w:tc>
        <w:tc>
          <w:tcPr>
            <w:tcW w:type="dxa" w:w="2880"/>
          </w:tcPr>
          <w:p>
            <w:r>
              <w:t>1</w:t>
            </w:r>
          </w:p>
        </w:tc>
      </w:tr>
      <w:tr>
        <w:tc>
          <w:tcPr>
            <w:tcW w:type="dxa" w:w="2880"/>
          </w:tcPr>
          <w:p>
            <w:r>
              <w:t>33</w:t>
            </w:r>
          </w:p>
        </w:tc>
        <w:tc>
          <w:tcPr>
            <w:tcW w:type="dxa" w:w="2880"/>
          </w:tcPr>
          <w:p>
            <w:r>
              <w:t>39</w:t>
            </w:r>
          </w:p>
        </w:tc>
        <w:tc>
          <w:tcPr>
            <w:tcW w:type="dxa" w:w="2880"/>
          </w:tcPr>
          <w:p>
            <w:r>
              <w:t>3</w:t>
            </w:r>
          </w:p>
        </w:tc>
      </w:tr>
      <w:tr>
        <w:tc>
          <w:tcPr>
            <w:tcW w:type="dxa" w:w="2880"/>
          </w:tcPr>
          <w:p>
            <w:r>
              <w:t>39</w:t>
            </w:r>
          </w:p>
        </w:tc>
        <w:tc>
          <w:tcPr>
            <w:tcW w:type="dxa" w:w="2880"/>
          </w:tcPr>
          <w:p>
            <w:r>
              <w:t>45</w:t>
            </w:r>
          </w:p>
        </w:tc>
        <w:tc>
          <w:tcPr>
            <w:tcW w:type="dxa" w:w="2880"/>
          </w:tcPr>
          <w:p>
            <w:r>
              <w:t>1</w:t>
            </w:r>
          </w:p>
        </w:tc>
      </w:tr>
      <w:tr>
        <w:tc>
          <w:tcPr>
            <w:tcW w:type="dxa" w:w="2880"/>
          </w:tcPr>
          <w:p>
            <w:r>
              <w:t>45</w:t>
            </w:r>
          </w:p>
        </w:tc>
        <w:tc>
          <w:tcPr>
            <w:tcW w:type="dxa" w:w="2880"/>
          </w:tcPr>
          <w:p>
            <w:r>
              <w:t>51</w:t>
            </w:r>
          </w:p>
        </w:tc>
        <w:tc>
          <w:tcPr>
            <w:tcW w:type="dxa" w:w="2880"/>
          </w:tcPr>
          <w:p>
            <w:r>
              <w:t>2</w:t>
            </w:r>
          </w:p>
        </w:tc>
      </w:tr>
    </w:tbl>
    <w:p/>
    <w:p>
      <w:pPr>
        <w:pStyle w:val="Heading2"/>
      </w:pPr>
      <w:r>
        <w:t>Figure 38. Summarize within: Pressure zones [85]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35</w:t>
            </w:r>
          </w:p>
        </w:tc>
        <w:tc>
          <w:tcPr>
            <w:tcW w:type="dxa" w:w="2880"/>
          </w:tcPr>
          <w:p>
            <w:r>
              <w:t>146.2</w:t>
            </w:r>
          </w:p>
        </w:tc>
        <w:tc>
          <w:tcPr>
            <w:tcW w:type="dxa" w:w="2880"/>
          </w:tcPr>
          <w:p>
            <w:r>
              <w:t>7</w:t>
            </w:r>
          </w:p>
        </w:tc>
      </w:tr>
      <w:tr>
        <w:tc>
          <w:tcPr>
            <w:tcW w:type="dxa" w:w="2880"/>
          </w:tcPr>
          <w:p>
            <w:r>
              <w:t>146.2</w:t>
            </w:r>
          </w:p>
        </w:tc>
        <w:tc>
          <w:tcPr>
            <w:tcW w:type="dxa" w:w="2880"/>
          </w:tcPr>
          <w:p>
            <w:r>
              <w:t>257.4</w:t>
            </w:r>
          </w:p>
        </w:tc>
        <w:tc>
          <w:tcPr>
            <w:tcW w:type="dxa" w:w="2880"/>
          </w:tcPr>
          <w:p>
            <w:r>
              <w:t>0</w:t>
            </w:r>
          </w:p>
        </w:tc>
      </w:tr>
      <w:tr>
        <w:tc>
          <w:tcPr>
            <w:tcW w:type="dxa" w:w="2880"/>
          </w:tcPr>
          <w:p>
            <w:r>
              <w:t>257.4</w:t>
            </w:r>
          </w:p>
        </w:tc>
        <w:tc>
          <w:tcPr>
            <w:tcW w:type="dxa" w:w="2880"/>
          </w:tcPr>
          <w:p>
            <w:r>
              <w:t>368.6</w:t>
            </w:r>
          </w:p>
        </w:tc>
        <w:tc>
          <w:tcPr>
            <w:tcW w:type="dxa" w:w="2880"/>
          </w:tcPr>
          <w:p>
            <w:r>
              <w:t>0</w:t>
            </w:r>
          </w:p>
        </w:tc>
      </w:tr>
      <w:tr>
        <w:tc>
          <w:tcPr>
            <w:tcW w:type="dxa" w:w="2880"/>
          </w:tcPr>
          <w:p>
            <w:r>
              <w:t>368.6</w:t>
            </w:r>
          </w:p>
        </w:tc>
        <w:tc>
          <w:tcPr>
            <w:tcW w:type="dxa" w:w="2880"/>
          </w:tcPr>
          <w:p>
            <w:r>
              <w:t>479.8</w:t>
            </w:r>
          </w:p>
        </w:tc>
        <w:tc>
          <w:tcPr>
            <w:tcW w:type="dxa" w:w="2880"/>
          </w:tcPr>
          <w:p>
            <w:r>
              <w:t>0</w:t>
            </w:r>
          </w:p>
        </w:tc>
      </w:tr>
      <w:tr>
        <w:tc>
          <w:tcPr>
            <w:tcW w:type="dxa" w:w="2880"/>
          </w:tcPr>
          <w:p>
            <w:r>
              <w:t>479.8</w:t>
            </w:r>
          </w:p>
        </w:tc>
        <w:tc>
          <w:tcPr>
            <w:tcW w:type="dxa" w:w="2880"/>
          </w:tcPr>
          <w:p>
            <w:r>
              <w:t>591</w:t>
            </w:r>
          </w:p>
        </w:tc>
        <w:tc>
          <w:tcPr>
            <w:tcW w:type="dxa" w:w="2880"/>
          </w:tcPr>
          <w:p>
            <w:r>
              <w:t>1</w:t>
            </w:r>
          </w:p>
        </w:tc>
      </w:tr>
    </w:tbl>
    <w:p/>
    <w:p>
      <w:pPr>
        <w:pStyle w:val="Heading2"/>
      </w:pPr>
      <w:r>
        <w:t>Figure 39. Summarize within: Pressure zones [86]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27</w:t>
            </w:r>
          </w:p>
        </w:tc>
        <w:tc>
          <w:tcPr>
            <w:tcW w:type="dxa" w:w="2880"/>
          </w:tcPr>
          <w:p>
            <w:r>
              <w:t>69.8</w:t>
            </w:r>
          </w:p>
        </w:tc>
        <w:tc>
          <w:tcPr>
            <w:tcW w:type="dxa" w:w="2880"/>
          </w:tcPr>
          <w:p>
            <w:r>
              <w:t>7</w:t>
            </w:r>
          </w:p>
        </w:tc>
      </w:tr>
      <w:tr>
        <w:tc>
          <w:tcPr>
            <w:tcW w:type="dxa" w:w="2880"/>
          </w:tcPr>
          <w:p>
            <w:r>
              <w:t>69.8</w:t>
            </w:r>
          </w:p>
        </w:tc>
        <w:tc>
          <w:tcPr>
            <w:tcW w:type="dxa" w:w="2880"/>
          </w:tcPr>
          <w:p>
            <w:r>
              <w:t>112.6</w:t>
            </w:r>
          </w:p>
        </w:tc>
        <w:tc>
          <w:tcPr>
            <w:tcW w:type="dxa" w:w="2880"/>
          </w:tcPr>
          <w:p>
            <w:r>
              <w:t>0</w:t>
            </w:r>
          </w:p>
        </w:tc>
      </w:tr>
      <w:tr>
        <w:tc>
          <w:tcPr>
            <w:tcW w:type="dxa" w:w="2880"/>
          </w:tcPr>
          <w:p>
            <w:r>
              <w:t>112.6</w:t>
            </w:r>
          </w:p>
        </w:tc>
        <w:tc>
          <w:tcPr>
            <w:tcW w:type="dxa" w:w="2880"/>
          </w:tcPr>
          <w:p>
            <w:r>
              <w:t>155.4</w:t>
            </w:r>
          </w:p>
        </w:tc>
        <w:tc>
          <w:tcPr>
            <w:tcW w:type="dxa" w:w="2880"/>
          </w:tcPr>
          <w:p>
            <w:r>
              <w:t>0</w:t>
            </w:r>
          </w:p>
        </w:tc>
      </w:tr>
      <w:tr>
        <w:tc>
          <w:tcPr>
            <w:tcW w:type="dxa" w:w="2880"/>
          </w:tcPr>
          <w:p>
            <w:r>
              <w:t>155.4</w:t>
            </w:r>
          </w:p>
        </w:tc>
        <w:tc>
          <w:tcPr>
            <w:tcW w:type="dxa" w:w="2880"/>
          </w:tcPr>
          <w:p>
            <w:r>
              <w:t>198.2</w:t>
            </w:r>
          </w:p>
        </w:tc>
        <w:tc>
          <w:tcPr>
            <w:tcW w:type="dxa" w:w="2880"/>
          </w:tcPr>
          <w:p>
            <w:r>
              <w:t>0</w:t>
            </w:r>
          </w:p>
        </w:tc>
      </w:tr>
      <w:tr>
        <w:tc>
          <w:tcPr>
            <w:tcW w:type="dxa" w:w="2880"/>
          </w:tcPr>
          <w:p>
            <w:r>
              <w:t>198.2</w:t>
            </w:r>
          </w:p>
        </w:tc>
        <w:tc>
          <w:tcPr>
            <w:tcW w:type="dxa" w:w="2880"/>
          </w:tcPr>
          <w:p>
            <w:r>
              <w:t>241</w:t>
            </w:r>
          </w:p>
        </w:tc>
        <w:tc>
          <w:tcPr>
            <w:tcW w:type="dxa" w:w="2880"/>
          </w:tcPr>
          <w:p>
            <w:r>
              <w:t>1</w:t>
            </w:r>
          </w:p>
        </w:tc>
      </w:tr>
    </w:tbl>
    <w:p/>
    <w:p>
      <w:pPr>
        <w:pStyle w:val="Heading2"/>
      </w:pPr>
      <w:r>
        <w:t>Figure 40. Find point clusters: Valves [87]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114</w:t>
            </w:r>
          </w:p>
        </w:tc>
        <w:tc>
          <w:tcPr>
            <w:tcW w:type="dxa" w:w="2160"/>
          </w:tcPr>
          <w:p>
            <w:r>
              <w:t>0.38</w:t>
            </w:r>
          </w:p>
        </w:tc>
        <w:tc>
          <w:tcPr>
            <w:tcW w:type="dxa" w:w="2160"/>
          </w:tcPr>
          <w:p>
            <w:r>
              <w:t>38.0%</w:t>
            </w:r>
          </w:p>
        </w:tc>
      </w:tr>
      <w:tr>
        <w:tc>
          <w:tcPr>
            <w:tcW w:type="dxa" w:w="2160"/>
          </w:tcPr>
          <w:p>
            <w:r>
              <w:t>1</w:t>
            </w:r>
          </w:p>
        </w:tc>
        <w:tc>
          <w:tcPr>
            <w:tcW w:type="dxa" w:w="2160"/>
          </w:tcPr>
          <w:p>
            <w:r>
              <w:t>66</w:t>
            </w:r>
          </w:p>
        </w:tc>
        <w:tc>
          <w:tcPr>
            <w:tcW w:type="dxa" w:w="2160"/>
          </w:tcPr>
          <w:p>
            <w:r>
              <w:t>0.22</w:t>
            </w:r>
          </w:p>
        </w:tc>
        <w:tc>
          <w:tcPr>
            <w:tcW w:type="dxa" w:w="2160"/>
          </w:tcPr>
          <w:p>
            <w:r>
              <w:t>22.0%</w:t>
            </w:r>
          </w:p>
        </w:tc>
      </w:tr>
      <w:tr>
        <w:tc>
          <w:tcPr>
            <w:tcW w:type="dxa" w:w="2160"/>
          </w:tcPr>
          <w:p>
            <w:r>
              <w:t>0</w:t>
            </w:r>
          </w:p>
        </w:tc>
        <w:tc>
          <w:tcPr>
            <w:tcW w:type="dxa" w:w="2160"/>
          </w:tcPr>
          <w:p>
            <w:r>
              <w:t>30</w:t>
            </w:r>
          </w:p>
        </w:tc>
        <w:tc>
          <w:tcPr>
            <w:tcW w:type="dxa" w:w="2160"/>
          </w:tcPr>
          <w:p>
            <w:r>
              <w:t>0.1</w:t>
            </w:r>
          </w:p>
        </w:tc>
        <w:tc>
          <w:tcPr>
            <w:tcW w:type="dxa" w:w="2160"/>
          </w:tcPr>
          <w:p>
            <w:r>
              <w:t>10.0%</w:t>
            </w:r>
          </w:p>
        </w:tc>
      </w:tr>
      <w:tr>
        <w:tc>
          <w:tcPr>
            <w:tcW w:type="dxa" w:w="2160"/>
          </w:tcPr>
          <w:p>
            <w:r>
              <w:t>4</w:t>
            </w:r>
          </w:p>
        </w:tc>
        <w:tc>
          <w:tcPr>
            <w:tcW w:type="dxa" w:w="2160"/>
          </w:tcPr>
          <w:p>
            <w:r>
              <w:t>26</w:t>
            </w:r>
          </w:p>
        </w:tc>
        <w:tc>
          <w:tcPr>
            <w:tcW w:type="dxa" w:w="2160"/>
          </w:tcPr>
          <w:p>
            <w:r>
              <w:t>0.08667</w:t>
            </w:r>
          </w:p>
        </w:tc>
        <w:tc>
          <w:tcPr>
            <w:tcW w:type="dxa" w:w="2160"/>
          </w:tcPr>
          <w:p>
            <w:r>
              <w:t>8.7%</w:t>
            </w:r>
          </w:p>
        </w:tc>
      </w:tr>
      <w:tr>
        <w:tc>
          <w:tcPr>
            <w:tcW w:type="dxa" w:w="2160"/>
          </w:tcPr>
          <w:p>
            <w:r>
              <w:t>3</w:t>
            </w:r>
          </w:p>
        </w:tc>
        <w:tc>
          <w:tcPr>
            <w:tcW w:type="dxa" w:w="2160"/>
          </w:tcPr>
          <w:p>
            <w:r>
              <w:t>11</w:t>
            </w:r>
          </w:p>
        </w:tc>
        <w:tc>
          <w:tcPr>
            <w:tcW w:type="dxa" w:w="2160"/>
          </w:tcPr>
          <w:p>
            <w:r>
              <w:t>0.03667</w:t>
            </w:r>
          </w:p>
        </w:tc>
        <w:tc>
          <w:tcPr>
            <w:tcW w:type="dxa" w:w="2160"/>
          </w:tcPr>
          <w:p>
            <w:r>
              <w:t>3.7%</w:t>
            </w:r>
          </w:p>
        </w:tc>
      </w:tr>
      <w:tr>
        <w:tc>
          <w:tcPr>
            <w:tcW w:type="dxa" w:w="2160"/>
          </w:tcPr>
          <w:p>
            <w:r>
              <w:t>2</w:t>
            </w:r>
          </w:p>
        </w:tc>
        <w:tc>
          <w:tcPr>
            <w:tcW w:type="dxa" w:w="2160"/>
          </w:tcPr>
          <w:p>
            <w:r>
              <w:t>10</w:t>
            </w:r>
          </w:p>
        </w:tc>
        <w:tc>
          <w:tcPr>
            <w:tcW w:type="dxa" w:w="2160"/>
          </w:tcPr>
          <w:p>
            <w:r>
              <w:t>0.03333</w:t>
            </w:r>
          </w:p>
        </w:tc>
        <w:tc>
          <w:tcPr>
            <w:tcW w:type="dxa" w:w="2160"/>
          </w:tcPr>
          <w:p>
            <w:r>
              <w:t>3.3%</w:t>
            </w:r>
          </w:p>
        </w:tc>
      </w:tr>
      <w:tr>
        <w:tc>
          <w:tcPr>
            <w:tcW w:type="dxa" w:w="2160"/>
          </w:tcPr>
          <w:p>
            <w:r>
              <w:t>8</w:t>
            </w:r>
          </w:p>
        </w:tc>
        <w:tc>
          <w:tcPr>
            <w:tcW w:type="dxa" w:w="2160"/>
          </w:tcPr>
          <w:p>
            <w:r>
              <w:t>10</w:t>
            </w:r>
          </w:p>
        </w:tc>
        <w:tc>
          <w:tcPr>
            <w:tcW w:type="dxa" w:w="2160"/>
          </w:tcPr>
          <w:p>
            <w:r>
              <w:t>0.03333</w:t>
            </w:r>
          </w:p>
        </w:tc>
        <w:tc>
          <w:tcPr>
            <w:tcW w:type="dxa" w:w="2160"/>
          </w:tcPr>
          <w:p>
            <w:r>
              <w:t>3.3%</w:t>
            </w:r>
          </w:p>
        </w:tc>
      </w:tr>
      <w:tr>
        <w:tc>
          <w:tcPr>
            <w:tcW w:type="dxa" w:w="2160"/>
          </w:tcPr>
          <w:p>
            <w:r>
              <w:t>6</w:t>
            </w:r>
          </w:p>
        </w:tc>
        <w:tc>
          <w:tcPr>
            <w:tcW w:type="dxa" w:w="2160"/>
          </w:tcPr>
          <w:p>
            <w:r>
              <w:t>9</w:t>
            </w:r>
          </w:p>
        </w:tc>
        <w:tc>
          <w:tcPr>
            <w:tcW w:type="dxa" w:w="2160"/>
          </w:tcPr>
          <w:p>
            <w:r>
              <w:t>0.03</w:t>
            </w:r>
          </w:p>
        </w:tc>
        <w:tc>
          <w:tcPr>
            <w:tcW w:type="dxa" w:w="2160"/>
          </w:tcPr>
          <w:p>
            <w:r>
              <w:t>3.0%</w:t>
            </w:r>
          </w:p>
        </w:tc>
      </w:tr>
      <w:tr>
        <w:tc>
          <w:tcPr>
            <w:tcW w:type="dxa" w:w="2160"/>
          </w:tcPr>
          <w:p>
            <w:r>
              <w:t>10</w:t>
            </w:r>
          </w:p>
        </w:tc>
        <w:tc>
          <w:tcPr>
            <w:tcW w:type="dxa" w:w="2160"/>
          </w:tcPr>
          <w:p>
            <w:r>
              <w:t>8</w:t>
            </w:r>
          </w:p>
        </w:tc>
        <w:tc>
          <w:tcPr>
            <w:tcW w:type="dxa" w:w="2160"/>
          </w:tcPr>
          <w:p>
            <w:r>
              <w:t>0.02667</w:t>
            </w:r>
          </w:p>
        </w:tc>
        <w:tc>
          <w:tcPr>
            <w:tcW w:type="dxa" w:w="2160"/>
          </w:tcPr>
          <w:p>
            <w:r>
              <w:t>2.7%</w:t>
            </w:r>
          </w:p>
        </w:tc>
      </w:tr>
      <w:tr>
        <w:tc>
          <w:tcPr>
            <w:tcW w:type="dxa" w:w="2160"/>
          </w:tcPr>
          <w:p>
            <w:r>
              <w:t>7</w:t>
            </w:r>
          </w:p>
        </w:tc>
        <w:tc>
          <w:tcPr>
            <w:tcW w:type="dxa" w:w="2160"/>
          </w:tcPr>
          <w:p>
            <w:r>
              <w:t>8</w:t>
            </w:r>
          </w:p>
        </w:tc>
        <w:tc>
          <w:tcPr>
            <w:tcW w:type="dxa" w:w="2160"/>
          </w:tcPr>
          <w:p>
            <w:r>
              <w:t>0.02667</w:t>
            </w:r>
          </w:p>
        </w:tc>
        <w:tc>
          <w:tcPr>
            <w:tcW w:type="dxa" w:w="2160"/>
          </w:tcPr>
          <w:p>
            <w:r>
              <w:t>2.7%</w:t>
            </w:r>
          </w:p>
        </w:tc>
      </w:tr>
      <w:tr>
        <w:tc>
          <w:tcPr>
            <w:tcW w:type="dxa" w:w="2160"/>
          </w:tcPr>
          <w:p>
            <w:r>
              <w:t>5</w:t>
            </w:r>
          </w:p>
        </w:tc>
        <w:tc>
          <w:tcPr>
            <w:tcW w:type="dxa" w:w="2160"/>
          </w:tcPr>
          <w:p>
            <w:r>
              <w:t>5</w:t>
            </w:r>
          </w:p>
        </w:tc>
        <w:tc>
          <w:tcPr>
            <w:tcW w:type="dxa" w:w="2160"/>
          </w:tcPr>
          <w:p>
            <w:r>
              <w:t>0.01667</w:t>
            </w:r>
          </w:p>
        </w:tc>
        <w:tc>
          <w:tcPr>
            <w:tcW w:type="dxa" w:w="2160"/>
          </w:tcPr>
          <w:p>
            <w:r>
              <w:t>1.7%</w:t>
            </w:r>
          </w:p>
        </w:tc>
      </w:tr>
      <w:tr>
        <w:tc>
          <w:tcPr>
            <w:tcW w:type="dxa" w:w="2160"/>
          </w:tcPr>
          <w:p>
            <w:r>
              <w:t>9</w:t>
            </w:r>
          </w:p>
        </w:tc>
        <w:tc>
          <w:tcPr>
            <w:tcW w:type="dxa" w:w="2160"/>
          </w:tcPr>
          <w:p>
            <w:r>
              <w:t>3</w:t>
            </w:r>
          </w:p>
        </w:tc>
        <w:tc>
          <w:tcPr>
            <w:tcW w:type="dxa" w:w="2160"/>
          </w:tcPr>
          <w:p>
            <w:r>
              <w:t>0.01</w:t>
            </w:r>
          </w:p>
        </w:tc>
        <w:tc>
          <w:tcPr>
            <w:tcW w:type="dxa" w:w="2160"/>
          </w:tcPr>
          <w:p>
            <w:r>
              <w:t>1.0%</w:t>
            </w:r>
          </w:p>
        </w:tc>
      </w:tr>
    </w:tbl>
    <w:p/>
    <w:p>
      <w:pPr>
        <w:pStyle w:val="Heading2"/>
      </w:pPr>
      <w:r>
        <w:t>Figure 41. Find point clusters: cluster hulls [88]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0.09091</w:t>
            </w:r>
          </w:p>
        </w:tc>
        <w:tc>
          <w:tcPr>
            <w:tcW w:type="dxa" w:w="2160"/>
          </w:tcPr>
          <w:p>
            <w:r>
              <w:t>9.1%</w:t>
            </w:r>
          </w:p>
        </w:tc>
      </w:tr>
      <w:tr>
        <w:tc>
          <w:tcPr>
            <w:tcW w:type="dxa" w:w="2160"/>
          </w:tcPr>
          <w:p>
            <w:r>
              <w:t>1</w:t>
            </w:r>
          </w:p>
        </w:tc>
        <w:tc>
          <w:tcPr>
            <w:tcW w:type="dxa" w:w="2160"/>
          </w:tcPr>
          <w:p>
            <w:r>
              <w:t>1</w:t>
            </w:r>
          </w:p>
        </w:tc>
        <w:tc>
          <w:tcPr>
            <w:tcW w:type="dxa" w:w="2160"/>
          </w:tcPr>
          <w:p>
            <w:r>
              <w:t>0.09091</w:t>
            </w:r>
          </w:p>
        </w:tc>
        <w:tc>
          <w:tcPr>
            <w:tcW w:type="dxa" w:w="2160"/>
          </w:tcPr>
          <w:p>
            <w:r>
              <w:t>9.1%</w:t>
            </w:r>
          </w:p>
        </w:tc>
      </w:tr>
      <w:tr>
        <w:tc>
          <w:tcPr>
            <w:tcW w:type="dxa" w:w="2160"/>
          </w:tcPr>
          <w:p>
            <w:r>
              <w:t>10</w:t>
            </w:r>
          </w:p>
        </w:tc>
        <w:tc>
          <w:tcPr>
            <w:tcW w:type="dxa" w:w="2160"/>
          </w:tcPr>
          <w:p>
            <w:r>
              <w:t>1</w:t>
            </w:r>
          </w:p>
        </w:tc>
        <w:tc>
          <w:tcPr>
            <w:tcW w:type="dxa" w:w="2160"/>
          </w:tcPr>
          <w:p>
            <w:r>
              <w:t>0.09091</w:t>
            </w:r>
          </w:p>
        </w:tc>
        <w:tc>
          <w:tcPr>
            <w:tcW w:type="dxa" w:w="2160"/>
          </w:tcPr>
          <w:p>
            <w:r>
              <w:t>9.1%</w:t>
            </w:r>
          </w:p>
        </w:tc>
      </w:tr>
      <w:tr>
        <w:tc>
          <w:tcPr>
            <w:tcW w:type="dxa" w:w="2160"/>
          </w:tcPr>
          <w:p>
            <w:r>
              <w:t>2</w:t>
            </w:r>
          </w:p>
        </w:tc>
        <w:tc>
          <w:tcPr>
            <w:tcW w:type="dxa" w:w="2160"/>
          </w:tcPr>
          <w:p>
            <w:r>
              <w:t>1</w:t>
            </w:r>
          </w:p>
        </w:tc>
        <w:tc>
          <w:tcPr>
            <w:tcW w:type="dxa" w:w="2160"/>
          </w:tcPr>
          <w:p>
            <w:r>
              <w:t>0.09091</w:t>
            </w:r>
          </w:p>
        </w:tc>
        <w:tc>
          <w:tcPr>
            <w:tcW w:type="dxa" w:w="2160"/>
          </w:tcPr>
          <w:p>
            <w:r>
              <w:t>9.1%</w:t>
            </w:r>
          </w:p>
        </w:tc>
      </w:tr>
      <w:tr>
        <w:tc>
          <w:tcPr>
            <w:tcW w:type="dxa" w:w="2160"/>
          </w:tcPr>
          <w:p>
            <w:r>
              <w:t>3</w:t>
            </w:r>
          </w:p>
        </w:tc>
        <w:tc>
          <w:tcPr>
            <w:tcW w:type="dxa" w:w="2160"/>
          </w:tcPr>
          <w:p>
            <w:r>
              <w:t>1</w:t>
            </w:r>
          </w:p>
        </w:tc>
        <w:tc>
          <w:tcPr>
            <w:tcW w:type="dxa" w:w="2160"/>
          </w:tcPr>
          <w:p>
            <w:r>
              <w:t>0.09091</w:t>
            </w:r>
          </w:p>
        </w:tc>
        <w:tc>
          <w:tcPr>
            <w:tcW w:type="dxa" w:w="2160"/>
          </w:tcPr>
          <w:p>
            <w:r>
              <w:t>9.1%</w:t>
            </w:r>
          </w:p>
        </w:tc>
      </w:tr>
      <w:tr>
        <w:tc>
          <w:tcPr>
            <w:tcW w:type="dxa" w:w="2160"/>
          </w:tcPr>
          <w:p>
            <w:r>
              <w:t>4</w:t>
            </w:r>
          </w:p>
        </w:tc>
        <w:tc>
          <w:tcPr>
            <w:tcW w:type="dxa" w:w="2160"/>
          </w:tcPr>
          <w:p>
            <w:r>
              <w:t>1</w:t>
            </w:r>
          </w:p>
        </w:tc>
        <w:tc>
          <w:tcPr>
            <w:tcW w:type="dxa" w:w="2160"/>
          </w:tcPr>
          <w:p>
            <w:r>
              <w:t>0.09091</w:t>
            </w:r>
          </w:p>
        </w:tc>
        <w:tc>
          <w:tcPr>
            <w:tcW w:type="dxa" w:w="2160"/>
          </w:tcPr>
          <w:p>
            <w:r>
              <w:t>9.1%</w:t>
            </w:r>
          </w:p>
        </w:tc>
      </w:tr>
      <w:tr>
        <w:tc>
          <w:tcPr>
            <w:tcW w:type="dxa" w:w="2160"/>
          </w:tcPr>
          <w:p>
            <w:r>
              <w:t>5</w:t>
            </w:r>
          </w:p>
        </w:tc>
        <w:tc>
          <w:tcPr>
            <w:tcW w:type="dxa" w:w="2160"/>
          </w:tcPr>
          <w:p>
            <w:r>
              <w:t>1</w:t>
            </w:r>
          </w:p>
        </w:tc>
        <w:tc>
          <w:tcPr>
            <w:tcW w:type="dxa" w:w="2160"/>
          </w:tcPr>
          <w:p>
            <w:r>
              <w:t>0.09091</w:t>
            </w:r>
          </w:p>
        </w:tc>
        <w:tc>
          <w:tcPr>
            <w:tcW w:type="dxa" w:w="2160"/>
          </w:tcPr>
          <w:p>
            <w:r>
              <w:t>9.1%</w:t>
            </w:r>
          </w:p>
        </w:tc>
      </w:tr>
      <w:tr>
        <w:tc>
          <w:tcPr>
            <w:tcW w:type="dxa" w:w="2160"/>
          </w:tcPr>
          <w:p>
            <w:r>
              <w:t>6</w:t>
            </w:r>
          </w:p>
        </w:tc>
        <w:tc>
          <w:tcPr>
            <w:tcW w:type="dxa" w:w="2160"/>
          </w:tcPr>
          <w:p>
            <w:r>
              <w:t>1</w:t>
            </w:r>
          </w:p>
        </w:tc>
        <w:tc>
          <w:tcPr>
            <w:tcW w:type="dxa" w:w="2160"/>
          </w:tcPr>
          <w:p>
            <w:r>
              <w:t>0.09091</w:t>
            </w:r>
          </w:p>
        </w:tc>
        <w:tc>
          <w:tcPr>
            <w:tcW w:type="dxa" w:w="2160"/>
          </w:tcPr>
          <w:p>
            <w:r>
              <w:t>9.1%</w:t>
            </w:r>
          </w:p>
        </w:tc>
      </w:tr>
      <w:tr>
        <w:tc>
          <w:tcPr>
            <w:tcW w:type="dxa" w:w="2160"/>
          </w:tcPr>
          <w:p>
            <w:r>
              <w:t>7</w:t>
            </w:r>
          </w:p>
        </w:tc>
        <w:tc>
          <w:tcPr>
            <w:tcW w:type="dxa" w:w="2160"/>
          </w:tcPr>
          <w:p>
            <w:r>
              <w:t>1</w:t>
            </w:r>
          </w:p>
        </w:tc>
        <w:tc>
          <w:tcPr>
            <w:tcW w:type="dxa" w:w="2160"/>
          </w:tcPr>
          <w:p>
            <w:r>
              <w:t>0.09091</w:t>
            </w:r>
          </w:p>
        </w:tc>
        <w:tc>
          <w:tcPr>
            <w:tcW w:type="dxa" w:w="2160"/>
          </w:tcPr>
          <w:p>
            <w:r>
              <w:t>9.1%</w:t>
            </w:r>
          </w:p>
        </w:tc>
      </w:tr>
      <w:tr>
        <w:tc>
          <w:tcPr>
            <w:tcW w:type="dxa" w:w="2160"/>
          </w:tcPr>
          <w:p>
            <w:r>
              <w:t>8</w:t>
            </w:r>
          </w:p>
        </w:tc>
        <w:tc>
          <w:tcPr>
            <w:tcW w:type="dxa" w:w="2160"/>
          </w:tcPr>
          <w:p>
            <w:r>
              <w:t>1</w:t>
            </w:r>
          </w:p>
        </w:tc>
        <w:tc>
          <w:tcPr>
            <w:tcW w:type="dxa" w:w="2160"/>
          </w:tcPr>
          <w:p>
            <w:r>
              <w:t>0.09091</w:t>
            </w:r>
          </w:p>
        </w:tc>
        <w:tc>
          <w:tcPr>
            <w:tcW w:type="dxa" w:w="2160"/>
          </w:tcPr>
          <w:p>
            <w:r>
              <w:t>9.1%</w:t>
            </w:r>
          </w:p>
        </w:tc>
      </w:tr>
      <w:tr>
        <w:tc>
          <w:tcPr>
            <w:tcW w:type="dxa" w:w="2160"/>
          </w:tcPr>
          <w:p>
            <w:r>
              <w:t>9</w:t>
            </w:r>
          </w:p>
        </w:tc>
        <w:tc>
          <w:tcPr>
            <w:tcW w:type="dxa" w:w="2160"/>
          </w:tcPr>
          <w:p>
            <w:r>
              <w:t>1</w:t>
            </w:r>
          </w:p>
        </w:tc>
        <w:tc>
          <w:tcPr>
            <w:tcW w:type="dxa" w:w="2160"/>
          </w:tcPr>
          <w:p>
            <w:r>
              <w:t>0.09091</w:t>
            </w:r>
          </w:p>
        </w:tc>
        <w:tc>
          <w:tcPr>
            <w:tcW w:type="dxa" w:w="2160"/>
          </w:tcPr>
          <w:p>
            <w:r>
              <w:t>9.1%</w:t>
            </w:r>
          </w:p>
        </w:tc>
      </w:tr>
    </w:tbl>
    <w:p/>
    <w:p>
      <w:pPr>
        <w:pStyle w:val="Heading2"/>
      </w:pPr>
      <w:r>
        <w:t>Figure 42. Find point clusters: Leak and burst repairs [89]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830</w:t>
            </w:r>
          </w:p>
        </w:tc>
        <w:tc>
          <w:tcPr>
            <w:tcW w:type="dxa" w:w="2160"/>
          </w:tcPr>
          <w:p>
            <w:r>
              <w:t>0.8737</w:t>
            </w:r>
          </w:p>
        </w:tc>
        <w:tc>
          <w:tcPr>
            <w:tcW w:type="dxa" w:w="2160"/>
          </w:tcPr>
          <w:p>
            <w:r>
              <w:t>87.4%</w:t>
            </w:r>
          </w:p>
        </w:tc>
      </w:tr>
      <w:tr>
        <w:tc>
          <w:tcPr>
            <w:tcW w:type="dxa" w:w="2160"/>
          </w:tcPr>
          <w:p>
            <w:r>
              <w:t>1</w:t>
            </w:r>
          </w:p>
        </w:tc>
        <w:tc>
          <w:tcPr>
            <w:tcW w:type="dxa" w:w="2160"/>
          </w:tcPr>
          <w:p>
            <w:r>
              <w:t>56</w:t>
            </w:r>
          </w:p>
        </w:tc>
        <w:tc>
          <w:tcPr>
            <w:tcW w:type="dxa" w:w="2160"/>
          </w:tcPr>
          <w:p>
            <w:r>
              <w:t>0.05895</w:t>
            </w:r>
          </w:p>
        </w:tc>
        <w:tc>
          <w:tcPr>
            <w:tcW w:type="dxa" w:w="2160"/>
          </w:tcPr>
          <w:p>
            <w:r>
              <w:t>5.9%</w:t>
            </w:r>
          </w:p>
        </w:tc>
      </w:tr>
      <w:tr>
        <w:tc>
          <w:tcPr>
            <w:tcW w:type="dxa" w:w="2160"/>
          </w:tcPr>
          <w:p>
            <w:r>
              <w:t>0</w:t>
            </w:r>
          </w:p>
        </w:tc>
        <w:tc>
          <w:tcPr>
            <w:tcW w:type="dxa" w:w="2160"/>
          </w:tcPr>
          <w:p>
            <w:r>
              <w:t>38</w:t>
            </w:r>
          </w:p>
        </w:tc>
        <w:tc>
          <w:tcPr>
            <w:tcW w:type="dxa" w:w="2160"/>
          </w:tcPr>
          <w:p>
            <w:r>
              <w:t>0.04</w:t>
            </w:r>
          </w:p>
        </w:tc>
        <w:tc>
          <w:tcPr>
            <w:tcW w:type="dxa" w:w="2160"/>
          </w:tcPr>
          <w:p>
            <w:r>
              <w:t>4.0%</w:t>
            </w:r>
          </w:p>
        </w:tc>
      </w:tr>
      <w:tr>
        <w:tc>
          <w:tcPr>
            <w:tcW w:type="dxa" w:w="2160"/>
          </w:tcPr>
          <w:p>
            <w:r>
              <w:t>2</w:t>
            </w:r>
          </w:p>
        </w:tc>
        <w:tc>
          <w:tcPr>
            <w:tcW w:type="dxa" w:w="2160"/>
          </w:tcPr>
          <w:p>
            <w:r>
              <w:t>26</w:t>
            </w:r>
          </w:p>
        </w:tc>
        <w:tc>
          <w:tcPr>
            <w:tcW w:type="dxa" w:w="2160"/>
          </w:tcPr>
          <w:p>
            <w:r>
              <w:t>0.02737</w:t>
            </w:r>
          </w:p>
        </w:tc>
        <w:tc>
          <w:tcPr>
            <w:tcW w:type="dxa" w:w="2160"/>
          </w:tcPr>
          <w:p>
            <w:r>
              <w:t>2.7%</w:t>
            </w:r>
          </w:p>
        </w:tc>
      </w:tr>
    </w:tbl>
    <w:p/>
    <w:p>
      <w:pPr>
        <w:pStyle w:val="Heading2"/>
      </w:pPr>
      <w:r>
        <w:t>Figure 43. Find point clusters: cluster hulls [90]</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0.3333</w:t>
            </w:r>
          </w:p>
        </w:tc>
        <w:tc>
          <w:tcPr>
            <w:tcW w:type="dxa" w:w="2160"/>
          </w:tcPr>
          <w:p>
            <w:r>
              <w:t>33.3%</w:t>
            </w:r>
          </w:p>
        </w:tc>
      </w:tr>
      <w:tr>
        <w:tc>
          <w:tcPr>
            <w:tcW w:type="dxa" w:w="2160"/>
          </w:tcPr>
          <w:p>
            <w:r>
              <w:t>1</w:t>
            </w:r>
          </w:p>
        </w:tc>
        <w:tc>
          <w:tcPr>
            <w:tcW w:type="dxa" w:w="2160"/>
          </w:tcPr>
          <w:p>
            <w:r>
              <w:t>1</w:t>
            </w:r>
          </w:p>
        </w:tc>
        <w:tc>
          <w:tcPr>
            <w:tcW w:type="dxa" w:w="2160"/>
          </w:tcPr>
          <w:p>
            <w:r>
              <w:t>0.3333</w:t>
            </w:r>
          </w:p>
        </w:tc>
        <w:tc>
          <w:tcPr>
            <w:tcW w:type="dxa" w:w="2160"/>
          </w:tcPr>
          <w:p>
            <w:r>
              <w:t>33.3%</w:t>
            </w:r>
          </w:p>
        </w:tc>
      </w:tr>
      <w:tr>
        <w:tc>
          <w:tcPr>
            <w:tcW w:type="dxa" w:w="2160"/>
          </w:tcPr>
          <w:p>
            <w:r>
              <w:t>2</w:t>
            </w:r>
          </w:p>
        </w:tc>
        <w:tc>
          <w:tcPr>
            <w:tcW w:type="dxa" w:w="2160"/>
          </w:tcPr>
          <w:p>
            <w:r>
              <w:t>1</w:t>
            </w:r>
          </w:p>
        </w:tc>
        <w:tc>
          <w:tcPr>
            <w:tcW w:type="dxa" w:w="2160"/>
          </w:tcPr>
          <w:p>
            <w:r>
              <w:t>0.3333</w:t>
            </w:r>
          </w:p>
        </w:tc>
        <w:tc>
          <w:tcPr>
            <w:tcW w:type="dxa" w:w="2160"/>
          </w:tcPr>
          <w:p>
            <w:r>
              <w:t>33.3%</w:t>
            </w:r>
          </w:p>
        </w:tc>
      </w:tr>
    </w:tbl>
    <w:p/>
    <w:p>
      <w:pPr>
        <w:pStyle w:val="Heading2"/>
      </w:pPr>
      <w:r>
        <w:t>Figure 44. Find point clusters: Customer complaints [91]</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289</w:t>
            </w:r>
          </w:p>
        </w:tc>
        <w:tc>
          <w:tcPr>
            <w:tcW w:type="dxa" w:w="2160"/>
          </w:tcPr>
          <w:p>
            <w:r>
              <w:t>0.5558</w:t>
            </w:r>
          </w:p>
        </w:tc>
        <w:tc>
          <w:tcPr>
            <w:tcW w:type="dxa" w:w="2160"/>
          </w:tcPr>
          <w:p>
            <w:r>
              <w:t>55.6%</w:t>
            </w:r>
          </w:p>
        </w:tc>
      </w:tr>
      <w:tr>
        <w:tc>
          <w:tcPr>
            <w:tcW w:type="dxa" w:w="2160"/>
          </w:tcPr>
          <w:p>
            <w:r>
              <w:t>Noise</w:t>
            </w:r>
          </w:p>
        </w:tc>
        <w:tc>
          <w:tcPr>
            <w:tcW w:type="dxa" w:w="2160"/>
          </w:tcPr>
          <w:p>
            <w:r>
              <w:t>196</w:t>
            </w:r>
          </w:p>
        </w:tc>
        <w:tc>
          <w:tcPr>
            <w:tcW w:type="dxa" w:w="2160"/>
          </w:tcPr>
          <w:p>
            <w:r>
              <w:t>0.3769</w:t>
            </w:r>
          </w:p>
        </w:tc>
        <w:tc>
          <w:tcPr>
            <w:tcW w:type="dxa" w:w="2160"/>
          </w:tcPr>
          <w:p>
            <w:r>
              <w:t>37.7%</w:t>
            </w:r>
          </w:p>
        </w:tc>
      </w:tr>
      <w:tr>
        <w:tc>
          <w:tcPr>
            <w:tcW w:type="dxa" w:w="2160"/>
          </w:tcPr>
          <w:p>
            <w:r>
              <w:t>1</w:t>
            </w:r>
          </w:p>
        </w:tc>
        <w:tc>
          <w:tcPr>
            <w:tcW w:type="dxa" w:w="2160"/>
          </w:tcPr>
          <w:p>
            <w:r>
              <w:t>21</w:t>
            </w:r>
          </w:p>
        </w:tc>
        <w:tc>
          <w:tcPr>
            <w:tcW w:type="dxa" w:w="2160"/>
          </w:tcPr>
          <w:p>
            <w:r>
              <w:t>0.04038</w:t>
            </w:r>
          </w:p>
        </w:tc>
        <w:tc>
          <w:tcPr>
            <w:tcW w:type="dxa" w:w="2160"/>
          </w:tcPr>
          <w:p>
            <w:r>
              <w:t>4.0%</w:t>
            </w:r>
          </w:p>
        </w:tc>
      </w:tr>
      <w:tr>
        <w:tc>
          <w:tcPr>
            <w:tcW w:type="dxa" w:w="2160"/>
          </w:tcPr>
          <w:p>
            <w:r>
              <w:t>2</w:t>
            </w:r>
          </w:p>
        </w:tc>
        <w:tc>
          <w:tcPr>
            <w:tcW w:type="dxa" w:w="2160"/>
          </w:tcPr>
          <w:p>
            <w:r>
              <w:t>14</w:t>
            </w:r>
          </w:p>
        </w:tc>
        <w:tc>
          <w:tcPr>
            <w:tcW w:type="dxa" w:w="2160"/>
          </w:tcPr>
          <w:p>
            <w:r>
              <w:t>0.02692</w:t>
            </w:r>
          </w:p>
        </w:tc>
        <w:tc>
          <w:tcPr>
            <w:tcW w:type="dxa" w:w="2160"/>
          </w:tcPr>
          <w:p>
            <w:r>
              <w:t>2.7%</w:t>
            </w:r>
          </w:p>
        </w:tc>
      </w:tr>
    </w:tbl>
    <w:p/>
    <w:p>
      <w:pPr>
        <w:pStyle w:val="Heading2"/>
      </w:pPr>
      <w:r>
        <w:t>Figure 45. Find point clusters: cluster hulls [92]</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0.3333</w:t>
            </w:r>
          </w:p>
        </w:tc>
        <w:tc>
          <w:tcPr>
            <w:tcW w:type="dxa" w:w="2160"/>
          </w:tcPr>
          <w:p>
            <w:r>
              <w:t>33.3%</w:t>
            </w:r>
          </w:p>
        </w:tc>
      </w:tr>
      <w:tr>
        <w:tc>
          <w:tcPr>
            <w:tcW w:type="dxa" w:w="2160"/>
          </w:tcPr>
          <w:p>
            <w:r>
              <w:t>1</w:t>
            </w:r>
          </w:p>
        </w:tc>
        <w:tc>
          <w:tcPr>
            <w:tcW w:type="dxa" w:w="2160"/>
          </w:tcPr>
          <w:p>
            <w:r>
              <w:t>1</w:t>
            </w:r>
          </w:p>
        </w:tc>
        <w:tc>
          <w:tcPr>
            <w:tcW w:type="dxa" w:w="2160"/>
          </w:tcPr>
          <w:p>
            <w:r>
              <w:t>0.3333</w:t>
            </w:r>
          </w:p>
        </w:tc>
        <w:tc>
          <w:tcPr>
            <w:tcW w:type="dxa" w:w="2160"/>
          </w:tcPr>
          <w:p>
            <w:r>
              <w:t>33.3%</w:t>
            </w:r>
          </w:p>
        </w:tc>
      </w:tr>
      <w:tr>
        <w:tc>
          <w:tcPr>
            <w:tcW w:type="dxa" w:w="2160"/>
          </w:tcPr>
          <w:p>
            <w:r>
              <w:t>2</w:t>
            </w:r>
          </w:p>
        </w:tc>
        <w:tc>
          <w:tcPr>
            <w:tcW w:type="dxa" w:w="2160"/>
          </w:tcPr>
          <w:p>
            <w:r>
              <w:t>1</w:t>
            </w:r>
          </w:p>
        </w:tc>
        <w:tc>
          <w:tcPr>
            <w:tcW w:type="dxa" w:w="2160"/>
          </w:tcPr>
          <w:p>
            <w:r>
              <w:t>0.3333</w:t>
            </w:r>
          </w:p>
        </w:tc>
        <w:tc>
          <w:tcPr>
            <w:tcW w:type="dxa" w:w="2160"/>
          </w:tcPr>
          <w:p>
            <w:r>
              <w:t>33.3%</w:t>
            </w:r>
          </w:p>
        </w:tc>
      </w:tr>
    </w:tbl>
    <w:p/>
    <w:p>
      <w:pPr>
        <w:pStyle w:val="Heading2"/>
      </w:pPr>
      <w:r>
        <w:t>Figure 46. Repeat and near repeat classification: Leak and burst repairs over time [93]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2023-10-01</w:t>
            </w:r>
          </w:p>
        </w:tc>
        <w:tc>
          <w:tcPr>
            <w:tcW w:type="dxa" w:w="2880"/>
          </w:tcPr>
          <w:p>
            <w:r>
              <w:t>leak</w:t>
            </w:r>
          </w:p>
        </w:tc>
        <w:tc>
          <w:tcPr>
            <w:tcW w:type="dxa" w:w="2880"/>
          </w:tcPr>
          <w:p>
            <w:r>
              <w:t>9</w:t>
            </w:r>
          </w:p>
        </w:tc>
      </w:tr>
      <w:tr>
        <w:tc>
          <w:tcPr>
            <w:tcW w:type="dxa" w:w="2880"/>
          </w:tcPr>
          <w:p>
            <w:r>
              <w:t>2023-10-01</w:t>
            </w:r>
          </w:p>
        </w:tc>
        <w:tc>
          <w:tcPr>
            <w:tcW w:type="dxa" w:w="2880"/>
          </w:tcPr>
          <w:p>
            <w:r>
              <w:t>burst</w:t>
            </w:r>
          </w:p>
        </w:tc>
        <w:tc>
          <w:tcPr>
            <w:tcW w:type="dxa" w:w="2880"/>
          </w:tcPr>
          <w:p>
            <w:r>
              <w:t>5</w:t>
            </w:r>
          </w:p>
        </w:tc>
      </w:tr>
      <w:tr>
        <w:tc>
          <w:tcPr>
            <w:tcW w:type="dxa" w:w="2880"/>
          </w:tcPr>
          <w:p>
            <w:r>
              <w:t>2023-10-01</w:t>
            </w:r>
          </w:p>
        </w:tc>
        <w:tc>
          <w:tcPr>
            <w:tcW w:type="dxa" w:w="2880"/>
          </w:tcPr>
          <w:p>
            <w:r>
              <w:t>joint failure</w:t>
            </w:r>
          </w:p>
        </w:tc>
        <w:tc>
          <w:tcPr>
            <w:tcW w:type="dxa" w:w="2880"/>
          </w:tcPr>
          <w:p>
            <w:r>
              <w:t>4</w:t>
            </w:r>
          </w:p>
        </w:tc>
      </w:tr>
      <w:tr>
        <w:tc>
          <w:tcPr>
            <w:tcW w:type="dxa" w:w="2880"/>
          </w:tcPr>
          <w:p>
            <w:r>
              <w:t>2023-10-01</w:t>
            </w:r>
          </w:p>
        </w:tc>
        <w:tc>
          <w:tcPr>
            <w:tcW w:type="dxa" w:w="2880"/>
          </w:tcPr>
          <w:p>
            <w:r>
              <w:t>valve leak</w:t>
            </w:r>
          </w:p>
        </w:tc>
        <w:tc>
          <w:tcPr>
            <w:tcW w:type="dxa" w:w="2880"/>
          </w:tcPr>
          <w:p>
            <w:r>
              <w:t>2</w:t>
            </w:r>
          </w:p>
        </w:tc>
      </w:tr>
      <w:tr>
        <w:tc>
          <w:tcPr>
            <w:tcW w:type="dxa" w:w="2880"/>
          </w:tcPr>
          <w:p>
            <w:r>
              <w:t>2023-11-01</w:t>
            </w:r>
          </w:p>
        </w:tc>
        <w:tc>
          <w:tcPr>
            <w:tcW w:type="dxa" w:w="2880"/>
          </w:tcPr>
          <w:p>
            <w:r>
              <w:t>leak</w:t>
            </w:r>
          </w:p>
        </w:tc>
        <w:tc>
          <w:tcPr>
            <w:tcW w:type="dxa" w:w="2880"/>
          </w:tcPr>
          <w:p>
            <w:r>
              <w:t>9</w:t>
            </w:r>
          </w:p>
        </w:tc>
      </w:tr>
      <w:tr>
        <w:tc>
          <w:tcPr>
            <w:tcW w:type="dxa" w:w="2880"/>
          </w:tcPr>
          <w:p>
            <w:r>
              <w:t>2023-11-01</w:t>
            </w:r>
          </w:p>
        </w:tc>
        <w:tc>
          <w:tcPr>
            <w:tcW w:type="dxa" w:w="2880"/>
          </w:tcPr>
          <w:p>
            <w:r>
              <w:t>burst</w:t>
            </w:r>
          </w:p>
        </w:tc>
        <w:tc>
          <w:tcPr>
            <w:tcW w:type="dxa" w:w="2880"/>
          </w:tcPr>
          <w:p>
            <w:r>
              <w:t>5</w:t>
            </w:r>
          </w:p>
        </w:tc>
      </w:tr>
      <w:tr>
        <w:tc>
          <w:tcPr>
            <w:tcW w:type="dxa" w:w="2880"/>
          </w:tcPr>
          <w:p>
            <w:r>
              <w:t>2023-11-01</w:t>
            </w:r>
          </w:p>
        </w:tc>
        <w:tc>
          <w:tcPr>
            <w:tcW w:type="dxa" w:w="2880"/>
          </w:tcPr>
          <w:p>
            <w:r>
              <w:t>joint failure</w:t>
            </w:r>
          </w:p>
        </w:tc>
        <w:tc>
          <w:tcPr>
            <w:tcW w:type="dxa" w:w="2880"/>
          </w:tcPr>
          <w:p>
            <w:r>
              <w:t>0</w:t>
            </w:r>
          </w:p>
        </w:tc>
      </w:tr>
      <w:tr>
        <w:tc>
          <w:tcPr>
            <w:tcW w:type="dxa" w:w="2880"/>
          </w:tcPr>
          <w:p>
            <w:r>
              <w:t>2023-11-01</w:t>
            </w:r>
          </w:p>
        </w:tc>
        <w:tc>
          <w:tcPr>
            <w:tcW w:type="dxa" w:w="2880"/>
          </w:tcPr>
          <w:p>
            <w:r>
              <w:t>valve leak</w:t>
            </w:r>
          </w:p>
        </w:tc>
        <w:tc>
          <w:tcPr>
            <w:tcW w:type="dxa" w:w="2880"/>
          </w:tcPr>
          <w:p>
            <w:r>
              <w:t>0</w:t>
            </w:r>
          </w:p>
        </w:tc>
      </w:tr>
      <w:tr>
        <w:tc>
          <w:tcPr>
            <w:tcW w:type="dxa" w:w="2880"/>
          </w:tcPr>
          <w:p>
            <w:r>
              <w:t>2023-12-01</w:t>
            </w:r>
          </w:p>
        </w:tc>
        <w:tc>
          <w:tcPr>
            <w:tcW w:type="dxa" w:w="2880"/>
          </w:tcPr>
          <w:p>
            <w:r>
              <w:t>leak</w:t>
            </w:r>
          </w:p>
        </w:tc>
        <w:tc>
          <w:tcPr>
            <w:tcW w:type="dxa" w:w="2880"/>
          </w:tcPr>
          <w:p>
            <w:r>
              <w:t>7</w:t>
            </w:r>
          </w:p>
        </w:tc>
      </w:tr>
      <w:tr>
        <w:tc>
          <w:tcPr>
            <w:tcW w:type="dxa" w:w="2880"/>
          </w:tcPr>
          <w:p>
            <w:r>
              <w:t>2023-12-01</w:t>
            </w:r>
          </w:p>
        </w:tc>
        <w:tc>
          <w:tcPr>
            <w:tcW w:type="dxa" w:w="2880"/>
          </w:tcPr>
          <w:p>
            <w:r>
              <w:t>burst</w:t>
            </w:r>
          </w:p>
        </w:tc>
        <w:tc>
          <w:tcPr>
            <w:tcW w:type="dxa" w:w="2880"/>
          </w:tcPr>
          <w:p>
            <w:r>
              <w:t>5</w:t>
            </w:r>
          </w:p>
        </w:tc>
      </w:tr>
      <w:tr>
        <w:tc>
          <w:tcPr>
            <w:tcW w:type="dxa" w:w="2880"/>
          </w:tcPr>
          <w:p>
            <w:r>
              <w:t>2023-12-01</w:t>
            </w:r>
          </w:p>
        </w:tc>
        <w:tc>
          <w:tcPr>
            <w:tcW w:type="dxa" w:w="2880"/>
          </w:tcPr>
          <w:p>
            <w:r>
              <w:t>joint failure</w:t>
            </w:r>
          </w:p>
        </w:tc>
        <w:tc>
          <w:tcPr>
            <w:tcW w:type="dxa" w:w="2880"/>
          </w:tcPr>
          <w:p>
            <w:r>
              <w:t>1</w:t>
            </w:r>
          </w:p>
        </w:tc>
      </w:tr>
      <w:tr>
        <w:tc>
          <w:tcPr>
            <w:tcW w:type="dxa" w:w="2880"/>
          </w:tcPr>
          <w:p>
            <w:r>
              <w:t>2023-12-01</w:t>
            </w:r>
          </w:p>
        </w:tc>
        <w:tc>
          <w:tcPr>
            <w:tcW w:type="dxa" w:w="2880"/>
          </w:tcPr>
          <w:p>
            <w:r>
              <w:t>valve leak</w:t>
            </w:r>
          </w:p>
        </w:tc>
        <w:tc>
          <w:tcPr>
            <w:tcW w:type="dxa" w:w="2880"/>
          </w:tcPr>
          <w:p>
            <w:r>
              <w:t>4</w:t>
            </w:r>
          </w:p>
        </w:tc>
      </w:tr>
      <w:tr>
        <w:tc>
          <w:tcPr>
            <w:tcW w:type="dxa" w:w="2880"/>
          </w:tcPr>
          <w:p>
            <w:r>
              <w:t>2024-01-01</w:t>
            </w:r>
          </w:p>
        </w:tc>
        <w:tc>
          <w:tcPr>
            <w:tcW w:type="dxa" w:w="2880"/>
          </w:tcPr>
          <w:p>
            <w:r>
              <w:t>leak</w:t>
            </w:r>
          </w:p>
        </w:tc>
        <w:tc>
          <w:tcPr>
            <w:tcW w:type="dxa" w:w="2880"/>
          </w:tcPr>
          <w:p>
            <w:r>
              <w:t>9</w:t>
            </w:r>
          </w:p>
        </w:tc>
      </w:tr>
      <w:tr>
        <w:tc>
          <w:tcPr>
            <w:tcW w:type="dxa" w:w="2880"/>
          </w:tcPr>
          <w:p>
            <w:r>
              <w:t>2024-01-01</w:t>
            </w:r>
          </w:p>
        </w:tc>
        <w:tc>
          <w:tcPr>
            <w:tcW w:type="dxa" w:w="2880"/>
          </w:tcPr>
          <w:p>
            <w:r>
              <w:t>burst</w:t>
            </w:r>
          </w:p>
        </w:tc>
        <w:tc>
          <w:tcPr>
            <w:tcW w:type="dxa" w:w="2880"/>
          </w:tcPr>
          <w:p>
            <w:r>
              <w:t>0</w:t>
            </w:r>
          </w:p>
        </w:tc>
      </w:tr>
      <w:tr>
        <w:tc>
          <w:tcPr>
            <w:tcW w:type="dxa" w:w="2880"/>
          </w:tcPr>
          <w:p>
            <w:r>
              <w:t>2024-01-01</w:t>
            </w:r>
          </w:p>
        </w:tc>
        <w:tc>
          <w:tcPr>
            <w:tcW w:type="dxa" w:w="2880"/>
          </w:tcPr>
          <w:p>
            <w:r>
              <w:t>joint failure</w:t>
            </w:r>
          </w:p>
        </w:tc>
        <w:tc>
          <w:tcPr>
            <w:tcW w:type="dxa" w:w="2880"/>
          </w:tcPr>
          <w:p>
            <w:r>
              <w:t>1</w:t>
            </w:r>
          </w:p>
        </w:tc>
      </w:tr>
      <w:tr>
        <w:tc>
          <w:tcPr>
            <w:tcW w:type="dxa" w:w="2880"/>
          </w:tcPr>
          <w:p>
            <w:r>
              <w:t>2024-01-01</w:t>
            </w:r>
          </w:p>
        </w:tc>
        <w:tc>
          <w:tcPr>
            <w:tcW w:type="dxa" w:w="2880"/>
          </w:tcPr>
          <w:p>
            <w:r>
              <w:t>valve leak</w:t>
            </w:r>
          </w:p>
        </w:tc>
        <w:tc>
          <w:tcPr>
            <w:tcW w:type="dxa" w:w="2880"/>
          </w:tcPr>
          <w:p>
            <w:r>
              <w:t>0</w:t>
            </w:r>
          </w:p>
        </w:tc>
      </w:tr>
      <w:tr>
        <w:tc>
          <w:tcPr>
            <w:tcW w:type="dxa" w:w="2880"/>
          </w:tcPr>
          <w:p>
            <w:r>
              <w:t>2024-02-01</w:t>
            </w:r>
          </w:p>
        </w:tc>
        <w:tc>
          <w:tcPr>
            <w:tcW w:type="dxa" w:w="2880"/>
          </w:tcPr>
          <w:p>
            <w:r>
              <w:t>leak</w:t>
            </w:r>
          </w:p>
        </w:tc>
        <w:tc>
          <w:tcPr>
            <w:tcW w:type="dxa" w:w="2880"/>
          </w:tcPr>
          <w:p>
            <w:r>
              <w:t>8</w:t>
            </w:r>
          </w:p>
        </w:tc>
      </w:tr>
      <w:tr>
        <w:tc>
          <w:tcPr>
            <w:tcW w:type="dxa" w:w="2880"/>
          </w:tcPr>
          <w:p>
            <w:r>
              <w:t>2024-02-01</w:t>
            </w:r>
          </w:p>
        </w:tc>
        <w:tc>
          <w:tcPr>
            <w:tcW w:type="dxa" w:w="2880"/>
          </w:tcPr>
          <w:p>
            <w:r>
              <w:t>burst</w:t>
            </w:r>
          </w:p>
        </w:tc>
        <w:tc>
          <w:tcPr>
            <w:tcW w:type="dxa" w:w="2880"/>
          </w:tcPr>
          <w:p>
            <w:r>
              <w:t>2</w:t>
            </w:r>
          </w:p>
        </w:tc>
      </w:tr>
      <w:tr>
        <w:tc>
          <w:tcPr>
            <w:tcW w:type="dxa" w:w="2880"/>
          </w:tcPr>
          <w:p>
            <w:r>
              <w:t>2024-02-01</w:t>
            </w:r>
          </w:p>
        </w:tc>
        <w:tc>
          <w:tcPr>
            <w:tcW w:type="dxa" w:w="2880"/>
          </w:tcPr>
          <w:p>
            <w:r>
              <w:t>joint failure</w:t>
            </w:r>
          </w:p>
        </w:tc>
        <w:tc>
          <w:tcPr>
            <w:tcW w:type="dxa" w:w="2880"/>
          </w:tcPr>
          <w:p>
            <w:r>
              <w:t>2</w:t>
            </w:r>
          </w:p>
        </w:tc>
      </w:tr>
      <w:tr>
        <w:tc>
          <w:tcPr>
            <w:tcW w:type="dxa" w:w="2880"/>
          </w:tcPr>
          <w:p>
            <w:r>
              <w:t>2024-02-01</w:t>
            </w:r>
          </w:p>
        </w:tc>
        <w:tc>
          <w:tcPr>
            <w:tcW w:type="dxa" w:w="2880"/>
          </w:tcPr>
          <w:p>
            <w:r>
              <w:t>valve leak</w:t>
            </w:r>
          </w:p>
        </w:tc>
        <w:tc>
          <w:tcPr>
            <w:tcW w:type="dxa" w:w="2880"/>
          </w:tcPr>
          <w:p>
            <w:r>
              <w:t>1</w:t>
            </w:r>
          </w:p>
        </w:tc>
      </w:tr>
      <w:tr>
        <w:tc>
          <w:tcPr>
            <w:tcW w:type="dxa" w:w="2880"/>
          </w:tcPr>
          <w:p>
            <w:r>
              <w:t>2024-03-01</w:t>
            </w:r>
          </w:p>
        </w:tc>
        <w:tc>
          <w:tcPr>
            <w:tcW w:type="dxa" w:w="2880"/>
          </w:tcPr>
          <w:p>
            <w:r>
              <w:t>leak</w:t>
            </w:r>
          </w:p>
        </w:tc>
        <w:tc>
          <w:tcPr>
            <w:tcW w:type="dxa" w:w="2880"/>
          </w:tcPr>
          <w:p>
            <w:r>
              <w:t>8</w:t>
            </w:r>
          </w:p>
        </w:tc>
      </w:tr>
      <w:tr>
        <w:tc>
          <w:tcPr>
            <w:tcW w:type="dxa" w:w="2880"/>
          </w:tcPr>
          <w:p>
            <w:r>
              <w:t>2024-03-01</w:t>
            </w:r>
          </w:p>
        </w:tc>
        <w:tc>
          <w:tcPr>
            <w:tcW w:type="dxa" w:w="2880"/>
          </w:tcPr>
          <w:p>
            <w:r>
              <w:t>burst</w:t>
            </w:r>
          </w:p>
        </w:tc>
        <w:tc>
          <w:tcPr>
            <w:tcW w:type="dxa" w:w="2880"/>
          </w:tcPr>
          <w:p>
            <w:r>
              <w:t>7</w:t>
            </w:r>
          </w:p>
        </w:tc>
      </w:tr>
      <w:tr>
        <w:tc>
          <w:tcPr>
            <w:tcW w:type="dxa" w:w="2880"/>
          </w:tcPr>
          <w:p>
            <w:r>
              <w:t>2024-03-01</w:t>
            </w:r>
          </w:p>
        </w:tc>
        <w:tc>
          <w:tcPr>
            <w:tcW w:type="dxa" w:w="2880"/>
          </w:tcPr>
          <w:p>
            <w:r>
              <w:t>joint failure</w:t>
            </w:r>
          </w:p>
        </w:tc>
        <w:tc>
          <w:tcPr>
            <w:tcW w:type="dxa" w:w="2880"/>
          </w:tcPr>
          <w:p>
            <w:r>
              <w:t>1</w:t>
            </w:r>
          </w:p>
        </w:tc>
      </w:tr>
      <w:tr>
        <w:tc>
          <w:tcPr>
            <w:tcW w:type="dxa" w:w="2880"/>
          </w:tcPr>
          <w:p>
            <w:r>
              <w:t>2024-03-01</w:t>
            </w:r>
          </w:p>
        </w:tc>
        <w:tc>
          <w:tcPr>
            <w:tcW w:type="dxa" w:w="2880"/>
          </w:tcPr>
          <w:p>
            <w:r>
              <w:t>valve leak</w:t>
            </w:r>
          </w:p>
        </w:tc>
        <w:tc>
          <w:tcPr>
            <w:tcW w:type="dxa" w:w="2880"/>
          </w:tcPr>
          <w:p>
            <w:r>
              <w:t>1</w:t>
            </w:r>
          </w:p>
        </w:tc>
      </w:tr>
      <w:tr>
        <w:tc>
          <w:tcPr>
            <w:tcW w:type="dxa" w:w="2880"/>
          </w:tcPr>
          <w:p>
            <w:r>
              <w:t>2024-04-01</w:t>
            </w:r>
          </w:p>
        </w:tc>
        <w:tc>
          <w:tcPr>
            <w:tcW w:type="dxa" w:w="2880"/>
          </w:tcPr>
          <w:p>
            <w:r>
              <w:t>leak</w:t>
            </w:r>
          </w:p>
        </w:tc>
        <w:tc>
          <w:tcPr>
            <w:tcW w:type="dxa" w:w="2880"/>
          </w:tcPr>
          <w:p>
            <w:r>
              <w:t>21</w:t>
            </w:r>
          </w:p>
        </w:tc>
      </w:tr>
      <w:tr>
        <w:tc>
          <w:tcPr>
            <w:tcW w:type="dxa" w:w="2880"/>
          </w:tcPr>
          <w:p>
            <w:r>
              <w:t>2024-04-01</w:t>
            </w:r>
          </w:p>
        </w:tc>
        <w:tc>
          <w:tcPr>
            <w:tcW w:type="dxa" w:w="2880"/>
          </w:tcPr>
          <w:p>
            <w:r>
              <w:t>burst</w:t>
            </w:r>
          </w:p>
        </w:tc>
        <w:tc>
          <w:tcPr>
            <w:tcW w:type="dxa" w:w="2880"/>
          </w:tcPr>
          <w:p>
            <w:r>
              <w:t>5</w:t>
            </w:r>
          </w:p>
        </w:tc>
      </w:tr>
      <w:tr>
        <w:tc>
          <w:tcPr>
            <w:tcW w:type="dxa" w:w="2880"/>
          </w:tcPr>
          <w:p>
            <w:r>
              <w:t>2024-04-01</w:t>
            </w:r>
          </w:p>
        </w:tc>
        <w:tc>
          <w:tcPr>
            <w:tcW w:type="dxa" w:w="2880"/>
          </w:tcPr>
          <w:p>
            <w:r>
              <w:t>joint failure</w:t>
            </w:r>
          </w:p>
        </w:tc>
        <w:tc>
          <w:tcPr>
            <w:tcW w:type="dxa" w:w="2880"/>
          </w:tcPr>
          <w:p>
            <w:r>
              <w:t>6</w:t>
            </w:r>
          </w:p>
        </w:tc>
      </w:tr>
      <w:tr>
        <w:tc>
          <w:tcPr>
            <w:tcW w:type="dxa" w:w="2880"/>
          </w:tcPr>
          <w:p>
            <w:r>
              <w:t>2024-04-01</w:t>
            </w:r>
          </w:p>
        </w:tc>
        <w:tc>
          <w:tcPr>
            <w:tcW w:type="dxa" w:w="2880"/>
          </w:tcPr>
          <w:p>
            <w:r>
              <w:t>valve leak</w:t>
            </w:r>
          </w:p>
        </w:tc>
        <w:tc>
          <w:tcPr>
            <w:tcW w:type="dxa" w:w="2880"/>
          </w:tcPr>
          <w:p>
            <w:r>
              <w:t>2</w:t>
            </w:r>
          </w:p>
        </w:tc>
      </w:tr>
      <w:tr>
        <w:tc>
          <w:tcPr>
            <w:tcW w:type="dxa" w:w="2880"/>
          </w:tcPr>
          <w:p>
            <w:r>
              <w:t>2024-05-01</w:t>
            </w:r>
          </w:p>
        </w:tc>
        <w:tc>
          <w:tcPr>
            <w:tcW w:type="dxa" w:w="2880"/>
          </w:tcPr>
          <w:p>
            <w:r>
              <w:t>leak</w:t>
            </w:r>
          </w:p>
        </w:tc>
        <w:tc>
          <w:tcPr>
            <w:tcW w:type="dxa" w:w="2880"/>
          </w:tcPr>
          <w:p>
            <w:r>
              <w:t>11</w:t>
            </w:r>
          </w:p>
        </w:tc>
      </w:tr>
      <w:tr>
        <w:tc>
          <w:tcPr>
            <w:tcW w:type="dxa" w:w="2880"/>
          </w:tcPr>
          <w:p>
            <w:r>
              <w:t>2024-05-01</w:t>
            </w:r>
          </w:p>
        </w:tc>
        <w:tc>
          <w:tcPr>
            <w:tcW w:type="dxa" w:w="2880"/>
          </w:tcPr>
          <w:p>
            <w:r>
              <w:t>burst</w:t>
            </w:r>
          </w:p>
        </w:tc>
        <w:tc>
          <w:tcPr>
            <w:tcW w:type="dxa" w:w="2880"/>
          </w:tcPr>
          <w:p>
            <w:r>
              <w:t>8</w:t>
            </w:r>
          </w:p>
        </w:tc>
      </w:tr>
      <w:tr>
        <w:tc>
          <w:tcPr>
            <w:tcW w:type="dxa" w:w="2880"/>
          </w:tcPr>
          <w:p>
            <w:r>
              <w:t>2024-05-01</w:t>
            </w:r>
          </w:p>
        </w:tc>
        <w:tc>
          <w:tcPr>
            <w:tcW w:type="dxa" w:w="2880"/>
          </w:tcPr>
          <w:p>
            <w:r>
              <w:t>joint failure</w:t>
            </w:r>
          </w:p>
        </w:tc>
        <w:tc>
          <w:tcPr>
            <w:tcW w:type="dxa" w:w="2880"/>
          </w:tcPr>
          <w:p>
            <w:r>
              <w:t>3</w:t>
            </w:r>
          </w:p>
        </w:tc>
      </w:tr>
      <w:tr>
        <w:tc>
          <w:tcPr>
            <w:tcW w:type="dxa" w:w="2880"/>
          </w:tcPr>
          <w:p>
            <w:r>
              <w:t>2024-05-01</w:t>
            </w:r>
          </w:p>
        </w:tc>
        <w:tc>
          <w:tcPr>
            <w:tcW w:type="dxa" w:w="2880"/>
          </w:tcPr>
          <w:p>
            <w:r>
              <w:t>valve leak</w:t>
            </w:r>
          </w:p>
        </w:tc>
        <w:tc>
          <w:tcPr>
            <w:tcW w:type="dxa" w:w="2880"/>
          </w:tcPr>
          <w:p>
            <w:r>
              <w:t>2</w:t>
            </w:r>
          </w:p>
        </w:tc>
      </w:tr>
      <w:tr>
        <w:tc>
          <w:tcPr>
            <w:tcW w:type="dxa" w:w="2880"/>
          </w:tcPr>
          <w:p>
            <w:r>
              <w:t>2024-06-01</w:t>
            </w:r>
          </w:p>
        </w:tc>
        <w:tc>
          <w:tcPr>
            <w:tcW w:type="dxa" w:w="2880"/>
          </w:tcPr>
          <w:p>
            <w:r>
              <w:t>leak</w:t>
            </w:r>
          </w:p>
        </w:tc>
        <w:tc>
          <w:tcPr>
            <w:tcW w:type="dxa" w:w="2880"/>
          </w:tcPr>
          <w:p>
            <w:r>
              <w:t>19</w:t>
            </w:r>
          </w:p>
        </w:tc>
      </w:tr>
      <w:tr>
        <w:tc>
          <w:tcPr>
            <w:tcW w:type="dxa" w:w="2880"/>
          </w:tcPr>
          <w:p>
            <w:r>
              <w:t>2024-06-01</w:t>
            </w:r>
          </w:p>
        </w:tc>
        <w:tc>
          <w:tcPr>
            <w:tcW w:type="dxa" w:w="2880"/>
          </w:tcPr>
          <w:p>
            <w:r>
              <w:t>burst</w:t>
            </w:r>
          </w:p>
        </w:tc>
        <w:tc>
          <w:tcPr>
            <w:tcW w:type="dxa" w:w="2880"/>
          </w:tcPr>
          <w:p>
            <w:r>
              <w:t>12</w:t>
            </w:r>
          </w:p>
        </w:tc>
      </w:tr>
      <w:tr>
        <w:tc>
          <w:tcPr>
            <w:tcW w:type="dxa" w:w="2880"/>
          </w:tcPr>
          <w:p>
            <w:r>
              <w:t>2024-06-01</w:t>
            </w:r>
          </w:p>
        </w:tc>
        <w:tc>
          <w:tcPr>
            <w:tcW w:type="dxa" w:w="2880"/>
          </w:tcPr>
          <w:p>
            <w:r>
              <w:t>joint failure</w:t>
            </w:r>
          </w:p>
        </w:tc>
        <w:tc>
          <w:tcPr>
            <w:tcW w:type="dxa" w:w="2880"/>
          </w:tcPr>
          <w:p>
            <w:r>
              <w:t>10</w:t>
            </w:r>
          </w:p>
        </w:tc>
      </w:tr>
      <w:tr>
        <w:tc>
          <w:tcPr>
            <w:tcW w:type="dxa" w:w="2880"/>
          </w:tcPr>
          <w:p>
            <w:r>
              <w:t>2024-06-01</w:t>
            </w:r>
          </w:p>
        </w:tc>
        <w:tc>
          <w:tcPr>
            <w:tcW w:type="dxa" w:w="2880"/>
          </w:tcPr>
          <w:p>
            <w:r>
              <w:t>valve leak</w:t>
            </w:r>
          </w:p>
        </w:tc>
        <w:tc>
          <w:tcPr>
            <w:tcW w:type="dxa" w:w="2880"/>
          </w:tcPr>
          <w:p>
            <w:r>
              <w:t>3</w:t>
            </w:r>
          </w:p>
        </w:tc>
      </w:tr>
      <w:tr>
        <w:tc>
          <w:tcPr>
            <w:tcW w:type="dxa" w:w="2880"/>
          </w:tcPr>
          <w:p>
            <w:r>
              <w:t>2024-07-01</w:t>
            </w:r>
          </w:p>
        </w:tc>
        <w:tc>
          <w:tcPr>
            <w:tcW w:type="dxa" w:w="2880"/>
          </w:tcPr>
          <w:p>
            <w:r>
              <w:t>leak</w:t>
            </w:r>
          </w:p>
        </w:tc>
        <w:tc>
          <w:tcPr>
            <w:tcW w:type="dxa" w:w="2880"/>
          </w:tcPr>
          <w:p>
            <w:r>
              <w:t>14</w:t>
            </w:r>
          </w:p>
        </w:tc>
      </w:tr>
      <w:tr>
        <w:tc>
          <w:tcPr>
            <w:tcW w:type="dxa" w:w="2880"/>
          </w:tcPr>
          <w:p>
            <w:r>
              <w:t>2024-07-01</w:t>
            </w:r>
          </w:p>
        </w:tc>
        <w:tc>
          <w:tcPr>
            <w:tcW w:type="dxa" w:w="2880"/>
          </w:tcPr>
          <w:p>
            <w:r>
              <w:t>burst</w:t>
            </w:r>
          </w:p>
        </w:tc>
        <w:tc>
          <w:tcPr>
            <w:tcW w:type="dxa" w:w="2880"/>
          </w:tcPr>
          <w:p>
            <w:r>
              <w:t>14</w:t>
            </w:r>
          </w:p>
        </w:tc>
      </w:tr>
      <w:tr>
        <w:tc>
          <w:tcPr>
            <w:tcW w:type="dxa" w:w="2880"/>
          </w:tcPr>
          <w:p>
            <w:r>
              <w:t>2024-07-01</w:t>
            </w:r>
          </w:p>
        </w:tc>
        <w:tc>
          <w:tcPr>
            <w:tcW w:type="dxa" w:w="2880"/>
          </w:tcPr>
          <w:p>
            <w:r>
              <w:t>joint failure</w:t>
            </w:r>
          </w:p>
        </w:tc>
        <w:tc>
          <w:tcPr>
            <w:tcW w:type="dxa" w:w="2880"/>
          </w:tcPr>
          <w:p>
            <w:r>
              <w:t>6</w:t>
            </w:r>
          </w:p>
        </w:tc>
      </w:tr>
      <w:tr>
        <w:tc>
          <w:tcPr>
            <w:tcW w:type="dxa" w:w="2880"/>
          </w:tcPr>
          <w:p>
            <w:r>
              <w:t>2024-07-01</w:t>
            </w:r>
          </w:p>
        </w:tc>
        <w:tc>
          <w:tcPr>
            <w:tcW w:type="dxa" w:w="2880"/>
          </w:tcPr>
          <w:p>
            <w:r>
              <w:t>valve leak</w:t>
            </w:r>
          </w:p>
        </w:tc>
        <w:tc>
          <w:tcPr>
            <w:tcW w:type="dxa" w:w="2880"/>
          </w:tcPr>
          <w:p>
            <w:r>
              <w:t>2</w:t>
            </w:r>
          </w:p>
        </w:tc>
      </w:tr>
      <w:tr>
        <w:tc>
          <w:tcPr>
            <w:tcW w:type="dxa" w:w="2880"/>
          </w:tcPr>
          <w:p>
            <w:r>
              <w:t>2024-08-01</w:t>
            </w:r>
          </w:p>
        </w:tc>
        <w:tc>
          <w:tcPr>
            <w:tcW w:type="dxa" w:w="2880"/>
          </w:tcPr>
          <w:p>
            <w:r>
              <w:t>leak</w:t>
            </w:r>
          </w:p>
        </w:tc>
        <w:tc>
          <w:tcPr>
            <w:tcW w:type="dxa" w:w="2880"/>
          </w:tcPr>
          <w:p>
            <w:r>
              <w:t>13</w:t>
            </w:r>
          </w:p>
        </w:tc>
      </w:tr>
      <w:tr>
        <w:tc>
          <w:tcPr>
            <w:tcW w:type="dxa" w:w="2880"/>
          </w:tcPr>
          <w:p>
            <w:r>
              <w:t>2024-08-01</w:t>
            </w:r>
          </w:p>
        </w:tc>
        <w:tc>
          <w:tcPr>
            <w:tcW w:type="dxa" w:w="2880"/>
          </w:tcPr>
          <w:p>
            <w:r>
              <w:t>burst</w:t>
            </w:r>
          </w:p>
        </w:tc>
        <w:tc>
          <w:tcPr>
            <w:tcW w:type="dxa" w:w="2880"/>
          </w:tcPr>
          <w:p>
            <w:r>
              <w:t>14</w:t>
            </w:r>
          </w:p>
        </w:tc>
      </w:tr>
      <w:tr>
        <w:tc>
          <w:tcPr>
            <w:tcW w:type="dxa" w:w="2880"/>
          </w:tcPr>
          <w:p>
            <w:r>
              <w:t>2024-08-01</w:t>
            </w:r>
          </w:p>
        </w:tc>
        <w:tc>
          <w:tcPr>
            <w:tcW w:type="dxa" w:w="2880"/>
          </w:tcPr>
          <w:p>
            <w:r>
              <w:t>joint failure</w:t>
            </w:r>
          </w:p>
        </w:tc>
        <w:tc>
          <w:tcPr>
            <w:tcW w:type="dxa" w:w="2880"/>
          </w:tcPr>
          <w:p>
            <w:r>
              <w:t>3</w:t>
            </w:r>
          </w:p>
        </w:tc>
      </w:tr>
      <w:tr>
        <w:tc>
          <w:tcPr>
            <w:tcW w:type="dxa" w:w="2880"/>
          </w:tcPr>
          <w:p>
            <w:r>
              <w:t>2024-08-01</w:t>
            </w:r>
          </w:p>
        </w:tc>
        <w:tc>
          <w:tcPr>
            <w:tcW w:type="dxa" w:w="2880"/>
          </w:tcPr>
          <w:p>
            <w:r>
              <w:t>valve leak</w:t>
            </w:r>
          </w:p>
        </w:tc>
        <w:tc>
          <w:tcPr>
            <w:tcW w:type="dxa" w:w="2880"/>
          </w:tcPr>
          <w:p>
            <w:r>
              <w:t>2</w:t>
            </w:r>
          </w:p>
        </w:tc>
      </w:tr>
      <w:tr>
        <w:tc>
          <w:tcPr>
            <w:tcW w:type="dxa" w:w="2880"/>
          </w:tcPr>
          <w:p>
            <w:r>
              <w:t>2024-09-01</w:t>
            </w:r>
          </w:p>
        </w:tc>
        <w:tc>
          <w:tcPr>
            <w:tcW w:type="dxa" w:w="2880"/>
          </w:tcPr>
          <w:p>
            <w:r>
              <w:t>leak</w:t>
            </w:r>
          </w:p>
        </w:tc>
        <w:tc>
          <w:tcPr>
            <w:tcW w:type="dxa" w:w="2880"/>
          </w:tcPr>
          <w:p>
            <w:r>
              <w:t>16</w:t>
            </w:r>
          </w:p>
        </w:tc>
      </w:tr>
      <w:tr>
        <w:tc>
          <w:tcPr>
            <w:tcW w:type="dxa" w:w="2880"/>
          </w:tcPr>
          <w:p>
            <w:r>
              <w:t>2024-09-01</w:t>
            </w:r>
          </w:p>
        </w:tc>
        <w:tc>
          <w:tcPr>
            <w:tcW w:type="dxa" w:w="2880"/>
          </w:tcPr>
          <w:p>
            <w:r>
              <w:t>burst</w:t>
            </w:r>
          </w:p>
        </w:tc>
        <w:tc>
          <w:tcPr>
            <w:tcW w:type="dxa" w:w="2880"/>
          </w:tcPr>
          <w:p>
            <w:r>
              <w:t>11</w:t>
            </w:r>
          </w:p>
        </w:tc>
      </w:tr>
      <w:tr>
        <w:tc>
          <w:tcPr>
            <w:tcW w:type="dxa" w:w="2880"/>
          </w:tcPr>
          <w:p>
            <w:r>
              <w:t>2024-09-01</w:t>
            </w:r>
          </w:p>
        </w:tc>
        <w:tc>
          <w:tcPr>
            <w:tcW w:type="dxa" w:w="2880"/>
          </w:tcPr>
          <w:p>
            <w:r>
              <w:t>joint failure</w:t>
            </w:r>
          </w:p>
        </w:tc>
        <w:tc>
          <w:tcPr>
            <w:tcW w:type="dxa" w:w="2880"/>
          </w:tcPr>
          <w:p>
            <w:r>
              <w:t>5</w:t>
            </w:r>
          </w:p>
        </w:tc>
      </w:tr>
      <w:tr>
        <w:tc>
          <w:tcPr>
            <w:tcW w:type="dxa" w:w="2880"/>
          </w:tcPr>
          <w:p>
            <w:r>
              <w:t>2024-09-01</w:t>
            </w:r>
          </w:p>
        </w:tc>
        <w:tc>
          <w:tcPr>
            <w:tcW w:type="dxa" w:w="2880"/>
          </w:tcPr>
          <w:p>
            <w:r>
              <w:t>valve leak</w:t>
            </w:r>
          </w:p>
        </w:tc>
        <w:tc>
          <w:tcPr>
            <w:tcW w:type="dxa" w:w="2880"/>
          </w:tcPr>
          <w:p>
            <w:r>
              <w:t>1</w:t>
            </w:r>
          </w:p>
        </w:tc>
      </w:tr>
      <w:tr>
        <w:tc>
          <w:tcPr>
            <w:tcW w:type="dxa" w:w="2880"/>
          </w:tcPr>
          <w:p>
            <w:r>
              <w:t>2024-10-01</w:t>
            </w:r>
          </w:p>
        </w:tc>
        <w:tc>
          <w:tcPr>
            <w:tcW w:type="dxa" w:w="2880"/>
          </w:tcPr>
          <w:p>
            <w:r>
              <w:t>leak</w:t>
            </w:r>
          </w:p>
        </w:tc>
        <w:tc>
          <w:tcPr>
            <w:tcW w:type="dxa" w:w="2880"/>
          </w:tcPr>
          <w:p>
            <w:r>
              <w:t>15</w:t>
            </w:r>
          </w:p>
        </w:tc>
      </w:tr>
      <w:tr>
        <w:tc>
          <w:tcPr>
            <w:tcW w:type="dxa" w:w="2880"/>
          </w:tcPr>
          <w:p>
            <w:r>
              <w:t>2024-10-01</w:t>
            </w:r>
          </w:p>
        </w:tc>
        <w:tc>
          <w:tcPr>
            <w:tcW w:type="dxa" w:w="2880"/>
          </w:tcPr>
          <w:p>
            <w:r>
              <w:t>burst</w:t>
            </w:r>
          </w:p>
        </w:tc>
        <w:tc>
          <w:tcPr>
            <w:tcW w:type="dxa" w:w="2880"/>
          </w:tcPr>
          <w:p>
            <w:r>
              <w:t>11</w:t>
            </w:r>
          </w:p>
        </w:tc>
      </w:tr>
      <w:tr>
        <w:tc>
          <w:tcPr>
            <w:tcW w:type="dxa" w:w="2880"/>
          </w:tcPr>
          <w:p>
            <w:r>
              <w:t>2024-10-01</w:t>
            </w:r>
          </w:p>
        </w:tc>
        <w:tc>
          <w:tcPr>
            <w:tcW w:type="dxa" w:w="2880"/>
          </w:tcPr>
          <w:p>
            <w:r>
              <w:t>joint failure</w:t>
            </w:r>
          </w:p>
        </w:tc>
        <w:tc>
          <w:tcPr>
            <w:tcW w:type="dxa" w:w="2880"/>
          </w:tcPr>
          <w:p>
            <w:r>
              <w:t>6</w:t>
            </w:r>
          </w:p>
        </w:tc>
      </w:tr>
      <w:tr>
        <w:tc>
          <w:tcPr>
            <w:tcW w:type="dxa" w:w="2880"/>
          </w:tcPr>
          <w:p>
            <w:r>
              <w:t>2024-10-01</w:t>
            </w:r>
          </w:p>
        </w:tc>
        <w:tc>
          <w:tcPr>
            <w:tcW w:type="dxa" w:w="2880"/>
          </w:tcPr>
          <w:p>
            <w:r>
              <w:t>valve leak</w:t>
            </w:r>
          </w:p>
        </w:tc>
        <w:tc>
          <w:tcPr>
            <w:tcW w:type="dxa" w:w="2880"/>
          </w:tcPr>
          <w:p>
            <w:r>
              <w:t>0</w:t>
            </w:r>
          </w:p>
        </w:tc>
      </w:tr>
      <w:tr>
        <w:tc>
          <w:tcPr>
            <w:tcW w:type="dxa" w:w="2880"/>
          </w:tcPr>
          <w:p>
            <w:r>
              <w:t>2024-11-01</w:t>
            </w:r>
          </w:p>
        </w:tc>
        <w:tc>
          <w:tcPr>
            <w:tcW w:type="dxa" w:w="2880"/>
          </w:tcPr>
          <w:p>
            <w:r>
              <w:t>leak</w:t>
            </w:r>
          </w:p>
        </w:tc>
        <w:tc>
          <w:tcPr>
            <w:tcW w:type="dxa" w:w="2880"/>
          </w:tcPr>
          <w:p>
            <w:r>
              <w:t>6</w:t>
            </w:r>
          </w:p>
        </w:tc>
      </w:tr>
      <w:tr>
        <w:tc>
          <w:tcPr>
            <w:tcW w:type="dxa" w:w="2880"/>
          </w:tcPr>
          <w:p>
            <w:r>
              <w:t>2024-11-01</w:t>
            </w:r>
          </w:p>
        </w:tc>
        <w:tc>
          <w:tcPr>
            <w:tcW w:type="dxa" w:w="2880"/>
          </w:tcPr>
          <w:p>
            <w:r>
              <w:t>burst</w:t>
            </w:r>
          </w:p>
        </w:tc>
        <w:tc>
          <w:tcPr>
            <w:tcW w:type="dxa" w:w="2880"/>
          </w:tcPr>
          <w:p>
            <w:r>
              <w:t>5</w:t>
            </w:r>
          </w:p>
        </w:tc>
      </w:tr>
      <w:tr>
        <w:tc>
          <w:tcPr>
            <w:tcW w:type="dxa" w:w="2880"/>
          </w:tcPr>
          <w:p>
            <w:r>
              <w:t>2024-11-01</w:t>
            </w:r>
          </w:p>
        </w:tc>
        <w:tc>
          <w:tcPr>
            <w:tcW w:type="dxa" w:w="2880"/>
          </w:tcPr>
          <w:p>
            <w:r>
              <w:t>joint failure</w:t>
            </w:r>
          </w:p>
        </w:tc>
        <w:tc>
          <w:tcPr>
            <w:tcW w:type="dxa" w:w="2880"/>
          </w:tcPr>
          <w:p>
            <w:r>
              <w:t>3</w:t>
            </w:r>
          </w:p>
        </w:tc>
      </w:tr>
      <w:tr>
        <w:tc>
          <w:tcPr>
            <w:tcW w:type="dxa" w:w="2880"/>
          </w:tcPr>
          <w:p>
            <w:r>
              <w:t>2024-11-01</w:t>
            </w:r>
          </w:p>
        </w:tc>
        <w:tc>
          <w:tcPr>
            <w:tcW w:type="dxa" w:w="2880"/>
          </w:tcPr>
          <w:p>
            <w:r>
              <w:t>valve leak</w:t>
            </w:r>
          </w:p>
        </w:tc>
        <w:tc>
          <w:tcPr>
            <w:tcW w:type="dxa" w:w="2880"/>
          </w:tcPr>
          <w:p>
            <w:r>
              <w:t>0</w:t>
            </w:r>
          </w:p>
        </w:tc>
      </w:tr>
      <w:tr>
        <w:tc>
          <w:tcPr>
            <w:tcW w:type="dxa" w:w="2880"/>
          </w:tcPr>
          <w:p>
            <w:r>
              <w:t>2024-12-01</w:t>
            </w:r>
          </w:p>
        </w:tc>
        <w:tc>
          <w:tcPr>
            <w:tcW w:type="dxa" w:w="2880"/>
          </w:tcPr>
          <w:p>
            <w:r>
              <w:t>leak</w:t>
            </w:r>
          </w:p>
        </w:tc>
        <w:tc>
          <w:tcPr>
            <w:tcW w:type="dxa" w:w="2880"/>
          </w:tcPr>
          <w:p>
            <w:r>
              <w:t>11</w:t>
            </w:r>
          </w:p>
        </w:tc>
      </w:tr>
      <w:tr>
        <w:tc>
          <w:tcPr>
            <w:tcW w:type="dxa" w:w="2880"/>
          </w:tcPr>
          <w:p>
            <w:r>
              <w:t>2024-12-01</w:t>
            </w:r>
          </w:p>
        </w:tc>
        <w:tc>
          <w:tcPr>
            <w:tcW w:type="dxa" w:w="2880"/>
          </w:tcPr>
          <w:p>
            <w:r>
              <w:t>burst</w:t>
            </w:r>
          </w:p>
        </w:tc>
        <w:tc>
          <w:tcPr>
            <w:tcW w:type="dxa" w:w="2880"/>
          </w:tcPr>
          <w:p>
            <w:r>
              <w:t>1</w:t>
            </w:r>
          </w:p>
        </w:tc>
      </w:tr>
      <w:tr>
        <w:tc>
          <w:tcPr>
            <w:tcW w:type="dxa" w:w="2880"/>
          </w:tcPr>
          <w:p>
            <w:r>
              <w:t>2024-12-01</w:t>
            </w:r>
          </w:p>
        </w:tc>
        <w:tc>
          <w:tcPr>
            <w:tcW w:type="dxa" w:w="2880"/>
          </w:tcPr>
          <w:p>
            <w:r>
              <w:t>joint failure</w:t>
            </w:r>
          </w:p>
        </w:tc>
        <w:tc>
          <w:tcPr>
            <w:tcW w:type="dxa" w:w="2880"/>
          </w:tcPr>
          <w:p>
            <w:r>
              <w:t>1</w:t>
            </w:r>
          </w:p>
        </w:tc>
      </w:tr>
      <w:tr>
        <w:tc>
          <w:tcPr>
            <w:tcW w:type="dxa" w:w="2880"/>
          </w:tcPr>
          <w:p>
            <w:r>
              <w:t>2024-12-01</w:t>
            </w:r>
          </w:p>
        </w:tc>
        <w:tc>
          <w:tcPr>
            <w:tcW w:type="dxa" w:w="2880"/>
          </w:tcPr>
          <w:p>
            <w:r>
              <w:t>valve leak</w:t>
            </w:r>
          </w:p>
        </w:tc>
        <w:tc>
          <w:tcPr>
            <w:tcW w:type="dxa" w:w="2880"/>
          </w:tcPr>
          <w:p>
            <w:r>
              <w:t>1</w:t>
            </w:r>
          </w:p>
        </w:tc>
      </w:tr>
      <w:tr>
        <w:tc>
          <w:tcPr>
            <w:tcW w:type="dxa" w:w="2880"/>
          </w:tcPr>
          <w:p>
            <w:r>
              <w:t>2025-01-01</w:t>
            </w:r>
          </w:p>
        </w:tc>
        <w:tc>
          <w:tcPr>
            <w:tcW w:type="dxa" w:w="2880"/>
          </w:tcPr>
          <w:p>
            <w:r>
              <w:t>leak</w:t>
            </w:r>
          </w:p>
        </w:tc>
        <w:tc>
          <w:tcPr>
            <w:tcW w:type="dxa" w:w="2880"/>
          </w:tcPr>
          <w:p>
            <w:r>
              <w:t>3</w:t>
            </w:r>
          </w:p>
        </w:tc>
      </w:tr>
      <w:tr>
        <w:tc>
          <w:tcPr>
            <w:tcW w:type="dxa" w:w="2880"/>
          </w:tcPr>
          <w:p>
            <w:r>
              <w:t>2025-01-01</w:t>
            </w:r>
          </w:p>
        </w:tc>
        <w:tc>
          <w:tcPr>
            <w:tcW w:type="dxa" w:w="2880"/>
          </w:tcPr>
          <w:p>
            <w:r>
              <w:t>burst</w:t>
            </w:r>
          </w:p>
        </w:tc>
        <w:tc>
          <w:tcPr>
            <w:tcW w:type="dxa" w:w="2880"/>
          </w:tcPr>
          <w:p>
            <w:r>
              <w:t>4</w:t>
            </w:r>
          </w:p>
        </w:tc>
      </w:tr>
      <w:tr>
        <w:tc>
          <w:tcPr>
            <w:tcW w:type="dxa" w:w="2880"/>
          </w:tcPr>
          <w:p>
            <w:r>
              <w:t>2025-01-01</w:t>
            </w:r>
          </w:p>
        </w:tc>
        <w:tc>
          <w:tcPr>
            <w:tcW w:type="dxa" w:w="2880"/>
          </w:tcPr>
          <w:p>
            <w:r>
              <w:t>joint failure</w:t>
            </w:r>
          </w:p>
        </w:tc>
        <w:tc>
          <w:tcPr>
            <w:tcW w:type="dxa" w:w="2880"/>
          </w:tcPr>
          <w:p>
            <w:r>
              <w:t>2</w:t>
            </w:r>
          </w:p>
        </w:tc>
      </w:tr>
      <w:tr>
        <w:tc>
          <w:tcPr>
            <w:tcW w:type="dxa" w:w="2880"/>
          </w:tcPr>
          <w:p>
            <w:r>
              <w:t>2025-01-01</w:t>
            </w:r>
          </w:p>
        </w:tc>
        <w:tc>
          <w:tcPr>
            <w:tcW w:type="dxa" w:w="2880"/>
          </w:tcPr>
          <w:p>
            <w:r>
              <w:t>valve leak</w:t>
            </w:r>
          </w:p>
        </w:tc>
        <w:tc>
          <w:tcPr>
            <w:tcW w:type="dxa" w:w="2880"/>
          </w:tcPr>
          <w:p>
            <w:r>
              <w:t>0</w:t>
            </w:r>
          </w:p>
        </w:tc>
      </w:tr>
      <w:tr>
        <w:tc>
          <w:tcPr>
            <w:tcW w:type="dxa" w:w="2880"/>
          </w:tcPr>
          <w:p>
            <w:r>
              <w:t>2025-02-01</w:t>
            </w:r>
          </w:p>
        </w:tc>
        <w:tc>
          <w:tcPr>
            <w:tcW w:type="dxa" w:w="2880"/>
          </w:tcPr>
          <w:p>
            <w:r>
              <w:t>leak</w:t>
            </w:r>
          </w:p>
        </w:tc>
        <w:tc>
          <w:tcPr>
            <w:tcW w:type="dxa" w:w="2880"/>
          </w:tcPr>
          <w:p>
            <w:r>
              <w:t>7</w:t>
            </w:r>
          </w:p>
        </w:tc>
      </w:tr>
      <w:tr>
        <w:tc>
          <w:tcPr>
            <w:tcW w:type="dxa" w:w="2880"/>
          </w:tcPr>
          <w:p>
            <w:r>
              <w:t>2025-02-01</w:t>
            </w:r>
          </w:p>
        </w:tc>
        <w:tc>
          <w:tcPr>
            <w:tcW w:type="dxa" w:w="2880"/>
          </w:tcPr>
          <w:p>
            <w:r>
              <w:t>burst</w:t>
            </w:r>
          </w:p>
        </w:tc>
        <w:tc>
          <w:tcPr>
            <w:tcW w:type="dxa" w:w="2880"/>
          </w:tcPr>
          <w:p>
            <w:r>
              <w:t>5</w:t>
            </w:r>
          </w:p>
        </w:tc>
      </w:tr>
      <w:tr>
        <w:tc>
          <w:tcPr>
            <w:tcW w:type="dxa" w:w="2880"/>
          </w:tcPr>
          <w:p>
            <w:r>
              <w:t>2025-02-01</w:t>
            </w:r>
          </w:p>
        </w:tc>
        <w:tc>
          <w:tcPr>
            <w:tcW w:type="dxa" w:w="2880"/>
          </w:tcPr>
          <w:p>
            <w:r>
              <w:t>joint failure</w:t>
            </w:r>
          </w:p>
        </w:tc>
        <w:tc>
          <w:tcPr>
            <w:tcW w:type="dxa" w:w="2880"/>
          </w:tcPr>
          <w:p>
            <w:r>
              <w:t>2</w:t>
            </w:r>
          </w:p>
        </w:tc>
      </w:tr>
      <w:tr>
        <w:tc>
          <w:tcPr>
            <w:tcW w:type="dxa" w:w="2880"/>
          </w:tcPr>
          <w:p>
            <w:r>
              <w:t>2025-02-01</w:t>
            </w:r>
          </w:p>
        </w:tc>
        <w:tc>
          <w:tcPr>
            <w:tcW w:type="dxa" w:w="2880"/>
          </w:tcPr>
          <w:p>
            <w:r>
              <w:t>valve leak</w:t>
            </w:r>
          </w:p>
        </w:tc>
        <w:tc>
          <w:tcPr>
            <w:tcW w:type="dxa" w:w="2880"/>
          </w:tcPr>
          <w:p>
            <w:r>
              <w:t>3</w:t>
            </w:r>
          </w:p>
        </w:tc>
      </w:tr>
      <w:tr>
        <w:tc>
          <w:tcPr>
            <w:tcW w:type="dxa" w:w="2880"/>
          </w:tcPr>
          <w:p>
            <w:r>
              <w:t>2025-03-01</w:t>
            </w:r>
          </w:p>
        </w:tc>
        <w:tc>
          <w:tcPr>
            <w:tcW w:type="dxa" w:w="2880"/>
          </w:tcPr>
          <w:p>
            <w:r>
              <w:t>leak</w:t>
            </w:r>
          </w:p>
        </w:tc>
        <w:tc>
          <w:tcPr>
            <w:tcW w:type="dxa" w:w="2880"/>
          </w:tcPr>
          <w:p>
            <w:r>
              <w:t>14</w:t>
            </w:r>
          </w:p>
        </w:tc>
      </w:tr>
      <w:tr>
        <w:tc>
          <w:tcPr>
            <w:tcW w:type="dxa" w:w="2880"/>
          </w:tcPr>
          <w:p>
            <w:r>
              <w:t>2025-03-01</w:t>
            </w:r>
          </w:p>
        </w:tc>
        <w:tc>
          <w:tcPr>
            <w:tcW w:type="dxa" w:w="2880"/>
          </w:tcPr>
          <w:p>
            <w:r>
              <w:t>burst</w:t>
            </w:r>
          </w:p>
        </w:tc>
        <w:tc>
          <w:tcPr>
            <w:tcW w:type="dxa" w:w="2880"/>
          </w:tcPr>
          <w:p>
            <w:r>
              <w:t>5</w:t>
            </w:r>
          </w:p>
        </w:tc>
      </w:tr>
      <w:tr>
        <w:tc>
          <w:tcPr>
            <w:tcW w:type="dxa" w:w="2880"/>
          </w:tcPr>
          <w:p>
            <w:r>
              <w:t>2025-03-01</w:t>
            </w:r>
          </w:p>
        </w:tc>
        <w:tc>
          <w:tcPr>
            <w:tcW w:type="dxa" w:w="2880"/>
          </w:tcPr>
          <w:p>
            <w:r>
              <w:t>joint failure</w:t>
            </w:r>
          </w:p>
        </w:tc>
        <w:tc>
          <w:tcPr>
            <w:tcW w:type="dxa" w:w="2880"/>
          </w:tcPr>
          <w:p>
            <w:r>
              <w:t>6</w:t>
            </w:r>
          </w:p>
        </w:tc>
      </w:tr>
      <w:tr>
        <w:tc>
          <w:tcPr>
            <w:tcW w:type="dxa" w:w="2880"/>
          </w:tcPr>
          <w:p>
            <w:r>
              <w:t>2025-03-01</w:t>
            </w:r>
          </w:p>
        </w:tc>
        <w:tc>
          <w:tcPr>
            <w:tcW w:type="dxa" w:w="2880"/>
          </w:tcPr>
          <w:p>
            <w:r>
              <w:t>valve leak</w:t>
            </w:r>
          </w:p>
        </w:tc>
        <w:tc>
          <w:tcPr>
            <w:tcW w:type="dxa" w:w="2880"/>
          </w:tcPr>
          <w:p>
            <w:r>
              <w:t>1</w:t>
            </w:r>
          </w:p>
        </w:tc>
      </w:tr>
      <w:tr>
        <w:tc>
          <w:tcPr>
            <w:tcW w:type="dxa" w:w="2880"/>
          </w:tcPr>
          <w:p>
            <w:r>
              <w:t>2025-04-01</w:t>
            </w:r>
          </w:p>
        </w:tc>
        <w:tc>
          <w:tcPr>
            <w:tcW w:type="dxa" w:w="2880"/>
          </w:tcPr>
          <w:p>
            <w:r>
              <w:t>leak</w:t>
            </w:r>
          </w:p>
        </w:tc>
        <w:tc>
          <w:tcPr>
            <w:tcW w:type="dxa" w:w="2880"/>
          </w:tcPr>
          <w:p>
            <w:r>
              <w:t>9</w:t>
            </w:r>
          </w:p>
        </w:tc>
      </w:tr>
      <w:tr>
        <w:tc>
          <w:tcPr>
            <w:tcW w:type="dxa" w:w="2880"/>
          </w:tcPr>
          <w:p>
            <w:r>
              <w:t>2025-04-01</w:t>
            </w:r>
          </w:p>
        </w:tc>
        <w:tc>
          <w:tcPr>
            <w:tcW w:type="dxa" w:w="2880"/>
          </w:tcPr>
          <w:p>
            <w:r>
              <w:t>burst</w:t>
            </w:r>
          </w:p>
        </w:tc>
        <w:tc>
          <w:tcPr>
            <w:tcW w:type="dxa" w:w="2880"/>
          </w:tcPr>
          <w:p>
            <w:r>
              <w:t>6</w:t>
            </w:r>
          </w:p>
        </w:tc>
      </w:tr>
      <w:tr>
        <w:tc>
          <w:tcPr>
            <w:tcW w:type="dxa" w:w="2880"/>
          </w:tcPr>
          <w:p>
            <w:r>
              <w:t>2025-04-01</w:t>
            </w:r>
          </w:p>
        </w:tc>
        <w:tc>
          <w:tcPr>
            <w:tcW w:type="dxa" w:w="2880"/>
          </w:tcPr>
          <w:p>
            <w:r>
              <w:t>joint failure</w:t>
            </w:r>
          </w:p>
        </w:tc>
        <w:tc>
          <w:tcPr>
            <w:tcW w:type="dxa" w:w="2880"/>
          </w:tcPr>
          <w:p>
            <w:r>
              <w:t>5</w:t>
            </w:r>
          </w:p>
        </w:tc>
      </w:tr>
      <w:tr>
        <w:tc>
          <w:tcPr>
            <w:tcW w:type="dxa" w:w="2880"/>
          </w:tcPr>
          <w:p>
            <w:r>
              <w:t>2025-04-01</w:t>
            </w:r>
          </w:p>
        </w:tc>
        <w:tc>
          <w:tcPr>
            <w:tcW w:type="dxa" w:w="2880"/>
          </w:tcPr>
          <w:p>
            <w:r>
              <w:t>valve leak</w:t>
            </w:r>
          </w:p>
        </w:tc>
        <w:tc>
          <w:tcPr>
            <w:tcW w:type="dxa" w:w="2880"/>
          </w:tcPr>
          <w:p>
            <w:r>
              <w:t>2</w:t>
            </w:r>
          </w:p>
        </w:tc>
      </w:tr>
      <w:tr>
        <w:tc>
          <w:tcPr>
            <w:tcW w:type="dxa" w:w="2880"/>
          </w:tcPr>
          <w:p>
            <w:r>
              <w:t>2025-05-01</w:t>
            </w:r>
          </w:p>
        </w:tc>
        <w:tc>
          <w:tcPr>
            <w:tcW w:type="dxa" w:w="2880"/>
          </w:tcPr>
          <w:p>
            <w:r>
              <w:t>leak</w:t>
            </w:r>
          </w:p>
        </w:tc>
        <w:tc>
          <w:tcPr>
            <w:tcW w:type="dxa" w:w="2880"/>
          </w:tcPr>
          <w:p>
            <w:r>
              <w:t>8</w:t>
            </w:r>
          </w:p>
        </w:tc>
      </w:tr>
      <w:tr>
        <w:tc>
          <w:tcPr>
            <w:tcW w:type="dxa" w:w="2880"/>
          </w:tcPr>
          <w:p>
            <w:r>
              <w:t>2025-05-01</w:t>
            </w:r>
          </w:p>
        </w:tc>
        <w:tc>
          <w:tcPr>
            <w:tcW w:type="dxa" w:w="2880"/>
          </w:tcPr>
          <w:p>
            <w:r>
              <w:t>burst</w:t>
            </w:r>
          </w:p>
        </w:tc>
        <w:tc>
          <w:tcPr>
            <w:tcW w:type="dxa" w:w="2880"/>
          </w:tcPr>
          <w:p>
            <w:r>
              <w:t>11</w:t>
            </w:r>
          </w:p>
        </w:tc>
      </w:tr>
      <w:tr>
        <w:tc>
          <w:tcPr>
            <w:tcW w:type="dxa" w:w="2880"/>
          </w:tcPr>
          <w:p>
            <w:r>
              <w:t>2025-05-01</w:t>
            </w:r>
          </w:p>
        </w:tc>
        <w:tc>
          <w:tcPr>
            <w:tcW w:type="dxa" w:w="2880"/>
          </w:tcPr>
          <w:p>
            <w:r>
              <w:t>joint failure</w:t>
            </w:r>
          </w:p>
        </w:tc>
        <w:tc>
          <w:tcPr>
            <w:tcW w:type="dxa" w:w="2880"/>
          </w:tcPr>
          <w:p>
            <w:r>
              <w:t>8</w:t>
            </w:r>
          </w:p>
        </w:tc>
      </w:tr>
      <w:tr>
        <w:tc>
          <w:tcPr>
            <w:tcW w:type="dxa" w:w="2880"/>
          </w:tcPr>
          <w:p>
            <w:r>
              <w:t>2025-05-01</w:t>
            </w:r>
          </w:p>
        </w:tc>
        <w:tc>
          <w:tcPr>
            <w:tcW w:type="dxa" w:w="2880"/>
          </w:tcPr>
          <w:p>
            <w:r>
              <w:t>valve leak</w:t>
            </w:r>
          </w:p>
        </w:tc>
        <w:tc>
          <w:tcPr>
            <w:tcW w:type="dxa" w:w="2880"/>
          </w:tcPr>
          <w:p>
            <w:r>
              <w:t>0</w:t>
            </w:r>
          </w:p>
        </w:tc>
      </w:tr>
      <w:tr>
        <w:tc>
          <w:tcPr>
            <w:tcW w:type="dxa" w:w="2880"/>
          </w:tcPr>
          <w:p>
            <w:r>
              <w:t>2025-06-01</w:t>
            </w:r>
          </w:p>
        </w:tc>
        <w:tc>
          <w:tcPr>
            <w:tcW w:type="dxa" w:w="2880"/>
          </w:tcPr>
          <w:p>
            <w:r>
              <w:t>leak</w:t>
            </w:r>
          </w:p>
        </w:tc>
        <w:tc>
          <w:tcPr>
            <w:tcW w:type="dxa" w:w="2880"/>
          </w:tcPr>
          <w:p>
            <w:r>
              <w:t>13</w:t>
            </w:r>
          </w:p>
        </w:tc>
      </w:tr>
      <w:tr>
        <w:tc>
          <w:tcPr>
            <w:tcW w:type="dxa" w:w="2880"/>
          </w:tcPr>
          <w:p>
            <w:r>
              <w:t>2025-06-01</w:t>
            </w:r>
          </w:p>
        </w:tc>
        <w:tc>
          <w:tcPr>
            <w:tcW w:type="dxa" w:w="2880"/>
          </w:tcPr>
          <w:p>
            <w:r>
              <w:t>burst</w:t>
            </w:r>
          </w:p>
        </w:tc>
        <w:tc>
          <w:tcPr>
            <w:tcW w:type="dxa" w:w="2880"/>
          </w:tcPr>
          <w:p>
            <w:r>
              <w:t>7</w:t>
            </w:r>
          </w:p>
        </w:tc>
      </w:tr>
      <w:tr>
        <w:tc>
          <w:tcPr>
            <w:tcW w:type="dxa" w:w="2880"/>
          </w:tcPr>
          <w:p>
            <w:r>
              <w:t>2025-06-01</w:t>
            </w:r>
          </w:p>
        </w:tc>
        <w:tc>
          <w:tcPr>
            <w:tcW w:type="dxa" w:w="2880"/>
          </w:tcPr>
          <w:p>
            <w:r>
              <w:t>joint failure</w:t>
            </w:r>
          </w:p>
        </w:tc>
        <w:tc>
          <w:tcPr>
            <w:tcW w:type="dxa" w:w="2880"/>
          </w:tcPr>
          <w:p>
            <w:r>
              <w:t>6</w:t>
            </w:r>
          </w:p>
        </w:tc>
      </w:tr>
      <w:tr>
        <w:tc>
          <w:tcPr>
            <w:tcW w:type="dxa" w:w="2880"/>
          </w:tcPr>
          <w:p>
            <w:r>
              <w:t>2025-06-01</w:t>
            </w:r>
          </w:p>
        </w:tc>
        <w:tc>
          <w:tcPr>
            <w:tcW w:type="dxa" w:w="2880"/>
          </w:tcPr>
          <w:p>
            <w:r>
              <w:t>valve leak</w:t>
            </w:r>
          </w:p>
        </w:tc>
        <w:tc>
          <w:tcPr>
            <w:tcW w:type="dxa" w:w="2880"/>
          </w:tcPr>
          <w:p>
            <w:r>
              <w:t>3</w:t>
            </w:r>
          </w:p>
        </w:tc>
      </w:tr>
      <w:tr>
        <w:tc>
          <w:tcPr>
            <w:tcW w:type="dxa" w:w="2880"/>
          </w:tcPr>
          <w:p>
            <w:r>
              <w:t>2025-07-01</w:t>
            </w:r>
          </w:p>
        </w:tc>
        <w:tc>
          <w:tcPr>
            <w:tcW w:type="dxa" w:w="2880"/>
          </w:tcPr>
          <w:p>
            <w:r>
              <w:t>leak</w:t>
            </w:r>
          </w:p>
        </w:tc>
        <w:tc>
          <w:tcPr>
            <w:tcW w:type="dxa" w:w="2880"/>
          </w:tcPr>
          <w:p>
            <w:r>
              <w:t>28</w:t>
            </w:r>
          </w:p>
        </w:tc>
      </w:tr>
      <w:tr>
        <w:tc>
          <w:tcPr>
            <w:tcW w:type="dxa" w:w="2880"/>
          </w:tcPr>
          <w:p>
            <w:r>
              <w:t>2025-07-01</w:t>
            </w:r>
          </w:p>
        </w:tc>
        <w:tc>
          <w:tcPr>
            <w:tcW w:type="dxa" w:w="2880"/>
          </w:tcPr>
          <w:p>
            <w:r>
              <w:t>burst</w:t>
            </w:r>
          </w:p>
        </w:tc>
        <w:tc>
          <w:tcPr>
            <w:tcW w:type="dxa" w:w="2880"/>
          </w:tcPr>
          <w:p>
            <w:r>
              <w:t>4</w:t>
            </w:r>
          </w:p>
        </w:tc>
      </w:tr>
      <w:tr>
        <w:tc>
          <w:tcPr>
            <w:tcW w:type="dxa" w:w="2880"/>
          </w:tcPr>
          <w:p>
            <w:r>
              <w:t>2025-07-01</w:t>
            </w:r>
          </w:p>
        </w:tc>
        <w:tc>
          <w:tcPr>
            <w:tcW w:type="dxa" w:w="2880"/>
          </w:tcPr>
          <w:p>
            <w:r>
              <w:t>joint failure</w:t>
            </w:r>
          </w:p>
        </w:tc>
        <w:tc>
          <w:tcPr>
            <w:tcW w:type="dxa" w:w="2880"/>
          </w:tcPr>
          <w:p>
            <w:r>
              <w:t>4</w:t>
            </w:r>
          </w:p>
        </w:tc>
      </w:tr>
      <w:tr>
        <w:tc>
          <w:tcPr>
            <w:tcW w:type="dxa" w:w="2880"/>
          </w:tcPr>
          <w:p>
            <w:r>
              <w:t>2025-07-01</w:t>
            </w:r>
          </w:p>
        </w:tc>
        <w:tc>
          <w:tcPr>
            <w:tcW w:type="dxa" w:w="2880"/>
          </w:tcPr>
          <w:p>
            <w:r>
              <w:t>valve leak</w:t>
            </w:r>
          </w:p>
        </w:tc>
        <w:tc>
          <w:tcPr>
            <w:tcW w:type="dxa" w:w="2880"/>
          </w:tcPr>
          <w:p>
            <w:r>
              <w:t>3</w:t>
            </w:r>
          </w:p>
        </w:tc>
      </w:tr>
      <w:tr>
        <w:tc>
          <w:tcPr>
            <w:tcW w:type="dxa" w:w="2880"/>
          </w:tcPr>
          <w:p>
            <w:r>
              <w:t>2025-08-01</w:t>
            </w:r>
          </w:p>
        </w:tc>
        <w:tc>
          <w:tcPr>
            <w:tcW w:type="dxa" w:w="2880"/>
          </w:tcPr>
          <w:p>
            <w:r>
              <w:t>leak</w:t>
            </w:r>
          </w:p>
        </w:tc>
        <w:tc>
          <w:tcPr>
            <w:tcW w:type="dxa" w:w="2880"/>
          </w:tcPr>
          <w:p>
            <w:r>
              <w:t>12</w:t>
            </w:r>
          </w:p>
        </w:tc>
      </w:tr>
      <w:tr>
        <w:tc>
          <w:tcPr>
            <w:tcW w:type="dxa" w:w="2880"/>
          </w:tcPr>
          <w:p>
            <w:r>
              <w:t>2025-08-01</w:t>
            </w:r>
          </w:p>
        </w:tc>
        <w:tc>
          <w:tcPr>
            <w:tcW w:type="dxa" w:w="2880"/>
          </w:tcPr>
          <w:p>
            <w:r>
              <w:t>burst</w:t>
            </w:r>
          </w:p>
        </w:tc>
        <w:tc>
          <w:tcPr>
            <w:tcW w:type="dxa" w:w="2880"/>
          </w:tcPr>
          <w:p>
            <w:r>
              <w:t>6</w:t>
            </w:r>
          </w:p>
        </w:tc>
      </w:tr>
      <w:tr>
        <w:tc>
          <w:tcPr>
            <w:tcW w:type="dxa" w:w="2880"/>
          </w:tcPr>
          <w:p>
            <w:r>
              <w:t>2025-08-01</w:t>
            </w:r>
          </w:p>
        </w:tc>
        <w:tc>
          <w:tcPr>
            <w:tcW w:type="dxa" w:w="2880"/>
          </w:tcPr>
          <w:p>
            <w:r>
              <w:t>joint failure</w:t>
            </w:r>
          </w:p>
        </w:tc>
        <w:tc>
          <w:tcPr>
            <w:tcW w:type="dxa" w:w="2880"/>
          </w:tcPr>
          <w:p>
            <w:r>
              <w:t>8</w:t>
            </w:r>
          </w:p>
        </w:tc>
      </w:tr>
      <w:tr>
        <w:tc>
          <w:tcPr>
            <w:tcW w:type="dxa" w:w="2880"/>
          </w:tcPr>
          <w:p>
            <w:r>
              <w:t>2025-08-01</w:t>
            </w:r>
          </w:p>
        </w:tc>
        <w:tc>
          <w:tcPr>
            <w:tcW w:type="dxa" w:w="2880"/>
          </w:tcPr>
          <w:p>
            <w:r>
              <w:t>valve leak</w:t>
            </w:r>
          </w:p>
        </w:tc>
        <w:tc>
          <w:tcPr>
            <w:tcW w:type="dxa" w:w="2880"/>
          </w:tcPr>
          <w:p>
            <w:r>
              <w:t>3</w:t>
            </w:r>
          </w:p>
        </w:tc>
      </w:tr>
      <w:tr>
        <w:tc>
          <w:tcPr>
            <w:tcW w:type="dxa" w:w="2880"/>
          </w:tcPr>
          <w:p>
            <w:r>
              <w:t>2025-09-01</w:t>
            </w:r>
          </w:p>
        </w:tc>
        <w:tc>
          <w:tcPr>
            <w:tcW w:type="dxa" w:w="2880"/>
          </w:tcPr>
          <w:p>
            <w:r>
              <w:t>leak</w:t>
            </w:r>
          </w:p>
        </w:tc>
        <w:tc>
          <w:tcPr>
            <w:tcW w:type="dxa" w:w="2880"/>
          </w:tcPr>
          <w:p>
            <w:r>
              <w:t>19</w:t>
            </w:r>
          </w:p>
        </w:tc>
      </w:tr>
      <w:tr>
        <w:tc>
          <w:tcPr>
            <w:tcW w:type="dxa" w:w="2880"/>
          </w:tcPr>
          <w:p>
            <w:r>
              <w:t>2025-09-01</w:t>
            </w:r>
          </w:p>
        </w:tc>
        <w:tc>
          <w:tcPr>
            <w:tcW w:type="dxa" w:w="2880"/>
          </w:tcPr>
          <w:p>
            <w:r>
              <w:t>burst</w:t>
            </w:r>
          </w:p>
        </w:tc>
        <w:tc>
          <w:tcPr>
            <w:tcW w:type="dxa" w:w="2880"/>
          </w:tcPr>
          <w:p>
            <w:r>
              <w:t>10</w:t>
            </w:r>
          </w:p>
        </w:tc>
      </w:tr>
      <w:tr>
        <w:tc>
          <w:tcPr>
            <w:tcW w:type="dxa" w:w="2880"/>
          </w:tcPr>
          <w:p>
            <w:r>
              <w:t>2025-09-01</w:t>
            </w:r>
          </w:p>
        </w:tc>
        <w:tc>
          <w:tcPr>
            <w:tcW w:type="dxa" w:w="2880"/>
          </w:tcPr>
          <w:p>
            <w:r>
              <w:t>joint failure</w:t>
            </w:r>
          </w:p>
        </w:tc>
        <w:tc>
          <w:tcPr>
            <w:tcW w:type="dxa" w:w="2880"/>
          </w:tcPr>
          <w:p>
            <w:r>
              <w:t>7</w:t>
            </w:r>
          </w:p>
        </w:tc>
      </w:tr>
      <w:tr>
        <w:tc>
          <w:tcPr>
            <w:tcW w:type="dxa" w:w="2880"/>
          </w:tcPr>
          <w:p>
            <w:r>
              <w:t>2025-09-01</w:t>
            </w:r>
          </w:p>
        </w:tc>
        <w:tc>
          <w:tcPr>
            <w:tcW w:type="dxa" w:w="2880"/>
          </w:tcPr>
          <w:p>
            <w:r>
              <w:t>valve leak</w:t>
            </w:r>
          </w:p>
        </w:tc>
        <w:tc>
          <w:tcPr>
            <w:tcW w:type="dxa" w:w="2880"/>
          </w:tcPr>
          <w:p>
            <w:r>
              <w:t>1</w:t>
            </w:r>
          </w:p>
        </w:tc>
      </w:tr>
      <w:tr>
        <w:tc>
          <w:tcPr>
            <w:tcW w:type="dxa" w:w="2880"/>
          </w:tcPr>
          <w:p>
            <w:r>
              <w:t>2025-10-01</w:t>
            </w:r>
          </w:p>
        </w:tc>
        <w:tc>
          <w:tcPr>
            <w:tcW w:type="dxa" w:w="2880"/>
          </w:tcPr>
          <w:p>
            <w:r>
              <w:t>leak</w:t>
            </w:r>
          </w:p>
        </w:tc>
        <w:tc>
          <w:tcPr>
            <w:tcW w:type="dxa" w:w="2880"/>
          </w:tcPr>
          <w:p>
            <w:r>
              <w:t>13</w:t>
            </w:r>
          </w:p>
        </w:tc>
      </w:tr>
      <w:tr>
        <w:tc>
          <w:tcPr>
            <w:tcW w:type="dxa" w:w="2880"/>
          </w:tcPr>
          <w:p>
            <w:r>
              <w:t>2025-10-01</w:t>
            </w:r>
          </w:p>
        </w:tc>
        <w:tc>
          <w:tcPr>
            <w:tcW w:type="dxa" w:w="2880"/>
          </w:tcPr>
          <w:p>
            <w:r>
              <w:t>burst</w:t>
            </w:r>
          </w:p>
        </w:tc>
        <w:tc>
          <w:tcPr>
            <w:tcW w:type="dxa" w:w="2880"/>
          </w:tcPr>
          <w:p>
            <w:r>
              <w:t>13</w:t>
            </w:r>
          </w:p>
        </w:tc>
      </w:tr>
      <w:tr>
        <w:tc>
          <w:tcPr>
            <w:tcW w:type="dxa" w:w="2880"/>
          </w:tcPr>
          <w:p>
            <w:r>
              <w:t>2025-10-01</w:t>
            </w:r>
          </w:p>
        </w:tc>
        <w:tc>
          <w:tcPr>
            <w:tcW w:type="dxa" w:w="2880"/>
          </w:tcPr>
          <w:p>
            <w:r>
              <w:t>joint failure</w:t>
            </w:r>
          </w:p>
        </w:tc>
        <w:tc>
          <w:tcPr>
            <w:tcW w:type="dxa" w:w="2880"/>
          </w:tcPr>
          <w:p>
            <w:r>
              <w:t>6</w:t>
            </w:r>
          </w:p>
        </w:tc>
      </w:tr>
      <w:tr>
        <w:tc>
          <w:tcPr>
            <w:tcW w:type="dxa" w:w="2880"/>
          </w:tcPr>
          <w:p>
            <w:r>
              <w:t>2025-10-01</w:t>
            </w:r>
          </w:p>
        </w:tc>
        <w:tc>
          <w:tcPr>
            <w:tcW w:type="dxa" w:w="2880"/>
          </w:tcPr>
          <w:p>
            <w:r>
              <w:t>valve leak</w:t>
            </w:r>
          </w:p>
        </w:tc>
        <w:tc>
          <w:tcPr>
            <w:tcW w:type="dxa" w:w="2880"/>
          </w:tcPr>
          <w:p>
            <w:r>
              <w:t>2</w:t>
            </w:r>
          </w:p>
        </w:tc>
      </w:tr>
      <w:tr>
        <w:tc>
          <w:tcPr>
            <w:tcW w:type="dxa" w:w="2880"/>
          </w:tcPr>
          <w:p>
            <w:r>
              <w:t>2025-11-01</w:t>
            </w:r>
          </w:p>
        </w:tc>
        <w:tc>
          <w:tcPr>
            <w:tcW w:type="dxa" w:w="2880"/>
          </w:tcPr>
          <w:p>
            <w:r>
              <w:t>leak</w:t>
            </w:r>
          </w:p>
        </w:tc>
        <w:tc>
          <w:tcPr>
            <w:tcW w:type="dxa" w:w="2880"/>
          </w:tcPr>
          <w:p>
            <w:r>
              <w:t>6</w:t>
            </w:r>
          </w:p>
        </w:tc>
      </w:tr>
      <w:tr>
        <w:tc>
          <w:tcPr>
            <w:tcW w:type="dxa" w:w="2880"/>
          </w:tcPr>
          <w:p>
            <w:r>
              <w:t>2025-11-01</w:t>
            </w:r>
          </w:p>
        </w:tc>
        <w:tc>
          <w:tcPr>
            <w:tcW w:type="dxa" w:w="2880"/>
          </w:tcPr>
          <w:p>
            <w:r>
              <w:t>burst</w:t>
            </w:r>
          </w:p>
        </w:tc>
        <w:tc>
          <w:tcPr>
            <w:tcW w:type="dxa" w:w="2880"/>
          </w:tcPr>
          <w:p>
            <w:r>
              <w:t>6</w:t>
            </w:r>
          </w:p>
        </w:tc>
      </w:tr>
      <w:tr>
        <w:tc>
          <w:tcPr>
            <w:tcW w:type="dxa" w:w="2880"/>
          </w:tcPr>
          <w:p>
            <w:r>
              <w:t>2025-11-01</w:t>
            </w:r>
          </w:p>
        </w:tc>
        <w:tc>
          <w:tcPr>
            <w:tcW w:type="dxa" w:w="2880"/>
          </w:tcPr>
          <w:p>
            <w:r>
              <w:t>joint failure</w:t>
            </w:r>
          </w:p>
        </w:tc>
        <w:tc>
          <w:tcPr>
            <w:tcW w:type="dxa" w:w="2880"/>
          </w:tcPr>
          <w:p>
            <w:r>
              <w:t>2</w:t>
            </w:r>
          </w:p>
        </w:tc>
      </w:tr>
      <w:tr>
        <w:tc>
          <w:tcPr>
            <w:tcW w:type="dxa" w:w="2880"/>
          </w:tcPr>
          <w:p>
            <w:r>
              <w:t>2025-11-01</w:t>
            </w:r>
          </w:p>
        </w:tc>
        <w:tc>
          <w:tcPr>
            <w:tcW w:type="dxa" w:w="2880"/>
          </w:tcPr>
          <w:p>
            <w:r>
              <w:t>valve leak</w:t>
            </w:r>
          </w:p>
        </w:tc>
        <w:tc>
          <w:tcPr>
            <w:tcW w:type="dxa" w:w="2880"/>
          </w:tcPr>
          <w:p>
            <w:r>
              <w:t>2</w:t>
            </w:r>
          </w:p>
        </w:tc>
      </w:tr>
      <w:tr>
        <w:tc>
          <w:tcPr>
            <w:tcW w:type="dxa" w:w="2880"/>
          </w:tcPr>
          <w:p>
            <w:r>
              <w:t>2025-12-01</w:t>
            </w:r>
          </w:p>
        </w:tc>
        <w:tc>
          <w:tcPr>
            <w:tcW w:type="dxa" w:w="2880"/>
          </w:tcPr>
          <w:p>
            <w:r>
              <w:t>leak</w:t>
            </w:r>
          </w:p>
        </w:tc>
        <w:tc>
          <w:tcPr>
            <w:tcW w:type="dxa" w:w="2880"/>
          </w:tcPr>
          <w:p>
            <w:r>
              <w:t>10</w:t>
            </w:r>
          </w:p>
        </w:tc>
      </w:tr>
      <w:tr>
        <w:tc>
          <w:tcPr>
            <w:tcW w:type="dxa" w:w="2880"/>
          </w:tcPr>
          <w:p>
            <w:r>
              <w:t>2025-12-01</w:t>
            </w:r>
          </w:p>
        </w:tc>
        <w:tc>
          <w:tcPr>
            <w:tcW w:type="dxa" w:w="2880"/>
          </w:tcPr>
          <w:p>
            <w:r>
              <w:t>burst</w:t>
            </w:r>
          </w:p>
        </w:tc>
        <w:tc>
          <w:tcPr>
            <w:tcW w:type="dxa" w:w="2880"/>
          </w:tcPr>
          <w:p>
            <w:r>
              <w:t>4</w:t>
            </w:r>
          </w:p>
        </w:tc>
      </w:tr>
      <w:tr>
        <w:tc>
          <w:tcPr>
            <w:tcW w:type="dxa" w:w="2880"/>
          </w:tcPr>
          <w:p>
            <w:r>
              <w:t>2025-12-01</w:t>
            </w:r>
          </w:p>
        </w:tc>
        <w:tc>
          <w:tcPr>
            <w:tcW w:type="dxa" w:w="2880"/>
          </w:tcPr>
          <w:p>
            <w:r>
              <w:t>joint failure</w:t>
            </w:r>
          </w:p>
        </w:tc>
        <w:tc>
          <w:tcPr>
            <w:tcW w:type="dxa" w:w="2880"/>
          </w:tcPr>
          <w:p>
            <w:r>
              <w:t>3</w:t>
            </w:r>
          </w:p>
        </w:tc>
      </w:tr>
      <w:tr>
        <w:tc>
          <w:tcPr>
            <w:tcW w:type="dxa" w:w="2880"/>
          </w:tcPr>
          <w:p>
            <w:r>
              <w:t>2025-12-01</w:t>
            </w:r>
          </w:p>
        </w:tc>
        <w:tc>
          <w:tcPr>
            <w:tcW w:type="dxa" w:w="2880"/>
          </w:tcPr>
          <w:p>
            <w:r>
              <w:t>valve leak</w:t>
            </w:r>
          </w:p>
        </w:tc>
        <w:tc>
          <w:tcPr>
            <w:tcW w:type="dxa" w:w="2880"/>
          </w:tcPr>
          <w:p>
            <w:r>
              <w:t>3</w:t>
            </w:r>
          </w:p>
        </w:tc>
      </w:tr>
      <w:tr>
        <w:tc>
          <w:tcPr>
            <w:tcW w:type="dxa" w:w="2880"/>
          </w:tcPr>
          <w:p>
            <w:r>
              <w:t>2026-01-01</w:t>
            </w:r>
          </w:p>
        </w:tc>
        <w:tc>
          <w:tcPr>
            <w:tcW w:type="dxa" w:w="2880"/>
          </w:tcPr>
          <w:p>
            <w:r>
              <w:t>leak</w:t>
            </w:r>
          </w:p>
        </w:tc>
        <w:tc>
          <w:tcPr>
            <w:tcW w:type="dxa" w:w="2880"/>
          </w:tcPr>
          <w:p>
            <w:r>
              <w:t>5</w:t>
            </w:r>
          </w:p>
        </w:tc>
      </w:tr>
      <w:tr>
        <w:tc>
          <w:tcPr>
            <w:tcW w:type="dxa" w:w="2880"/>
          </w:tcPr>
          <w:p>
            <w:r>
              <w:t>2026-01-01</w:t>
            </w:r>
          </w:p>
        </w:tc>
        <w:tc>
          <w:tcPr>
            <w:tcW w:type="dxa" w:w="2880"/>
          </w:tcPr>
          <w:p>
            <w:r>
              <w:t>burst</w:t>
            </w:r>
          </w:p>
        </w:tc>
        <w:tc>
          <w:tcPr>
            <w:tcW w:type="dxa" w:w="2880"/>
          </w:tcPr>
          <w:p>
            <w:r>
              <w:t>2</w:t>
            </w:r>
          </w:p>
        </w:tc>
      </w:tr>
      <w:tr>
        <w:tc>
          <w:tcPr>
            <w:tcW w:type="dxa" w:w="2880"/>
          </w:tcPr>
          <w:p>
            <w:r>
              <w:t>2026-01-01</w:t>
            </w:r>
          </w:p>
        </w:tc>
        <w:tc>
          <w:tcPr>
            <w:tcW w:type="dxa" w:w="2880"/>
          </w:tcPr>
          <w:p>
            <w:r>
              <w:t>joint failure</w:t>
            </w:r>
          </w:p>
        </w:tc>
        <w:tc>
          <w:tcPr>
            <w:tcW w:type="dxa" w:w="2880"/>
          </w:tcPr>
          <w:p>
            <w:r>
              <w:t>2</w:t>
            </w:r>
          </w:p>
        </w:tc>
      </w:tr>
      <w:tr>
        <w:tc>
          <w:tcPr>
            <w:tcW w:type="dxa" w:w="2880"/>
          </w:tcPr>
          <w:p>
            <w:r>
              <w:t>2026-01-01</w:t>
            </w:r>
          </w:p>
        </w:tc>
        <w:tc>
          <w:tcPr>
            <w:tcW w:type="dxa" w:w="2880"/>
          </w:tcPr>
          <w:p>
            <w:r>
              <w:t>valve leak</w:t>
            </w:r>
          </w:p>
        </w:tc>
        <w:tc>
          <w:tcPr>
            <w:tcW w:type="dxa" w:w="2880"/>
          </w:tcPr>
          <w:p>
            <w:r>
              <w:t>4</w:t>
            </w:r>
          </w:p>
        </w:tc>
      </w:tr>
      <w:tr>
        <w:tc>
          <w:tcPr>
            <w:tcW w:type="dxa" w:w="2880"/>
          </w:tcPr>
          <w:p>
            <w:r>
              <w:t>2026-02-01</w:t>
            </w:r>
          </w:p>
        </w:tc>
        <w:tc>
          <w:tcPr>
            <w:tcW w:type="dxa" w:w="2880"/>
          </w:tcPr>
          <w:p>
            <w:r>
              <w:t>leak</w:t>
            </w:r>
          </w:p>
        </w:tc>
        <w:tc>
          <w:tcPr>
            <w:tcW w:type="dxa" w:w="2880"/>
          </w:tcPr>
          <w:p>
            <w:r>
              <w:t>4</w:t>
            </w:r>
          </w:p>
        </w:tc>
      </w:tr>
      <w:tr>
        <w:tc>
          <w:tcPr>
            <w:tcW w:type="dxa" w:w="2880"/>
          </w:tcPr>
          <w:p>
            <w:r>
              <w:t>2026-02-01</w:t>
            </w:r>
          </w:p>
        </w:tc>
        <w:tc>
          <w:tcPr>
            <w:tcW w:type="dxa" w:w="2880"/>
          </w:tcPr>
          <w:p>
            <w:r>
              <w:t>burst</w:t>
            </w:r>
          </w:p>
        </w:tc>
        <w:tc>
          <w:tcPr>
            <w:tcW w:type="dxa" w:w="2880"/>
          </w:tcPr>
          <w:p>
            <w:r>
              <w:t>3</w:t>
            </w:r>
          </w:p>
        </w:tc>
      </w:tr>
      <w:tr>
        <w:tc>
          <w:tcPr>
            <w:tcW w:type="dxa" w:w="2880"/>
          </w:tcPr>
          <w:p>
            <w:r>
              <w:t>2026-02-01</w:t>
            </w:r>
          </w:p>
        </w:tc>
        <w:tc>
          <w:tcPr>
            <w:tcW w:type="dxa" w:w="2880"/>
          </w:tcPr>
          <w:p>
            <w:r>
              <w:t>joint failure</w:t>
            </w:r>
          </w:p>
        </w:tc>
        <w:tc>
          <w:tcPr>
            <w:tcW w:type="dxa" w:w="2880"/>
          </w:tcPr>
          <w:p>
            <w:r>
              <w:t>1</w:t>
            </w:r>
          </w:p>
        </w:tc>
      </w:tr>
      <w:tr>
        <w:tc>
          <w:tcPr>
            <w:tcW w:type="dxa" w:w="2880"/>
          </w:tcPr>
          <w:p>
            <w:r>
              <w:t>2026-02-01</w:t>
            </w:r>
          </w:p>
        </w:tc>
        <w:tc>
          <w:tcPr>
            <w:tcW w:type="dxa" w:w="2880"/>
          </w:tcPr>
          <w:p>
            <w:r>
              <w:t>valve leak</w:t>
            </w:r>
          </w:p>
        </w:tc>
        <w:tc>
          <w:tcPr>
            <w:tcW w:type="dxa" w:w="2880"/>
          </w:tcPr>
          <w:p>
            <w:r>
              <w:t>1</w:t>
            </w:r>
          </w:p>
        </w:tc>
      </w:tr>
      <w:tr>
        <w:tc>
          <w:tcPr>
            <w:tcW w:type="dxa" w:w="2880"/>
          </w:tcPr>
          <w:p>
            <w:r>
              <w:t>2026-03-01</w:t>
            </w:r>
          </w:p>
        </w:tc>
        <w:tc>
          <w:tcPr>
            <w:tcW w:type="dxa" w:w="2880"/>
          </w:tcPr>
          <w:p>
            <w:r>
              <w:t>leak</w:t>
            </w:r>
          </w:p>
        </w:tc>
        <w:tc>
          <w:tcPr>
            <w:tcW w:type="dxa" w:w="2880"/>
          </w:tcPr>
          <w:p>
            <w:r>
              <w:t>7</w:t>
            </w:r>
          </w:p>
        </w:tc>
      </w:tr>
      <w:tr>
        <w:tc>
          <w:tcPr>
            <w:tcW w:type="dxa" w:w="2880"/>
          </w:tcPr>
          <w:p>
            <w:r>
              <w:t>2026-03-01</w:t>
            </w:r>
          </w:p>
        </w:tc>
        <w:tc>
          <w:tcPr>
            <w:tcW w:type="dxa" w:w="2880"/>
          </w:tcPr>
          <w:p>
            <w:r>
              <w:t>burst</w:t>
            </w:r>
          </w:p>
        </w:tc>
        <w:tc>
          <w:tcPr>
            <w:tcW w:type="dxa" w:w="2880"/>
          </w:tcPr>
          <w:p>
            <w:r>
              <w:t>7</w:t>
            </w:r>
          </w:p>
        </w:tc>
      </w:tr>
      <w:tr>
        <w:tc>
          <w:tcPr>
            <w:tcW w:type="dxa" w:w="2880"/>
          </w:tcPr>
          <w:p>
            <w:r>
              <w:t>2026-03-01</w:t>
            </w:r>
          </w:p>
        </w:tc>
        <w:tc>
          <w:tcPr>
            <w:tcW w:type="dxa" w:w="2880"/>
          </w:tcPr>
          <w:p>
            <w:r>
              <w:t>joint failure</w:t>
            </w:r>
          </w:p>
        </w:tc>
        <w:tc>
          <w:tcPr>
            <w:tcW w:type="dxa" w:w="2880"/>
          </w:tcPr>
          <w:p>
            <w:r>
              <w:t>2</w:t>
            </w:r>
          </w:p>
        </w:tc>
      </w:tr>
      <w:tr>
        <w:tc>
          <w:tcPr>
            <w:tcW w:type="dxa" w:w="2880"/>
          </w:tcPr>
          <w:p>
            <w:r>
              <w:t>2026-03-01</w:t>
            </w:r>
          </w:p>
        </w:tc>
        <w:tc>
          <w:tcPr>
            <w:tcW w:type="dxa" w:w="2880"/>
          </w:tcPr>
          <w:p>
            <w:r>
              <w:t>valve leak</w:t>
            </w:r>
          </w:p>
        </w:tc>
        <w:tc>
          <w:tcPr>
            <w:tcW w:type="dxa" w:w="2880"/>
          </w:tcPr>
          <w:p>
            <w:r>
              <w:t>4</w:t>
            </w:r>
          </w:p>
        </w:tc>
      </w:tr>
      <w:tr>
        <w:tc>
          <w:tcPr>
            <w:tcW w:type="dxa" w:w="2880"/>
          </w:tcPr>
          <w:p>
            <w:r>
              <w:t>2026-04-01</w:t>
            </w:r>
          </w:p>
        </w:tc>
        <w:tc>
          <w:tcPr>
            <w:tcW w:type="dxa" w:w="2880"/>
          </w:tcPr>
          <w:p>
            <w:r>
              <w:t>leak</w:t>
            </w:r>
          </w:p>
        </w:tc>
        <w:tc>
          <w:tcPr>
            <w:tcW w:type="dxa" w:w="2880"/>
          </w:tcPr>
          <w:p>
            <w:r>
              <w:t>14</w:t>
            </w:r>
          </w:p>
        </w:tc>
      </w:tr>
      <w:tr>
        <w:tc>
          <w:tcPr>
            <w:tcW w:type="dxa" w:w="2880"/>
          </w:tcPr>
          <w:p>
            <w:r>
              <w:t>2026-04-01</w:t>
            </w:r>
          </w:p>
        </w:tc>
        <w:tc>
          <w:tcPr>
            <w:tcW w:type="dxa" w:w="2880"/>
          </w:tcPr>
          <w:p>
            <w:r>
              <w:t>burst</w:t>
            </w:r>
          </w:p>
        </w:tc>
        <w:tc>
          <w:tcPr>
            <w:tcW w:type="dxa" w:w="2880"/>
          </w:tcPr>
          <w:p>
            <w:r>
              <w:t>12</w:t>
            </w:r>
          </w:p>
        </w:tc>
      </w:tr>
      <w:tr>
        <w:tc>
          <w:tcPr>
            <w:tcW w:type="dxa" w:w="2880"/>
          </w:tcPr>
          <w:p>
            <w:r>
              <w:t>2026-04-01</w:t>
            </w:r>
          </w:p>
        </w:tc>
        <w:tc>
          <w:tcPr>
            <w:tcW w:type="dxa" w:w="2880"/>
          </w:tcPr>
          <w:p>
            <w:r>
              <w:t>joint failure</w:t>
            </w:r>
          </w:p>
        </w:tc>
        <w:tc>
          <w:tcPr>
            <w:tcW w:type="dxa" w:w="2880"/>
          </w:tcPr>
          <w:p>
            <w:r>
              <w:t>2</w:t>
            </w:r>
          </w:p>
        </w:tc>
      </w:tr>
      <w:tr>
        <w:tc>
          <w:tcPr>
            <w:tcW w:type="dxa" w:w="2880"/>
          </w:tcPr>
          <w:p>
            <w:r>
              <w:t>2026-04-01</w:t>
            </w:r>
          </w:p>
        </w:tc>
        <w:tc>
          <w:tcPr>
            <w:tcW w:type="dxa" w:w="2880"/>
          </w:tcPr>
          <w:p>
            <w:r>
              <w:t>valve leak</w:t>
            </w:r>
          </w:p>
        </w:tc>
        <w:tc>
          <w:tcPr>
            <w:tcW w:type="dxa" w:w="2880"/>
          </w:tcPr>
          <w:p>
            <w:r>
              <w:t>2</w:t>
            </w:r>
          </w:p>
        </w:tc>
      </w:tr>
      <w:tr>
        <w:tc>
          <w:tcPr>
            <w:tcW w:type="dxa" w:w="2880"/>
          </w:tcPr>
          <w:p>
            <w:r>
              <w:t>2026-05-01</w:t>
            </w:r>
          </w:p>
        </w:tc>
        <w:tc>
          <w:tcPr>
            <w:tcW w:type="dxa" w:w="2880"/>
          </w:tcPr>
          <w:p>
            <w:r>
              <w:t>leak</w:t>
            </w:r>
          </w:p>
        </w:tc>
        <w:tc>
          <w:tcPr>
            <w:tcW w:type="dxa" w:w="2880"/>
          </w:tcPr>
          <w:p>
            <w:r>
              <w:t>14</w:t>
            </w:r>
          </w:p>
        </w:tc>
      </w:tr>
      <w:tr>
        <w:tc>
          <w:tcPr>
            <w:tcW w:type="dxa" w:w="2880"/>
          </w:tcPr>
          <w:p>
            <w:r>
              <w:t>2026-05-01</w:t>
            </w:r>
          </w:p>
        </w:tc>
        <w:tc>
          <w:tcPr>
            <w:tcW w:type="dxa" w:w="2880"/>
          </w:tcPr>
          <w:p>
            <w:r>
              <w:t>burst</w:t>
            </w:r>
          </w:p>
        </w:tc>
        <w:tc>
          <w:tcPr>
            <w:tcW w:type="dxa" w:w="2880"/>
          </w:tcPr>
          <w:p>
            <w:r>
              <w:t>9</w:t>
            </w:r>
          </w:p>
        </w:tc>
      </w:tr>
      <w:tr>
        <w:tc>
          <w:tcPr>
            <w:tcW w:type="dxa" w:w="2880"/>
          </w:tcPr>
          <w:p>
            <w:r>
              <w:t>2026-05-01</w:t>
            </w:r>
          </w:p>
        </w:tc>
        <w:tc>
          <w:tcPr>
            <w:tcW w:type="dxa" w:w="2880"/>
          </w:tcPr>
          <w:p>
            <w:r>
              <w:t>joint failure</w:t>
            </w:r>
          </w:p>
        </w:tc>
        <w:tc>
          <w:tcPr>
            <w:tcW w:type="dxa" w:w="2880"/>
          </w:tcPr>
          <w:p>
            <w:r>
              <w:t>4</w:t>
            </w:r>
          </w:p>
        </w:tc>
      </w:tr>
      <w:tr>
        <w:tc>
          <w:tcPr>
            <w:tcW w:type="dxa" w:w="2880"/>
          </w:tcPr>
          <w:p>
            <w:r>
              <w:t>2026-05-01</w:t>
            </w:r>
          </w:p>
        </w:tc>
        <w:tc>
          <w:tcPr>
            <w:tcW w:type="dxa" w:w="2880"/>
          </w:tcPr>
          <w:p>
            <w:r>
              <w:t>valve leak</w:t>
            </w:r>
          </w:p>
        </w:tc>
        <w:tc>
          <w:tcPr>
            <w:tcW w:type="dxa" w:w="2880"/>
          </w:tcPr>
          <w:p>
            <w:r>
              <w:t>1</w:t>
            </w:r>
          </w:p>
        </w:tc>
      </w:tr>
      <w:tr>
        <w:tc>
          <w:tcPr>
            <w:tcW w:type="dxa" w:w="2880"/>
          </w:tcPr>
          <w:p>
            <w:r>
              <w:t>2026-06-01</w:t>
            </w:r>
          </w:p>
        </w:tc>
        <w:tc>
          <w:tcPr>
            <w:tcW w:type="dxa" w:w="2880"/>
          </w:tcPr>
          <w:p>
            <w:r>
              <w:t>leak</w:t>
            </w:r>
          </w:p>
        </w:tc>
        <w:tc>
          <w:tcPr>
            <w:tcW w:type="dxa" w:w="2880"/>
          </w:tcPr>
          <w:p>
            <w:r>
              <w:t>15</w:t>
            </w:r>
          </w:p>
        </w:tc>
      </w:tr>
      <w:tr>
        <w:tc>
          <w:tcPr>
            <w:tcW w:type="dxa" w:w="2880"/>
          </w:tcPr>
          <w:p>
            <w:r>
              <w:t>2026-06-01</w:t>
            </w:r>
          </w:p>
        </w:tc>
        <w:tc>
          <w:tcPr>
            <w:tcW w:type="dxa" w:w="2880"/>
          </w:tcPr>
          <w:p>
            <w:r>
              <w:t>burst</w:t>
            </w:r>
          </w:p>
        </w:tc>
        <w:tc>
          <w:tcPr>
            <w:tcW w:type="dxa" w:w="2880"/>
          </w:tcPr>
          <w:p>
            <w:r>
              <w:t>11</w:t>
            </w:r>
          </w:p>
        </w:tc>
      </w:tr>
      <w:tr>
        <w:tc>
          <w:tcPr>
            <w:tcW w:type="dxa" w:w="2880"/>
          </w:tcPr>
          <w:p>
            <w:r>
              <w:t>2026-06-01</w:t>
            </w:r>
          </w:p>
        </w:tc>
        <w:tc>
          <w:tcPr>
            <w:tcW w:type="dxa" w:w="2880"/>
          </w:tcPr>
          <w:p>
            <w:r>
              <w:t>joint failure</w:t>
            </w:r>
          </w:p>
        </w:tc>
        <w:tc>
          <w:tcPr>
            <w:tcW w:type="dxa" w:w="2880"/>
          </w:tcPr>
          <w:p>
            <w:r>
              <w:t>14</w:t>
            </w:r>
          </w:p>
        </w:tc>
      </w:tr>
      <w:tr>
        <w:tc>
          <w:tcPr>
            <w:tcW w:type="dxa" w:w="2880"/>
          </w:tcPr>
          <w:p>
            <w:r>
              <w:t>2026-06-01</w:t>
            </w:r>
          </w:p>
        </w:tc>
        <w:tc>
          <w:tcPr>
            <w:tcW w:type="dxa" w:w="2880"/>
          </w:tcPr>
          <w:p>
            <w:r>
              <w:t>valve leak</w:t>
            </w:r>
          </w:p>
        </w:tc>
        <w:tc>
          <w:tcPr>
            <w:tcW w:type="dxa" w:w="2880"/>
          </w:tcPr>
          <w:p>
            <w:r>
              <w:t>4</w:t>
            </w:r>
          </w:p>
        </w:tc>
      </w:tr>
      <w:tr>
        <w:tc>
          <w:tcPr>
            <w:tcW w:type="dxa" w:w="2880"/>
          </w:tcPr>
          <w:p>
            <w:r>
              <w:t>2026-07-01</w:t>
            </w:r>
          </w:p>
        </w:tc>
        <w:tc>
          <w:tcPr>
            <w:tcW w:type="dxa" w:w="2880"/>
          </w:tcPr>
          <w:p>
            <w:r>
              <w:t>leak</w:t>
            </w:r>
          </w:p>
        </w:tc>
        <w:tc>
          <w:tcPr>
            <w:tcW w:type="dxa" w:w="2880"/>
          </w:tcPr>
          <w:p>
            <w:r>
              <w:t>23</w:t>
            </w:r>
          </w:p>
        </w:tc>
      </w:tr>
      <w:tr>
        <w:tc>
          <w:tcPr>
            <w:tcW w:type="dxa" w:w="2880"/>
          </w:tcPr>
          <w:p>
            <w:r>
              <w:t>2026-07-01</w:t>
            </w:r>
          </w:p>
        </w:tc>
        <w:tc>
          <w:tcPr>
            <w:tcW w:type="dxa" w:w="2880"/>
          </w:tcPr>
          <w:p>
            <w:r>
              <w:t>burst</w:t>
            </w:r>
          </w:p>
        </w:tc>
        <w:tc>
          <w:tcPr>
            <w:tcW w:type="dxa" w:w="2880"/>
          </w:tcPr>
          <w:p>
            <w:r>
              <w:t>20</w:t>
            </w:r>
          </w:p>
        </w:tc>
      </w:tr>
      <w:tr>
        <w:tc>
          <w:tcPr>
            <w:tcW w:type="dxa" w:w="2880"/>
          </w:tcPr>
          <w:p>
            <w:r>
              <w:t>2026-07-01</w:t>
            </w:r>
          </w:p>
        </w:tc>
        <w:tc>
          <w:tcPr>
            <w:tcW w:type="dxa" w:w="2880"/>
          </w:tcPr>
          <w:p>
            <w:r>
              <w:t>joint failure</w:t>
            </w:r>
          </w:p>
        </w:tc>
        <w:tc>
          <w:tcPr>
            <w:tcW w:type="dxa" w:w="2880"/>
          </w:tcPr>
          <w:p>
            <w:r>
              <w:t>8</w:t>
            </w:r>
          </w:p>
        </w:tc>
      </w:tr>
      <w:tr>
        <w:tc>
          <w:tcPr>
            <w:tcW w:type="dxa" w:w="2880"/>
          </w:tcPr>
          <w:p>
            <w:r>
              <w:t>2026-07-01</w:t>
            </w:r>
          </w:p>
        </w:tc>
        <w:tc>
          <w:tcPr>
            <w:tcW w:type="dxa" w:w="2880"/>
          </w:tcPr>
          <w:p>
            <w:r>
              <w:t>valve leak</w:t>
            </w:r>
          </w:p>
        </w:tc>
        <w:tc>
          <w:tcPr>
            <w:tcW w:type="dxa" w:w="2880"/>
          </w:tcPr>
          <w:p>
            <w:r>
              <w:t>1</w:t>
            </w:r>
          </w:p>
        </w:tc>
      </w:tr>
      <w:tr>
        <w:tc>
          <w:tcPr>
            <w:tcW w:type="dxa" w:w="2880"/>
          </w:tcPr>
          <w:p>
            <w:r>
              <w:t>2026-08-01</w:t>
            </w:r>
          </w:p>
        </w:tc>
        <w:tc>
          <w:tcPr>
            <w:tcW w:type="dxa" w:w="2880"/>
          </w:tcPr>
          <w:p>
            <w:r>
              <w:t>leak</w:t>
            </w:r>
          </w:p>
        </w:tc>
        <w:tc>
          <w:tcPr>
            <w:tcW w:type="dxa" w:w="2880"/>
          </w:tcPr>
          <w:p>
            <w:r>
              <w:t>24</w:t>
            </w:r>
          </w:p>
        </w:tc>
      </w:tr>
      <w:tr>
        <w:tc>
          <w:tcPr>
            <w:tcW w:type="dxa" w:w="2880"/>
          </w:tcPr>
          <w:p>
            <w:r>
              <w:t>2026-08-01</w:t>
            </w:r>
          </w:p>
        </w:tc>
        <w:tc>
          <w:tcPr>
            <w:tcW w:type="dxa" w:w="2880"/>
          </w:tcPr>
          <w:p>
            <w:r>
              <w:t>burst</w:t>
            </w:r>
          </w:p>
        </w:tc>
        <w:tc>
          <w:tcPr>
            <w:tcW w:type="dxa" w:w="2880"/>
          </w:tcPr>
          <w:p>
            <w:r>
              <w:t>14</w:t>
            </w:r>
          </w:p>
        </w:tc>
      </w:tr>
      <w:tr>
        <w:tc>
          <w:tcPr>
            <w:tcW w:type="dxa" w:w="2880"/>
          </w:tcPr>
          <w:p>
            <w:r>
              <w:t>2026-08-01</w:t>
            </w:r>
          </w:p>
        </w:tc>
        <w:tc>
          <w:tcPr>
            <w:tcW w:type="dxa" w:w="2880"/>
          </w:tcPr>
          <w:p>
            <w:r>
              <w:t>joint failure</w:t>
            </w:r>
          </w:p>
        </w:tc>
        <w:tc>
          <w:tcPr>
            <w:tcW w:type="dxa" w:w="2880"/>
          </w:tcPr>
          <w:p>
            <w:r>
              <w:t>12</w:t>
            </w:r>
          </w:p>
        </w:tc>
      </w:tr>
      <w:tr>
        <w:tc>
          <w:tcPr>
            <w:tcW w:type="dxa" w:w="2880"/>
          </w:tcPr>
          <w:p>
            <w:r>
              <w:t>2026-08-01</w:t>
            </w:r>
          </w:p>
        </w:tc>
        <w:tc>
          <w:tcPr>
            <w:tcW w:type="dxa" w:w="2880"/>
          </w:tcPr>
          <w:p>
            <w:r>
              <w:t>valve leak</w:t>
            </w:r>
          </w:p>
        </w:tc>
        <w:tc>
          <w:tcPr>
            <w:tcW w:type="dxa" w:w="2880"/>
          </w:tcPr>
          <w:p>
            <w:r>
              <w:t>4</w:t>
            </w:r>
          </w:p>
        </w:tc>
      </w:tr>
      <w:tr>
        <w:tc>
          <w:tcPr>
            <w:tcW w:type="dxa" w:w="2880"/>
          </w:tcPr>
          <w:p>
            <w:r>
              <w:t>2026-09-01</w:t>
            </w:r>
          </w:p>
        </w:tc>
        <w:tc>
          <w:tcPr>
            <w:tcW w:type="dxa" w:w="2880"/>
          </w:tcPr>
          <w:p>
            <w:r>
              <w:t>leak</w:t>
            </w:r>
          </w:p>
        </w:tc>
        <w:tc>
          <w:tcPr>
            <w:tcW w:type="dxa" w:w="2880"/>
          </w:tcPr>
          <w:p>
            <w:r>
              <w:t>23</w:t>
            </w:r>
          </w:p>
        </w:tc>
      </w:tr>
      <w:tr>
        <w:tc>
          <w:tcPr>
            <w:tcW w:type="dxa" w:w="2880"/>
          </w:tcPr>
          <w:p>
            <w:r>
              <w:t>2026-09-01</w:t>
            </w:r>
          </w:p>
        </w:tc>
        <w:tc>
          <w:tcPr>
            <w:tcW w:type="dxa" w:w="2880"/>
          </w:tcPr>
          <w:p>
            <w:r>
              <w:t>burst</w:t>
            </w:r>
          </w:p>
        </w:tc>
        <w:tc>
          <w:tcPr>
            <w:tcW w:type="dxa" w:w="2880"/>
          </w:tcPr>
          <w:p>
            <w:r>
              <w:t>9</w:t>
            </w:r>
          </w:p>
        </w:tc>
      </w:tr>
      <w:tr>
        <w:tc>
          <w:tcPr>
            <w:tcW w:type="dxa" w:w="2880"/>
          </w:tcPr>
          <w:p>
            <w:r>
              <w:t>2026-09-01</w:t>
            </w:r>
          </w:p>
        </w:tc>
        <w:tc>
          <w:tcPr>
            <w:tcW w:type="dxa" w:w="2880"/>
          </w:tcPr>
          <w:p>
            <w:r>
              <w:t>joint failure</w:t>
            </w:r>
          </w:p>
        </w:tc>
        <w:tc>
          <w:tcPr>
            <w:tcW w:type="dxa" w:w="2880"/>
          </w:tcPr>
          <w:p>
            <w:r>
              <w:t>7</w:t>
            </w:r>
          </w:p>
        </w:tc>
      </w:tr>
      <w:tr>
        <w:tc>
          <w:tcPr>
            <w:tcW w:type="dxa" w:w="2880"/>
          </w:tcPr>
          <w:p>
            <w:r>
              <w:t>2026-09-01</w:t>
            </w:r>
          </w:p>
        </w:tc>
        <w:tc>
          <w:tcPr>
            <w:tcW w:type="dxa" w:w="2880"/>
          </w:tcPr>
          <w:p>
            <w:r>
              <w:t>valve leak</w:t>
            </w:r>
          </w:p>
        </w:tc>
        <w:tc>
          <w:tcPr>
            <w:tcW w:type="dxa" w:w="2880"/>
          </w:tcPr>
          <w:p>
            <w:r>
              <w:t>2</w:t>
            </w:r>
          </w:p>
        </w:tc>
      </w:tr>
    </w:tbl>
    <w:p/>
    <w:p>
      <w:pPr>
        <w:pStyle w:val="Heading2"/>
      </w:pPr>
      <w:r>
        <w:t>Figure 47. Find point clusters: Customer complaints over time [94]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2025-09-29</w:t>
            </w:r>
          </w:p>
        </w:tc>
        <w:tc>
          <w:tcPr>
            <w:tcW w:type="dxa" w:w="2880"/>
          </w:tcPr>
          <w:p>
            <w:r>
              <w:t>low pressure</w:t>
            </w:r>
          </w:p>
        </w:tc>
        <w:tc>
          <w:tcPr>
            <w:tcW w:type="dxa" w:w="2880"/>
          </w:tcPr>
          <w:p>
            <w:r>
              <w:t>4</w:t>
            </w:r>
          </w:p>
        </w:tc>
      </w:tr>
      <w:tr>
        <w:tc>
          <w:tcPr>
            <w:tcW w:type="dxa" w:w="2880"/>
          </w:tcPr>
          <w:p>
            <w:r>
              <w:t>2025-09-29</w:t>
            </w:r>
          </w:p>
        </w:tc>
        <w:tc>
          <w:tcPr>
            <w:tcW w:type="dxa" w:w="2880"/>
          </w:tcPr>
          <w:p>
            <w:r>
              <w:t>high bill</w:t>
            </w:r>
          </w:p>
        </w:tc>
        <w:tc>
          <w:tcPr>
            <w:tcW w:type="dxa" w:w="2880"/>
          </w:tcPr>
          <w:p>
            <w:r>
              <w:t>3</w:t>
            </w:r>
          </w:p>
        </w:tc>
      </w:tr>
      <w:tr>
        <w:tc>
          <w:tcPr>
            <w:tcW w:type="dxa" w:w="2880"/>
          </w:tcPr>
          <w:p>
            <w:r>
              <w:t>2025-09-29</w:t>
            </w:r>
          </w:p>
        </w:tc>
        <w:tc>
          <w:tcPr>
            <w:tcW w:type="dxa" w:w="2880"/>
          </w:tcPr>
          <w:p>
            <w:r>
              <w:t>no water</w:t>
            </w:r>
          </w:p>
        </w:tc>
        <w:tc>
          <w:tcPr>
            <w:tcW w:type="dxa" w:w="2880"/>
          </w:tcPr>
          <w:p>
            <w:r>
              <w:t>1</w:t>
            </w:r>
          </w:p>
        </w:tc>
      </w:tr>
      <w:tr>
        <w:tc>
          <w:tcPr>
            <w:tcW w:type="dxa" w:w="2880"/>
          </w:tcPr>
          <w:p>
            <w:r>
              <w:t>2025-09-29</w:t>
            </w:r>
          </w:p>
        </w:tc>
        <w:tc>
          <w:tcPr>
            <w:tcW w:type="dxa" w:w="2880"/>
          </w:tcPr>
          <w:p>
            <w:r>
              <w:t>dirty water</w:t>
            </w:r>
          </w:p>
        </w:tc>
        <w:tc>
          <w:tcPr>
            <w:tcW w:type="dxa" w:w="2880"/>
          </w:tcPr>
          <w:p>
            <w:r>
              <w:t>2</w:t>
            </w:r>
          </w:p>
        </w:tc>
      </w:tr>
      <w:tr>
        <w:tc>
          <w:tcPr>
            <w:tcW w:type="dxa" w:w="2880"/>
          </w:tcPr>
          <w:p>
            <w:r>
              <w:t>2025-10-06</w:t>
            </w:r>
          </w:p>
        </w:tc>
        <w:tc>
          <w:tcPr>
            <w:tcW w:type="dxa" w:w="2880"/>
          </w:tcPr>
          <w:p>
            <w:r>
              <w:t>low pressure</w:t>
            </w:r>
          </w:p>
        </w:tc>
        <w:tc>
          <w:tcPr>
            <w:tcW w:type="dxa" w:w="2880"/>
          </w:tcPr>
          <w:p>
            <w:r>
              <w:t>6</w:t>
            </w:r>
          </w:p>
        </w:tc>
      </w:tr>
      <w:tr>
        <w:tc>
          <w:tcPr>
            <w:tcW w:type="dxa" w:w="2880"/>
          </w:tcPr>
          <w:p>
            <w:r>
              <w:t>2025-10-06</w:t>
            </w:r>
          </w:p>
        </w:tc>
        <w:tc>
          <w:tcPr>
            <w:tcW w:type="dxa" w:w="2880"/>
          </w:tcPr>
          <w:p>
            <w:r>
              <w:t>high bill</w:t>
            </w:r>
          </w:p>
        </w:tc>
        <w:tc>
          <w:tcPr>
            <w:tcW w:type="dxa" w:w="2880"/>
          </w:tcPr>
          <w:p>
            <w:r>
              <w:t>3</w:t>
            </w:r>
          </w:p>
        </w:tc>
      </w:tr>
      <w:tr>
        <w:tc>
          <w:tcPr>
            <w:tcW w:type="dxa" w:w="2880"/>
          </w:tcPr>
          <w:p>
            <w:r>
              <w:t>2025-10-06</w:t>
            </w:r>
          </w:p>
        </w:tc>
        <w:tc>
          <w:tcPr>
            <w:tcW w:type="dxa" w:w="2880"/>
          </w:tcPr>
          <w:p>
            <w:r>
              <w:t>no water</w:t>
            </w:r>
          </w:p>
        </w:tc>
        <w:tc>
          <w:tcPr>
            <w:tcW w:type="dxa" w:w="2880"/>
          </w:tcPr>
          <w:p>
            <w:r>
              <w:t>2</w:t>
            </w:r>
          </w:p>
        </w:tc>
      </w:tr>
      <w:tr>
        <w:tc>
          <w:tcPr>
            <w:tcW w:type="dxa" w:w="2880"/>
          </w:tcPr>
          <w:p>
            <w:r>
              <w:t>2025-10-06</w:t>
            </w:r>
          </w:p>
        </w:tc>
        <w:tc>
          <w:tcPr>
            <w:tcW w:type="dxa" w:w="2880"/>
          </w:tcPr>
          <w:p>
            <w:r>
              <w:t>dirty water</w:t>
            </w:r>
          </w:p>
        </w:tc>
        <w:tc>
          <w:tcPr>
            <w:tcW w:type="dxa" w:w="2880"/>
          </w:tcPr>
          <w:p>
            <w:r>
              <w:t>0</w:t>
            </w:r>
          </w:p>
        </w:tc>
      </w:tr>
      <w:tr>
        <w:tc>
          <w:tcPr>
            <w:tcW w:type="dxa" w:w="2880"/>
          </w:tcPr>
          <w:p>
            <w:r>
              <w:t>2025-10-13</w:t>
            </w:r>
          </w:p>
        </w:tc>
        <w:tc>
          <w:tcPr>
            <w:tcW w:type="dxa" w:w="2880"/>
          </w:tcPr>
          <w:p>
            <w:r>
              <w:t>low pressure</w:t>
            </w:r>
          </w:p>
        </w:tc>
        <w:tc>
          <w:tcPr>
            <w:tcW w:type="dxa" w:w="2880"/>
          </w:tcPr>
          <w:p>
            <w:r>
              <w:t>2</w:t>
            </w:r>
          </w:p>
        </w:tc>
      </w:tr>
      <w:tr>
        <w:tc>
          <w:tcPr>
            <w:tcW w:type="dxa" w:w="2880"/>
          </w:tcPr>
          <w:p>
            <w:r>
              <w:t>2025-10-13</w:t>
            </w:r>
          </w:p>
        </w:tc>
        <w:tc>
          <w:tcPr>
            <w:tcW w:type="dxa" w:w="2880"/>
          </w:tcPr>
          <w:p>
            <w:r>
              <w:t>high bill</w:t>
            </w:r>
          </w:p>
        </w:tc>
        <w:tc>
          <w:tcPr>
            <w:tcW w:type="dxa" w:w="2880"/>
          </w:tcPr>
          <w:p>
            <w:r>
              <w:t>3</w:t>
            </w:r>
          </w:p>
        </w:tc>
      </w:tr>
      <w:tr>
        <w:tc>
          <w:tcPr>
            <w:tcW w:type="dxa" w:w="2880"/>
          </w:tcPr>
          <w:p>
            <w:r>
              <w:t>2025-10-13</w:t>
            </w:r>
          </w:p>
        </w:tc>
        <w:tc>
          <w:tcPr>
            <w:tcW w:type="dxa" w:w="2880"/>
          </w:tcPr>
          <w:p>
            <w:r>
              <w:t>no water</w:t>
            </w:r>
          </w:p>
        </w:tc>
        <w:tc>
          <w:tcPr>
            <w:tcW w:type="dxa" w:w="2880"/>
          </w:tcPr>
          <w:p>
            <w:r>
              <w:t>2</w:t>
            </w:r>
          </w:p>
        </w:tc>
      </w:tr>
      <w:tr>
        <w:tc>
          <w:tcPr>
            <w:tcW w:type="dxa" w:w="2880"/>
          </w:tcPr>
          <w:p>
            <w:r>
              <w:t>2025-10-13</w:t>
            </w:r>
          </w:p>
        </w:tc>
        <w:tc>
          <w:tcPr>
            <w:tcW w:type="dxa" w:w="2880"/>
          </w:tcPr>
          <w:p>
            <w:r>
              <w:t>dirty water</w:t>
            </w:r>
          </w:p>
        </w:tc>
        <w:tc>
          <w:tcPr>
            <w:tcW w:type="dxa" w:w="2880"/>
          </w:tcPr>
          <w:p>
            <w:r>
              <w:t>0</w:t>
            </w:r>
          </w:p>
        </w:tc>
      </w:tr>
      <w:tr>
        <w:tc>
          <w:tcPr>
            <w:tcW w:type="dxa" w:w="2880"/>
          </w:tcPr>
          <w:p>
            <w:r>
              <w:t>2025-10-20</w:t>
            </w:r>
          </w:p>
        </w:tc>
        <w:tc>
          <w:tcPr>
            <w:tcW w:type="dxa" w:w="2880"/>
          </w:tcPr>
          <w:p>
            <w:r>
              <w:t>low pressure</w:t>
            </w:r>
          </w:p>
        </w:tc>
        <w:tc>
          <w:tcPr>
            <w:tcW w:type="dxa" w:w="2880"/>
          </w:tcPr>
          <w:p>
            <w:r>
              <w:t>5</w:t>
            </w:r>
          </w:p>
        </w:tc>
      </w:tr>
      <w:tr>
        <w:tc>
          <w:tcPr>
            <w:tcW w:type="dxa" w:w="2880"/>
          </w:tcPr>
          <w:p>
            <w:r>
              <w:t>2025-10-20</w:t>
            </w:r>
          </w:p>
        </w:tc>
        <w:tc>
          <w:tcPr>
            <w:tcW w:type="dxa" w:w="2880"/>
          </w:tcPr>
          <w:p>
            <w:r>
              <w:t>high bill</w:t>
            </w:r>
          </w:p>
        </w:tc>
        <w:tc>
          <w:tcPr>
            <w:tcW w:type="dxa" w:w="2880"/>
          </w:tcPr>
          <w:p>
            <w:r>
              <w:t>4</w:t>
            </w:r>
          </w:p>
        </w:tc>
      </w:tr>
      <w:tr>
        <w:tc>
          <w:tcPr>
            <w:tcW w:type="dxa" w:w="2880"/>
          </w:tcPr>
          <w:p>
            <w:r>
              <w:t>2025-10-20</w:t>
            </w:r>
          </w:p>
        </w:tc>
        <w:tc>
          <w:tcPr>
            <w:tcW w:type="dxa" w:w="2880"/>
          </w:tcPr>
          <w:p>
            <w:r>
              <w:t>no water</w:t>
            </w:r>
          </w:p>
        </w:tc>
        <w:tc>
          <w:tcPr>
            <w:tcW w:type="dxa" w:w="2880"/>
          </w:tcPr>
          <w:p>
            <w:r>
              <w:t>2</w:t>
            </w:r>
          </w:p>
        </w:tc>
      </w:tr>
      <w:tr>
        <w:tc>
          <w:tcPr>
            <w:tcW w:type="dxa" w:w="2880"/>
          </w:tcPr>
          <w:p>
            <w:r>
              <w:t>2025-10-20</w:t>
            </w:r>
          </w:p>
        </w:tc>
        <w:tc>
          <w:tcPr>
            <w:tcW w:type="dxa" w:w="2880"/>
          </w:tcPr>
          <w:p>
            <w:r>
              <w:t>dirty water</w:t>
            </w:r>
          </w:p>
        </w:tc>
        <w:tc>
          <w:tcPr>
            <w:tcW w:type="dxa" w:w="2880"/>
          </w:tcPr>
          <w:p>
            <w:r>
              <w:t>1</w:t>
            </w:r>
          </w:p>
        </w:tc>
      </w:tr>
      <w:tr>
        <w:tc>
          <w:tcPr>
            <w:tcW w:type="dxa" w:w="2880"/>
          </w:tcPr>
          <w:p>
            <w:r>
              <w:t>2025-10-27</w:t>
            </w:r>
          </w:p>
        </w:tc>
        <w:tc>
          <w:tcPr>
            <w:tcW w:type="dxa" w:w="2880"/>
          </w:tcPr>
          <w:p>
            <w:r>
              <w:t>low pressure</w:t>
            </w:r>
          </w:p>
        </w:tc>
        <w:tc>
          <w:tcPr>
            <w:tcW w:type="dxa" w:w="2880"/>
          </w:tcPr>
          <w:p>
            <w:r>
              <w:t>0</w:t>
            </w:r>
          </w:p>
        </w:tc>
      </w:tr>
      <w:tr>
        <w:tc>
          <w:tcPr>
            <w:tcW w:type="dxa" w:w="2880"/>
          </w:tcPr>
          <w:p>
            <w:r>
              <w:t>2025-10-27</w:t>
            </w:r>
          </w:p>
        </w:tc>
        <w:tc>
          <w:tcPr>
            <w:tcW w:type="dxa" w:w="2880"/>
          </w:tcPr>
          <w:p>
            <w:r>
              <w:t>high bill</w:t>
            </w:r>
          </w:p>
        </w:tc>
        <w:tc>
          <w:tcPr>
            <w:tcW w:type="dxa" w:w="2880"/>
          </w:tcPr>
          <w:p>
            <w:r>
              <w:t>2</w:t>
            </w:r>
          </w:p>
        </w:tc>
      </w:tr>
      <w:tr>
        <w:tc>
          <w:tcPr>
            <w:tcW w:type="dxa" w:w="2880"/>
          </w:tcPr>
          <w:p>
            <w:r>
              <w:t>2025-10-27</w:t>
            </w:r>
          </w:p>
        </w:tc>
        <w:tc>
          <w:tcPr>
            <w:tcW w:type="dxa" w:w="2880"/>
          </w:tcPr>
          <w:p>
            <w:r>
              <w:t>no water</w:t>
            </w:r>
          </w:p>
        </w:tc>
        <w:tc>
          <w:tcPr>
            <w:tcW w:type="dxa" w:w="2880"/>
          </w:tcPr>
          <w:p>
            <w:r>
              <w:t>1</w:t>
            </w:r>
          </w:p>
        </w:tc>
      </w:tr>
      <w:tr>
        <w:tc>
          <w:tcPr>
            <w:tcW w:type="dxa" w:w="2880"/>
          </w:tcPr>
          <w:p>
            <w:r>
              <w:t>2025-10-27</w:t>
            </w:r>
          </w:p>
        </w:tc>
        <w:tc>
          <w:tcPr>
            <w:tcW w:type="dxa" w:w="2880"/>
          </w:tcPr>
          <w:p>
            <w:r>
              <w:t>dirty water</w:t>
            </w:r>
          </w:p>
        </w:tc>
        <w:tc>
          <w:tcPr>
            <w:tcW w:type="dxa" w:w="2880"/>
          </w:tcPr>
          <w:p>
            <w:r>
              <w:t>2</w:t>
            </w:r>
          </w:p>
        </w:tc>
      </w:tr>
      <w:tr>
        <w:tc>
          <w:tcPr>
            <w:tcW w:type="dxa" w:w="2880"/>
          </w:tcPr>
          <w:p>
            <w:r>
              <w:t>2025-11-03</w:t>
            </w:r>
          </w:p>
        </w:tc>
        <w:tc>
          <w:tcPr>
            <w:tcW w:type="dxa" w:w="2880"/>
          </w:tcPr>
          <w:p>
            <w:r>
              <w:t>low pressure</w:t>
            </w:r>
          </w:p>
        </w:tc>
        <w:tc>
          <w:tcPr>
            <w:tcW w:type="dxa" w:w="2880"/>
          </w:tcPr>
          <w:p>
            <w:r>
              <w:t>2</w:t>
            </w:r>
          </w:p>
        </w:tc>
      </w:tr>
      <w:tr>
        <w:tc>
          <w:tcPr>
            <w:tcW w:type="dxa" w:w="2880"/>
          </w:tcPr>
          <w:p>
            <w:r>
              <w:t>2025-11-03</w:t>
            </w:r>
          </w:p>
        </w:tc>
        <w:tc>
          <w:tcPr>
            <w:tcW w:type="dxa" w:w="2880"/>
          </w:tcPr>
          <w:p>
            <w:r>
              <w:t>high bill</w:t>
            </w:r>
          </w:p>
        </w:tc>
        <w:tc>
          <w:tcPr>
            <w:tcW w:type="dxa" w:w="2880"/>
          </w:tcPr>
          <w:p>
            <w:r>
              <w:t>1</w:t>
            </w:r>
          </w:p>
        </w:tc>
      </w:tr>
      <w:tr>
        <w:tc>
          <w:tcPr>
            <w:tcW w:type="dxa" w:w="2880"/>
          </w:tcPr>
          <w:p>
            <w:r>
              <w:t>2025-11-03</w:t>
            </w:r>
          </w:p>
        </w:tc>
        <w:tc>
          <w:tcPr>
            <w:tcW w:type="dxa" w:w="2880"/>
          </w:tcPr>
          <w:p>
            <w:r>
              <w:t>no water</w:t>
            </w:r>
          </w:p>
        </w:tc>
        <w:tc>
          <w:tcPr>
            <w:tcW w:type="dxa" w:w="2880"/>
          </w:tcPr>
          <w:p>
            <w:r>
              <w:t>5</w:t>
            </w:r>
          </w:p>
        </w:tc>
      </w:tr>
      <w:tr>
        <w:tc>
          <w:tcPr>
            <w:tcW w:type="dxa" w:w="2880"/>
          </w:tcPr>
          <w:p>
            <w:r>
              <w:t>2025-11-03</w:t>
            </w:r>
          </w:p>
        </w:tc>
        <w:tc>
          <w:tcPr>
            <w:tcW w:type="dxa" w:w="2880"/>
          </w:tcPr>
          <w:p>
            <w:r>
              <w:t>dirty water</w:t>
            </w:r>
          </w:p>
        </w:tc>
        <w:tc>
          <w:tcPr>
            <w:tcW w:type="dxa" w:w="2880"/>
          </w:tcPr>
          <w:p>
            <w:r>
              <w:t>0</w:t>
            </w:r>
          </w:p>
        </w:tc>
      </w:tr>
      <w:tr>
        <w:tc>
          <w:tcPr>
            <w:tcW w:type="dxa" w:w="2880"/>
          </w:tcPr>
          <w:p>
            <w:r>
              <w:t>2025-11-10</w:t>
            </w:r>
          </w:p>
        </w:tc>
        <w:tc>
          <w:tcPr>
            <w:tcW w:type="dxa" w:w="2880"/>
          </w:tcPr>
          <w:p>
            <w:r>
              <w:t>low pressure</w:t>
            </w:r>
          </w:p>
        </w:tc>
        <w:tc>
          <w:tcPr>
            <w:tcW w:type="dxa" w:w="2880"/>
          </w:tcPr>
          <w:p>
            <w:r>
              <w:t>3</w:t>
            </w:r>
          </w:p>
        </w:tc>
      </w:tr>
      <w:tr>
        <w:tc>
          <w:tcPr>
            <w:tcW w:type="dxa" w:w="2880"/>
          </w:tcPr>
          <w:p>
            <w:r>
              <w:t>2025-11-10</w:t>
            </w:r>
          </w:p>
        </w:tc>
        <w:tc>
          <w:tcPr>
            <w:tcW w:type="dxa" w:w="2880"/>
          </w:tcPr>
          <w:p>
            <w:r>
              <w:t>high bill</w:t>
            </w:r>
          </w:p>
        </w:tc>
        <w:tc>
          <w:tcPr>
            <w:tcW w:type="dxa" w:w="2880"/>
          </w:tcPr>
          <w:p>
            <w:r>
              <w:t>0</w:t>
            </w:r>
          </w:p>
        </w:tc>
      </w:tr>
      <w:tr>
        <w:tc>
          <w:tcPr>
            <w:tcW w:type="dxa" w:w="2880"/>
          </w:tcPr>
          <w:p>
            <w:r>
              <w:t>2025-11-10</w:t>
            </w:r>
          </w:p>
        </w:tc>
        <w:tc>
          <w:tcPr>
            <w:tcW w:type="dxa" w:w="2880"/>
          </w:tcPr>
          <w:p>
            <w:r>
              <w:t>no water</w:t>
            </w:r>
          </w:p>
        </w:tc>
        <w:tc>
          <w:tcPr>
            <w:tcW w:type="dxa" w:w="2880"/>
          </w:tcPr>
          <w:p>
            <w:r>
              <w:t>1</w:t>
            </w:r>
          </w:p>
        </w:tc>
      </w:tr>
      <w:tr>
        <w:tc>
          <w:tcPr>
            <w:tcW w:type="dxa" w:w="2880"/>
          </w:tcPr>
          <w:p>
            <w:r>
              <w:t>2025-11-10</w:t>
            </w:r>
          </w:p>
        </w:tc>
        <w:tc>
          <w:tcPr>
            <w:tcW w:type="dxa" w:w="2880"/>
          </w:tcPr>
          <w:p>
            <w:r>
              <w:t>dirty water</w:t>
            </w:r>
          </w:p>
        </w:tc>
        <w:tc>
          <w:tcPr>
            <w:tcW w:type="dxa" w:w="2880"/>
          </w:tcPr>
          <w:p>
            <w:r>
              <w:t>1</w:t>
            </w:r>
          </w:p>
        </w:tc>
      </w:tr>
      <w:tr>
        <w:tc>
          <w:tcPr>
            <w:tcW w:type="dxa" w:w="2880"/>
          </w:tcPr>
          <w:p>
            <w:r>
              <w:t>2025-11-17</w:t>
            </w:r>
          </w:p>
        </w:tc>
        <w:tc>
          <w:tcPr>
            <w:tcW w:type="dxa" w:w="2880"/>
          </w:tcPr>
          <w:p>
            <w:r>
              <w:t>low pressure</w:t>
            </w:r>
          </w:p>
        </w:tc>
        <w:tc>
          <w:tcPr>
            <w:tcW w:type="dxa" w:w="2880"/>
          </w:tcPr>
          <w:p>
            <w:r>
              <w:t>3</w:t>
            </w:r>
          </w:p>
        </w:tc>
      </w:tr>
      <w:tr>
        <w:tc>
          <w:tcPr>
            <w:tcW w:type="dxa" w:w="2880"/>
          </w:tcPr>
          <w:p>
            <w:r>
              <w:t>2025-11-17</w:t>
            </w:r>
          </w:p>
        </w:tc>
        <w:tc>
          <w:tcPr>
            <w:tcW w:type="dxa" w:w="2880"/>
          </w:tcPr>
          <w:p>
            <w:r>
              <w:t>high bill</w:t>
            </w:r>
          </w:p>
        </w:tc>
        <w:tc>
          <w:tcPr>
            <w:tcW w:type="dxa" w:w="2880"/>
          </w:tcPr>
          <w:p>
            <w:r>
              <w:t>1</w:t>
            </w:r>
          </w:p>
        </w:tc>
      </w:tr>
      <w:tr>
        <w:tc>
          <w:tcPr>
            <w:tcW w:type="dxa" w:w="2880"/>
          </w:tcPr>
          <w:p>
            <w:r>
              <w:t>2025-11-17</w:t>
            </w:r>
          </w:p>
        </w:tc>
        <w:tc>
          <w:tcPr>
            <w:tcW w:type="dxa" w:w="2880"/>
          </w:tcPr>
          <w:p>
            <w:r>
              <w:t>no water</w:t>
            </w:r>
          </w:p>
        </w:tc>
        <w:tc>
          <w:tcPr>
            <w:tcW w:type="dxa" w:w="2880"/>
          </w:tcPr>
          <w:p>
            <w:r>
              <w:t>1</w:t>
            </w:r>
          </w:p>
        </w:tc>
      </w:tr>
      <w:tr>
        <w:tc>
          <w:tcPr>
            <w:tcW w:type="dxa" w:w="2880"/>
          </w:tcPr>
          <w:p>
            <w:r>
              <w:t>2025-11-17</w:t>
            </w:r>
          </w:p>
        </w:tc>
        <w:tc>
          <w:tcPr>
            <w:tcW w:type="dxa" w:w="2880"/>
          </w:tcPr>
          <w:p>
            <w:r>
              <w:t>dirty water</w:t>
            </w:r>
          </w:p>
        </w:tc>
        <w:tc>
          <w:tcPr>
            <w:tcW w:type="dxa" w:w="2880"/>
          </w:tcPr>
          <w:p>
            <w:r>
              <w:t>1</w:t>
            </w:r>
          </w:p>
        </w:tc>
      </w:tr>
      <w:tr>
        <w:tc>
          <w:tcPr>
            <w:tcW w:type="dxa" w:w="2880"/>
          </w:tcPr>
          <w:p>
            <w:r>
              <w:t>2025-11-24</w:t>
            </w:r>
          </w:p>
        </w:tc>
        <w:tc>
          <w:tcPr>
            <w:tcW w:type="dxa" w:w="2880"/>
          </w:tcPr>
          <w:p>
            <w:r>
              <w:t>low pressure</w:t>
            </w:r>
          </w:p>
        </w:tc>
        <w:tc>
          <w:tcPr>
            <w:tcW w:type="dxa" w:w="2880"/>
          </w:tcPr>
          <w:p>
            <w:r>
              <w:t>2</w:t>
            </w:r>
          </w:p>
        </w:tc>
      </w:tr>
      <w:tr>
        <w:tc>
          <w:tcPr>
            <w:tcW w:type="dxa" w:w="2880"/>
          </w:tcPr>
          <w:p>
            <w:r>
              <w:t>2025-11-24</w:t>
            </w:r>
          </w:p>
        </w:tc>
        <w:tc>
          <w:tcPr>
            <w:tcW w:type="dxa" w:w="2880"/>
          </w:tcPr>
          <w:p>
            <w:r>
              <w:t>high bill</w:t>
            </w:r>
          </w:p>
        </w:tc>
        <w:tc>
          <w:tcPr>
            <w:tcW w:type="dxa" w:w="2880"/>
          </w:tcPr>
          <w:p>
            <w:r>
              <w:t>4</w:t>
            </w:r>
          </w:p>
        </w:tc>
      </w:tr>
      <w:tr>
        <w:tc>
          <w:tcPr>
            <w:tcW w:type="dxa" w:w="2880"/>
          </w:tcPr>
          <w:p>
            <w:r>
              <w:t>2025-11-24</w:t>
            </w:r>
          </w:p>
        </w:tc>
        <w:tc>
          <w:tcPr>
            <w:tcW w:type="dxa" w:w="2880"/>
          </w:tcPr>
          <w:p>
            <w:r>
              <w:t>no water</w:t>
            </w:r>
          </w:p>
        </w:tc>
        <w:tc>
          <w:tcPr>
            <w:tcW w:type="dxa" w:w="2880"/>
          </w:tcPr>
          <w:p>
            <w:r>
              <w:t>3</w:t>
            </w:r>
          </w:p>
        </w:tc>
      </w:tr>
      <w:tr>
        <w:tc>
          <w:tcPr>
            <w:tcW w:type="dxa" w:w="2880"/>
          </w:tcPr>
          <w:p>
            <w:r>
              <w:t>2025-11-24</w:t>
            </w:r>
          </w:p>
        </w:tc>
        <w:tc>
          <w:tcPr>
            <w:tcW w:type="dxa" w:w="2880"/>
          </w:tcPr>
          <w:p>
            <w:r>
              <w:t>dirty water</w:t>
            </w:r>
          </w:p>
        </w:tc>
        <w:tc>
          <w:tcPr>
            <w:tcW w:type="dxa" w:w="2880"/>
          </w:tcPr>
          <w:p>
            <w:r>
              <w:t>0</w:t>
            </w:r>
          </w:p>
        </w:tc>
      </w:tr>
      <w:tr>
        <w:tc>
          <w:tcPr>
            <w:tcW w:type="dxa" w:w="2880"/>
          </w:tcPr>
          <w:p>
            <w:r>
              <w:t>2025-12-01</w:t>
            </w:r>
          </w:p>
        </w:tc>
        <w:tc>
          <w:tcPr>
            <w:tcW w:type="dxa" w:w="2880"/>
          </w:tcPr>
          <w:p>
            <w:r>
              <w:t>low pressure</w:t>
            </w:r>
          </w:p>
        </w:tc>
        <w:tc>
          <w:tcPr>
            <w:tcW w:type="dxa" w:w="2880"/>
          </w:tcPr>
          <w:p>
            <w:r>
              <w:t>2</w:t>
            </w:r>
          </w:p>
        </w:tc>
      </w:tr>
      <w:tr>
        <w:tc>
          <w:tcPr>
            <w:tcW w:type="dxa" w:w="2880"/>
          </w:tcPr>
          <w:p>
            <w:r>
              <w:t>2025-12-01</w:t>
            </w:r>
          </w:p>
        </w:tc>
        <w:tc>
          <w:tcPr>
            <w:tcW w:type="dxa" w:w="2880"/>
          </w:tcPr>
          <w:p>
            <w:r>
              <w:t>high bill</w:t>
            </w:r>
          </w:p>
        </w:tc>
        <w:tc>
          <w:tcPr>
            <w:tcW w:type="dxa" w:w="2880"/>
          </w:tcPr>
          <w:p>
            <w:r>
              <w:t>1</w:t>
            </w:r>
          </w:p>
        </w:tc>
      </w:tr>
      <w:tr>
        <w:tc>
          <w:tcPr>
            <w:tcW w:type="dxa" w:w="2880"/>
          </w:tcPr>
          <w:p>
            <w:r>
              <w:t>2025-12-01</w:t>
            </w:r>
          </w:p>
        </w:tc>
        <w:tc>
          <w:tcPr>
            <w:tcW w:type="dxa" w:w="2880"/>
          </w:tcPr>
          <w:p>
            <w:r>
              <w:t>no water</w:t>
            </w:r>
          </w:p>
        </w:tc>
        <w:tc>
          <w:tcPr>
            <w:tcW w:type="dxa" w:w="2880"/>
          </w:tcPr>
          <w:p>
            <w:r>
              <w:t>1</w:t>
            </w:r>
          </w:p>
        </w:tc>
      </w:tr>
      <w:tr>
        <w:tc>
          <w:tcPr>
            <w:tcW w:type="dxa" w:w="2880"/>
          </w:tcPr>
          <w:p>
            <w:r>
              <w:t>2025-12-01</w:t>
            </w:r>
          </w:p>
        </w:tc>
        <w:tc>
          <w:tcPr>
            <w:tcW w:type="dxa" w:w="2880"/>
          </w:tcPr>
          <w:p>
            <w:r>
              <w:t>dirty water</w:t>
            </w:r>
          </w:p>
        </w:tc>
        <w:tc>
          <w:tcPr>
            <w:tcW w:type="dxa" w:w="2880"/>
          </w:tcPr>
          <w:p>
            <w:r>
              <w:t>0</w:t>
            </w:r>
          </w:p>
        </w:tc>
      </w:tr>
      <w:tr>
        <w:tc>
          <w:tcPr>
            <w:tcW w:type="dxa" w:w="2880"/>
          </w:tcPr>
          <w:p>
            <w:r>
              <w:t>2025-12-08</w:t>
            </w:r>
          </w:p>
        </w:tc>
        <w:tc>
          <w:tcPr>
            <w:tcW w:type="dxa" w:w="2880"/>
          </w:tcPr>
          <w:p>
            <w:r>
              <w:t>low pressure</w:t>
            </w:r>
          </w:p>
        </w:tc>
        <w:tc>
          <w:tcPr>
            <w:tcW w:type="dxa" w:w="2880"/>
          </w:tcPr>
          <w:p>
            <w:r>
              <w:t>1</w:t>
            </w:r>
          </w:p>
        </w:tc>
      </w:tr>
      <w:tr>
        <w:tc>
          <w:tcPr>
            <w:tcW w:type="dxa" w:w="2880"/>
          </w:tcPr>
          <w:p>
            <w:r>
              <w:t>2025-12-08</w:t>
            </w:r>
          </w:p>
        </w:tc>
        <w:tc>
          <w:tcPr>
            <w:tcW w:type="dxa" w:w="2880"/>
          </w:tcPr>
          <w:p>
            <w:r>
              <w:t>high bill</w:t>
            </w:r>
          </w:p>
        </w:tc>
        <w:tc>
          <w:tcPr>
            <w:tcW w:type="dxa" w:w="2880"/>
          </w:tcPr>
          <w:p>
            <w:r>
              <w:t>1</w:t>
            </w:r>
          </w:p>
        </w:tc>
      </w:tr>
      <w:tr>
        <w:tc>
          <w:tcPr>
            <w:tcW w:type="dxa" w:w="2880"/>
          </w:tcPr>
          <w:p>
            <w:r>
              <w:t>2025-12-08</w:t>
            </w:r>
          </w:p>
        </w:tc>
        <w:tc>
          <w:tcPr>
            <w:tcW w:type="dxa" w:w="2880"/>
          </w:tcPr>
          <w:p>
            <w:r>
              <w:t>no water</w:t>
            </w:r>
          </w:p>
        </w:tc>
        <w:tc>
          <w:tcPr>
            <w:tcW w:type="dxa" w:w="2880"/>
          </w:tcPr>
          <w:p>
            <w:r>
              <w:t>0</w:t>
            </w:r>
          </w:p>
        </w:tc>
      </w:tr>
      <w:tr>
        <w:tc>
          <w:tcPr>
            <w:tcW w:type="dxa" w:w="2880"/>
          </w:tcPr>
          <w:p>
            <w:r>
              <w:t>2025-12-08</w:t>
            </w:r>
          </w:p>
        </w:tc>
        <w:tc>
          <w:tcPr>
            <w:tcW w:type="dxa" w:w="2880"/>
          </w:tcPr>
          <w:p>
            <w:r>
              <w:t>dirty water</w:t>
            </w:r>
          </w:p>
        </w:tc>
        <w:tc>
          <w:tcPr>
            <w:tcW w:type="dxa" w:w="2880"/>
          </w:tcPr>
          <w:p>
            <w:r>
              <w:t>0</w:t>
            </w:r>
          </w:p>
        </w:tc>
      </w:tr>
      <w:tr>
        <w:tc>
          <w:tcPr>
            <w:tcW w:type="dxa" w:w="2880"/>
          </w:tcPr>
          <w:p>
            <w:r>
              <w:t>2025-12-15</w:t>
            </w:r>
          </w:p>
        </w:tc>
        <w:tc>
          <w:tcPr>
            <w:tcW w:type="dxa" w:w="2880"/>
          </w:tcPr>
          <w:p>
            <w:r>
              <w:t>low pressure</w:t>
            </w:r>
          </w:p>
        </w:tc>
        <w:tc>
          <w:tcPr>
            <w:tcW w:type="dxa" w:w="2880"/>
          </w:tcPr>
          <w:p>
            <w:r>
              <w:t>4</w:t>
            </w:r>
          </w:p>
        </w:tc>
      </w:tr>
      <w:tr>
        <w:tc>
          <w:tcPr>
            <w:tcW w:type="dxa" w:w="2880"/>
          </w:tcPr>
          <w:p>
            <w:r>
              <w:t>2025-12-15</w:t>
            </w:r>
          </w:p>
        </w:tc>
        <w:tc>
          <w:tcPr>
            <w:tcW w:type="dxa" w:w="2880"/>
          </w:tcPr>
          <w:p>
            <w:r>
              <w:t>high bill</w:t>
            </w:r>
          </w:p>
        </w:tc>
        <w:tc>
          <w:tcPr>
            <w:tcW w:type="dxa" w:w="2880"/>
          </w:tcPr>
          <w:p>
            <w:r>
              <w:t>0</w:t>
            </w:r>
          </w:p>
        </w:tc>
      </w:tr>
      <w:tr>
        <w:tc>
          <w:tcPr>
            <w:tcW w:type="dxa" w:w="2880"/>
          </w:tcPr>
          <w:p>
            <w:r>
              <w:t>2025-12-15</w:t>
            </w:r>
          </w:p>
        </w:tc>
        <w:tc>
          <w:tcPr>
            <w:tcW w:type="dxa" w:w="2880"/>
          </w:tcPr>
          <w:p>
            <w:r>
              <w:t>no water</w:t>
            </w:r>
          </w:p>
        </w:tc>
        <w:tc>
          <w:tcPr>
            <w:tcW w:type="dxa" w:w="2880"/>
          </w:tcPr>
          <w:p>
            <w:r>
              <w:t>2</w:t>
            </w:r>
          </w:p>
        </w:tc>
      </w:tr>
      <w:tr>
        <w:tc>
          <w:tcPr>
            <w:tcW w:type="dxa" w:w="2880"/>
          </w:tcPr>
          <w:p>
            <w:r>
              <w:t>2025-12-15</w:t>
            </w:r>
          </w:p>
        </w:tc>
        <w:tc>
          <w:tcPr>
            <w:tcW w:type="dxa" w:w="2880"/>
          </w:tcPr>
          <w:p>
            <w:r>
              <w:t>dirty water</w:t>
            </w:r>
          </w:p>
        </w:tc>
        <w:tc>
          <w:tcPr>
            <w:tcW w:type="dxa" w:w="2880"/>
          </w:tcPr>
          <w:p>
            <w:r>
              <w:t>0</w:t>
            </w:r>
          </w:p>
        </w:tc>
      </w:tr>
      <w:tr>
        <w:tc>
          <w:tcPr>
            <w:tcW w:type="dxa" w:w="2880"/>
          </w:tcPr>
          <w:p>
            <w:r>
              <w:t>2025-12-22</w:t>
            </w:r>
          </w:p>
        </w:tc>
        <w:tc>
          <w:tcPr>
            <w:tcW w:type="dxa" w:w="2880"/>
          </w:tcPr>
          <w:p>
            <w:r>
              <w:t>low pressure</w:t>
            </w:r>
          </w:p>
        </w:tc>
        <w:tc>
          <w:tcPr>
            <w:tcW w:type="dxa" w:w="2880"/>
          </w:tcPr>
          <w:p>
            <w:r>
              <w:t>3</w:t>
            </w:r>
          </w:p>
        </w:tc>
      </w:tr>
      <w:tr>
        <w:tc>
          <w:tcPr>
            <w:tcW w:type="dxa" w:w="2880"/>
          </w:tcPr>
          <w:p>
            <w:r>
              <w:t>2025-12-22</w:t>
            </w:r>
          </w:p>
        </w:tc>
        <w:tc>
          <w:tcPr>
            <w:tcW w:type="dxa" w:w="2880"/>
          </w:tcPr>
          <w:p>
            <w:r>
              <w:t>high bill</w:t>
            </w:r>
          </w:p>
        </w:tc>
        <w:tc>
          <w:tcPr>
            <w:tcW w:type="dxa" w:w="2880"/>
          </w:tcPr>
          <w:p>
            <w:r>
              <w:t>2</w:t>
            </w:r>
          </w:p>
        </w:tc>
      </w:tr>
      <w:tr>
        <w:tc>
          <w:tcPr>
            <w:tcW w:type="dxa" w:w="2880"/>
          </w:tcPr>
          <w:p>
            <w:r>
              <w:t>2025-12-22</w:t>
            </w:r>
          </w:p>
        </w:tc>
        <w:tc>
          <w:tcPr>
            <w:tcW w:type="dxa" w:w="2880"/>
          </w:tcPr>
          <w:p>
            <w:r>
              <w:t>no water</w:t>
            </w:r>
          </w:p>
        </w:tc>
        <w:tc>
          <w:tcPr>
            <w:tcW w:type="dxa" w:w="2880"/>
          </w:tcPr>
          <w:p>
            <w:r>
              <w:t>1</w:t>
            </w:r>
          </w:p>
        </w:tc>
      </w:tr>
      <w:tr>
        <w:tc>
          <w:tcPr>
            <w:tcW w:type="dxa" w:w="2880"/>
          </w:tcPr>
          <w:p>
            <w:r>
              <w:t>2025-12-22</w:t>
            </w:r>
          </w:p>
        </w:tc>
        <w:tc>
          <w:tcPr>
            <w:tcW w:type="dxa" w:w="2880"/>
          </w:tcPr>
          <w:p>
            <w:r>
              <w:t>dirty water</w:t>
            </w:r>
          </w:p>
        </w:tc>
        <w:tc>
          <w:tcPr>
            <w:tcW w:type="dxa" w:w="2880"/>
          </w:tcPr>
          <w:p>
            <w:r>
              <w:t>1</w:t>
            </w:r>
          </w:p>
        </w:tc>
      </w:tr>
      <w:tr>
        <w:tc>
          <w:tcPr>
            <w:tcW w:type="dxa" w:w="2880"/>
          </w:tcPr>
          <w:p>
            <w:r>
              <w:t>2025-12-29</w:t>
            </w:r>
          </w:p>
        </w:tc>
        <w:tc>
          <w:tcPr>
            <w:tcW w:type="dxa" w:w="2880"/>
          </w:tcPr>
          <w:p>
            <w:r>
              <w:t>low pressure</w:t>
            </w:r>
          </w:p>
        </w:tc>
        <w:tc>
          <w:tcPr>
            <w:tcW w:type="dxa" w:w="2880"/>
          </w:tcPr>
          <w:p>
            <w:r>
              <w:t>3</w:t>
            </w:r>
          </w:p>
        </w:tc>
      </w:tr>
      <w:tr>
        <w:tc>
          <w:tcPr>
            <w:tcW w:type="dxa" w:w="2880"/>
          </w:tcPr>
          <w:p>
            <w:r>
              <w:t>2025-12-29</w:t>
            </w:r>
          </w:p>
        </w:tc>
        <w:tc>
          <w:tcPr>
            <w:tcW w:type="dxa" w:w="2880"/>
          </w:tcPr>
          <w:p>
            <w:r>
              <w:t>high bill</w:t>
            </w:r>
          </w:p>
        </w:tc>
        <w:tc>
          <w:tcPr>
            <w:tcW w:type="dxa" w:w="2880"/>
          </w:tcPr>
          <w:p>
            <w:r>
              <w:t>1</w:t>
            </w:r>
          </w:p>
        </w:tc>
      </w:tr>
      <w:tr>
        <w:tc>
          <w:tcPr>
            <w:tcW w:type="dxa" w:w="2880"/>
          </w:tcPr>
          <w:p>
            <w:r>
              <w:t>2025-12-29</w:t>
            </w:r>
          </w:p>
        </w:tc>
        <w:tc>
          <w:tcPr>
            <w:tcW w:type="dxa" w:w="2880"/>
          </w:tcPr>
          <w:p>
            <w:r>
              <w:t>no water</w:t>
            </w:r>
          </w:p>
        </w:tc>
        <w:tc>
          <w:tcPr>
            <w:tcW w:type="dxa" w:w="2880"/>
          </w:tcPr>
          <w:p>
            <w:r>
              <w:t>1</w:t>
            </w:r>
          </w:p>
        </w:tc>
      </w:tr>
      <w:tr>
        <w:tc>
          <w:tcPr>
            <w:tcW w:type="dxa" w:w="2880"/>
          </w:tcPr>
          <w:p>
            <w:r>
              <w:t>2025-12-29</w:t>
            </w:r>
          </w:p>
        </w:tc>
        <w:tc>
          <w:tcPr>
            <w:tcW w:type="dxa" w:w="2880"/>
          </w:tcPr>
          <w:p>
            <w:r>
              <w:t>dirty water</w:t>
            </w:r>
          </w:p>
        </w:tc>
        <w:tc>
          <w:tcPr>
            <w:tcW w:type="dxa" w:w="2880"/>
          </w:tcPr>
          <w:p>
            <w:r>
              <w:t>0</w:t>
            </w:r>
          </w:p>
        </w:tc>
      </w:tr>
      <w:tr>
        <w:tc>
          <w:tcPr>
            <w:tcW w:type="dxa" w:w="2880"/>
          </w:tcPr>
          <w:p>
            <w:r>
              <w:t>2026-01-05</w:t>
            </w:r>
          </w:p>
        </w:tc>
        <w:tc>
          <w:tcPr>
            <w:tcW w:type="dxa" w:w="2880"/>
          </w:tcPr>
          <w:p>
            <w:r>
              <w:t>low pressure</w:t>
            </w:r>
          </w:p>
        </w:tc>
        <w:tc>
          <w:tcPr>
            <w:tcW w:type="dxa" w:w="2880"/>
          </w:tcPr>
          <w:p>
            <w:r>
              <w:t>1</w:t>
            </w:r>
          </w:p>
        </w:tc>
      </w:tr>
      <w:tr>
        <w:tc>
          <w:tcPr>
            <w:tcW w:type="dxa" w:w="2880"/>
          </w:tcPr>
          <w:p>
            <w:r>
              <w:t>2026-01-05</w:t>
            </w:r>
          </w:p>
        </w:tc>
        <w:tc>
          <w:tcPr>
            <w:tcW w:type="dxa" w:w="2880"/>
          </w:tcPr>
          <w:p>
            <w:r>
              <w:t>high bill</w:t>
            </w:r>
          </w:p>
        </w:tc>
        <w:tc>
          <w:tcPr>
            <w:tcW w:type="dxa" w:w="2880"/>
          </w:tcPr>
          <w:p>
            <w:r>
              <w:t>2</w:t>
            </w:r>
          </w:p>
        </w:tc>
      </w:tr>
      <w:tr>
        <w:tc>
          <w:tcPr>
            <w:tcW w:type="dxa" w:w="2880"/>
          </w:tcPr>
          <w:p>
            <w:r>
              <w:t>2026-01-05</w:t>
            </w:r>
          </w:p>
        </w:tc>
        <w:tc>
          <w:tcPr>
            <w:tcW w:type="dxa" w:w="2880"/>
          </w:tcPr>
          <w:p>
            <w:r>
              <w:t>no water</w:t>
            </w:r>
          </w:p>
        </w:tc>
        <w:tc>
          <w:tcPr>
            <w:tcW w:type="dxa" w:w="2880"/>
          </w:tcPr>
          <w:p>
            <w:r>
              <w:t>1</w:t>
            </w:r>
          </w:p>
        </w:tc>
      </w:tr>
      <w:tr>
        <w:tc>
          <w:tcPr>
            <w:tcW w:type="dxa" w:w="2880"/>
          </w:tcPr>
          <w:p>
            <w:r>
              <w:t>2026-01-05</w:t>
            </w:r>
          </w:p>
        </w:tc>
        <w:tc>
          <w:tcPr>
            <w:tcW w:type="dxa" w:w="2880"/>
          </w:tcPr>
          <w:p>
            <w:r>
              <w:t>dirty water</w:t>
            </w:r>
          </w:p>
        </w:tc>
        <w:tc>
          <w:tcPr>
            <w:tcW w:type="dxa" w:w="2880"/>
          </w:tcPr>
          <w:p>
            <w:r>
              <w:t>1</w:t>
            </w:r>
          </w:p>
        </w:tc>
      </w:tr>
      <w:tr>
        <w:tc>
          <w:tcPr>
            <w:tcW w:type="dxa" w:w="2880"/>
          </w:tcPr>
          <w:p>
            <w:r>
              <w:t>2026-01-12</w:t>
            </w:r>
          </w:p>
        </w:tc>
        <w:tc>
          <w:tcPr>
            <w:tcW w:type="dxa" w:w="2880"/>
          </w:tcPr>
          <w:p>
            <w:r>
              <w:t>low pressure</w:t>
            </w:r>
          </w:p>
        </w:tc>
        <w:tc>
          <w:tcPr>
            <w:tcW w:type="dxa" w:w="2880"/>
          </w:tcPr>
          <w:p>
            <w:r>
              <w:t>0</w:t>
            </w:r>
          </w:p>
        </w:tc>
      </w:tr>
      <w:tr>
        <w:tc>
          <w:tcPr>
            <w:tcW w:type="dxa" w:w="2880"/>
          </w:tcPr>
          <w:p>
            <w:r>
              <w:t>2026-01-12</w:t>
            </w:r>
          </w:p>
        </w:tc>
        <w:tc>
          <w:tcPr>
            <w:tcW w:type="dxa" w:w="2880"/>
          </w:tcPr>
          <w:p>
            <w:r>
              <w:t>high bill</w:t>
            </w:r>
          </w:p>
        </w:tc>
        <w:tc>
          <w:tcPr>
            <w:tcW w:type="dxa" w:w="2880"/>
          </w:tcPr>
          <w:p>
            <w:r>
              <w:t>0</w:t>
            </w:r>
          </w:p>
        </w:tc>
      </w:tr>
      <w:tr>
        <w:tc>
          <w:tcPr>
            <w:tcW w:type="dxa" w:w="2880"/>
          </w:tcPr>
          <w:p>
            <w:r>
              <w:t>2026-01-12</w:t>
            </w:r>
          </w:p>
        </w:tc>
        <w:tc>
          <w:tcPr>
            <w:tcW w:type="dxa" w:w="2880"/>
          </w:tcPr>
          <w:p>
            <w:r>
              <w:t>no water</w:t>
            </w:r>
          </w:p>
        </w:tc>
        <w:tc>
          <w:tcPr>
            <w:tcW w:type="dxa" w:w="2880"/>
          </w:tcPr>
          <w:p>
            <w:r>
              <w:t>0</w:t>
            </w:r>
          </w:p>
        </w:tc>
      </w:tr>
      <w:tr>
        <w:tc>
          <w:tcPr>
            <w:tcW w:type="dxa" w:w="2880"/>
          </w:tcPr>
          <w:p>
            <w:r>
              <w:t>2026-01-12</w:t>
            </w:r>
          </w:p>
        </w:tc>
        <w:tc>
          <w:tcPr>
            <w:tcW w:type="dxa" w:w="2880"/>
          </w:tcPr>
          <w:p>
            <w:r>
              <w:t>dirty water</w:t>
            </w:r>
          </w:p>
        </w:tc>
        <w:tc>
          <w:tcPr>
            <w:tcW w:type="dxa" w:w="2880"/>
          </w:tcPr>
          <w:p>
            <w:r>
              <w:t>2</w:t>
            </w:r>
          </w:p>
        </w:tc>
      </w:tr>
      <w:tr>
        <w:tc>
          <w:tcPr>
            <w:tcW w:type="dxa" w:w="2880"/>
          </w:tcPr>
          <w:p>
            <w:r>
              <w:t>2026-01-19</w:t>
            </w:r>
          </w:p>
        </w:tc>
        <w:tc>
          <w:tcPr>
            <w:tcW w:type="dxa" w:w="2880"/>
          </w:tcPr>
          <w:p>
            <w:r>
              <w:t>low pressure</w:t>
            </w:r>
          </w:p>
        </w:tc>
        <w:tc>
          <w:tcPr>
            <w:tcW w:type="dxa" w:w="2880"/>
          </w:tcPr>
          <w:p>
            <w:r>
              <w:t>4</w:t>
            </w:r>
          </w:p>
        </w:tc>
      </w:tr>
      <w:tr>
        <w:tc>
          <w:tcPr>
            <w:tcW w:type="dxa" w:w="2880"/>
          </w:tcPr>
          <w:p>
            <w:r>
              <w:t>2026-01-19</w:t>
            </w:r>
          </w:p>
        </w:tc>
        <w:tc>
          <w:tcPr>
            <w:tcW w:type="dxa" w:w="2880"/>
          </w:tcPr>
          <w:p>
            <w:r>
              <w:t>high bill</w:t>
            </w:r>
          </w:p>
        </w:tc>
        <w:tc>
          <w:tcPr>
            <w:tcW w:type="dxa" w:w="2880"/>
          </w:tcPr>
          <w:p>
            <w:r>
              <w:t>0</w:t>
            </w:r>
          </w:p>
        </w:tc>
      </w:tr>
      <w:tr>
        <w:tc>
          <w:tcPr>
            <w:tcW w:type="dxa" w:w="2880"/>
          </w:tcPr>
          <w:p>
            <w:r>
              <w:t>2026-01-19</w:t>
            </w:r>
          </w:p>
        </w:tc>
        <w:tc>
          <w:tcPr>
            <w:tcW w:type="dxa" w:w="2880"/>
          </w:tcPr>
          <w:p>
            <w:r>
              <w:t>no water</w:t>
            </w:r>
          </w:p>
        </w:tc>
        <w:tc>
          <w:tcPr>
            <w:tcW w:type="dxa" w:w="2880"/>
          </w:tcPr>
          <w:p>
            <w:r>
              <w:t>0</w:t>
            </w:r>
          </w:p>
        </w:tc>
      </w:tr>
      <w:tr>
        <w:tc>
          <w:tcPr>
            <w:tcW w:type="dxa" w:w="2880"/>
          </w:tcPr>
          <w:p>
            <w:r>
              <w:t>2026-01-19</w:t>
            </w:r>
          </w:p>
        </w:tc>
        <w:tc>
          <w:tcPr>
            <w:tcW w:type="dxa" w:w="2880"/>
          </w:tcPr>
          <w:p>
            <w:r>
              <w:t>dirty water</w:t>
            </w:r>
          </w:p>
        </w:tc>
        <w:tc>
          <w:tcPr>
            <w:tcW w:type="dxa" w:w="2880"/>
          </w:tcPr>
          <w:p>
            <w:r>
              <w:t>0</w:t>
            </w:r>
          </w:p>
        </w:tc>
      </w:tr>
      <w:tr>
        <w:tc>
          <w:tcPr>
            <w:tcW w:type="dxa" w:w="2880"/>
          </w:tcPr>
          <w:p>
            <w:r>
              <w:t>2026-01-26</w:t>
            </w:r>
          </w:p>
        </w:tc>
        <w:tc>
          <w:tcPr>
            <w:tcW w:type="dxa" w:w="2880"/>
          </w:tcPr>
          <w:p>
            <w:r>
              <w:t>low pressure</w:t>
            </w:r>
          </w:p>
        </w:tc>
        <w:tc>
          <w:tcPr>
            <w:tcW w:type="dxa" w:w="2880"/>
          </w:tcPr>
          <w:p>
            <w:r>
              <w:t>0</w:t>
            </w:r>
          </w:p>
        </w:tc>
      </w:tr>
      <w:tr>
        <w:tc>
          <w:tcPr>
            <w:tcW w:type="dxa" w:w="2880"/>
          </w:tcPr>
          <w:p>
            <w:r>
              <w:t>2026-01-26</w:t>
            </w:r>
          </w:p>
        </w:tc>
        <w:tc>
          <w:tcPr>
            <w:tcW w:type="dxa" w:w="2880"/>
          </w:tcPr>
          <w:p>
            <w:r>
              <w:t>high bill</w:t>
            </w:r>
          </w:p>
        </w:tc>
        <w:tc>
          <w:tcPr>
            <w:tcW w:type="dxa" w:w="2880"/>
          </w:tcPr>
          <w:p>
            <w:r>
              <w:t>2</w:t>
            </w:r>
          </w:p>
        </w:tc>
      </w:tr>
      <w:tr>
        <w:tc>
          <w:tcPr>
            <w:tcW w:type="dxa" w:w="2880"/>
          </w:tcPr>
          <w:p>
            <w:r>
              <w:t>2026-01-26</w:t>
            </w:r>
          </w:p>
        </w:tc>
        <w:tc>
          <w:tcPr>
            <w:tcW w:type="dxa" w:w="2880"/>
          </w:tcPr>
          <w:p>
            <w:r>
              <w:t>no water</w:t>
            </w:r>
          </w:p>
        </w:tc>
        <w:tc>
          <w:tcPr>
            <w:tcW w:type="dxa" w:w="2880"/>
          </w:tcPr>
          <w:p>
            <w:r>
              <w:t>0</w:t>
            </w:r>
          </w:p>
        </w:tc>
      </w:tr>
      <w:tr>
        <w:tc>
          <w:tcPr>
            <w:tcW w:type="dxa" w:w="2880"/>
          </w:tcPr>
          <w:p>
            <w:r>
              <w:t>2026-01-26</w:t>
            </w:r>
          </w:p>
        </w:tc>
        <w:tc>
          <w:tcPr>
            <w:tcW w:type="dxa" w:w="2880"/>
          </w:tcPr>
          <w:p>
            <w:r>
              <w:t>dirty water</w:t>
            </w:r>
          </w:p>
        </w:tc>
        <w:tc>
          <w:tcPr>
            <w:tcW w:type="dxa" w:w="2880"/>
          </w:tcPr>
          <w:p>
            <w:r>
              <w:t>0</w:t>
            </w:r>
          </w:p>
        </w:tc>
      </w:tr>
      <w:tr>
        <w:tc>
          <w:tcPr>
            <w:tcW w:type="dxa" w:w="2880"/>
          </w:tcPr>
          <w:p>
            <w:r>
              <w:t>2026-02-02</w:t>
            </w:r>
          </w:p>
        </w:tc>
        <w:tc>
          <w:tcPr>
            <w:tcW w:type="dxa" w:w="2880"/>
          </w:tcPr>
          <w:p>
            <w:r>
              <w:t>low pressure</w:t>
            </w:r>
          </w:p>
        </w:tc>
        <w:tc>
          <w:tcPr>
            <w:tcW w:type="dxa" w:w="2880"/>
          </w:tcPr>
          <w:p>
            <w:r>
              <w:t>1</w:t>
            </w:r>
          </w:p>
        </w:tc>
      </w:tr>
      <w:tr>
        <w:tc>
          <w:tcPr>
            <w:tcW w:type="dxa" w:w="2880"/>
          </w:tcPr>
          <w:p>
            <w:r>
              <w:t>2026-02-02</w:t>
            </w:r>
          </w:p>
        </w:tc>
        <w:tc>
          <w:tcPr>
            <w:tcW w:type="dxa" w:w="2880"/>
          </w:tcPr>
          <w:p>
            <w:r>
              <w:t>high bill</w:t>
            </w:r>
          </w:p>
        </w:tc>
        <w:tc>
          <w:tcPr>
            <w:tcW w:type="dxa" w:w="2880"/>
          </w:tcPr>
          <w:p>
            <w:r>
              <w:t>2</w:t>
            </w:r>
          </w:p>
        </w:tc>
      </w:tr>
      <w:tr>
        <w:tc>
          <w:tcPr>
            <w:tcW w:type="dxa" w:w="2880"/>
          </w:tcPr>
          <w:p>
            <w:r>
              <w:t>2026-02-02</w:t>
            </w:r>
          </w:p>
        </w:tc>
        <w:tc>
          <w:tcPr>
            <w:tcW w:type="dxa" w:w="2880"/>
          </w:tcPr>
          <w:p>
            <w:r>
              <w:t>no water</w:t>
            </w:r>
          </w:p>
        </w:tc>
        <w:tc>
          <w:tcPr>
            <w:tcW w:type="dxa" w:w="2880"/>
          </w:tcPr>
          <w:p>
            <w:r>
              <w:t>3</w:t>
            </w:r>
          </w:p>
        </w:tc>
      </w:tr>
      <w:tr>
        <w:tc>
          <w:tcPr>
            <w:tcW w:type="dxa" w:w="2880"/>
          </w:tcPr>
          <w:p>
            <w:r>
              <w:t>2026-02-02</w:t>
            </w:r>
          </w:p>
        </w:tc>
        <w:tc>
          <w:tcPr>
            <w:tcW w:type="dxa" w:w="2880"/>
          </w:tcPr>
          <w:p>
            <w:r>
              <w:t>dirty water</w:t>
            </w:r>
          </w:p>
        </w:tc>
        <w:tc>
          <w:tcPr>
            <w:tcW w:type="dxa" w:w="2880"/>
          </w:tcPr>
          <w:p>
            <w:r>
              <w:t>1</w:t>
            </w:r>
          </w:p>
        </w:tc>
      </w:tr>
      <w:tr>
        <w:tc>
          <w:tcPr>
            <w:tcW w:type="dxa" w:w="2880"/>
          </w:tcPr>
          <w:p>
            <w:r>
              <w:t>2026-02-09</w:t>
            </w:r>
          </w:p>
        </w:tc>
        <w:tc>
          <w:tcPr>
            <w:tcW w:type="dxa" w:w="2880"/>
          </w:tcPr>
          <w:p>
            <w:r>
              <w:t>low pressure</w:t>
            </w:r>
          </w:p>
        </w:tc>
        <w:tc>
          <w:tcPr>
            <w:tcW w:type="dxa" w:w="2880"/>
          </w:tcPr>
          <w:p>
            <w:r>
              <w:t>3</w:t>
            </w:r>
          </w:p>
        </w:tc>
      </w:tr>
      <w:tr>
        <w:tc>
          <w:tcPr>
            <w:tcW w:type="dxa" w:w="2880"/>
          </w:tcPr>
          <w:p>
            <w:r>
              <w:t>2026-02-09</w:t>
            </w:r>
          </w:p>
        </w:tc>
        <w:tc>
          <w:tcPr>
            <w:tcW w:type="dxa" w:w="2880"/>
          </w:tcPr>
          <w:p>
            <w:r>
              <w:t>high bill</w:t>
            </w:r>
          </w:p>
        </w:tc>
        <w:tc>
          <w:tcPr>
            <w:tcW w:type="dxa" w:w="2880"/>
          </w:tcPr>
          <w:p>
            <w:r>
              <w:t>1</w:t>
            </w:r>
          </w:p>
        </w:tc>
      </w:tr>
      <w:tr>
        <w:tc>
          <w:tcPr>
            <w:tcW w:type="dxa" w:w="2880"/>
          </w:tcPr>
          <w:p>
            <w:r>
              <w:t>2026-02-09</w:t>
            </w:r>
          </w:p>
        </w:tc>
        <w:tc>
          <w:tcPr>
            <w:tcW w:type="dxa" w:w="2880"/>
          </w:tcPr>
          <w:p>
            <w:r>
              <w:t>no water</w:t>
            </w:r>
          </w:p>
        </w:tc>
        <w:tc>
          <w:tcPr>
            <w:tcW w:type="dxa" w:w="2880"/>
          </w:tcPr>
          <w:p>
            <w:r>
              <w:t>3</w:t>
            </w:r>
          </w:p>
        </w:tc>
      </w:tr>
      <w:tr>
        <w:tc>
          <w:tcPr>
            <w:tcW w:type="dxa" w:w="2880"/>
          </w:tcPr>
          <w:p>
            <w:r>
              <w:t>2026-02-09</w:t>
            </w:r>
          </w:p>
        </w:tc>
        <w:tc>
          <w:tcPr>
            <w:tcW w:type="dxa" w:w="2880"/>
          </w:tcPr>
          <w:p>
            <w:r>
              <w:t>dirty water</w:t>
            </w:r>
          </w:p>
        </w:tc>
        <w:tc>
          <w:tcPr>
            <w:tcW w:type="dxa" w:w="2880"/>
          </w:tcPr>
          <w:p>
            <w:r>
              <w:t>1</w:t>
            </w:r>
          </w:p>
        </w:tc>
      </w:tr>
      <w:tr>
        <w:tc>
          <w:tcPr>
            <w:tcW w:type="dxa" w:w="2880"/>
          </w:tcPr>
          <w:p>
            <w:r>
              <w:t>2026-02-16</w:t>
            </w:r>
          </w:p>
        </w:tc>
        <w:tc>
          <w:tcPr>
            <w:tcW w:type="dxa" w:w="2880"/>
          </w:tcPr>
          <w:p>
            <w:r>
              <w:t>low pressure</w:t>
            </w:r>
          </w:p>
        </w:tc>
        <w:tc>
          <w:tcPr>
            <w:tcW w:type="dxa" w:w="2880"/>
          </w:tcPr>
          <w:p>
            <w:r>
              <w:t>1</w:t>
            </w:r>
          </w:p>
        </w:tc>
      </w:tr>
      <w:tr>
        <w:tc>
          <w:tcPr>
            <w:tcW w:type="dxa" w:w="2880"/>
          </w:tcPr>
          <w:p>
            <w:r>
              <w:t>2026-02-16</w:t>
            </w:r>
          </w:p>
        </w:tc>
        <w:tc>
          <w:tcPr>
            <w:tcW w:type="dxa" w:w="2880"/>
          </w:tcPr>
          <w:p>
            <w:r>
              <w:t>high bill</w:t>
            </w:r>
          </w:p>
        </w:tc>
        <w:tc>
          <w:tcPr>
            <w:tcW w:type="dxa" w:w="2880"/>
          </w:tcPr>
          <w:p>
            <w:r>
              <w:t>0</w:t>
            </w:r>
          </w:p>
        </w:tc>
      </w:tr>
      <w:tr>
        <w:tc>
          <w:tcPr>
            <w:tcW w:type="dxa" w:w="2880"/>
          </w:tcPr>
          <w:p>
            <w:r>
              <w:t>2026-02-16</w:t>
            </w:r>
          </w:p>
        </w:tc>
        <w:tc>
          <w:tcPr>
            <w:tcW w:type="dxa" w:w="2880"/>
          </w:tcPr>
          <w:p>
            <w:r>
              <w:t>no water</w:t>
            </w:r>
          </w:p>
        </w:tc>
        <w:tc>
          <w:tcPr>
            <w:tcW w:type="dxa" w:w="2880"/>
          </w:tcPr>
          <w:p>
            <w:r>
              <w:t>3</w:t>
            </w:r>
          </w:p>
        </w:tc>
      </w:tr>
      <w:tr>
        <w:tc>
          <w:tcPr>
            <w:tcW w:type="dxa" w:w="2880"/>
          </w:tcPr>
          <w:p>
            <w:r>
              <w:t>2026-02-16</w:t>
            </w:r>
          </w:p>
        </w:tc>
        <w:tc>
          <w:tcPr>
            <w:tcW w:type="dxa" w:w="2880"/>
          </w:tcPr>
          <w:p>
            <w:r>
              <w:t>dirty water</w:t>
            </w:r>
          </w:p>
        </w:tc>
        <w:tc>
          <w:tcPr>
            <w:tcW w:type="dxa" w:w="2880"/>
          </w:tcPr>
          <w:p>
            <w:r>
              <w:t>0</w:t>
            </w:r>
          </w:p>
        </w:tc>
      </w:tr>
      <w:tr>
        <w:tc>
          <w:tcPr>
            <w:tcW w:type="dxa" w:w="2880"/>
          </w:tcPr>
          <w:p>
            <w:r>
              <w:t>2026-02-23</w:t>
            </w:r>
          </w:p>
        </w:tc>
        <w:tc>
          <w:tcPr>
            <w:tcW w:type="dxa" w:w="2880"/>
          </w:tcPr>
          <w:p>
            <w:r>
              <w:t>low pressure</w:t>
            </w:r>
          </w:p>
        </w:tc>
        <w:tc>
          <w:tcPr>
            <w:tcW w:type="dxa" w:w="2880"/>
          </w:tcPr>
          <w:p>
            <w:r>
              <w:t>2</w:t>
            </w:r>
          </w:p>
        </w:tc>
      </w:tr>
      <w:tr>
        <w:tc>
          <w:tcPr>
            <w:tcW w:type="dxa" w:w="2880"/>
          </w:tcPr>
          <w:p>
            <w:r>
              <w:t>2026-02-23</w:t>
            </w:r>
          </w:p>
        </w:tc>
        <w:tc>
          <w:tcPr>
            <w:tcW w:type="dxa" w:w="2880"/>
          </w:tcPr>
          <w:p>
            <w:r>
              <w:t>high bill</w:t>
            </w:r>
          </w:p>
        </w:tc>
        <w:tc>
          <w:tcPr>
            <w:tcW w:type="dxa" w:w="2880"/>
          </w:tcPr>
          <w:p>
            <w:r>
              <w:t>3</w:t>
            </w:r>
          </w:p>
        </w:tc>
      </w:tr>
      <w:tr>
        <w:tc>
          <w:tcPr>
            <w:tcW w:type="dxa" w:w="2880"/>
          </w:tcPr>
          <w:p>
            <w:r>
              <w:t>2026-02-23</w:t>
            </w:r>
          </w:p>
        </w:tc>
        <w:tc>
          <w:tcPr>
            <w:tcW w:type="dxa" w:w="2880"/>
          </w:tcPr>
          <w:p>
            <w:r>
              <w:t>no water</w:t>
            </w:r>
          </w:p>
        </w:tc>
        <w:tc>
          <w:tcPr>
            <w:tcW w:type="dxa" w:w="2880"/>
          </w:tcPr>
          <w:p>
            <w:r>
              <w:t>1</w:t>
            </w:r>
          </w:p>
        </w:tc>
      </w:tr>
      <w:tr>
        <w:tc>
          <w:tcPr>
            <w:tcW w:type="dxa" w:w="2880"/>
          </w:tcPr>
          <w:p>
            <w:r>
              <w:t>2026-02-23</w:t>
            </w:r>
          </w:p>
        </w:tc>
        <w:tc>
          <w:tcPr>
            <w:tcW w:type="dxa" w:w="2880"/>
          </w:tcPr>
          <w:p>
            <w:r>
              <w:t>dirty water</w:t>
            </w:r>
          </w:p>
        </w:tc>
        <w:tc>
          <w:tcPr>
            <w:tcW w:type="dxa" w:w="2880"/>
          </w:tcPr>
          <w:p>
            <w:r>
              <w:t>1</w:t>
            </w:r>
          </w:p>
        </w:tc>
      </w:tr>
      <w:tr>
        <w:tc>
          <w:tcPr>
            <w:tcW w:type="dxa" w:w="2880"/>
          </w:tcPr>
          <w:p>
            <w:r>
              <w:t>2026-03-02</w:t>
            </w:r>
          </w:p>
        </w:tc>
        <w:tc>
          <w:tcPr>
            <w:tcW w:type="dxa" w:w="2880"/>
          </w:tcPr>
          <w:p>
            <w:r>
              <w:t>low pressure</w:t>
            </w:r>
          </w:p>
        </w:tc>
        <w:tc>
          <w:tcPr>
            <w:tcW w:type="dxa" w:w="2880"/>
          </w:tcPr>
          <w:p>
            <w:r>
              <w:t>2</w:t>
            </w:r>
          </w:p>
        </w:tc>
      </w:tr>
      <w:tr>
        <w:tc>
          <w:tcPr>
            <w:tcW w:type="dxa" w:w="2880"/>
          </w:tcPr>
          <w:p>
            <w:r>
              <w:t>2026-03-02</w:t>
            </w:r>
          </w:p>
        </w:tc>
        <w:tc>
          <w:tcPr>
            <w:tcW w:type="dxa" w:w="2880"/>
          </w:tcPr>
          <w:p>
            <w:r>
              <w:t>high bill</w:t>
            </w:r>
          </w:p>
        </w:tc>
        <w:tc>
          <w:tcPr>
            <w:tcW w:type="dxa" w:w="2880"/>
          </w:tcPr>
          <w:p>
            <w:r>
              <w:t>1</w:t>
            </w:r>
          </w:p>
        </w:tc>
      </w:tr>
      <w:tr>
        <w:tc>
          <w:tcPr>
            <w:tcW w:type="dxa" w:w="2880"/>
          </w:tcPr>
          <w:p>
            <w:r>
              <w:t>2026-03-02</w:t>
            </w:r>
          </w:p>
        </w:tc>
        <w:tc>
          <w:tcPr>
            <w:tcW w:type="dxa" w:w="2880"/>
          </w:tcPr>
          <w:p>
            <w:r>
              <w:t>no water</w:t>
            </w:r>
          </w:p>
        </w:tc>
        <w:tc>
          <w:tcPr>
            <w:tcW w:type="dxa" w:w="2880"/>
          </w:tcPr>
          <w:p>
            <w:r>
              <w:t>1</w:t>
            </w:r>
          </w:p>
        </w:tc>
      </w:tr>
      <w:tr>
        <w:tc>
          <w:tcPr>
            <w:tcW w:type="dxa" w:w="2880"/>
          </w:tcPr>
          <w:p>
            <w:r>
              <w:t>2026-03-02</w:t>
            </w:r>
          </w:p>
        </w:tc>
        <w:tc>
          <w:tcPr>
            <w:tcW w:type="dxa" w:w="2880"/>
          </w:tcPr>
          <w:p>
            <w:r>
              <w:t>dirty water</w:t>
            </w:r>
          </w:p>
        </w:tc>
        <w:tc>
          <w:tcPr>
            <w:tcW w:type="dxa" w:w="2880"/>
          </w:tcPr>
          <w:p>
            <w:r>
              <w:t>1</w:t>
            </w:r>
          </w:p>
        </w:tc>
      </w:tr>
      <w:tr>
        <w:tc>
          <w:tcPr>
            <w:tcW w:type="dxa" w:w="2880"/>
          </w:tcPr>
          <w:p>
            <w:r>
              <w:t>2026-03-09</w:t>
            </w:r>
          </w:p>
        </w:tc>
        <w:tc>
          <w:tcPr>
            <w:tcW w:type="dxa" w:w="2880"/>
          </w:tcPr>
          <w:p>
            <w:r>
              <w:t>low pressure</w:t>
            </w:r>
          </w:p>
        </w:tc>
        <w:tc>
          <w:tcPr>
            <w:tcW w:type="dxa" w:w="2880"/>
          </w:tcPr>
          <w:p>
            <w:r>
              <w:t>1</w:t>
            </w:r>
          </w:p>
        </w:tc>
      </w:tr>
      <w:tr>
        <w:tc>
          <w:tcPr>
            <w:tcW w:type="dxa" w:w="2880"/>
          </w:tcPr>
          <w:p>
            <w:r>
              <w:t>2026-03-09</w:t>
            </w:r>
          </w:p>
        </w:tc>
        <w:tc>
          <w:tcPr>
            <w:tcW w:type="dxa" w:w="2880"/>
          </w:tcPr>
          <w:p>
            <w:r>
              <w:t>high bill</w:t>
            </w:r>
          </w:p>
        </w:tc>
        <w:tc>
          <w:tcPr>
            <w:tcW w:type="dxa" w:w="2880"/>
          </w:tcPr>
          <w:p>
            <w:r>
              <w:t>1</w:t>
            </w:r>
          </w:p>
        </w:tc>
      </w:tr>
      <w:tr>
        <w:tc>
          <w:tcPr>
            <w:tcW w:type="dxa" w:w="2880"/>
          </w:tcPr>
          <w:p>
            <w:r>
              <w:t>2026-03-09</w:t>
            </w:r>
          </w:p>
        </w:tc>
        <w:tc>
          <w:tcPr>
            <w:tcW w:type="dxa" w:w="2880"/>
          </w:tcPr>
          <w:p>
            <w:r>
              <w:t>no water</w:t>
            </w:r>
          </w:p>
        </w:tc>
        <w:tc>
          <w:tcPr>
            <w:tcW w:type="dxa" w:w="2880"/>
          </w:tcPr>
          <w:p>
            <w:r>
              <w:t>2</w:t>
            </w:r>
          </w:p>
        </w:tc>
      </w:tr>
      <w:tr>
        <w:tc>
          <w:tcPr>
            <w:tcW w:type="dxa" w:w="2880"/>
          </w:tcPr>
          <w:p>
            <w:r>
              <w:t>2026-03-09</w:t>
            </w:r>
          </w:p>
        </w:tc>
        <w:tc>
          <w:tcPr>
            <w:tcW w:type="dxa" w:w="2880"/>
          </w:tcPr>
          <w:p>
            <w:r>
              <w:t>dirty water</w:t>
            </w:r>
          </w:p>
        </w:tc>
        <w:tc>
          <w:tcPr>
            <w:tcW w:type="dxa" w:w="2880"/>
          </w:tcPr>
          <w:p>
            <w:r>
              <w:t>0</w:t>
            </w:r>
          </w:p>
        </w:tc>
      </w:tr>
      <w:tr>
        <w:tc>
          <w:tcPr>
            <w:tcW w:type="dxa" w:w="2880"/>
          </w:tcPr>
          <w:p>
            <w:r>
              <w:t>2026-03-16</w:t>
            </w:r>
          </w:p>
        </w:tc>
        <w:tc>
          <w:tcPr>
            <w:tcW w:type="dxa" w:w="2880"/>
          </w:tcPr>
          <w:p>
            <w:r>
              <w:t>low pressure</w:t>
            </w:r>
          </w:p>
        </w:tc>
        <w:tc>
          <w:tcPr>
            <w:tcW w:type="dxa" w:w="2880"/>
          </w:tcPr>
          <w:p>
            <w:r>
              <w:t>2</w:t>
            </w:r>
          </w:p>
        </w:tc>
      </w:tr>
      <w:tr>
        <w:tc>
          <w:tcPr>
            <w:tcW w:type="dxa" w:w="2880"/>
          </w:tcPr>
          <w:p>
            <w:r>
              <w:t>2026-03-16</w:t>
            </w:r>
          </w:p>
        </w:tc>
        <w:tc>
          <w:tcPr>
            <w:tcW w:type="dxa" w:w="2880"/>
          </w:tcPr>
          <w:p>
            <w:r>
              <w:t>high bill</w:t>
            </w:r>
          </w:p>
        </w:tc>
        <w:tc>
          <w:tcPr>
            <w:tcW w:type="dxa" w:w="2880"/>
          </w:tcPr>
          <w:p>
            <w:r>
              <w:t>3</w:t>
            </w:r>
          </w:p>
        </w:tc>
      </w:tr>
      <w:tr>
        <w:tc>
          <w:tcPr>
            <w:tcW w:type="dxa" w:w="2880"/>
          </w:tcPr>
          <w:p>
            <w:r>
              <w:t>2026-03-16</w:t>
            </w:r>
          </w:p>
        </w:tc>
        <w:tc>
          <w:tcPr>
            <w:tcW w:type="dxa" w:w="2880"/>
          </w:tcPr>
          <w:p>
            <w:r>
              <w:t>no water</w:t>
            </w:r>
          </w:p>
        </w:tc>
        <w:tc>
          <w:tcPr>
            <w:tcW w:type="dxa" w:w="2880"/>
          </w:tcPr>
          <w:p>
            <w:r>
              <w:t>2</w:t>
            </w:r>
          </w:p>
        </w:tc>
      </w:tr>
      <w:tr>
        <w:tc>
          <w:tcPr>
            <w:tcW w:type="dxa" w:w="2880"/>
          </w:tcPr>
          <w:p>
            <w:r>
              <w:t>2026-03-16</w:t>
            </w:r>
          </w:p>
        </w:tc>
        <w:tc>
          <w:tcPr>
            <w:tcW w:type="dxa" w:w="2880"/>
          </w:tcPr>
          <w:p>
            <w:r>
              <w:t>dirty water</w:t>
            </w:r>
          </w:p>
        </w:tc>
        <w:tc>
          <w:tcPr>
            <w:tcW w:type="dxa" w:w="2880"/>
          </w:tcPr>
          <w:p>
            <w:r>
              <w:t>1</w:t>
            </w:r>
          </w:p>
        </w:tc>
      </w:tr>
      <w:tr>
        <w:tc>
          <w:tcPr>
            <w:tcW w:type="dxa" w:w="2880"/>
          </w:tcPr>
          <w:p>
            <w:r>
              <w:t>2026-03-23</w:t>
            </w:r>
          </w:p>
        </w:tc>
        <w:tc>
          <w:tcPr>
            <w:tcW w:type="dxa" w:w="2880"/>
          </w:tcPr>
          <w:p>
            <w:r>
              <w:t>low pressure</w:t>
            </w:r>
          </w:p>
        </w:tc>
        <w:tc>
          <w:tcPr>
            <w:tcW w:type="dxa" w:w="2880"/>
          </w:tcPr>
          <w:p>
            <w:r>
              <w:t>6</w:t>
            </w:r>
          </w:p>
        </w:tc>
      </w:tr>
      <w:tr>
        <w:tc>
          <w:tcPr>
            <w:tcW w:type="dxa" w:w="2880"/>
          </w:tcPr>
          <w:p>
            <w:r>
              <w:t>2026-03-23</w:t>
            </w:r>
          </w:p>
        </w:tc>
        <w:tc>
          <w:tcPr>
            <w:tcW w:type="dxa" w:w="2880"/>
          </w:tcPr>
          <w:p>
            <w:r>
              <w:t>high bill</w:t>
            </w:r>
          </w:p>
        </w:tc>
        <w:tc>
          <w:tcPr>
            <w:tcW w:type="dxa" w:w="2880"/>
          </w:tcPr>
          <w:p>
            <w:r>
              <w:t>2</w:t>
            </w:r>
          </w:p>
        </w:tc>
      </w:tr>
      <w:tr>
        <w:tc>
          <w:tcPr>
            <w:tcW w:type="dxa" w:w="2880"/>
          </w:tcPr>
          <w:p>
            <w:r>
              <w:t>2026-03-23</w:t>
            </w:r>
          </w:p>
        </w:tc>
        <w:tc>
          <w:tcPr>
            <w:tcW w:type="dxa" w:w="2880"/>
          </w:tcPr>
          <w:p>
            <w:r>
              <w:t>no water</w:t>
            </w:r>
          </w:p>
        </w:tc>
        <w:tc>
          <w:tcPr>
            <w:tcW w:type="dxa" w:w="2880"/>
          </w:tcPr>
          <w:p>
            <w:r>
              <w:t>3</w:t>
            </w:r>
          </w:p>
        </w:tc>
      </w:tr>
      <w:tr>
        <w:tc>
          <w:tcPr>
            <w:tcW w:type="dxa" w:w="2880"/>
          </w:tcPr>
          <w:p>
            <w:r>
              <w:t>2026-03-23</w:t>
            </w:r>
          </w:p>
        </w:tc>
        <w:tc>
          <w:tcPr>
            <w:tcW w:type="dxa" w:w="2880"/>
          </w:tcPr>
          <w:p>
            <w:r>
              <w:t>dirty water</w:t>
            </w:r>
          </w:p>
        </w:tc>
        <w:tc>
          <w:tcPr>
            <w:tcW w:type="dxa" w:w="2880"/>
          </w:tcPr>
          <w:p>
            <w:r>
              <w:t>0</w:t>
            </w:r>
          </w:p>
        </w:tc>
      </w:tr>
      <w:tr>
        <w:tc>
          <w:tcPr>
            <w:tcW w:type="dxa" w:w="2880"/>
          </w:tcPr>
          <w:p>
            <w:r>
              <w:t>2026-03-30</w:t>
            </w:r>
          </w:p>
        </w:tc>
        <w:tc>
          <w:tcPr>
            <w:tcW w:type="dxa" w:w="2880"/>
          </w:tcPr>
          <w:p>
            <w:r>
              <w:t>low pressure</w:t>
            </w:r>
          </w:p>
        </w:tc>
        <w:tc>
          <w:tcPr>
            <w:tcW w:type="dxa" w:w="2880"/>
          </w:tcPr>
          <w:p>
            <w:r>
              <w:t>6</w:t>
            </w:r>
          </w:p>
        </w:tc>
      </w:tr>
      <w:tr>
        <w:tc>
          <w:tcPr>
            <w:tcW w:type="dxa" w:w="2880"/>
          </w:tcPr>
          <w:p>
            <w:r>
              <w:t>2026-03-30</w:t>
            </w:r>
          </w:p>
        </w:tc>
        <w:tc>
          <w:tcPr>
            <w:tcW w:type="dxa" w:w="2880"/>
          </w:tcPr>
          <w:p>
            <w:r>
              <w:t>high bill</w:t>
            </w:r>
          </w:p>
        </w:tc>
        <w:tc>
          <w:tcPr>
            <w:tcW w:type="dxa" w:w="2880"/>
          </w:tcPr>
          <w:p>
            <w:r>
              <w:t>3</w:t>
            </w:r>
          </w:p>
        </w:tc>
      </w:tr>
      <w:tr>
        <w:tc>
          <w:tcPr>
            <w:tcW w:type="dxa" w:w="2880"/>
          </w:tcPr>
          <w:p>
            <w:r>
              <w:t>2026-03-30</w:t>
            </w:r>
          </w:p>
        </w:tc>
        <w:tc>
          <w:tcPr>
            <w:tcW w:type="dxa" w:w="2880"/>
          </w:tcPr>
          <w:p>
            <w:r>
              <w:t>no water</w:t>
            </w:r>
          </w:p>
        </w:tc>
        <w:tc>
          <w:tcPr>
            <w:tcW w:type="dxa" w:w="2880"/>
          </w:tcPr>
          <w:p>
            <w:r>
              <w:t>2</w:t>
            </w:r>
          </w:p>
        </w:tc>
      </w:tr>
      <w:tr>
        <w:tc>
          <w:tcPr>
            <w:tcW w:type="dxa" w:w="2880"/>
          </w:tcPr>
          <w:p>
            <w:r>
              <w:t>2026-03-30</w:t>
            </w:r>
          </w:p>
        </w:tc>
        <w:tc>
          <w:tcPr>
            <w:tcW w:type="dxa" w:w="2880"/>
          </w:tcPr>
          <w:p>
            <w:r>
              <w:t>dirty water</w:t>
            </w:r>
          </w:p>
        </w:tc>
        <w:tc>
          <w:tcPr>
            <w:tcW w:type="dxa" w:w="2880"/>
          </w:tcPr>
          <w:p>
            <w:r>
              <w:t>1</w:t>
            </w:r>
          </w:p>
        </w:tc>
      </w:tr>
      <w:tr>
        <w:tc>
          <w:tcPr>
            <w:tcW w:type="dxa" w:w="2880"/>
          </w:tcPr>
          <w:p>
            <w:r>
              <w:t>2026-04-06</w:t>
            </w:r>
          </w:p>
        </w:tc>
        <w:tc>
          <w:tcPr>
            <w:tcW w:type="dxa" w:w="2880"/>
          </w:tcPr>
          <w:p>
            <w:r>
              <w:t>low pressure</w:t>
            </w:r>
          </w:p>
        </w:tc>
        <w:tc>
          <w:tcPr>
            <w:tcW w:type="dxa" w:w="2880"/>
          </w:tcPr>
          <w:p>
            <w:r>
              <w:t>3</w:t>
            </w:r>
          </w:p>
        </w:tc>
      </w:tr>
      <w:tr>
        <w:tc>
          <w:tcPr>
            <w:tcW w:type="dxa" w:w="2880"/>
          </w:tcPr>
          <w:p>
            <w:r>
              <w:t>2026-04-06</w:t>
            </w:r>
          </w:p>
        </w:tc>
        <w:tc>
          <w:tcPr>
            <w:tcW w:type="dxa" w:w="2880"/>
          </w:tcPr>
          <w:p>
            <w:r>
              <w:t>high bill</w:t>
            </w:r>
          </w:p>
        </w:tc>
        <w:tc>
          <w:tcPr>
            <w:tcW w:type="dxa" w:w="2880"/>
          </w:tcPr>
          <w:p>
            <w:r>
              <w:t>4</w:t>
            </w:r>
          </w:p>
        </w:tc>
      </w:tr>
      <w:tr>
        <w:tc>
          <w:tcPr>
            <w:tcW w:type="dxa" w:w="2880"/>
          </w:tcPr>
          <w:p>
            <w:r>
              <w:t>2026-04-06</w:t>
            </w:r>
          </w:p>
        </w:tc>
        <w:tc>
          <w:tcPr>
            <w:tcW w:type="dxa" w:w="2880"/>
          </w:tcPr>
          <w:p>
            <w:r>
              <w:t>no water</w:t>
            </w:r>
          </w:p>
        </w:tc>
        <w:tc>
          <w:tcPr>
            <w:tcW w:type="dxa" w:w="2880"/>
          </w:tcPr>
          <w:p>
            <w:r>
              <w:t>3</w:t>
            </w:r>
          </w:p>
        </w:tc>
      </w:tr>
      <w:tr>
        <w:tc>
          <w:tcPr>
            <w:tcW w:type="dxa" w:w="2880"/>
          </w:tcPr>
          <w:p>
            <w:r>
              <w:t>2026-04-06</w:t>
            </w:r>
          </w:p>
        </w:tc>
        <w:tc>
          <w:tcPr>
            <w:tcW w:type="dxa" w:w="2880"/>
          </w:tcPr>
          <w:p>
            <w:r>
              <w:t>dirty water</w:t>
            </w:r>
          </w:p>
        </w:tc>
        <w:tc>
          <w:tcPr>
            <w:tcW w:type="dxa" w:w="2880"/>
          </w:tcPr>
          <w:p>
            <w:r>
              <w:t>0</w:t>
            </w:r>
          </w:p>
        </w:tc>
      </w:tr>
      <w:tr>
        <w:tc>
          <w:tcPr>
            <w:tcW w:type="dxa" w:w="2880"/>
          </w:tcPr>
          <w:p>
            <w:r>
              <w:t>2026-04-13</w:t>
            </w:r>
          </w:p>
        </w:tc>
        <w:tc>
          <w:tcPr>
            <w:tcW w:type="dxa" w:w="2880"/>
          </w:tcPr>
          <w:p>
            <w:r>
              <w:t>low pressure</w:t>
            </w:r>
          </w:p>
        </w:tc>
        <w:tc>
          <w:tcPr>
            <w:tcW w:type="dxa" w:w="2880"/>
          </w:tcPr>
          <w:p>
            <w:r>
              <w:t>5</w:t>
            </w:r>
          </w:p>
        </w:tc>
      </w:tr>
      <w:tr>
        <w:tc>
          <w:tcPr>
            <w:tcW w:type="dxa" w:w="2880"/>
          </w:tcPr>
          <w:p>
            <w:r>
              <w:t>2026-04-13</w:t>
            </w:r>
          </w:p>
        </w:tc>
        <w:tc>
          <w:tcPr>
            <w:tcW w:type="dxa" w:w="2880"/>
          </w:tcPr>
          <w:p>
            <w:r>
              <w:t>high bill</w:t>
            </w:r>
          </w:p>
        </w:tc>
        <w:tc>
          <w:tcPr>
            <w:tcW w:type="dxa" w:w="2880"/>
          </w:tcPr>
          <w:p>
            <w:r>
              <w:t>6</w:t>
            </w:r>
          </w:p>
        </w:tc>
      </w:tr>
      <w:tr>
        <w:tc>
          <w:tcPr>
            <w:tcW w:type="dxa" w:w="2880"/>
          </w:tcPr>
          <w:p>
            <w:r>
              <w:t>2026-04-13</w:t>
            </w:r>
          </w:p>
        </w:tc>
        <w:tc>
          <w:tcPr>
            <w:tcW w:type="dxa" w:w="2880"/>
          </w:tcPr>
          <w:p>
            <w:r>
              <w:t>no water</w:t>
            </w:r>
          </w:p>
        </w:tc>
        <w:tc>
          <w:tcPr>
            <w:tcW w:type="dxa" w:w="2880"/>
          </w:tcPr>
          <w:p>
            <w:r>
              <w:t>5</w:t>
            </w:r>
          </w:p>
        </w:tc>
      </w:tr>
      <w:tr>
        <w:tc>
          <w:tcPr>
            <w:tcW w:type="dxa" w:w="2880"/>
          </w:tcPr>
          <w:p>
            <w:r>
              <w:t>2026-04-13</w:t>
            </w:r>
          </w:p>
        </w:tc>
        <w:tc>
          <w:tcPr>
            <w:tcW w:type="dxa" w:w="2880"/>
          </w:tcPr>
          <w:p>
            <w:r>
              <w:t>dirty water</w:t>
            </w:r>
          </w:p>
        </w:tc>
        <w:tc>
          <w:tcPr>
            <w:tcW w:type="dxa" w:w="2880"/>
          </w:tcPr>
          <w:p>
            <w:r>
              <w:t>0</w:t>
            </w:r>
          </w:p>
        </w:tc>
      </w:tr>
      <w:tr>
        <w:tc>
          <w:tcPr>
            <w:tcW w:type="dxa" w:w="2880"/>
          </w:tcPr>
          <w:p>
            <w:r>
              <w:t>2026-04-20</w:t>
            </w:r>
          </w:p>
        </w:tc>
        <w:tc>
          <w:tcPr>
            <w:tcW w:type="dxa" w:w="2880"/>
          </w:tcPr>
          <w:p>
            <w:r>
              <w:t>low pressure</w:t>
            </w:r>
          </w:p>
        </w:tc>
        <w:tc>
          <w:tcPr>
            <w:tcW w:type="dxa" w:w="2880"/>
          </w:tcPr>
          <w:p>
            <w:r>
              <w:t>7</w:t>
            </w:r>
          </w:p>
        </w:tc>
      </w:tr>
      <w:tr>
        <w:tc>
          <w:tcPr>
            <w:tcW w:type="dxa" w:w="2880"/>
          </w:tcPr>
          <w:p>
            <w:r>
              <w:t>2026-04-20</w:t>
            </w:r>
          </w:p>
        </w:tc>
        <w:tc>
          <w:tcPr>
            <w:tcW w:type="dxa" w:w="2880"/>
          </w:tcPr>
          <w:p>
            <w:r>
              <w:t>high bill</w:t>
            </w:r>
          </w:p>
        </w:tc>
        <w:tc>
          <w:tcPr>
            <w:tcW w:type="dxa" w:w="2880"/>
          </w:tcPr>
          <w:p>
            <w:r>
              <w:t>4</w:t>
            </w:r>
          </w:p>
        </w:tc>
      </w:tr>
      <w:tr>
        <w:tc>
          <w:tcPr>
            <w:tcW w:type="dxa" w:w="2880"/>
          </w:tcPr>
          <w:p>
            <w:r>
              <w:t>2026-04-20</w:t>
            </w:r>
          </w:p>
        </w:tc>
        <w:tc>
          <w:tcPr>
            <w:tcW w:type="dxa" w:w="2880"/>
          </w:tcPr>
          <w:p>
            <w:r>
              <w:t>no water</w:t>
            </w:r>
          </w:p>
        </w:tc>
        <w:tc>
          <w:tcPr>
            <w:tcW w:type="dxa" w:w="2880"/>
          </w:tcPr>
          <w:p>
            <w:r>
              <w:t>2</w:t>
            </w:r>
          </w:p>
        </w:tc>
      </w:tr>
      <w:tr>
        <w:tc>
          <w:tcPr>
            <w:tcW w:type="dxa" w:w="2880"/>
          </w:tcPr>
          <w:p>
            <w:r>
              <w:t>2026-04-20</w:t>
            </w:r>
          </w:p>
        </w:tc>
        <w:tc>
          <w:tcPr>
            <w:tcW w:type="dxa" w:w="2880"/>
          </w:tcPr>
          <w:p>
            <w:r>
              <w:t>dirty water</w:t>
            </w:r>
          </w:p>
        </w:tc>
        <w:tc>
          <w:tcPr>
            <w:tcW w:type="dxa" w:w="2880"/>
          </w:tcPr>
          <w:p>
            <w:r>
              <w:t>0</w:t>
            </w:r>
          </w:p>
        </w:tc>
      </w:tr>
      <w:tr>
        <w:tc>
          <w:tcPr>
            <w:tcW w:type="dxa" w:w="2880"/>
          </w:tcPr>
          <w:p>
            <w:r>
              <w:t>2026-04-27</w:t>
            </w:r>
          </w:p>
        </w:tc>
        <w:tc>
          <w:tcPr>
            <w:tcW w:type="dxa" w:w="2880"/>
          </w:tcPr>
          <w:p>
            <w:r>
              <w:t>low pressure</w:t>
            </w:r>
          </w:p>
        </w:tc>
        <w:tc>
          <w:tcPr>
            <w:tcW w:type="dxa" w:w="2880"/>
          </w:tcPr>
          <w:p>
            <w:r>
              <w:t>4</w:t>
            </w:r>
          </w:p>
        </w:tc>
      </w:tr>
      <w:tr>
        <w:tc>
          <w:tcPr>
            <w:tcW w:type="dxa" w:w="2880"/>
          </w:tcPr>
          <w:p>
            <w:r>
              <w:t>2026-04-27</w:t>
            </w:r>
          </w:p>
        </w:tc>
        <w:tc>
          <w:tcPr>
            <w:tcW w:type="dxa" w:w="2880"/>
          </w:tcPr>
          <w:p>
            <w:r>
              <w:t>high bill</w:t>
            </w:r>
          </w:p>
        </w:tc>
        <w:tc>
          <w:tcPr>
            <w:tcW w:type="dxa" w:w="2880"/>
          </w:tcPr>
          <w:p>
            <w:r>
              <w:t>5</w:t>
            </w:r>
          </w:p>
        </w:tc>
      </w:tr>
      <w:tr>
        <w:tc>
          <w:tcPr>
            <w:tcW w:type="dxa" w:w="2880"/>
          </w:tcPr>
          <w:p>
            <w:r>
              <w:t>2026-04-27</w:t>
            </w:r>
          </w:p>
        </w:tc>
        <w:tc>
          <w:tcPr>
            <w:tcW w:type="dxa" w:w="2880"/>
          </w:tcPr>
          <w:p>
            <w:r>
              <w:t>no water</w:t>
            </w:r>
          </w:p>
        </w:tc>
        <w:tc>
          <w:tcPr>
            <w:tcW w:type="dxa" w:w="2880"/>
          </w:tcPr>
          <w:p>
            <w:r>
              <w:t>2</w:t>
            </w:r>
          </w:p>
        </w:tc>
      </w:tr>
      <w:tr>
        <w:tc>
          <w:tcPr>
            <w:tcW w:type="dxa" w:w="2880"/>
          </w:tcPr>
          <w:p>
            <w:r>
              <w:t>2026-04-27</w:t>
            </w:r>
          </w:p>
        </w:tc>
        <w:tc>
          <w:tcPr>
            <w:tcW w:type="dxa" w:w="2880"/>
          </w:tcPr>
          <w:p>
            <w:r>
              <w:t>dirty water</w:t>
            </w:r>
          </w:p>
        </w:tc>
        <w:tc>
          <w:tcPr>
            <w:tcW w:type="dxa" w:w="2880"/>
          </w:tcPr>
          <w:p>
            <w:r>
              <w:t>2</w:t>
            </w:r>
          </w:p>
        </w:tc>
      </w:tr>
      <w:tr>
        <w:tc>
          <w:tcPr>
            <w:tcW w:type="dxa" w:w="2880"/>
          </w:tcPr>
          <w:p>
            <w:r>
              <w:t>2026-05-04</w:t>
            </w:r>
          </w:p>
        </w:tc>
        <w:tc>
          <w:tcPr>
            <w:tcW w:type="dxa" w:w="2880"/>
          </w:tcPr>
          <w:p>
            <w:r>
              <w:t>low pressure</w:t>
            </w:r>
          </w:p>
        </w:tc>
        <w:tc>
          <w:tcPr>
            <w:tcW w:type="dxa" w:w="2880"/>
          </w:tcPr>
          <w:p>
            <w:r>
              <w:t>5</w:t>
            </w:r>
          </w:p>
        </w:tc>
      </w:tr>
      <w:tr>
        <w:tc>
          <w:tcPr>
            <w:tcW w:type="dxa" w:w="2880"/>
          </w:tcPr>
          <w:p>
            <w:r>
              <w:t>2026-05-04</w:t>
            </w:r>
          </w:p>
        </w:tc>
        <w:tc>
          <w:tcPr>
            <w:tcW w:type="dxa" w:w="2880"/>
          </w:tcPr>
          <w:p>
            <w:r>
              <w:t>high bill</w:t>
            </w:r>
          </w:p>
        </w:tc>
        <w:tc>
          <w:tcPr>
            <w:tcW w:type="dxa" w:w="2880"/>
          </w:tcPr>
          <w:p>
            <w:r>
              <w:t>2</w:t>
            </w:r>
          </w:p>
        </w:tc>
      </w:tr>
      <w:tr>
        <w:tc>
          <w:tcPr>
            <w:tcW w:type="dxa" w:w="2880"/>
          </w:tcPr>
          <w:p>
            <w:r>
              <w:t>2026-05-04</w:t>
            </w:r>
          </w:p>
        </w:tc>
        <w:tc>
          <w:tcPr>
            <w:tcW w:type="dxa" w:w="2880"/>
          </w:tcPr>
          <w:p>
            <w:r>
              <w:t>no water</w:t>
            </w:r>
          </w:p>
        </w:tc>
        <w:tc>
          <w:tcPr>
            <w:tcW w:type="dxa" w:w="2880"/>
          </w:tcPr>
          <w:p>
            <w:r>
              <w:t>3</w:t>
            </w:r>
          </w:p>
        </w:tc>
      </w:tr>
      <w:tr>
        <w:tc>
          <w:tcPr>
            <w:tcW w:type="dxa" w:w="2880"/>
          </w:tcPr>
          <w:p>
            <w:r>
              <w:t>2026-05-04</w:t>
            </w:r>
          </w:p>
        </w:tc>
        <w:tc>
          <w:tcPr>
            <w:tcW w:type="dxa" w:w="2880"/>
          </w:tcPr>
          <w:p>
            <w:r>
              <w:t>dirty water</w:t>
            </w:r>
          </w:p>
        </w:tc>
        <w:tc>
          <w:tcPr>
            <w:tcW w:type="dxa" w:w="2880"/>
          </w:tcPr>
          <w:p>
            <w:r>
              <w:t>2</w:t>
            </w:r>
          </w:p>
        </w:tc>
      </w:tr>
      <w:tr>
        <w:tc>
          <w:tcPr>
            <w:tcW w:type="dxa" w:w="2880"/>
          </w:tcPr>
          <w:p>
            <w:r>
              <w:t>2026-05-11</w:t>
            </w:r>
          </w:p>
        </w:tc>
        <w:tc>
          <w:tcPr>
            <w:tcW w:type="dxa" w:w="2880"/>
          </w:tcPr>
          <w:p>
            <w:r>
              <w:t>low pressure</w:t>
            </w:r>
          </w:p>
        </w:tc>
        <w:tc>
          <w:tcPr>
            <w:tcW w:type="dxa" w:w="2880"/>
          </w:tcPr>
          <w:p>
            <w:r>
              <w:t>1</w:t>
            </w:r>
          </w:p>
        </w:tc>
      </w:tr>
      <w:tr>
        <w:tc>
          <w:tcPr>
            <w:tcW w:type="dxa" w:w="2880"/>
          </w:tcPr>
          <w:p>
            <w:r>
              <w:t>2026-05-11</w:t>
            </w:r>
          </w:p>
        </w:tc>
        <w:tc>
          <w:tcPr>
            <w:tcW w:type="dxa" w:w="2880"/>
          </w:tcPr>
          <w:p>
            <w:r>
              <w:t>high bill</w:t>
            </w:r>
          </w:p>
        </w:tc>
        <w:tc>
          <w:tcPr>
            <w:tcW w:type="dxa" w:w="2880"/>
          </w:tcPr>
          <w:p>
            <w:r>
              <w:t>6</w:t>
            </w:r>
          </w:p>
        </w:tc>
      </w:tr>
      <w:tr>
        <w:tc>
          <w:tcPr>
            <w:tcW w:type="dxa" w:w="2880"/>
          </w:tcPr>
          <w:p>
            <w:r>
              <w:t>2026-05-11</w:t>
            </w:r>
          </w:p>
        </w:tc>
        <w:tc>
          <w:tcPr>
            <w:tcW w:type="dxa" w:w="2880"/>
          </w:tcPr>
          <w:p>
            <w:r>
              <w:t>no water</w:t>
            </w:r>
          </w:p>
        </w:tc>
        <w:tc>
          <w:tcPr>
            <w:tcW w:type="dxa" w:w="2880"/>
          </w:tcPr>
          <w:p>
            <w:r>
              <w:t>2</w:t>
            </w:r>
          </w:p>
        </w:tc>
      </w:tr>
      <w:tr>
        <w:tc>
          <w:tcPr>
            <w:tcW w:type="dxa" w:w="2880"/>
          </w:tcPr>
          <w:p>
            <w:r>
              <w:t>2026-05-11</w:t>
            </w:r>
          </w:p>
        </w:tc>
        <w:tc>
          <w:tcPr>
            <w:tcW w:type="dxa" w:w="2880"/>
          </w:tcPr>
          <w:p>
            <w:r>
              <w:t>dirty water</w:t>
            </w:r>
          </w:p>
        </w:tc>
        <w:tc>
          <w:tcPr>
            <w:tcW w:type="dxa" w:w="2880"/>
          </w:tcPr>
          <w:p>
            <w:r>
              <w:t>0</w:t>
            </w:r>
          </w:p>
        </w:tc>
      </w:tr>
      <w:tr>
        <w:tc>
          <w:tcPr>
            <w:tcW w:type="dxa" w:w="2880"/>
          </w:tcPr>
          <w:p>
            <w:r>
              <w:t>2026-05-18</w:t>
            </w:r>
          </w:p>
        </w:tc>
        <w:tc>
          <w:tcPr>
            <w:tcW w:type="dxa" w:w="2880"/>
          </w:tcPr>
          <w:p>
            <w:r>
              <w:t>low pressure</w:t>
            </w:r>
          </w:p>
        </w:tc>
        <w:tc>
          <w:tcPr>
            <w:tcW w:type="dxa" w:w="2880"/>
          </w:tcPr>
          <w:p>
            <w:r>
              <w:t>6</w:t>
            </w:r>
          </w:p>
        </w:tc>
      </w:tr>
      <w:tr>
        <w:tc>
          <w:tcPr>
            <w:tcW w:type="dxa" w:w="2880"/>
          </w:tcPr>
          <w:p>
            <w:r>
              <w:t>2026-05-18</w:t>
            </w:r>
          </w:p>
        </w:tc>
        <w:tc>
          <w:tcPr>
            <w:tcW w:type="dxa" w:w="2880"/>
          </w:tcPr>
          <w:p>
            <w:r>
              <w:t>high bill</w:t>
            </w:r>
          </w:p>
        </w:tc>
        <w:tc>
          <w:tcPr>
            <w:tcW w:type="dxa" w:w="2880"/>
          </w:tcPr>
          <w:p>
            <w:r>
              <w:t>5</w:t>
            </w:r>
          </w:p>
        </w:tc>
      </w:tr>
      <w:tr>
        <w:tc>
          <w:tcPr>
            <w:tcW w:type="dxa" w:w="2880"/>
          </w:tcPr>
          <w:p>
            <w:r>
              <w:t>2026-05-18</w:t>
            </w:r>
          </w:p>
        </w:tc>
        <w:tc>
          <w:tcPr>
            <w:tcW w:type="dxa" w:w="2880"/>
          </w:tcPr>
          <w:p>
            <w:r>
              <w:t>no water</w:t>
            </w:r>
          </w:p>
        </w:tc>
        <w:tc>
          <w:tcPr>
            <w:tcW w:type="dxa" w:w="2880"/>
          </w:tcPr>
          <w:p>
            <w:r>
              <w:t>3</w:t>
            </w:r>
          </w:p>
        </w:tc>
      </w:tr>
      <w:tr>
        <w:tc>
          <w:tcPr>
            <w:tcW w:type="dxa" w:w="2880"/>
          </w:tcPr>
          <w:p>
            <w:r>
              <w:t>2026-05-18</w:t>
            </w:r>
          </w:p>
        </w:tc>
        <w:tc>
          <w:tcPr>
            <w:tcW w:type="dxa" w:w="2880"/>
          </w:tcPr>
          <w:p>
            <w:r>
              <w:t>dirty water</w:t>
            </w:r>
          </w:p>
        </w:tc>
        <w:tc>
          <w:tcPr>
            <w:tcW w:type="dxa" w:w="2880"/>
          </w:tcPr>
          <w:p>
            <w:r>
              <w:t>0</w:t>
            </w:r>
          </w:p>
        </w:tc>
      </w:tr>
      <w:tr>
        <w:tc>
          <w:tcPr>
            <w:tcW w:type="dxa" w:w="2880"/>
          </w:tcPr>
          <w:p>
            <w:r>
              <w:t>2026-05-25</w:t>
            </w:r>
          </w:p>
        </w:tc>
        <w:tc>
          <w:tcPr>
            <w:tcW w:type="dxa" w:w="2880"/>
          </w:tcPr>
          <w:p>
            <w:r>
              <w:t>low pressure</w:t>
            </w:r>
          </w:p>
        </w:tc>
        <w:tc>
          <w:tcPr>
            <w:tcW w:type="dxa" w:w="2880"/>
          </w:tcPr>
          <w:p>
            <w:r>
              <w:t>7</w:t>
            </w:r>
          </w:p>
        </w:tc>
      </w:tr>
      <w:tr>
        <w:tc>
          <w:tcPr>
            <w:tcW w:type="dxa" w:w="2880"/>
          </w:tcPr>
          <w:p>
            <w:r>
              <w:t>2026-05-25</w:t>
            </w:r>
          </w:p>
        </w:tc>
        <w:tc>
          <w:tcPr>
            <w:tcW w:type="dxa" w:w="2880"/>
          </w:tcPr>
          <w:p>
            <w:r>
              <w:t>high bill</w:t>
            </w:r>
          </w:p>
        </w:tc>
        <w:tc>
          <w:tcPr>
            <w:tcW w:type="dxa" w:w="2880"/>
          </w:tcPr>
          <w:p>
            <w:r>
              <w:t>4</w:t>
            </w:r>
          </w:p>
        </w:tc>
      </w:tr>
      <w:tr>
        <w:tc>
          <w:tcPr>
            <w:tcW w:type="dxa" w:w="2880"/>
          </w:tcPr>
          <w:p>
            <w:r>
              <w:t>2026-05-25</w:t>
            </w:r>
          </w:p>
        </w:tc>
        <w:tc>
          <w:tcPr>
            <w:tcW w:type="dxa" w:w="2880"/>
          </w:tcPr>
          <w:p>
            <w:r>
              <w:t>no water</w:t>
            </w:r>
          </w:p>
        </w:tc>
        <w:tc>
          <w:tcPr>
            <w:tcW w:type="dxa" w:w="2880"/>
          </w:tcPr>
          <w:p>
            <w:r>
              <w:t>3</w:t>
            </w:r>
          </w:p>
        </w:tc>
      </w:tr>
      <w:tr>
        <w:tc>
          <w:tcPr>
            <w:tcW w:type="dxa" w:w="2880"/>
          </w:tcPr>
          <w:p>
            <w:r>
              <w:t>2026-05-25</w:t>
            </w:r>
          </w:p>
        </w:tc>
        <w:tc>
          <w:tcPr>
            <w:tcW w:type="dxa" w:w="2880"/>
          </w:tcPr>
          <w:p>
            <w:r>
              <w:t>dirty water</w:t>
            </w:r>
          </w:p>
        </w:tc>
        <w:tc>
          <w:tcPr>
            <w:tcW w:type="dxa" w:w="2880"/>
          </w:tcPr>
          <w:p>
            <w:r>
              <w:t>0</w:t>
            </w:r>
          </w:p>
        </w:tc>
      </w:tr>
      <w:tr>
        <w:tc>
          <w:tcPr>
            <w:tcW w:type="dxa" w:w="2880"/>
          </w:tcPr>
          <w:p>
            <w:r>
              <w:t>2026-06-01</w:t>
            </w:r>
          </w:p>
        </w:tc>
        <w:tc>
          <w:tcPr>
            <w:tcW w:type="dxa" w:w="2880"/>
          </w:tcPr>
          <w:p>
            <w:r>
              <w:t>low pressure</w:t>
            </w:r>
          </w:p>
        </w:tc>
        <w:tc>
          <w:tcPr>
            <w:tcW w:type="dxa" w:w="2880"/>
          </w:tcPr>
          <w:p>
            <w:r>
              <w:t>7</w:t>
            </w:r>
          </w:p>
        </w:tc>
      </w:tr>
      <w:tr>
        <w:tc>
          <w:tcPr>
            <w:tcW w:type="dxa" w:w="2880"/>
          </w:tcPr>
          <w:p>
            <w:r>
              <w:t>2026-06-01</w:t>
            </w:r>
          </w:p>
        </w:tc>
        <w:tc>
          <w:tcPr>
            <w:tcW w:type="dxa" w:w="2880"/>
          </w:tcPr>
          <w:p>
            <w:r>
              <w:t>high bill</w:t>
            </w:r>
          </w:p>
        </w:tc>
        <w:tc>
          <w:tcPr>
            <w:tcW w:type="dxa" w:w="2880"/>
          </w:tcPr>
          <w:p>
            <w:r>
              <w:t>3</w:t>
            </w:r>
          </w:p>
        </w:tc>
      </w:tr>
      <w:tr>
        <w:tc>
          <w:tcPr>
            <w:tcW w:type="dxa" w:w="2880"/>
          </w:tcPr>
          <w:p>
            <w:r>
              <w:t>2026-06-01</w:t>
            </w:r>
          </w:p>
        </w:tc>
        <w:tc>
          <w:tcPr>
            <w:tcW w:type="dxa" w:w="2880"/>
          </w:tcPr>
          <w:p>
            <w:r>
              <w:t>no water</w:t>
            </w:r>
          </w:p>
        </w:tc>
        <w:tc>
          <w:tcPr>
            <w:tcW w:type="dxa" w:w="2880"/>
          </w:tcPr>
          <w:p>
            <w:r>
              <w:t>5</w:t>
            </w:r>
          </w:p>
        </w:tc>
      </w:tr>
      <w:tr>
        <w:tc>
          <w:tcPr>
            <w:tcW w:type="dxa" w:w="2880"/>
          </w:tcPr>
          <w:p>
            <w:r>
              <w:t>2026-06-01</w:t>
            </w:r>
          </w:p>
        </w:tc>
        <w:tc>
          <w:tcPr>
            <w:tcW w:type="dxa" w:w="2880"/>
          </w:tcPr>
          <w:p>
            <w:r>
              <w:t>dirty water</w:t>
            </w:r>
          </w:p>
        </w:tc>
        <w:tc>
          <w:tcPr>
            <w:tcW w:type="dxa" w:w="2880"/>
          </w:tcPr>
          <w:p>
            <w:r>
              <w:t>2</w:t>
            </w:r>
          </w:p>
        </w:tc>
      </w:tr>
      <w:tr>
        <w:tc>
          <w:tcPr>
            <w:tcW w:type="dxa" w:w="2880"/>
          </w:tcPr>
          <w:p>
            <w:r>
              <w:t>2026-06-08</w:t>
            </w:r>
          </w:p>
        </w:tc>
        <w:tc>
          <w:tcPr>
            <w:tcW w:type="dxa" w:w="2880"/>
          </w:tcPr>
          <w:p>
            <w:r>
              <w:t>low pressure</w:t>
            </w:r>
          </w:p>
        </w:tc>
        <w:tc>
          <w:tcPr>
            <w:tcW w:type="dxa" w:w="2880"/>
          </w:tcPr>
          <w:p>
            <w:r>
              <w:t>6</w:t>
            </w:r>
          </w:p>
        </w:tc>
      </w:tr>
      <w:tr>
        <w:tc>
          <w:tcPr>
            <w:tcW w:type="dxa" w:w="2880"/>
          </w:tcPr>
          <w:p>
            <w:r>
              <w:t>2026-06-08</w:t>
            </w:r>
          </w:p>
        </w:tc>
        <w:tc>
          <w:tcPr>
            <w:tcW w:type="dxa" w:w="2880"/>
          </w:tcPr>
          <w:p>
            <w:r>
              <w:t>high bill</w:t>
            </w:r>
          </w:p>
        </w:tc>
        <w:tc>
          <w:tcPr>
            <w:tcW w:type="dxa" w:w="2880"/>
          </w:tcPr>
          <w:p>
            <w:r>
              <w:t>3</w:t>
            </w:r>
          </w:p>
        </w:tc>
      </w:tr>
      <w:tr>
        <w:tc>
          <w:tcPr>
            <w:tcW w:type="dxa" w:w="2880"/>
          </w:tcPr>
          <w:p>
            <w:r>
              <w:t>2026-06-08</w:t>
            </w:r>
          </w:p>
        </w:tc>
        <w:tc>
          <w:tcPr>
            <w:tcW w:type="dxa" w:w="2880"/>
          </w:tcPr>
          <w:p>
            <w:r>
              <w:t>no water</w:t>
            </w:r>
          </w:p>
        </w:tc>
        <w:tc>
          <w:tcPr>
            <w:tcW w:type="dxa" w:w="2880"/>
          </w:tcPr>
          <w:p>
            <w:r>
              <w:t>5</w:t>
            </w:r>
          </w:p>
        </w:tc>
      </w:tr>
      <w:tr>
        <w:tc>
          <w:tcPr>
            <w:tcW w:type="dxa" w:w="2880"/>
          </w:tcPr>
          <w:p>
            <w:r>
              <w:t>2026-06-08</w:t>
            </w:r>
          </w:p>
        </w:tc>
        <w:tc>
          <w:tcPr>
            <w:tcW w:type="dxa" w:w="2880"/>
          </w:tcPr>
          <w:p>
            <w:r>
              <w:t>dirty water</w:t>
            </w:r>
          </w:p>
        </w:tc>
        <w:tc>
          <w:tcPr>
            <w:tcW w:type="dxa" w:w="2880"/>
          </w:tcPr>
          <w:p>
            <w:r>
              <w:t>1</w:t>
            </w:r>
          </w:p>
        </w:tc>
      </w:tr>
      <w:tr>
        <w:tc>
          <w:tcPr>
            <w:tcW w:type="dxa" w:w="2880"/>
          </w:tcPr>
          <w:p>
            <w:r>
              <w:t>2026-06-15</w:t>
            </w:r>
          </w:p>
        </w:tc>
        <w:tc>
          <w:tcPr>
            <w:tcW w:type="dxa" w:w="2880"/>
          </w:tcPr>
          <w:p>
            <w:r>
              <w:t>low pressure</w:t>
            </w:r>
          </w:p>
        </w:tc>
        <w:tc>
          <w:tcPr>
            <w:tcW w:type="dxa" w:w="2880"/>
          </w:tcPr>
          <w:p>
            <w:r>
              <w:t>8</w:t>
            </w:r>
          </w:p>
        </w:tc>
      </w:tr>
      <w:tr>
        <w:tc>
          <w:tcPr>
            <w:tcW w:type="dxa" w:w="2880"/>
          </w:tcPr>
          <w:p>
            <w:r>
              <w:t>2026-06-15</w:t>
            </w:r>
          </w:p>
        </w:tc>
        <w:tc>
          <w:tcPr>
            <w:tcW w:type="dxa" w:w="2880"/>
          </w:tcPr>
          <w:p>
            <w:r>
              <w:t>high bill</w:t>
            </w:r>
          </w:p>
        </w:tc>
        <w:tc>
          <w:tcPr>
            <w:tcW w:type="dxa" w:w="2880"/>
          </w:tcPr>
          <w:p>
            <w:r>
              <w:t>6</w:t>
            </w:r>
          </w:p>
        </w:tc>
      </w:tr>
      <w:tr>
        <w:tc>
          <w:tcPr>
            <w:tcW w:type="dxa" w:w="2880"/>
          </w:tcPr>
          <w:p>
            <w:r>
              <w:t>2026-06-15</w:t>
            </w:r>
          </w:p>
        </w:tc>
        <w:tc>
          <w:tcPr>
            <w:tcW w:type="dxa" w:w="2880"/>
          </w:tcPr>
          <w:p>
            <w:r>
              <w:t>no water</w:t>
            </w:r>
          </w:p>
        </w:tc>
        <w:tc>
          <w:tcPr>
            <w:tcW w:type="dxa" w:w="2880"/>
          </w:tcPr>
          <w:p>
            <w:r>
              <w:t>3</w:t>
            </w:r>
          </w:p>
        </w:tc>
      </w:tr>
      <w:tr>
        <w:tc>
          <w:tcPr>
            <w:tcW w:type="dxa" w:w="2880"/>
          </w:tcPr>
          <w:p>
            <w:r>
              <w:t>2026-06-15</w:t>
            </w:r>
          </w:p>
        </w:tc>
        <w:tc>
          <w:tcPr>
            <w:tcW w:type="dxa" w:w="2880"/>
          </w:tcPr>
          <w:p>
            <w:r>
              <w:t>dirty water</w:t>
            </w:r>
          </w:p>
        </w:tc>
        <w:tc>
          <w:tcPr>
            <w:tcW w:type="dxa" w:w="2880"/>
          </w:tcPr>
          <w:p>
            <w:r>
              <w:t>2</w:t>
            </w:r>
          </w:p>
        </w:tc>
      </w:tr>
      <w:tr>
        <w:tc>
          <w:tcPr>
            <w:tcW w:type="dxa" w:w="2880"/>
          </w:tcPr>
          <w:p>
            <w:r>
              <w:t>2026-06-22</w:t>
            </w:r>
          </w:p>
        </w:tc>
        <w:tc>
          <w:tcPr>
            <w:tcW w:type="dxa" w:w="2880"/>
          </w:tcPr>
          <w:p>
            <w:r>
              <w:t>low pressure</w:t>
            </w:r>
          </w:p>
        </w:tc>
        <w:tc>
          <w:tcPr>
            <w:tcW w:type="dxa" w:w="2880"/>
          </w:tcPr>
          <w:p>
            <w:r>
              <w:t>2</w:t>
            </w:r>
          </w:p>
        </w:tc>
      </w:tr>
      <w:tr>
        <w:tc>
          <w:tcPr>
            <w:tcW w:type="dxa" w:w="2880"/>
          </w:tcPr>
          <w:p>
            <w:r>
              <w:t>2026-06-22</w:t>
            </w:r>
          </w:p>
        </w:tc>
        <w:tc>
          <w:tcPr>
            <w:tcW w:type="dxa" w:w="2880"/>
          </w:tcPr>
          <w:p>
            <w:r>
              <w:t>high bill</w:t>
            </w:r>
          </w:p>
        </w:tc>
        <w:tc>
          <w:tcPr>
            <w:tcW w:type="dxa" w:w="2880"/>
          </w:tcPr>
          <w:p>
            <w:r>
              <w:t>2</w:t>
            </w:r>
          </w:p>
        </w:tc>
      </w:tr>
      <w:tr>
        <w:tc>
          <w:tcPr>
            <w:tcW w:type="dxa" w:w="2880"/>
          </w:tcPr>
          <w:p>
            <w:r>
              <w:t>2026-06-22</w:t>
            </w:r>
          </w:p>
        </w:tc>
        <w:tc>
          <w:tcPr>
            <w:tcW w:type="dxa" w:w="2880"/>
          </w:tcPr>
          <w:p>
            <w:r>
              <w:t>no water</w:t>
            </w:r>
          </w:p>
        </w:tc>
        <w:tc>
          <w:tcPr>
            <w:tcW w:type="dxa" w:w="2880"/>
          </w:tcPr>
          <w:p>
            <w:r>
              <w:t>3</w:t>
            </w:r>
          </w:p>
        </w:tc>
      </w:tr>
      <w:tr>
        <w:tc>
          <w:tcPr>
            <w:tcW w:type="dxa" w:w="2880"/>
          </w:tcPr>
          <w:p>
            <w:r>
              <w:t>2026-06-22</w:t>
            </w:r>
          </w:p>
        </w:tc>
        <w:tc>
          <w:tcPr>
            <w:tcW w:type="dxa" w:w="2880"/>
          </w:tcPr>
          <w:p>
            <w:r>
              <w:t>dirty water</w:t>
            </w:r>
          </w:p>
        </w:tc>
        <w:tc>
          <w:tcPr>
            <w:tcW w:type="dxa" w:w="2880"/>
          </w:tcPr>
          <w:p>
            <w:r>
              <w:t>2</w:t>
            </w:r>
          </w:p>
        </w:tc>
      </w:tr>
      <w:tr>
        <w:tc>
          <w:tcPr>
            <w:tcW w:type="dxa" w:w="2880"/>
          </w:tcPr>
          <w:p>
            <w:r>
              <w:t>2026-06-29</w:t>
            </w:r>
          </w:p>
        </w:tc>
        <w:tc>
          <w:tcPr>
            <w:tcW w:type="dxa" w:w="2880"/>
          </w:tcPr>
          <w:p>
            <w:r>
              <w:t>low pressure</w:t>
            </w:r>
          </w:p>
        </w:tc>
        <w:tc>
          <w:tcPr>
            <w:tcW w:type="dxa" w:w="2880"/>
          </w:tcPr>
          <w:p>
            <w:r>
              <w:t>4</w:t>
            </w:r>
          </w:p>
        </w:tc>
      </w:tr>
      <w:tr>
        <w:tc>
          <w:tcPr>
            <w:tcW w:type="dxa" w:w="2880"/>
          </w:tcPr>
          <w:p>
            <w:r>
              <w:t>2026-06-29</w:t>
            </w:r>
          </w:p>
        </w:tc>
        <w:tc>
          <w:tcPr>
            <w:tcW w:type="dxa" w:w="2880"/>
          </w:tcPr>
          <w:p>
            <w:r>
              <w:t>high bill</w:t>
            </w:r>
          </w:p>
        </w:tc>
        <w:tc>
          <w:tcPr>
            <w:tcW w:type="dxa" w:w="2880"/>
          </w:tcPr>
          <w:p>
            <w:r>
              <w:t>4</w:t>
            </w:r>
          </w:p>
        </w:tc>
      </w:tr>
      <w:tr>
        <w:tc>
          <w:tcPr>
            <w:tcW w:type="dxa" w:w="2880"/>
          </w:tcPr>
          <w:p>
            <w:r>
              <w:t>2026-06-29</w:t>
            </w:r>
          </w:p>
        </w:tc>
        <w:tc>
          <w:tcPr>
            <w:tcW w:type="dxa" w:w="2880"/>
          </w:tcPr>
          <w:p>
            <w:r>
              <w:t>no water</w:t>
            </w:r>
          </w:p>
        </w:tc>
        <w:tc>
          <w:tcPr>
            <w:tcW w:type="dxa" w:w="2880"/>
          </w:tcPr>
          <w:p>
            <w:r>
              <w:t>3</w:t>
            </w:r>
          </w:p>
        </w:tc>
      </w:tr>
      <w:tr>
        <w:tc>
          <w:tcPr>
            <w:tcW w:type="dxa" w:w="2880"/>
          </w:tcPr>
          <w:p>
            <w:r>
              <w:t>2026-06-29</w:t>
            </w:r>
          </w:p>
        </w:tc>
        <w:tc>
          <w:tcPr>
            <w:tcW w:type="dxa" w:w="2880"/>
          </w:tcPr>
          <w:p>
            <w:r>
              <w:t>dirty water</w:t>
            </w:r>
          </w:p>
        </w:tc>
        <w:tc>
          <w:tcPr>
            <w:tcW w:type="dxa" w:w="2880"/>
          </w:tcPr>
          <w:p>
            <w:r>
              <w:t>4</w:t>
            </w:r>
          </w:p>
        </w:tc>
      </w:tr>
      <w:tr>
        <w:tc>
          <w:tcPr>
            <w:tcW w:type="dxa" w:w="2880"/>
          </w:tcPr>
          <w:p>
            <w:r>
              <w:t>2026-07-06</w:t>
            </w:r>
          </w:p>
        </w:tc>
        <w:tc>
          <w:tcPr>
            <w:tcW w:type="dxa" w:w="2880"/>
          </w:tcPr>
          <w:p>
            <w:r>
              <w:t>low pressure</w:t>
            </w:r>
          </w:p>
        </w:tc>
        <w:tc>
          <w:tcPr>
            <w:tcW w:type="dxa" w:w="2880"/>
          </w:tcPr>
          <w:p>
            <w:r>
              <w:t>6</w:t>
            </w:r>
          </w:p>
        </w:tc>
      </w:tr>
      <w:tr>
        <w:tc>
          <w:tcPr>
            <w:tcW w:type="dxa" w:w="2880"/>
          </w:tcPr>
          <w:p>
            <w:r>
              <w:t>2026-07-06</w:t>
            </w:r>
          </w:p>
        </w:tc>
        <w:tc>
          <w:tcPr>
            <w:tcW w:type="dxa" w:w="2880"/>
          </w:tcPr>
          <w:p>
            <w:r>
              <w:t>high bill</w:t>
            </w:r>
          </w:p>
        </w:tc>
        <w:tc>
          <w:tcPr>
            <w:tcW w:type="dxa" w:w="2880"/>
          </w:tcPr>
          <w:p>
            <w:r>
              <w:t>7</w:t>
            </w:r>
          </w:p>
        </w:tc>
      </w:tr>
      <w:tr>
        <w:tc>
          <w:tcPr>
            <w:tcW w:type="dxa" w:w="2880"/>
          </w:tcPr>
          <w:p>
            <w:r>
              <w:t>2026-07-06</w:t>
            </w:r>
          </w:p>
        </w:tc>
        <w:tc>
          <w:tcPr>
            <w:tcW w:type="dxa" w:w="2880"/>
          </w:tcPr>
          <w:p>
            <w:r>
              <w:t>no water</w:t>
            </w:r>
          </w:p>
        </w:tc>
        <w:tc>
          <w:tcPr>
            <w:tcW w:type="dxa" w:w="2880"/>
          </w:tcPr>
          <w:p>
            <w:r>
              <w:t>6</w:t>
            </w:r>
          </w:p>
        </w:tc>
      </w:tr>
      <w:tr>
        <w:tc>
          <w:tcPr>
            <w:tcW w:type="dxa" w:w="2880"/>
          </w:tcPr>
          <w:p>
            <w:r>
              <w:t>2026-07-06</w:t>
            </w:r>
          </w:p>
        </w:tc>
        <w:tc>
          <w:tcPr>
            <w:tcW w:type="dxa" w:w="2880"/>
          </w:tcPr>
          <w:p>
            <w:r>
              <w:t>dirty water</w:t>
            </w:r>
          </w:p>
        </w:tc>
        <w:tc>
          <w:tcPr>
            <w:tcW w:type="dxa" w:w="2880"/>
          </w:tcPr>
          <w:p>
            <w:r>
              <w:t>0</w:t>
            </w:r>
          </w:p>
        </w:tc>
      </w:tr>
      <w:tr>
        <w:tc>
          <w:tcPr>
            <w:tcW w:type="dxa" w:w="2880"/>
          </w:tcPr>
          <w:p>
            <w:r>
              <w:t>2026-07-13</w:t>
            </w:r>
          </w:p>
        </w:tc>
        <w:tc>
          <w:tcPr>
            <w:tcW w:type="dxa" w:w="2880"/>
          </w:tcPr>
          <w:p>
            <w:r>
              <w:t>low pressure</w:t>
            </w:r>
          </w:p>
        </w:tc>
        <w:tc>
          <w:tcPr>
            <w:tcW w:type="dxa" w:w="2880"/>
          </w:tcPr>
          <w:p>
            <w:r>
              <w:t>5</w:t>
            </w:r>
          </w:p>
        </w:tc>
      </w:tr>
      <w:tr>
        <w:tc>
          <w:tcPr>
            <w:tcW w:type="dxa" w:w="2880"/>
          </w:tcPr>
          <w:p>
            <w:r>
              <w:t>2026-07-13</w:t>
            </w:r>
          </w:p>
        </w:tc>
        <w:tc>
          <w:tcPr>
            <w:tcW w:type="dxa" w:w="2880"/>
          </w:tcPr>
          <w:p>
            <w:r>
              <w:t>high bill</w:t>
            </w:r>
          </w:p>
        </w:tc>
        <w:tc>
          <w:tcPr>
            <w:tcW w:type="dxa" w:w="2880"/>
          </w:tcPr>
          <w:p>
            <w:r>
              <w:t>4</w:t>
            </w:r>
          </w:p>
        </w:tc>
      </w:tr>
      <w:tr>
        <w:tc>
          <w:tcPr>
            <w:tcW w:type="dxa" w:w="2880"/>
          </w:tcPr>
          <w:p>
            <w:r>
              <w:t>2026-07-13</w:t>
            </w:r>
          </w:p>
        </w:tc>
        <w:tc>
          <w:tcPr>
            <w:tcW w:type="dxa" w:w="2880"/>
          </w:tcPr>
          <w:p>
            <w:r>
              <w:t>no water</w:t>
            </w:r>
          </w:p>
        </w:tc>
        <w:tc>
          <w:tcPr>
            <w:tcW w:type="dxa" w:w="2880"/>
          </w:tcPr>
          <w:p>
            <w:r>
              <w:t>7</w:t>
            </w:r>
          </w:p>
        </w:tc>
      </w:tr>
      <w:tr>
        <w:tc>
          <w:tcPr>
            <w:tcW w:type="dxa" w:w="2880"/>
          </w:tcPr>
          <w:p>
            <w:r>
              <w:t>2026-07-13</w:t>
            </w:r>
          </w:p>
        </w:tc>
        <w:tc>
          <w:tcPr>
            <w:tcW w:type="dxa" w:w="2880"/>
          </w:tcPr>
          <w:p>
            <w:r>
              <w:t>dirty water</w:t>
            </w:r>
          </w:p>
        </w:tc>
        <w:tc>
          <w:tcPr>
            <w:tcW w:type="dxa" w:w="2880"/>
          </w:tcPr>
          <w:p>
            <w:r>
              <w:t>1</w:t>
            </w:r>
          </w:p>
        </w:tc>
      </w:tr>
      <w:tr>
        <w:tc>
          <w:tcPr>
            <w:tcW w:type="dxa" w:w="2880"/>
          </w:tcPr>
          <w:p>
            <w:r>
              <w:t>2026-07-20</w:t>
            </w:r>
          </w:p>
        </w:tc>
        <w:tc>
          <w:tcPr>
            <w:tcW w:type="dxa" w:w="2880"/>
          </w:tcPr>
          <w:p>
            <w:r>
              <w:t>low pressure</w:t>
            </w:r>
          </w:p>
        </w:tc>
        <w:tc>
          <w:tcPr>
            <w:tcW w:type="dxa" w:w="2880"/>
          </w:tcPr>
          <w:p>
            <w:r>
              <w:t>5</w:t>
            </w:r>
          </w:p>
        </w:tc>
      </w:tr>
      <w:tr>
        <w:tc>
          <w:tcPr>
            <w:tcW w:type="dxa" w:w="2880"/>
          </w:tcPr>
          <w:p>
            <w:r>
              <w:t>2026-07-20</w:t>
            </w:r>
          </w:p>
        </w:tc>
        <w:tc>
          <w:tcPr>
            <w:tcW w:type="dxa" w:w="2880"/>
          </w:tcPr>
          <w:p>
            <w:r>
              <w:t>high bill</w:t>
            </w:r>
          </w:p>
        </w:tc>
        <w:tc>
          <w:tcPr>
            <w:tcW w:type="dxa" w:w="2880"/>
          </w:tcPr>
          <w:p>
            <w:r>
              <w:t>3</w:t>
            </w:r>
          </w:p>
        </w:tc>
      </w:tr>
      <w:tr>
        <w:tc>
          <w:tcPr>
            <w:tcW w:type="dxa" w:w="2880"/>
          </w:tcPr>
          <w:p>
            <w:r>
              <w:t>2026-07-20</w:t>
            </w:r>
          </w:p>
        </w:tc>
        <w:tc>
          <w:tcPr>
            <w:tcW w:type="dxa" w:w="2880"/>
          </w:tcPr>
          <w:p>
            <w:r>
              <w:t>no water</w:t>
            </w:r>
          </w:p>
        </w:tc>
        <w:tc>
          <w:tcPr>
            <w:tcW w:type="dxa" w:w="2880"/>
          </w:tcPr>
          <w:p>
            <w:r>
              <w:t>3</w:t>
            </w:r>
          </w:p>
        </w:tc>
      </w:tr>
      <w:tr>
        <w:tc>
          <w:tcPr>
            <w:tcW w:type="dxa" w:w="2880"/>
          </w:tcPr>
          <w:p>
            <w:r>
              <w:t>2026-07-20</w:t>
            </w:r>
          </w:p>
        </w:tc>
        <w:tc>
          <w:tcPr>
            <w:tcW w:type="dxa" w:w="2880"/>
          </w:tcPr>
          <w:p>
            <w:r>
              <w:t>dirty water</w:t>
            </w:r>
          </w:p>
        </w:tc>
        <w:tc>
          <w:tcPr>
            <w:tcW w:type="dxa" w:w="2880"/>
          </w:tcPr>
          <w:p>
            <w:r>
              <w:t>2</w:t>
            </w:r>
          </w:p>
        </w:tc>
      </w:tr>
      <w:tr>
        <w:tc>
          <w:tcPr>
            <w:tcW w:type="dxa" w:w="2880"/>
          </w:tcPr>
          <w:p>
            <w:r>
              <w:t>2026-07-27</w:t>
            </w:r>
          </w:p>
        </w:tc>
        <w:tc>
          <w:tcPr>
            <w:tcW w:type="dxa" w:w="2880"/>
          </w:tcPr>
          <w:p>
            <w:r>
              <w:t>low pressure</w:t>
            </w:r>
          </w:p>
        </w:tc>
        <w:tc>
          <w:tcPr>
            <w:tcW w:type="dxa" w:w="2880"/>
          </w:tcPr>
          <w:p>
            <w:r>
              <w:t>6</w:t>
            </w:r>
          </w:p>
        </w:tc>
      </w:tr>
      <w:tr>
        <w:tc>
          <w:tcPr>
            <w:tcW w:type="dxa" w:w="2880"/>
          </w:tcPr>
          <w:p>
            <w:r>
              <w:t>2026-07-27</w:t>
            </w:r>
          </w:p>
        </w:tc>
        <w:tc>
          <w:tcPr>
            <w:tcW w:type="dxa" w:w="2880"/>
          </w:tcPr>
          <w:p>
            <w:r>
              <w:t>high bill</w:t>
            </w:r>
          </w:p>
        </w:tc>
        <w:tc>
          <w:tcPr>
            <w:tcW w:type="dxa" w:w="2880"/>
          </w:tcPr>
          <w:p>
            <w:r>
              <w:t>3</w:t>
            </w:r>
          </w:p>
        </w:tc>
      </w:tr>
      <w:tr>
        <w:tc>
          <w:tcPr>
            <w:tcW w:type="dxa" w:w="2880"/>
          </w:tcPr>
          <w:p>
            <w:r>
              <w:t>2026-07-27</w:t>
            </w:r>
          </w:p>
        </w:tc>
        <w:tc>
          <w:tcPr>
            <w:tcW w:type="dxa" w:w="2880"/>
          </w:tcPr>
          <w:p>
            <w:r>
              <w:t>no water</w:t>
            </w:r>
          </w:p>
        </w:tc>
        <w:tc>
          <w:tcPr>
            <w:tcW w:type="dxa" w:w="2880"/>
          </w:tcPr>
          <w:p>
            <w:r>
              <w:t>3</w:t>
            </w:r>
          </w:p>
        </w:tc>
      </w:tr>
      <w:tr>
        <w:tc>
          <w:tcPr>
            <w:tcW w:type="dxa" w:w="2880"/>
          </w:tcPr>
          <w:p>
            <w:r>
              <w:t>2026-07-27</w:t>
            </w:r>
          </w:p>
        </w:tc>
        <w:tc>
          <w:tcPr>
            <w:tcW w:type="dxa" w:w="2880"/>
          </w:tcPr>
          <w:p>
            <w:r>
              <w:t>dirty water</w:t>
            </w:r>
          </w:p>
        </w:tc>
        <w:tc>
          <w:tcPr>
            <w:tcW w:type="dxa" w:w="2880"/>
          </w:tcPr>
          <w:p>
            <w:r>
              <w:t>2</w:t>
            </w:r>
          </w:p>
        </w:tc>
      </w:tr>
      <w:tr>
        <w:tc>
          <w:tcPr>
            <w:tcW w:type="dxa" w:w="2880"/>
          </w:tcPr>
          <w:p>
            <w:r>
              <w:t>2026-08-03</w:t>
            </w:r>
          </w:p>
        </w:tc>
        <w:tc>
          <w:tcPr>
            <w:tcW w:type="dxa" w:w="2880"/>
          </w:tcPr>
          <w:p>
            <w:r>
              <w:t>low pressure</w:t>
            </w:r>
          </w:p>
        </w:tc>
        <w:tc>
          <w:tcPr>
            <w:tcW w:type="dxa" w:w="2880"/>
          </w:tcPr>
          <w:p>
            <w:r>
              <w:t>4</w:t>
            </w:r>
          </w:p>
        </w:tc>
      </w:tr>
      <w:tr>
        <w:tc>
          <w:tcPr>
            <w:tcW w:type="dxa" w:w="2880"/>
          </w:tcPr>
          <w:p>
            <w:r>
              <w:t>2026-08-03</w:t>
            </w:r>
          </w:p>
        </w:tc>
        <w:tc>
          <w:tcPr>
            <w:tcW w:type="dxa" w:w="2880"/>
          </w:tcPr>
          <w:p>
            <w:r>
              <w:t>high bill</w:t>
            </w:r>
          </w:p>
        </w:tc>
        <w:tc>
          <w:tcPr>
            <w:tcW w:type="dxa" w:w="2880"/>
          </w:tcPr>
          <w:p>
            <w:r>
              <w:t>3</w:t>
            </w:r>
          </w:p>
        </w:tc>
      </w:tr>
      <w:tr>
        <w:tc>
          <w:tcPr>
            <w:tcW w:type="dxa" w:w="2880"/>
          </w:tcPr>
          <w:p>
            <w:r>
              <w:t>2026-08-03</w:t>
            </w:r>
          </w:p>
        </w:tc>
        <w:tc>
          <w:tcPr>
            <w:tcW w:type="dxa" w:w="2880"/>
          </w:tcPr>
          <w:p>
            <w:r>
              <w:t>no water</w:t>
            </w:r>
          </w:p>
        </w:tc>
        <w:tc>
          <w:tcPr>
            <w:tcW w:type="dxa" w:w="2880"/>
          </w:tcPr>
          <w:p>
            <w:r>
              <w:t>5</w:t>
            </w:r>
          </w:p>
        </w:tc>
      </w:tr>
      <w:tr>
        <w:tc>
          <w:tcPr>
            <w:tcW w:type="dxa" w:w="2880"/>
          </w:tcPr>
          <w:p>
            <w:r>
              <w:t>2026-08-03</w:t>
            </w:r>
          </w:p>
        </w:tc>
        <w:tc>
          <w:tcPr>
            <w:tcW w:type="dxa" w:w="2880"/>
          </w:tcPr>
          <w:p>
            <w:r>
              <w:t>dirty water</w:t>
            </w:r>
          </w:p>
        </w:tc>
        <w:tc>
          <w:tcPr>
            <w:tcW w:type="dxa" w:w="2880"/>
          </w:tcPr>
          <w:p>
            <w:r>
              <w:t>1</w:t>
            </w:r>
          </w:p>
        </w:tc>
      </w:tr>
      <w:tr>
        <w:tc>
          <w:tcPr>
            <w:tcW w:type="dxa" w:w="2880"/>
          </w:tcPr>
          <w:p>
            <w:r>
              <w:t>2026-08-10</w:t>
            </w:r>
          </w:p>
        </w:tc>
        <w:tc>
          <w:tcPr>
            <w:tcW w:type="dxa" w:w="2880"/>
          </w:tcPr>
          <w:p>
            <w:r>
              <w:t>low pressure</w:t>
            </w:r>
          </w:p>
        </w:tc>
        <w:tc>
          <w:tcPr>
            <w:tcW w:type="dxa" w:w="2880"/>
          </w:tcPr>
          <w:p>
            <w:r>
              <w:t>6</w:t>
            </w:r>
          </w:p>
        </w:tc>
      </w:tr>
      <w:tr>
        <w:tc>
          <w:tcPr>
            <w:tcW w:type="dxa" w:w="2880"/>
          </w:tcPr>
          <w:p>
            <w:r>
              <w:t>2026-08-10</w:t>
            </w:r>
          </w:p>
        </w:tc>
        <w:tc>
          <w:tcPr>
            <w:tcW w:type="dxa" w:w="2880"/>
          </w:tcPr>
          <w:p>
            <w:r>
              <w:t>high bill</w:t>
            </w:r>
          </w:p>
        </w:tc>
        <w:tc>
          <w:tcPr>
            <w:tcW w:type="dxa" w:w="2880"/>
          </w:tcPr>
          <w:p>
            <w:r>
              <w:t>3</w:t>
            </w:r>
          </w:p>
        </w:tc>
      </w:tr>
      <w:tr>
        <w:tc>
          <w:tcPr>
            <w:tcW w:type="dxa" w:w="2880"/>
          </w:tcPr>
          <w:p>
            <w:r>
              <w:t>2026-08-10</w:t>
            </w:r>
          </w:p>
        </w:tc>
        <w:tc>
          <w:tcPr>
            <w:tcW w:type="dxa" w:w="2880"/>
          </w:tcPr>
          <w:p>
            <w:r>
              <w:t>no water</w:t>
            </w:r>
          </w:p>
        </w:tc>
        <w:tc>
          <w:tcPr>
            <w:tcW w:type="dxa" w:w="2880"/>
          </w:tcPr>
          <w:p>
            <w:r>
              <w:t>2</w:t>
            </w:r>
          </w:p>
        </w:tc>
      </w:tr>
      <w:tr>
        <w:tc>
          <w:tcPr>
            <w:tcW w:type="dxa" w:w="2880"/>
          </w:tcPr>
          <w:p>
            <w:r>
              <w:t>2026-08-10</w:t>
            </w:r>
          </w:p>
        </w:tc>
        <w:tc>
          <w:tcPr>
            <w:tcW w:type="dxa" w:w="2880"/>
          </w:tcPr>
          <w:p>
            <w:r>
              <w:t>dirty water</w:t>
            </w:r>
          </w:p>
        </w:tc>
        <w:tc>
          <w:tcPr>
            <w:tcW w:type="dxa" w:w="2880"/>
          </w:tcPr>
          <w:p>
            <w:r>
              <w:t>2</w:t>
            </w:r>
          </w:p>
        </w:tc>
      </w:tr>
      <w:tr>
        <w:tc>
          <w:tcPr>
            <w:tcW w:type="dxa" w:w="2880"/>
          </w:tcPr>
          <w:p>
            <w:r>
              <w:t>2026-08-17</w:t>
            </w:r>
          </w:p>
        </w:tc>
        <w:tc>
          <w:tcPr>
            <w:tcW w:type="dxa" w:w="2880"/>
          </w:tcPr>
          <w:p>
            <w:r>
              <w:t>low pressure</w:t>
            </w:r>
          </w:p>
        </w:tc>
        <w:tc>
          <w:tcPr>
            <w:tcW w:type="dxa" w:w="2880"/>
          </w:tcPr>
          <w:p>
            <w:r>
              <w:t>5</w:t>
            </w:r>
          </w:p>
        </w:tc>
      </w:tr>
      <w:tr>
        <w:tc>
          <w:tcPr>
            <w:tcW w:type="dxa" w:w="2880"/>
          </w:tcPr>
          <w:p>
            <w:r>
              <w:t>2026-08-17</w:t>
            </w:r>
          </w:p>
        </w:tc>
        <w:tc>
          <w:tcPr>
            <w:tcW w:type="dxa" w:w="2880"/>
          </w:tcPr>
          <w:p>
            <w:r>
              <w:t>high bill</w:t>
            </w:r>
          </w:p>
        </w:tc>
        <w:tc>
          <w:tcPr>
            <w:tcW w:type="dxa" w:w="2880"/>
          </w:tcPr>
          <w:p>
            <w:r>
              <w:t>3</w:t>
            </w:r>
          </w:p>
        </w:tc>
      </w:tr>
      <w:tr>
        <w:tc>
          <w:tcPr>
            <w:tcW w:type="dxa" w:w="2880"/>
          </w:tcPr>
          <w:p>
            <w:r>
              <w:t>2026-08-17</w:t>
            </w:r>
          </w:p>
        </w:tc>
        <w:tc>
          <w:tcPr>
            <w:tcW w:type="dxa" w:w="2880"/>
          </w:tcPr>
          <w:p>
            <w:r>
              <w:t>no water</w:t>
            </w:r>
          </w:p>
        </w:tc>
        <w:tc>
          <w:tcPr>
            <w:tcW w:type="dxa" w:w="2880"/>
          </w:tcPr>
          <w:p>
            <w:r>
              <w:t>4</w:t>
            </w:r>
          </w:p>
        </w:tc>
      </w:tr>
      <w:tr>
        <w:tc>
          <w:tcPr>
            <w:tcW w:type="dxa" w:w="2880"/>
          </w:tcPr>
          <w:p>
            <w:r>
              <w:t>2026-08-17</w:t>
            </w:r>
          </w:p>
        </w:tc>
        <w:tc>
          <w:tcPr>
            <w:tcW w:type="dxa" w:w="2880"/>
          </w:tcPr>
          <w:p>
            <w:r>
              <w:t>dirty water</w:t>
            </w:r>
          </w:p>
        </w:tc>
        <w:tc>
          <w:tcPr>
            <w:tcW w:type="dxa" w:w="2880"/>
          </w:tcPr>
          <w:p>
            <w:r>
              <w:t>1</w:t>
            </w:r>
          </w:p>
        </w:tc>
      </w:tr>
      <w:tr>
        <w:tc>
          <w:tcPr>
            <w:tcW w:type="dxa" w:w="2880"/>
          </w:tcPr>
          <w:p>
            <w:r>
              <w:t>2026-08-24</w:t>
            </w:r>
          </w:p>
        </w:tc>
        <w:tc>
          <w:tcPr>
            <w:tcW w:type="dxa" w:w="2880"/>
          </w:tcPr>
          <w:p>
            <w:r>
              <w:t>low pressure</w:t>
            </w:r>
          </w:p>
        </w:tc>
        <w:tc>
          <w:tcPr>
            <w:tcW w:type="dxa" w:w="2880"/>
          </w:tcPr>
          <w:p>
            <w:r>
              <w:t>7</w:t>
            </w:r>
          </w:p>
        </w:tc>
      </w:tr>
      <w:tr>
        <w:tc>
          <w:tcPr>
            <w:tcW w:type="dxa" w:w="2880"/>
          </w:tcPr>
          <w:p>
            <w:r>
              <w:t>2026-08-24</w:t>
            </w:r>
          </w:p>
        </w:tc>
        <w:tc>
          <w:tcPr>
            <w:tcW w:type="dxa" w:w="2880"/>
          </w:tcPr>
          <w:p>
            <w:r>
              <w:t>high bill</w:t>
            </w:r>
          </w:p>
        </w:tc>
        <w:tc>
          <w:tcPr>
            <w:tcW w:type="dxa" w:w="2880"/>
          </w:tcPr>
          <w:p>
            <w:r>
              <w:t>4</w:t>
            </w:r>
          </w:p>
        </w:tc>
      </w:tr>
      <w:tr>
        <w:tc>
          <w:tcPr>
            <w:tcW w:type="dxa" w:w="2880"/>
          </w:tcPr>
          <w:p>
            <w:r>
              <w:t>2026-08-24</w:t>
            </w:r>
          </w:p>
        </w:tc>
        <w:tc>
          <w:tcPr>
            <w:tcW w:type="dxa" w:w="2880"/>
          </w:tcPr>
          <w:p>
            <w:r>
              <w:t>no water</w:t>
            </w:r>
          </w:p>
        </w:tc>
        <w:tc>
          <w:tcPr>
            <w:tcW w:type="dxa" w:w="2880"/>
          </w:tcPr>
          <w:p>
            <w:r>
              <w:t>3</w:t>
            </w:r>
          </w:p>
        </w:tc>
      </w:tr>
      <w:tr>
        <w:tc>
          <w:tcPr>
            <w:tcW w:type="dxa" w:w="2880"/>
          </w:tcPr>
          <w:p>
            <w:r>
              <w:t>2026-08-24</w:t>
            </w:r>
          </w:p>
        </w:tc>
        <w:tc>
          <w:tcPr>
            <w:tcW w:type="dxa" w:w="2880"/>
          </w:tcPr>
          <w:p>
            <w:r>
              <w:t>dirty water</w:t>
            </w:r>
          </w:p>
        </w:tc>
        <w:tc>
          <w:tcPr>
            <w:tcW w:type="dxa" w:w="2880"/>
          </w:tcPr>
          <w:p>
            <w:r>
              <w:t>3</w:t>
            </w:r>
          </w:p>
        </w:tc>
      </w:tr>
      <w:tr>
        <w:tc>
          <w:tcPr>
            <w:tcW w:type="dxa" w:w="2880"/>
          </w:tcPr>
          <w:p>
            <w:r>
              <w:t>2026-08-31</w:t>
            </w:r>
          </w:p>
        </w:tc>
        <w:tc>
          <w:tcPr>
            <w:tcW w:type="dxa" w:w="2880"/>
          </w:tcPr>
          <w:p>
            <w:r>
              <w:t>low pressure</w:t>
            </w:r>
          </w:p>
        </w:tc>
        <w:tc>
          <w:tcPr>
            <w:tcW w:type="dxa" w:w="2880"/>
          </w:tcPr>
          <w:p>
            <w:r>
              <w:t>7</w:t>
            </w:r>
          </w:p>
        </w:tc>
      </w:tr>
      <w:tr>
        <w:tc>
          <w:tcPr>
            <w:tcW w:type="dxa" w:w="2880"/>
          </w:tcPr>
          <w:p>
            <w:r>
              <w:t>2026-08-31</w:t>
            </w:r>
          </w:p>
        </w:tc>
        <w:tc>
          <w:tcPr>
            <w:tcW w:type="dxa" w:w="2880"/>
          </w:tcPr>
          <w:p>
            <w:r>
              <w:t>high bill</w:t>
            </w:r>
          </w:p>
        </w:tc>
        <w:tc>
          <w:tcPr>
            <w:tcW w:type="dxa" w:w="2880"/>
          </w:tcPr>
          <w:p>
            <w:r>
              <w:t>4</w:t>
            </w:r>
          </w:p>
        </w:tc>
      </w:tr>
      <w:tr>
        <w:tc>
          <w:tcPr>
            <w:tcW w:type="dxa" w:w="2880"/>
          </w:tcPr>
          <w:p>
            <w:r>
              <w:t>2026-08-31</w:t>
            </w:r>
          </w:p>
        </w:tc>
        <w:tc>
          <w:tcPr>
            <w:tcW w:type="dxa" w:w="2880"/>
          </w:tcPr>
          <w:p>
            <w:r>
              <w:t>no water</w:t>
            </w:r>
          </w:p>
        </w:tc>
        <w:tc>
          <w:tcPr>
            <w:tcW w:type="dxa" w:w="2880"/>
          </w:tcPr>
          <w:p>
            <w:r>
              <w:t>3</w:t>
            </w:r>
          </w:p>
        </w:tc>
      </w:tr>
      <w:tr>
        <w:tc>
          <w:tcPr>
            <w:tcW w:type="dxa" w:w="2880"/>
          </w:tcPr>
          <w:p>
            <w:r>
              <w:t>2026-08-31</w:t>
            </w:r>
          </w:p>
        </w:tc>
        <w:tc>
          <w:tcPr>
            <w:tcW w:type="dxa" w:w="2880"/>
          </w:tcPr>
          <w:p>
            <w:r>
              <w:t>dirty water</w:t>
            </w:r>
          </w:p>
        </w:tc>
        <w:tc>
          <w:tcPr>
            <w:tcW w:type="dxa" w:w="2880"/>
          </w:tcPr>
          <w:p>
            <w:r>
              <w:t>0</w:t>
            </w:r>
          </w:p>
        </w:tc>
      </w:tr>
      <w:tr>
        <w:tc>
          <w:tcPr>
            <w:tcW w:type="dxa" w:w="2880"/>
          </w:tcPr>
          <w:p>
            <w:r>
              <w:t>2026-09-07</w:t>
            </w:r>
          </w:p>
        </w:tc>
        <w:tc>
          <w:tcPr>
            <w:tcW w:type="dxa" w:w="2880"/>
          </w:tcPr>
          <w:p>
            <w:r>
              <w:t>low pressure</w:t>
            </w:r>
          </w:p>
        </w:tc>
        <w:tc>
          <w:tcPr>
            <w:tcW w:type="dxa" w:w="2880"/>
          </w:tcPr>
          <w:p>
            <w:r>
              <w:t>6</w:t>
            </w:r>
          </w:p>
        </w:tc>
      </w:tr>
      <w:tr>
        <w:tc>
          <w:tcPr>
            <w:tcW w:type="dxa" w:w="2880"/>
          </w:tcPr>
          <w:p>
            <w:r>
              <w:t>2026-09-07</w:t>
            </w:r>
          </w:p>
        </w:tc>
        <w:tc>
          <w:tcPr>
            <w:tcW w:type="dxa" w:w="2880"/>
          </w:tcPr>
          <w:p>
            <w:r>
              <w:t>high bill</w:t>
            </w:r>
          </w:p>
        </w:tc>
        <w:tc>
          <w:tcPr>
            <w:tcW w:type="dxa" w:w="2880"/>
          </w:tcPr>
          <w:p>
            <w:r>
              <w:t>2</w:t>
            </w:r>
          </w:p>
        </w:tc>
      </w:tr>
      <w:tr>
        <w:tc>
          <w:tcPr>
            <w:tcW w:type="dxa" w:w="2880"/>
          </w:tcPr>
          <w:p>
            <w:r>
              <w:t>2026-09-07</w:t>
            </w:r>
          </w:p>
        </w:tc>
        <w:tc>
          <w:tcPr>
            <w:tcW w:type="dxa" w:w="2880"/>
          </w:tcPr>
          <w:p>
            <w:r>
              <w:t>no water</w:t>
            </w:r>
          </w:p>
        </w:tc>
        <w:tc>
          <w:tcPr>
            <w:tcW w:type="dxa" w:w="2880"/>
          </w:tcPr>
          <w:p>
            <w:r>
              <w:t>2</w:t>
            </w:r>
          </w:p>
        </w:tc>
      </w:tr>
      <w:tr>
        <w:tc>
          <w:tcPr>
            <w:tcW w:type="dxa" w:w="2880"/>
          </w:tcPr>
          <w:p>
            <w:r>
              <w:t>2026-09-07</w:t>
            </w:r>
          </w:p>
        </w:tc>
        <w:tc>
          <w:tcPr>
            <w:tcW w:type="dxa" w:w="2880"/>
          </w:tcPr>
          <w:p>
            <w:r>
              <w:t>dirty water</w:t>
            </w:r>
          </w:p>
        </w:tc>
        <w:tc>
          <w:tcPr>
            <w:tcW w:type="dxa" w:w="2880"/>
          </w:tcPr>
          <w:p>
            <w:r>
              <w:t>1</w:t>
            </w:r>
          </w:p>
        </w:tc>
      </w:tr>
      <w:tr>
        <w:tc>
          <w:tcPr>
            <w:tcW w:type="dxa" w:w="2880"/>
          </w:tcPr>
          <w:p>
            <w:r>
              <w:t>2026-09-14</w:t>
            </w:r>
          </w:p>
        </w:tc>
        <w:tc>
          <w:tcPr>
            <w:tcW w:type="dxa" w:w="2880"/>
          </w:tcPr>
          <w:p>
            <w:r>
              <w:t>low pressure</w:t>
            </w:r>
          </w:p>
        </w:tc>
        <w:tc>
          <w:tcPr>
            <w:tcW w:type="dxa" w:w="2880"/>
          </w:tcPr>
          <w:p>
            <w:r>
              <w:t>3</w:t>
            </w:r>
          </w:p>
        </w:tc>
      </w:tr>
      <w:tr>
        <w:tc>
          <w:tcPr>
            <w:tcW w:type="dxa" w:w="2880"/>
          </w:tcPr>
          <w:p>
            <w:r>
              <w:t>2026-09-14</w:t>
            </w:r>
          </w:p>
        </w:tc>
        <w:tc>
          <w:tcPr>
            <w:tcW w:type="dxa" w:w="2880"/>
          </w:tcPr>
          <w:p>
            <w:r>
              <w:t>high bill</w:t>
            </w:r>
          </w:p>
        </w:tc>
        <w:tc>
          <w:tcPr>
            <w:tcW w:type="dxa" w:w="2880"/>
          </w:tcPr>
          <w:p>
            <w:r>
              <w:t>3</w:t>
            </w:r>
          </w:p>
        </w:tc>
      </w:tr>
      <w:tr>
        <w:tc>
          <w:tcPr>
            <w:tcW w:type="dxa" w:w="2880"/>
          </w:tcPr>
          <w:p>
            <w:r>
              <w:t>2026-09-14</w:t>
            </w:r>
          </w:p>
        </w:tc>
        <w:tc>
          <w:tcPr>
            <w:tcW w:type="dxa" w:w="2880"/>
          </w:tcPr>
          <w:p>
            <w:r>
              <w:t>no water</w:t>
            </w:r>
          </w:p>
        </w:tc>
        <w:tc>
          <w:tcPr>
            <w:tcW w:type="dxa" w:w="2880"/>
          </w:tcPr>
          <w:p>
            <w:r>
              <w:t>2</w:t>
            </w:r>
          </w:p>
        </w:tc>
      </w:tr>
      <w:tr>
        <w:tc>
          <w:tcPr>
            <w:tcW w:type="dxa" w:w="2880"/>
          </w:tcPr>
          <w:p>
            <w:r>
              <w:t>2026-09-14</w:t>
            </w:r>
          </w:p>
        </w:tc>
        <w:tc>
          <w:tcPr>
            <w:tcW w:type="dxa" w:w="2880"/>
          </w:tcPr>
          <w:p>
            <w:r>
              <w:t>dirty water</w:t>
            </w:r>
          </w:p>
        </w:tc>
        <w:tc>
          <w:tcPr>
            <w:tcW w:type="dxa" w:w="2880"/>
          </w:tcPr>
          <w:p>
            <w:r>
              <w:t>2</w:t>
            </w:r>
          </w:p>
        </w:tc>
      </w:tr>
      <w:tr>
        <w:tc>
          <w:tcPr>
            <w:tcW w:type="dxa" w:w="2880"/>
          </w:tcPr>
          <w:p>
            <w:r>
              <w:t>2026-09-21</w:t>
            </w:r>
          </w:p>
        </w:tc>
        <w:tc>
          <w:tcPr>
            <w:tcW w:type="dxa" w:w="2880"/>
          </w:tcPr>
          <w:p>
            <w:r>
              <w:t>low pressure</w:t>
            </w:r>
          </w:p>
        </w:tc>
        <w:tc>
          <w:tcPr>
            <w:tcW w:type="dxa" w:w="2880"/>
          </w:tcPr>
          <w:p>
            <w:r>
              <w:t>4</w:t>
            </w:r>
          </w:p>
        </w:tc>
      </w:tr>
      <w:tr>
        <w:tc>
          <w:tcPr>
            <w:tcW w:type="dxa" w:w="2880"/>
          </w:tcPr>
          <w:p>
            <w:r>
              <w:t>2026-09-21</w:t>
            </w:r>
          </w:p>
        </w:tc>
        <w:tc>
          <w:tcPr>
            <w:tcW w:type="dxa" w:w="2880"/>
          </w:tcPr>
          <w:p>
            <w:r>
              <w:t>high bill</w:t>
            </w:r>
          </w:p>
        </w:tc>
        <w:tc>
          <w:tcPr>
            <w:tcW w:type="dxa" w:w="2880"/>
          </w:tcPr>
          <w:p>
            <w:r>
              <w:t>6</w:t>
            </w:r>
          </w:p>
        </w:tc>
      </w:tr>
      <w:tr>
        <w:tc>
          <w:tcPr>
            <w:tcW w:type="dxa" w:w="2880"/>
          </w:tcPr>
          <w:p>
            <w:r>
              <w:t>2026-09-21</w:t>
            </w:r>
          </w:p>
        </w:tc>
        <w:tc>
          <w:tcPr>
            <w:tcW w:type="dxa" w:w="2880"/>
          </w:tcPr>
          <w:p>
            <w:r>
              <w:t>no water</w:t>
            </w:r>
          </w:p>
        </w:tc>
        <w:tc>
          <w:tcPr>
            <w:tcW w:type="dxa" w:w="2880"/>
          </w:tcPr>
          <w:p>
            <w:r>
              <w:t>2</w:t>
            </w:r>
          </w:p>
        </w:tc>
      </w:tr>
      <w:tr>
        <w:tc>
          <w:tcPr>
            <w:tcW w:type="dxa" w:w="2880"/>
          </w:tcPr>
          <w:p>
            <w:r>
              <w:t>2026-09-21</w:t>
            </w:r>
          </w:p>
        </w:tc>
        <w:tc>
          <w:tcPr>
            <w:tcW w:type="dxa" w:w="2880"/>
          </w:tcPr>
          <w:p>
            <w:r>
              <w:t>dirty water</w:t>
            </w:r>
          </w:p>
        </w:tc>
        <w:tc>
          <w:tcPr>
            <w:tcW w:type="dxa" w:w="2880"/>
          </w:tcPr>
          <w:p>
            <w:r>
              <w:t>0</w:t>
            </w:r>
          </w:p>
        </w:tc>
      </w:tr>
      <w:tr>
        <w:tc>
          <w:tcPr>
            <w:tcW w:type="dxa" w:w="2880"/>
          </w:tcPr>
          <w:p>
            <w:r>
              <w:t>2026-09-28</w:t>
            </w:r>
          </w:p>
        </w:tc>
        <w:tc>
          <w:tcPr>
            <w:tcW w:type="dxa" w:w="2880"/>
          </w:tcPr>
          <w:p>
            <w:r>
              <w:t>low pressure</w:t>
            </w:r>
          </w:p>
        </w:tc>
        <w:tc>
          <w:tcPr>
            <w:tcW w:type="dxa" w:w="2880"/>
          </w:tcPr>
          <w:p>
            <w:r>
              <w:t>1</w:t>
            </w:r>
          </w:p>
        </w:tc>
      </w:tr>
      <w:tr>
        <w:tc>
          <w:tcPr>
            <w:tcW w:type="dxa" w:w="2880"/>
          </w:tcPr>
          <w:p>
            <w:r>
              <w:t>2026-09-28</w:t>
            </w:r>
          </w:p>
        </w:tc>
        <w:tc>
          <w:tcPr>
            <w:tcW w:type="dxa" w:w="2880"/>
          </w:tcPr>
          <w:p>
            <w:r>
              <w:t>high bill</w:t>
            </w:r>
          </w:p>
        </w:tc>
        <w:tc>
          <w:tcPr>
            <w:tcW w:type="dxa" w:w="2880"/>
          </w:tcPr>
          <w:p>
            <w:r>
              <w:t>1</w:t>
            </w:r>
          </w:p>
        </w:tc>
      </w:tr>
      <w:tr>
        <w:tc>
          <w:tcPr>
            <w:tcW w:type="dxa" w:w="2880"/>
          </w:tcPr>
          <w:p>
            <w:r>
              <w:t>2026-09-28</w:t>
            </w:r>
          </w:p>
        </w:tc>
        <w:tc>
          <w:tcPr>
            <w:tcW w:type="dxa" w:w="2880"/>
          </w:tcPr>
          <w:p>
            <w:r>
              <w:t>no water</w:t>
            </w:r>
          </w:p>
        </w:tc>
        <w:tc>
          <w:tcPr>
            <w:tcW w:type="dxa" w:w="2880"/>
          </w:tcPr>
          <w:p>
            <w:r>
              <w:t>0</w:t>
            </w:r>
          </w:p>
        </w:tc>
      </w:tr>
      <w:tr>
        <w:tc>
          <w:tcPr>
            <w:tcW w:type="dxa" w:w="2880"/>
          </w:tcPr>
          <w:p>
            <w:r>
              <w:t>2026-09-28</w:t>
            </w:r>
          </w:p>
        </w:tc>
        <w:tc>
          <w:tcPr>
            <w:tcW w:type="dxa" w:w="2880"/>
          </w:tcPr>
          <w:p>
            <w:r>
              <w:t>dirty water</w:t>
            </w:r>
          </w:p>
        </w:tc>
        <w:tc>
          <w:tcPr>
            <w:tcW w:type="dxa" w:w="2880"/>
          </w:tcPr>
          <w:p>
            <w:r>
              <w:t>0</w:t>
            </w:r>
          </w:p>
        </w:tc>
      </w:tr>
    </w:tbl>
    <w:p/>
    <w:p>
      <w:pPr>
        <w:pStyle w:val="Heading2"/>
      </w:pPr>
      <w:r>
        <w:t>Figure 48. Find point clusters: Leak and burst repairs over time [95]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2023-10-01</w:t>
            </w:r>
          </w:p>
        </w:tc>
        <w:tc>
          <w:tcPr>
            <w:tcW w:type="dxa" w:w="2880"/>
          </w:tcPr>
          <w:p>
            <w:r>
              <w:t>leak</w:t>
            </w:r>
          </w:p>
        </w:tc>
        <w:tc>
          <w:tcPr>
            <w:tcW w:type="dxa" w:w="2880"/>
          </w:tcPr>
          <w:p>
            <w:r>
              <w:t>9</w:t>
            </w:r>
          </w:p>
        </w:tc>
      </w:tr>
      <w:tr>
        <w:tc>
          <w:tcPr>
            <w:tcW w:type="dxa" w:w="2880"/>
          </w:tcPr>
          <w:p>
            <w:r>
              <w:t>2023-10-01</w:t>
            </w:r>
          </w:p>
        </w:tc>
        <w:tc>
          <w:tcPr>
            <w:tcW w:type="dxa" w:w="2880"/>
          </w:tcPr>
          <w:p>
            <w:r>
              <w:t>burst</w:t>
            </w:r>
          </w:p>
        </w:tc>
        <w:tc>
          <w:tcPr>
            <w:tcW w:type="dxa" w:w="2880"/>
          </w:tcPr>
          <w:p>
            <w:r>
              <w:t>5</w:t>
            </w:r>
          </w:p>
        </w:tc>
      </w:tr>
      <w:tr>
        <w:tc>
          <w:tcPr>
            <w:tcW w:type="dxa" w:w="2880"/>
          </w:tcPr>
          <w:p>
            <w:r>
              <w:t>2023-10-01</w:t>
            </w:r>
          </w:p>
        </w:tc>
        <w:tc>
          <w:tcPr>
            <w:tcW w:type="dxa" w:w="2880"/>
          </w:tcPr>
          <w:p>
            <w:r>
              <w:t>joint failure</w:t>
            </w:r>
          </w:p>
        </w:tc>
        <w:tc>
          <w:tcPr>
            <w:tcW w:type="dxa" w:w="2880"/>
          </w:tcPr>
          <w:p>
            <w:r>
              <w:t>4</w:t>
            </w:r>
          </w:p>
        </w:tc>
      </w:tr>
      <w:tr>
        <w:tc>
          <w:tcPr>
            <w:tcW w:type="dxa" w:w="2880"/>
          </w:tcPr>
          <w:p>
            <w:r>
              <w:t>2023-10-01</w:t>
            </w:r>
          </w:p>
        </w:tc>
        <w:tc>
          <w:tcPr>
            <w:tcW w:type="dxa" w:w="2880"/>
          </w:tcPr>
          <w:p>
            <w:r>
              <w:t>valve leak</w:t>
            </w:r>
          </w:p>
        </w:tc>
        <w:tc>
          <w:tcPr>
            <w:tcW w:type="dxa" w:w="2880"/>
          </w:tcPr>
          <w:p>
            <w:r>
              <w:t>2</w:t>
            </w:r>
          </w:p>
        </w:tc>
      </w:tr>
      <w:tr>
        <w:tc>
          <w:tcPr>
            <w:tcW w:type="dxa" w:w="2880"/>
          </w:tcPr>
          <w:p>
            <w:r>
              <w:t>2023-11-01</w:t>
            </w:r>
          </w:p>
        </w:tc>
        <w:tc>
          <w:tcPr>
            <w:tcW w:type="dxa" w:w="2880"/>
          </w:tcPr>
          <w:p>
            <w:r>
              <w:t>leak</w:t>
            </w:r>
          </w:p>
        </w:tc>
        <w:tc>
          <w:tcPr>
            <w:tcW w:type="dxa" w:w="2880"/>
          </w:tcPr>
          <w:p>
            <w:r>
              <w:t>9</w:t>
            </w:r>
          </w:p>
        </w:tc>
      </w:tr>
      <w:tr>
        <w:tc>
          <w:tcPr>
            <w:tcW w:type="dxa" w:w="2880"/>
          </w:tcPr>
          <w:p>
            <w:r>
              <w:t>2023-11-01</w:t>
            </w:r>
          </w:p>
        </w:tc>
        <w:tc>
          <w:tcPr>
            <w:tcW w:type="dxa" w:w="2880"/>
          </w:tcPr>
          <w:p>
            <w:r>
              <w:t>burst</w:t>
            </w:r>
          </w:p>
        </w:tc>
        <w:tc>
          <w:tcPr>
            <w:tcW w:type="dxa" w:w="2880"/>
          </w:tcPr>
          <w:p>
            <w:r>
              <w:t>5</w:t>
            </w:r>
          </w:p>
        </w:tc>
      </w:tr>
      <w:tr>
        <w:tc>
          <w:tcPr>
            <w:tcW w:type="dxa" w:w="2880"/>
          </w:tcPr>
          <w:p>
            <w:r>
              <w:t>2023-11-01</w:t>
            </w:r>
          </w:p>
        </w:tc>
        <w:tc>
          <w:tcPr>
            <w:tcW w:type="dxa" w:w="2880"/>
          </w:tcPr>
          <w:p>
            <w:r>
              <w:t>joint failure</w:t>
            </w:r>
          </w:p>
        </w:tc>
        <w:tc>
          <w:tcPr>
            <w:tcW w:type="dxa" w:w="2880"/>
          </w:tcPr>
          <w:p>
            <w:r>
              <w:t>0</w:t>
            </w:r>
          </w:p>
        </w:tc>
      </w:tr>
      <w:tr>
        <w:tc>
          <w:tcPr>
            <w:tcW w:type="dxa" w:w="2880"/>
          </w:tcPr>
          <w:p>
            <w:r>
              <w:t>2023-11-01</w:t>
            </w:r>
          </w:p>
        </w:tc>
        <w:tc>
          <w:tcPr>
            <w:tcW w:type="dxa" w:w="2880"/>
          </w:tcPr>
          <w:p>
            <w:r>
              <w:t>valve leak</w:t>
            </w:r>
          </w:p>
        </w:tc>
        <w:tc>
          <w:tcPr>
            <w:tcW w:type="dxa" w:w="2880"/>
          </w:tcPr>
          <w:p>
            <w:r>
              <w:t>0</w:t>
            </w:r>
          </w:p>
        </w:tc>
      </w:tr>
      <w:tr>
        <w:tc>
          <w:tcPr>
            <w:tcW w:type="dxa" w:w="2880"/>
          </w:tcPr>
          <w:p>
            <w:r>
              <w:t>2023-12-01</w:t>
            </w:r>
          </w:p>
        </w:tc>
        <w:tc>
          <w:tcPr>
            <w:tcW w:type="dxa" w:w="2880"/>
          </w:tcPr>
          <w:p>
            <w:r>
              <w:t>leak</w:t>
            </w:r>
          </w:p>
        </w:tc>
        <w:tc>
          <w:tcPr>
            <w:tcW w:type="dxa" w:w="2880"/>
          </w:tcPr>
          <w:p>
            <w:r>
              <w:t>7</w:t>
            </w:r>
          </w:p>
        </w:tc>
      </w:tr>
      <w:tr>
        <w:tc>
          <w:tcPr>
            <w:tcW w:type="dxa" w:w="2880"/>
          </w:tcPr>
          <w:p>
            <w:r>
              <w:t>2023-12-01</w:t>
            </w:r>
          </w:p>
        </w:tc>
        <w:tc>
          <w:tcPr>
            <w:tcW w:type="dxa" w:w="2880"/>
          </w:tcPr>
          <w:p>
            <w:r>
              <w:t>burst</w:t>
            </w:r>
          </w:p>
        </w:tc>
        <w:tc>
          <w:tcPr>
            <w:tcW w:type="dxa" w:w="2880"/>
          </w:tcPr>
          <w:p>
            <w:r>
              <w:t>5</w:t>
            </w:r>
          </w:p>
        </w:tc>
      </w:tr>
      <w:tr>
        <w:tc>
          <w:tcPr>
            <w:tcW w:type="dxa" w:w="2880"/>
          </w:tcPr>
          <w:p>
            <w:r>
              <w:t>2023-12-01</w:t>
            </w:r>
          </w:p>
        </w:tc>
        <w:tc>
          <w:tcPr>
            <w:tcW w:type="dxa" w:w="2880"/>
          </w:tcPr>
          <w:p>
            <w:r>
              <w:t>joint failure</w:t>
            </w:r>
          </w:p>
        </w:tc>
        <w:tc>
          <w:tcPr>
            <w:tcW w:type="dxa" w:w="2880"/>
          </w:tcPr>
          <w:p>
            <w:r>
              <w:t>1</w:t>
            </w:r>
          </w:p>
        </w:tc>
      </w:tr>
      <w:tr>
        <w:tc>
          <w:tcPr>
            <w:tcW w:type="dxa" w:w="2880"/>
          </w:tcPr>
          <w:p>
            <w:r>
              <w:t>2023-12-01</w:t>
            </w:r>
          </w:p>
        </w:tc>
        <w:tc>
          <w:tcPr>
            <w:tcW w:type="dxa" w:w="2880"/>
          </w:tcPr>
          <w:p>
            <w:r>
              <w:t>valve leak</w:t>
            </w:r>
          </w:p>
        </w:tc>
        <w:tc>
          <w:tcPr>
            <w:tcW w:type="dxa" w:w="2880"/>
          </w:tcPr>
          <w:p>
            <w:r>
              <w:t>4</w:t>
            </w:r>
          </w:p>
        </w:tc>
      </w:tr>
      <w:tr>
        <w:tc>
          <w:tcPr>
            <w:tcW w:type="dxa" w:w="2880"/>
          </w:tcPr>
          <w:p>
            <w:r>
              <w:t>2024-01-01</w:t>
            </w:r>
          </w:p>
        </w:tc>
        <w:tc>
          <w:tcPr>
            <w:tcW w:type="dxa" w:w="2880"/>
          </w:tcPr>
          <w:p>
            <w:r>
              <w:t>leak</w:t>
            </w:r>
          </w:p>
        </w:tc>
        <w:tc>
          <w:tcPr>
            <w:tcW w:type="dxa" w:w="2880"/>
          </w:tcPr>
          <w:p>
            <w:r>
              <w:t>9</w:t>
            </w:r>
          </w:p>
        </w:tc>
      </w:tr>
      <w:tr>
        <w:tc>
          <w:tcPr>
            <w:tcW w:type="dxa" w:w="2880"/>
          </w:tcPr>
          <w:p>
            <w:r>
              <w:t>2024-01-01</w:t>
            </w:r>
          </w:p>
        </w:tc>
        <w:tc>
          <w:tcPr>
            <w:tcW w:type="dxa" w:w="2880"/>
          </w:tcPr>
          <w:p>
            <w:r>
              <w:t>burst</w:t>
            </w:r>
          </w:p>
        </w:tc>
        <w:tc>
          <w:tcPr>
            <w:tcW w:type="dxa" w:w="2880"/>
          </w:tcPr>
          <w:p>
            <w:r>
              <w:t>0</w:t>
            </w:r>
          </w:p>
        </w:tc>
      </w:tr>
      <w:tr>
        <w:tc>
          <w:tcPr>
            <w:tcW w:type="dxa" w:w="2880"/>
          </w:tcPr>
          <w:p>
            <w:r>
              <w:t>2024-01-01</w:t>
            </w:r>
          </w:p>
        </w:tc>
        <w:tc>
          <w:tcPr>
            <w:tcW w:type="dxa" w:w="2880"/>
          </w:tcPr>
          <w:p>
            <w:r>
              <w:t>joint failure</w:t>
            </w:r>
          </w:p>
        </w:tc>
        <w:tc>
          <w:tcPr>
            <w:tcW w:type="dxa" w:w="2880"/>
          </w:tcPr>
          <w:p>
            <w:r>
              <w:t>1</w:t>
            </w:r>
          </w:p>
        </w:tc>
      </w:tr>
      <w:tr>
        <w:tc>
          <w:tcPr>
            <w:tcW w:type="dxa" w:w="2880"/>
          </w:tcPr>
          <w:p>
            <w:r>
              <w:t>2024-01-01</w:t>
            </w:r>
          </w:p>
        </w:tc>
        <w:tc>
          <w:tcPr>
            <w:tcW w:type="dxa" w:w="2880"/>
          </w:tcPr>
          <w:p>
            <w:r>
              <w:t>valve leak</w:t>
            </w:r>
          </w:p>
        </w:tc>
        <w:tc>
          <w:tcPr>
            <w:tcW w:type="dxa" w:w="2880"/>
          </w:tcPr>
          <w:p>
            <w:r>
              <w:t>0</w:t>
            </w:r>
          </w:p>
        </w:tc>
      </w:tr>
      <w:tr>
        <w:tc>
          <w:tcPr>
            <w:tcW w:type="dxa" w:w="2880"/>
          </w:tcPr>
          <w:p>
            <w:r>
              <w:t>2024-02-01</w:t>
            </w:r>
          </w:p>
        </w:tc>
        <w:tc>
          <w:tcPr>
            <w:tcW w:type="dxa" w:w="2880"/>
          </w:tcPr>
          <w:p>
            <w:r>
              <w:t>leak</w:t>
            </w:r>
          </w:p>
        </w:tc>
        <w:tc>
          <w:tcPr>
            <w:tcW w:type="dxa" w:w="2880"/>
          </w:tcPr>
          <w:p>
            <w:r>
              <w:t>8</w:t>
            </w:r>
          </w:p>
        </w:tc>
      </w:tr>
      <w:tr>
        <w:tc>
          <w:tcPr>
            <w:tcW w:type="dxa" w:w="2880"/>
          </w:tcPr>
          <w:p>
            <w:r>
              <w:t>2024-02-01</w:t>
            </w:r>
          </w:p>
        </w:tc>
        <w:tc>
          <w:tcPr>
            <w:tcW w:type="dxa" w:w="2880"/>
          </w:tcPr>
          <w:p>
            <w:r>
              <w:t>burst</w:t>
            </w:r>
          </w:p>
        </w:tc>
        <w:tc>
          <w:tcPr>
            <w:tcW w:type="dxa" w:w="2880"/>
          </w:tcPr>
          <w:p>
            <w:r>
              <w:t>2</w:t>
            </w:r>
          </w:p>
        </w:tc>
      </w:tr>
      <w:tr>
        <w:tc>
          <w:tcPr>
            <w:tcW w:type="dxa" w:w="2880"/>
          </w:tcPr>
          <w:p>
            <w:r>
              <w:t>2024-02-01</w:t>
            </w:r>
          </w:p>
        </w:tc>
        <w:tc>
          <w:tcPr>
            <w:tcW w:type="dxa" w:w="2880"/>
          </w:tcPr>
          <w:p>
            <w:r>
              <w:t>joint failure</w:t>
            </w:r>
          </w:p>
        </w:tc>
        <w:tc>
          <w:tcPr>
            <w:tcW w:type="dxa" w:w="2880"/>
          </w:tcPr>
          <w:p>
            <w:r>
              <w:t>2</w:t>
            </w:r>
          </w:p>
        </w:tc>
      </w:tr>
      <w:tr>
        <w:tc>
          <w:tcPr>
            <w:tcW w:type="dxa" w:w="2880"/>
          </w:tcPr>
          <w:p>
            <w:r>
              <w:t>2024-02-01</w:t>
            </w:r>
          </w:p>
        </w:tc>
        <w:tc>
          <w:tcPr>
            <w:tcW w:type="dxa" w:w="2880"/>
          </w:tcPr>
          <w:p>
            <w:r>
              <w:t>valve leak</w:t>
            </w:r>
          </w:p>
        </w:tc>
        <w:tc>
          <w:tcPr>
            <w:tcW w:type="dxa" w:w="2880"/>
          </w:tcPr>
          <w:p>
            <w:r>
              <w:t>1</w:t>
            </w:r>
          </w:p>
        </w:tc>
      </w:tr>
      <w:tr>
        <w:tc>
          <w:tcPr>
            <w:tcW w:type="dxa" w:w="2880"/>
          </w:tcPr>
          <w:p>
            <w:r>
              <w:t>2024-03-01</w:t>
            </w:r>
          </w:p>
        </w:tc>
        <w:tc>
          <w:tcPr>
            <w:tcW w:type="dxa" w:w="2880"/>
          </w:tcPr>
          <w:p>
            <w:r>
              <w:t>leak</w:t>
            </w:r>
          </w:p>
        </w:tc>
        <w:tc>
          <w:tcPr>
            <w:tcW w:type="dxa" w:w="2880"/>
          </w:tcPr>
          <w:p>
            <w:r>
              <w:t>8</w:t>
            </w:r>
          </w:p>
        </w:tc>
      </w:tr>
      <w:tr>
        <w:tc>
          <w:tcPr>
            <w:tcW w:type="dxa" w:w="2880"/>
          </w:tcPr>
          <w:p>
            <w:r>
              <w:t>2024-03-01</w:t>
            </w:r>
          </w:p>
        </w:tc>
        <w:tc>
          <w:tcPr>
            <w:tcW w:type="dxa" w:w="2880"/>
          </w:tcPr>
          <w:p>
            <w:r>
              <w:t>burst</w:t>
            </w:r>
          </w:p>
        </w:tc>
        <w:tc>
          <w:tcPr>
            <w:tcW w:type="dxa" w:w="2880"/>
          </w:tcPr>
          <w:p>
            <w:r>
              <w:t>7</w:t>
            </w:r>
          </w:p>
        </w:tc>
      </w:tr>
      <w:tr>
        <w:tc>
          <w:tcPr>
            <w:tcW w:type="dxa" w:w="2880"/>
          </w:tcPr>
          <w:p>
            <w:r>
              <w:t>2024-03-01</w:t>
            </w:r>
          </w:p>
        </w:tc>
        <w:tc>
          <w:tcPr>
            <w:tcW w:type="dxa" w:w="2880"/>
          </w:tcPr>
          <w:p>
            <w:r>
              <w:t>joint failure</w:t>
            </w:r>
          </w:p>
        </w:tc>
        <w:tc>
          <w:tcPr>
            <w:tcW w:type="dxa" w:w="2880"/>
          </w:tcPr>
          <w:p>
            <w:r>
              <w:t>1</w:t>
            </w:r>
          </w:p>
        </w:tc>
      </w:tr>
      <w:tr>
        <w:tc>
          <w:tcPr>
            <w:tcW w:type="dxa" w:w="2880"/>
          </w:tcPr>
          <w:p>
            <w:r>
              <w:t>2024-03-01</w:t>
            </w:r>
          </w:p>
        </w:tc>
        <w:tc>
          <w:tcPr>
            <w:tcW w:type="dxa" w:w="2880"/>
          </w:tcPr>
          <w:p>
            <w:r>
              <w:t>valve leak</w:t>
            </w:r>
          </w:p>
        </w:tc>
        <w:tc>
          <w:tcPr>
            <w:tcW w:type="dxa" w:w="2880"/>
          </w:tcPr>
          <w:p>
            <w:r>
              <w:t>1</w:t>
            </w:r>
          </w:p>
        </w:tc>
      </w:tr>
      <w:tr>
        <w:tc>
          <w:tcPr>
            <w:tcW w:type="dxa" w:w="2880"/>
          </w:tcPr>
          <w:p>
            <w:r>
              <w:t>2024-04-01</w:t>
            </w:r>
          </w:p>
        </w:tc>
        <w:tc>
          <w:tcPr>
            <w:tcW w:type="dxa" w:w="2880"/>
          </w:tcPr>
          <w:p>
            <w:r>
              <w:t>leak</w:t>
            </w:r>
          </w:p>
        </w:tc>
        <w:tc>
          <w:tcPr>
            <w:tcW w:type="dxa" w:w="2880"/>
          </w:tcPr>
          <w:p>
            <w:r>
              <w:t>21</w:t>
            </w:r>
          </w:p>
        </w:tc>
      </w:tr>
      <w:tr>
        <w:tc>
          <w:tcPr>
            <w:tcW w:type="dxa" w:w="2880"/>
          </w:tcPr>
          <w:p>
            <w:r>
              <w:t>2024-04-01</w:t>
            </w:r>
          </w:p>
        </w:tc>
        <w:tc>
          <w:tcPr>
            <w:tcW w:type="dxa" w:w="2880"/>
          </w:tcPr>
          <w:p>
            <w:r>
              <w:t>burst</w:t>
            </w:r>
          </w:p>
        </w:tc>
        <w:tc>
          <w:tcPr>
            <w:tcW w:type="dxa" w:w="2880"/>
          </w:tcPr>
          <w:p>
            <w:r>
              <w:t>5</w:t>
            </w:r>
          </w:p>
        </w:tc>
      </w:tr>
      <w:tr>
        <w:tc>
          <w:tcPr>
            <w:tcW w:type="dxa" w:w="2880"/>
          </w:tcPr>
          <w:p>
            <w:r>
              <w:t>2024-04-01</w:t>
            </w:r>
          </w:p>
        </w:tc>
        <w:tc>
          <w:tcPr>
            <w:tcW w:type="dxa" w:w="2880"/>
          </w:tcPr>
          <w:p>
            <w:r>
              <w:t>joint failure</w:t>
            </w:r>
          </w:p>
        </w:tc>
        <w:tc>
          <w:tcPr>
            <w:tcW w:type="dxa" w:w="2880"/>
          </w:tcPr>
          <w:p>
            <w:r>
              <w:t>6</w:t>
            </w:r>
          </w:p>
        </w:tc>
      </w:tr>
      <w:tr>
        <w:tc>
          <w:tcPr>
            <w:tcW w:type="dxa" w:w="2880"/>
          </w:tcPr>
          <w:p>
            <w:r>
              <w:t>2024-04-01</w:t>
            </w:r>
          </w:p>
        </w:tc>
        <w:tc>
          <w:tcPr>
            <w:tcW w:type="dxa" w:w="2880"/>
          </w:tcPr>
          <w:p>
            <w:r>
              <w:t>valve leak</w:t>
            </w:r>
          </w:p>
        </w:tc>
        <w:tc>
          <w:tcPr>
            <w:tcW w:type="dxa" w:w="2880"/>
          </w:tcPr>
          <w:p>
            <w:r>
              <w:t>2</w:t>
            </w:r>
          </w:p>
        </w:tc>
      </w:tr>
      <w:tr>
        <w:tc>
          <w:tcPr>
            <w:tcW w:type="dxa" w:w="2880"/>
          </w:tcPr>
          <w:p>
            <w:r>
              <w:t>2024-05-01</w:t>
            </w:r>
          </w:p>
        </w:tc>
        <w:tc>
          <w:tcPr>
            <w:tcW w:type="dxa" w:w="2880"/>
          </w:tcPr>
          <w:p>
            <w:r>
              <w:t>leak</w:t>
            </w:r>
          </w:p>
        </w:tc>
        <w:tc>
          <w:tcPr>
            <w:tcW w:type="dxa" w:w="2880"/>
          </w:tcPr>
          <w:p>
            <w:r>
              <w:t>11</w:t>
            </w:r>
          </w:p>
        </w:tc>
      </w:tr>
      <w:tr>
        <w:tc>
          <w:tcPr>
            <w:tcW w:type="dxa" w:w="2880"/>
          </w:tcPr>
          <w:p>
            <w:r>
              <w:t>2024-05-01</w:t>
            </w:r>
          </w:p>
        </w:tc>
        <w:tc>
          <w:tcPr>
            <w:tcW w:type="dxa" w:w="2880"/>
          </w:tcPr>
          <w:p>
            <w:r>
              <w:t>burst</w:t>
            </w:r>
          </w:p>
        </w:tc>
        <w:tc>
          <w:tcPr>
            <w:tcW w:type="dxa" w:w="2880"/>
          </w:tcPr>
          <w:p>
            <w:r>
              <w:t>8</w:t>
            </w:r>
          </w:p>
        </w:tc>
      </w:tr>
      <w:tr>
        <w:tc>
          <w:tcPr>
            <w:tcW w:type="dxa" w:w="2880"/>
          </w:tcPr>
          <w:p>
            <w:r>
              <w:t>2024-05-01</w:t>
            </w:r>
          </w:p>
        </w:tc>
        <w:tc>
          <w:tcPr>
            <w:tcW w:type="dxa" w:w="2880"/>
          </w:tcPr>
          <w:p>
            <w:r>
              <w:t>joint failure</w:t>
            </w:r>
          </w:p>
        </w:tc>
        <w:tc>
          <w:tcPr>
            <w:tcW w:type="dxa" w:w="2880"/>
          </w:tcPr>
          <w:p>
            <w:r>
              <w:t>3</w:t>
            </w:r>
          </w:p>
        </w:tc>
      </w:tr>
      <w:tr>
        <w:tc>
          <w:tcPr>
            <w:tcW w:type="dxa" w:w="2880"/>
          </w:tcPr>
          <w:p>
            <w:r>
              <w:t>2024-05-01</w:t>
            </w:r>
          </w:p>
        </w:tc>
        <w:tc>
          <w:tcPr>
            <w:tcW w:type="dxa" w:w="2880"/>
          </w:tcPr>
          <w:p>
            <w:r>
              <w:t>valve leak</w:t>
            </w:r>
          </w:p>
        </w:tc>
        <w:tc>
          <w:tcPr>
            <w:tcW w:type="dxa" w:w="2880"/>
          </w:tcPr>
          <w:p>
            <w:r>
              <w:t>2</w:t>
            </w:r>
          </w:p>
        </w:tc>
      </w:tr>
      <w:tr>
        <w:tc>
          <w:tcPr>
            <w:tcW w:type="dxa" w:w="2880"/>
          </w:tcPr>
          <w:p>
            <w:r>
              <w:t>2024-06-01</w:t>
            </w:r>
          </w:p>
        </w:tc>
        <w:tc>
          <w:tcPr>
            <w:tcW w:type="dxa" w:w="2880"/>
          </w:tcPr>
          <w:p>
            <w:r>
              <w:t>leak</w:t>
            </w:r>
          </w:p>
        </w:tc>
        <w:tc>
          <w:tcPr>
            <w:tcW w:type="dxa" w:w="2880"/>
          </w:tcPr>
          <w:p>
            <w:r>
              <w:t>19</w:t>
            </w:r>
          </w:p>
        </w:tc>
      </w:tr>
      <w:tr>
        <w:tc>
          <w:tcPr>
            <w:tcW w:type="dxa" w:w="2880"/>
          </w:tcPr>
          <w:p>
            <w:r>
              <w:t>2024-06-01</w:t>
            </w:r>
          </w:p>
        </w:tc>
        <w:tc>
          <w:tcPr>
            <w:tcW w:type="dxa" w:w="2880"/>
          </w:tcPr>
          <w:p>
            <w:r>
              <w:t>burst</w:t>
            </w:r>
          </w:p>
        </w:tc>
        <w:tc>
          <w:tcPr>
            <w:tcW w:type="dxa" w:w="2880"/>
          </w:tcPr>
          <w:p>
            <w:r>
              <w:t>12</w:t>
            </w:r>
          </w:p>
        </w:tc>
      </w:tr>
      <w:tr>
        <w:tc>
          <w:tcPr>
            <w:tcW w:type="dxa" w:w="2880"/>
          </w:tcPr>
          <w:p>
            <w:r>
              <w:t>2024-06-01</w:t>
            </w:r>
          </w:p>
        </w:tc>
        <w:tc>
          <w:tcPr>
            <w:tcW w:type="dxa" w:w="2880"/>
          </w:tcPr>
          <w:p>
            <w:r>
              <w:t>joint failure</w:t>
            </w:r>
          </w:p>
        </w:tc>
        <w:tc>
          <w:tcPr>
            <w:tcW w:type="dxa" w:w="2880"/>
          </w:tcPr>
          <w:p>
            <w:r>
              <w:t>10</w:t>
            </w:r>
          </w:p>
        </w:tc>
      </w:tr>
      <w:tr>
        <w:tc>
          <w:tcPr>
            <w:tcW w:type="dxa" w:w="2880"/>
          </w:tcPr>
          <w:p>
            <w:r>
              <w:t>2024-06-01</w:t>
            </w:r>
          </w:p>
        </w:tc>
        <w:tc>
          <w:tcPr>
            <w:tcW w:type="dxa" w:w="2880"/>
          </w:tcPr>
          <w:p>
            <w:r>
              <w:t>valve leak</w:t>
            </w:r>
          </w:p>
        </w:tc>
        <w:tc>
          <w:tcPr>
            <w:tcW w:type="dxa" w:w="2880"/>
          </w:tcPr>
          <w:p>
            <w:r>
              <w:t>3</w:t>
            </w:r>
          </w:p>
        </w:tc>
      </w:tr>
      <w:tr>
        <w:tc>
          <w:tcPr>
            <w:tcW w:type="dxa" w:w="2880"/>
          </w:tcPr>
          <w:p>
            <w:r>
              <w:t>2024-07-01</w:t>
            </w:r>
          </w:p>
        </w:tc>
        <w:tc>
          <w:tcPr>
            <w:tcW w:type="dxa" w:w="2880"/>
          </w:tcPr>
          <w:p>
            <w:r>
              <w:t>leak</w:t>
            </w:r>
          </w:p>
        </w:tc>
        <w:tc>
          <w:tcPr>
            <w:tcW w:type="dxa" w:w="2880"/>
          </w:tcPr>
          <w:p>
            <w:r>
              <w:t>14</w:t>
            </w:r>
          </w:p>
        </w:tc>
      </w:tr>
      <w:tr>
        <w:tc>
          <w:tcPr>
            <w:tcW w:type="dxa" w:w="2880"/>
          </w:tcPr>
          <w:p>
            <w:r>
              <w:t>2024-07-01</w:t>
            </w:r>
          </w:p>
        </w:tc>
        <w:tc>
          <w:tcPr>
            <w:tcW w:type="dxa" w:w="2880"/>
          </w:tcPr>
          <w:p>
            <w:r>
              <w:t>burst</w:t>
            </w:r>
          </w:p>
        </w:tc>
        <w:tc>
          <w:tcPr>
            <w:tcW w:type="dxa" w:w="2880"/>
          </w:tcPr>
          <w:p>
            <w:r>
              <w:t>14</w:t>
            </w:r>
          </w:p>
        </w:tc>
      </w:tr>
      <w:tr>
        <w:tc>
          <w:tcPr>
            <w:tcW w:type="dxa" w:w="2880"/>
          </w:tcPr>
          <w:p>
            <w:r>
              <w:t>2024-07-01</w:t>
            </w:r>
          </w:p>
        </w:tc>
        <w:tc>
          <w:tcPr>
            <w:tcW w:type="dxa" w:w="2880"/>
          </w:tcPr>
          <w:p>
            <w:r>
              <w:t>joint failure</w:t>
            </w:r>
          </w:p>
        </w:tc>
        <w:tc>
          <w:tcPr>
            <w:tcW w:type="dxa" w:w="2880"/>
          </w:tcPr>
          <w:p>
            <w:r>
              <w:t>6</w:t>
            </w:r>
          </w:p>
        </w:tc>
      </w:tr>
      <w:tr>
        <w:tc>
          <w:tcPr>
            <w:tcW w:type="dxa" w:w="2880"/>
          </w:tcPr>
          <w:p>
            <w:r>
              <w:t>2024-07-01</w:t>
            </w:r>
          </w:p>
        </w:tc>
        <w:tc>
          <w:tcPr>
            <w:tcW w:type="dxa" w:w="2880"/>
          </w:tcPr>
          <w:p>
            <w:r>
              <w:t>valve leak</w:t>
            </w:r>
          </w:p>
        </w:tc>
        <w:tc>
          <w:tcPr>
            <w:tcW w:type="dxa" w:w="2880"/>
          </w:tcPr>
          <w:p>
            <w:r>
              <w:t>2</w:t>
            </w:r>
          </w:p>
        </w:tc>
      </w:tr>
      <w:tr>
        <w:tc>
          <w:tcPr>
            <w:tcW w:type="dxa" w:w="2880"/>
          </w:tcPr>
          <w:p>
            <w:r>
              <w:t>2024-08-01</w:t>
            </w:r>
          </w:p>
        </w:tc>
        <w:tc>
          <w:tcPr>
            <w:tcW w:type="dxa" w:w="2880"/>
          </w:tcPr>
          <w:p>
            <w:r>
              <w:t>leak</w:t>
            </w:r>
          </w:p>
        </w:tc>
        <w:tc>
          <w:tcPr>
            <w:tcW w:type="dxa" w:w="2880"/>
          </w:tcPr>
          <w:p>
            <w:r>
              <w:t>13</w:t>
            </w:r>
          </w:p>
        </w:tc>
      </w:tr>
      <w:tr>
        <w:tc>
          <w:tcPr>
            <w:tcW w:type="dxa" w:w="2880"/>
          </w:tcPr>
          <w:p>
            <w:r>
              <w:t>2024-08-01</w:t>
            </w:r>
          </w:p>
        </w:tc>
        <w:tc>
          <w:tcPr>
            <w:tcW w:type="dxa" w:w="2880"/>
          </w:tcPr>
          <w:p>
            <w:r>
              <w:t>burst</w:t>
            </w:r>
          </w:p>
        </w:tc>
        <w:tc>
          <w:tcPr>
            <w:tcW w:type="dxa" w:w="2880"/>
          </w:tcPr>
          <w:p>
            <w:r>
              <w:t>14</w:t>
            </w:r>
          </w:p>
        </w:tc>
      </w:tr>
      <w:tr>
        <w:tc>
          <w:tcPr>
            <w:tcW w:type="dxa" w:w="2880"/>
          </w:tcPr>
          <w:p>
            <w:r>
              <w:t>2024-08-01</w:t>
            </w:r>
          </w:p>
        </w:tc>
        <w:tc>
          <w:tcPr>
            <w:tcW w:type="dxa" w:w="2880"/>
          </w:tcPr>
          <w:p>
            <w:r>
              <w:t>joint failure</w:t>
            </w:r>
          </w:p>
        </w:tc>
        <w:tc>
          <w:tcPr>
            <w:tcW w:type="dxa" w:w="2880"/>
          </w:tcPr>
          <w:p>
            <w:r>
              <w:t>3</w:t>
            </w:r>
          </w:p>
        </w:tc>
      </w:tr>
      <w:tr>
        <w:tc>
          <w:tcPr>
            <w:tcW w:type="dxa" w:w="2880"/>
          </w:tcPr>
          <w:p>
            <w:r>
              <w:t>2024-08-01</w:t>
            </w:r>
          </w:p>
        </w:tc>
        <w:tc>
          <w:tcPr>
            <w:tcW w:type="dxa" w:w="2880"/>
          </w:tcPr>
          <w:p>
            <w:r>
              <w:t>valve leak</w:t>
            </w:r>
          </w:p>
        </w:tc>
        <w:tc>
          <w:tcPr>
            <w:tcW w:type="dxa" w:w="2880"/>
          </w:tcPr>
          <w:p>
            <w:r>
              <w:t>2</w:t>
            </w:r>
          </w:p>
        </w:tc>
      </w:tr>
      <w:tr>
        <w:tc>
          <w:tcPr>
            <w:tcW w:type="dxa" w:w="2880"/>
          </w:tcPr>
          <w:p>
            <w:r>
              <w:t>2024-09-01</w:t>
            </w:r>
          </w:p>
        </w:tc>
        <w:tc>
          <w:tcPr>
            <w:tcW w:type="dxa" w:w="2880"/>
          </w:tcPr>
          <w:p>
            <w:r>
              <w:t>leak</w:t>
            </w:r>
          </w:p>
        </w:tc>
        <w:tc>
          <w:tcPr>
            <w:tcW w:type="dxa" w:w="2880"/>
          </w:tcPr>
          <w:p>
            <w:r>
              <w:t>16</w:t>
            </w:r>
          </w:p>
        </w:tc>
      </w:tr>
      <w:tr>
        <w:tc>
          <w:tcPr>
            <w:tcW w:type="dxa" w:w="2880"/>
          </w:tcPr>
          <w:p>
            <w:r>
              <w:t>2024-09-01</w:t>
            </w:r>
          </w:p>
        </w:tc>
        <w:tc>
          <w:tcPr>
            <w:tcW w:type="dxa" w:w="2880"/>
          </w:tcPr>
          <w:p>
            <w:r>
              <w:t>burst</w:t>
            </w:r>
          </w:p>
        </w:tc>
        <w:tc>
          <w:tcPr>
            <w:tcW w:type="dxa" w:w="2880"/>
          </w:tcPr>
          <w:p>
            <w:r>
              <w:t>11</w:t>
            </w:r>
          </w:p>
        </w:tc>
      </w:tr>
      <w:tr>
        <w:tc>
          <w:tcPr>
            <w:tcW w:type="dxa" w:w="2880"/>
          </w:tcPr>
          <w:p>
            <w:r>
              <w:t>2024-09-01</w:t>
            </w:r>
          </w:p>
        </w:tc>
        <w:tc>
          <w:tcPr>
            <w:tcW w:type="dxa" w:w="2880"/>
          </w:tcPr>
          <w:p>
            <w:r>
              <w:t>joint failure</w:t>
            </w:r>
          </w:p>
        </w:tc>
        <w:tc>
          <w:tcPr>
            <w:tcW w:type="dxa" w:w="2880"/>
          </w:tcPr>
          <w:p>
            <w:r>
              <w:t>5</w:t>
            </w:r>
          </w:p>
        </w:tc>
      </w:tr>
      <w:tr>
        <w:tc>
          <w:tcPr>
            <w:tcW w:type="dxa" w:w="2880"/>
          </w:tcPr>
          <w:p>
            <w:r>
              <w:t>2024-09-01</w:t>
            </w:r>
          </w:p>
        </w:tc>
        <w:tc>
          <w:tcPr>
            <w:tcW w:type="dxa" w:w="2880"/>
          </w:tcPr>
          <w:p>
            <w:r>
              <w:t>valve leak</w:t>
            </w:r>
          </w:p>
        </w:tc>
        <w:tc>
          <w:tcPr>
            <w:tcW w:type="dxa" w:w="2880"/>
          </w:tcPr>
          <w:p>
            <w:r>
              <w:t>1</w:t>
            </w:r>
          </w:p>
        </w:tc>
      </w:tr>
      <w:tr>
        <w:tc>
          <w:tcPr>
            <w:tcW w:type="dxa" w:w="2880"/>
          </w:tcPr>
          <w:p>
            <w:r>
              <w:t>2024-10-01</w:t>
            </w:r>
          </w:p>
        </w:tc>
        <w:tc>
          <w:tcPr>
            <w:tcW w:type="dxa" w:w="2880"/>
          </w:tcPr>
          <w:p>
            <w:r>
              <w:t>leak</w:t>
            </w:r>
          </w:p>
        </w:tc>
        <w:tc>
          <w:tcPr>
            <w:tcW w:type="dxa" w:w="2880"/>
          </w:tcPr>
          <w:p>
            <w:r>
              <w:t>15</w:t>
            </w:r>
          </w:p>
        </w:tc>
      </w:tr>
      <w:tr>
        <w:tc>
          <w:tcPr>
            <w:tcW w:type="dxa" w:w="2880"/>
          </w:tcPr>
          <w:p>
            <w:r>
              <w:t>2024-10-01</w:t>
            </w:r>
          </w:p>
        </w:tc>
        <w:tc>
          <w:tcPr>
            <w:tcW w:type="dxa" w:w="2880"/>
          </w:tcPr>
          <w:p>
            <w:r>
              <w:t>burst</w:t>
            </w:r>
          </w:p>
        </w:tc>
        <w:tc>
          <w:tcPr>
            <w:tcW w:type="dxa" w:w="2880"/>
          </w:tcPr>
          <w:p>
            <w:r>
              <w:t>11</w:t>
            </w:r>
          </w:p>
        </w:tc>
      </w:tr>
      <w:tr>
        <w:tc>
          <w:tcPr>
            <w:tcW w:type="dxa" w:w="2880"/>
          </w:tcPr>
          <w:p>
            <w:r>
              <w:t>2024-10-01</w:t>
            </w:r>
          </w:p>
        </w:tc>
        <w:tc>
          <w:tcPr>
            <w:tcW w:type="dxa" w:w="2880"/>
          </w:tcPr>
          <w:p>
            <w:r>
              <w:t>joint failure</w:t>
            </w:r>
          </w:p>
        </w:tc>
        <w:tc>
          <w:tcPr>
            <w:tcW w:type="dxa" w:w="2880"/>
          </w:tcPr>
          <w:p>
            <w:r>
              <w:t>6</w:t>
            </w:r>
          </w:p>
        </w:tc>
      </w:tr>
      <w:tr>
        <w:tc>
          <w:tcPr>
            <w:tcW w:type="dxa" w:w="2880"/>
          </w:tcPr>
          <w:p>
            <w:r>
              <w:t>2024-10-01</w:t>
            </w:r>
          </w:p>
        </w:tc>
        <w:tc>
          <w:tcPr>
            <w:tcW w:type="dxa" w:w="2880"/>
          </w:tcPr>
          <w:p>
            <w:r>
              <w:t>valve leak</w:t>
            </w:r>
          </w:p>
        </w:tc>
        <w:tc>
          <w:tcPr>
            <w:tcW w:type="dxa" w:w="2880"/>
          </w:tcPr>
          <w:p>
            <w:r>
              <w:t>0</w:t>
            </w:r>
          </w:p>
        </w:tc>
      </w:tr>
      <w:tr>
        <w:tc>
          <w:tcPr>
            <w:tcW w:type="dxa" w:w="2880"/>
          </w:tcPr>
          <w:p>
            <w:r>
              <w:t>2024-11-01</w:t>
            </w:r>
          </w:p>
        </w:tc>
        <w:tc>
          <w:tcPr>
            <w:tcW w:type="dxa" w:w="2880"/>
          </w:tcPr>
          <w:p>
            <w:r>
              <w:t>leak</w:t>
            </w:r>
          </w:p>
        </w:tc>
        <w:tc>
          <w:tcPr>
            <w:tcW w:type="dxa" w:w="2880"/>
          </w:tcPr>
          <w:p>
            <w:r>
              <w:t>6</w:t>
            </w:r>
          </w:p>
        </w:tc>
      </w:tr>
      <w:tr>
        <w:tc>
          <w:tcPr>
            <w:tcW w:type="dxa" w:w="2880"/>
          </w:tcPr>
          <w:p>
            <w:r>
              <w:t>2024-11-01</w:t>
            </w:r>
          </w:p>
        </w:tc>
        <w:tc>
          <w:tcPr>
            <w:tcW w:type="dxa" w:w="2880"/>
          </w:tcPr>
          <w:p>
            <w:r>
              <w:t>burst</w:t>
            </w:r>
          </w:p>
        </w:tc>
        <w:tc>
          <w:tcPr>
            <w:tcW w:type="dxa" w:w="2880"/>
          </w:tcPr>
          <w:p>
            <w:r>
              <w:t>5</w:t>
            </w:r>
          </w:p>
        </w:tc>
      </w:tr>
      <w:tr>
        <w:tc>
          <w:tcPr>
            <w:tcW w:type="dxa" w:w="2880"/>
          </w:tcPr>
          <w:p>
            <w:r>
              <w:t>2024-11-01</w:t>
            </w:r>
          </w:p>
        </w:tc>
        <w:tc>
          <w:tcPr>
            <w:tcW w:type="dxa" w:w="2880"/>
          </w:tcPr>
          <w:p>
            <w:r>
              <w:t>joint failure</w:t>
            </w:r>
          </w:p>
        </w:tc>
        <w:tc>
          <w:tcPr>
            <w:tcW w:type="dxa" w:w="2880"/>
          </w:tcPr>
          <w:p>
            <w:r>
              <w:t>3</w:t>
            </w:r>
          </w:p>
        </w:tc>
      </w:tr>
      <w:tr>
        <w:tc>
          <w:tcPr>
            <w:tcW w:type="dxa" w:w="2880"/>
          </w:tcPr>
          <w:p>
            <w:r>
              <w:t>2024-11-01</w:t>
            </w:r>
          </w:p>
        </w:tc>
        <w:tc>
          <w:tcPr>
            <w:tcW w:type="dxa" w:w="2880"/>
          </w:tcPr>
          <w:p>
            <w:r>
              <w:t>valve leak</w:t>
            </w:r>
          </w:p>
        </w:tc>
        <w:tc>
          <w:tcPr>
            <w:tcW w:type="dxa" w:w="2880"/>
          </w:tcPr>
          <w:p>
            <w:r>
              <w:t>0</w:t>
            </w:r>
          </w:p>
        </w:tc>
      </w:tr>
      <w:tr>
        <w:tc>
          <w:tcPr>
            <w:tcW w:type="dxa" w:w="2880"/>
          </w:tcPr>
          <w:p>
            <w:r>
              <w:t>2024-12-01</w:t>
            </w:r>
          </w:p>
        </w:tc>
        <w:tc>
          <w:tcPr>
            <w:tcW w:type="dxa" w:w="2880"/>
          </w:tcPr>
          <w:p>
            <w:r>
              <w:t>leak</w:t>
            </w:r>
          </w:p>
        </w:tc>
        <w:tc>
          <w:tcPr>
            <w:tcW w:type="dxa" w:w="2880"/>
          </w:tcPr>
          <w:p>
            <w:r>
              <w:t>11</w:t>
            </w:r>
          </w:p>
        </w:tc>
      </w:tr>
      <w:tr>
        <w:tc>
          <w:tcPr>
            <w:tcW w:type="dxa" w:w="2880"/>
          </w:tcPr>
          <w:p>
            <w:r>
              <w:t>2024-12-01</w:t>
            </w:r>
          </w:p>
        </w:tc>
        <w:tc>
          <w:tcPr>
            <w:tcW w:type="dxa" w:w="2880"/>
          </w:tcPr>
          <w:p>
            <w:r>
              <w:t>burst</w:t>
            </w:r>
          </w:p>
        </w:tc>
        <w:tc>
          <w:tcPr>
            <w:tcW w:type="dxa" w:w="2880"/>
          </w:tcPr>
          <w:p>
            <w:r>
              <w:t>1</w:t>
            </w:r>
          </w:p>
        </w:tc>
      </w:tr>
      <w:tr>
        <w:tc>
          <w:tcPr>
            <w:tcW w:type="dxa" w:w="2880"/>
          </w:tcPr>
          <w:p>
            <w:r>
              <w:t>2024-12-01</w:t>
            </w:r>
          </w:p>
        </w:tc>
        <w:tc>
          <w:tcPr>
            <w:tcW w:type="dxa" w:w="2880"/>
          </w:tcPr>
          <w:p>
            <w:r>
              <w:t>joint failure</w:t>
            </w:r>
          </w:p>
        </w:tc>
        <w:tc>
          <w:tcPr>
            <w:tcW w:type="dxa" w:w="2880"/>
          </w:tcPr>
          <w:p>
            <w:r>
              <w:t>1</w:t>
            </w:r>
          </w:p>
        </w:tc>
      </w:tr>
      <w:tr>
        <w:tc>
          <w:tcPr>
            <w:tcW w:type="dxa" w:w="2880"/>
          </w:tcPr>
          <w:p>
            <w:r>
              <w:t>2024-12-01</w:t>
            </w:r>
          </w:p>
        </w:tc>
        <w:tc>
          <w:tcPr>
            <w:tcW w:type="dxa" w:w="2880"/>
          </w:tcPr>
          <w:p>
            <w:r>
              <w:t>valve leak</w:t>
            </w:r>
          </w:p>
        </w:tc>
        <w:tc>
          <w:tcPr>
            <w:tcW w:type="dxa" w:w="2880"/>
          </w:tcPr>
          <w:p>
            <w:r>
              <w:t>1</w:t>
            </w:r>
          </w:p>
        </w:tc>
      </w:tr>
      <w:tr>
        <w:tc>
          <w:tcPr>
            <w:tcW w:type="dxa" w:w="2880"/>
          </w:tcPr>
          <w:p>
            <w:r>
              <w:t>2025-01-01</w:t>
            </w:r>
          </w:p>
        </w:tc>
        <w:tc>
          <w:tcPr>
            <w:tcW w:type="dxa" w:w="2880"/>
          </w:tcPr>
          <w:p>
            <w:r>
              <w:t>leak</w:t>
            </w:r>
          </w:p>
        </w:tc>
        <w:tc>
          <w:tcPr>
            <w:tcW w:type="dxa" w:w="2880"/>
          </w:tcPr>
          <w:p>
            <w:r>
              <w:t>3</w:t>
            </w:r>
          </w:p>
        </w:tc>
      </w:tr>
      <w:tr>
        <w:tc>
          <w:tcPr>
            <w:tcW w:type="dxa" w:w="2880"/>
          </w:tcPr>
          <w:p>
            <w:r>
              <w:t>2025-01-01</w:t>
            </w:r>
          </w:p>
        </w:tc>
        <w:tc>
          <w:tcPr>
            <w:tcW w:type="dxa" w:w="2880"/>
          </w:tcPr>
          <w:p>
            <w:r>
              <w:t>burst</w:t>
            </w:r>
          </w:p>
        </w:tc>
        <w:tc>
          <w:tcPr>
            <w:tcW w:type="dxa" w:w="2880"/>
          </w:tcPr>
          <w:p>
            <w:r>
              <w:t>4</w:t>
            </w:r>
          </w:p>
        </w:tc>
      </w:tr>
      <w:tr>
        <w:tc>
          <w:tcPr>
            <w:tcW w:type="dxa" w:w="2880"/>
          </w:tcPr>
          <w:p>
            <w:r>
              <w:t>2025-01-01</w:t>
            </w:r>
          </w:p>
        </w:tc>
        <w:tc>
          <w:tcPr>
            <w:tcW w:type="dxa" w:w="2880"/>
          </w:tcPr>
          <w:p>
            <w:r>
              <w:t>joint failure</w:t>
            </w:r>
          </w:p>
        </w:tc>
        <w:tc>
          <w:tcPr>
            <w:tcW w:type="dxa" w:w="2880"/>
          </w:tcPr>
          <w:p>
            <w:r>
              <w:t>2</w:t>
            </w:r>
          </w:p>
        </w:tc>
      </w:tr>
      <w:tr>
        <w:tc>
          <w:tcPr>
            <w:tcW w:type="dxa" w:w="2880"/>
          </w:tcPr>
          <w:p>
            <w:r>
              <w:t>2025-01-01</w:t>
            </w:r>
          </w:p>
        </w:tc>
        <w:tc>
          <w:tcPr>
            <w:tcW w:type="dxa" w:w="2880"/>
          </w:tcPr>
          <w:p>
            <w:r>
              <w:t>valve leak</w:t>
            </w:r>
          </w:p>
        </w:tc>
        <w:tc>
          <w:tcPr>
            <w:tcW w:type="dxa" w:w="2880"/>
          </w:tcPr>
          <w:p>
            <w:r>
              <w:t>0</w:t>
            </w:r>
          </w:p>
        </w:tc>
      </w:tr>
      <w:tr>
        <w:tc>
          <w:tcPr>
            <w:tcW w:type="dxa" w:w="2880"/>
          </w:tcPr>
          <w:p>
            <w:r>
              <w:t>2025-02-01</w:t>
            </w:r>
          </w:p>
        </w:tc>
        <w:tc>
          <w:tcPr>
            <w:tcW w:type="dxa" w:w="2880"/>
          </w:tcPr>
          <w:p>
            <w:r>
              <w:t>leak</w:t>
            </w:r>
          </w:p>
        </w:tc>
        <w:tc>
          <w:tcPr>
            <w:tcW w:type="dxa" w:w="2880"/>
          </w:tcPr>
          <w:p>
            <w:r>
              <w:t>7</w:t>
            </w:r>
          </w:p>
        </w:tc>
      </w:tr>
      <w:tr>
        <w:tc>
          <w:tcPr>
            <w:tcW w:type="dxa" w:w="2880"/>
          </w:tcPr>
          <w:p>
            <w:r>
              <w:t>2025-02-01</w:t>
            </w:r>
          </w:p>
        </w:tc>
        <w:tc>
          <w:tcPr>
            <w:tcW w:type="dxa" w:w="2880"/>
          </w:tcPr>
          <w:p>
            <w:r>
              <w:t>burst</w:t>
            </w:r>
          </w:p>
        </w:tc>
        <w:tc>
          <w:tcPr>
            <w:tcW w:type="dxa" w:w="2880"/>
          </w:tcPr>
          <w:p>
            <w:r>
              <w:t>5</w:t>
            </w:r>
          </w:p>
        </w:tc>
      </w:tr>
      <w:tr>
        <w:tc>
          <w:tcPr>
            <w:tcW w:type="dxa" w:w="2880"/>
          </w:tcPr>
          <w:p>
            <w:r>
              <w:t>2025-02-01</w:t>
            </w:r>
          </w:p>
        </w:tc>
        <w:tc>
          <w:tcPr>
            <w:tcW w:type="dxa" w:w="2880"/>
          </w:tcPr>
          <w:p>
            <w:r>
              <w:t>joint failure</w:t>
            </w:r>
          </w:p>
        </w:tc>
        <w:tc>
          <w:tcPr>
            <w:tcW w:type="dxa" w:w="2880"/>
          </w:tcPr>
          <w:p>
            <w:r>
              <w:t>2</w:t>
            </w:r>
          </w:p>
        </w:tc>
      </w:tr>
      <w:tr>
        <w:tc>
          <w:tcPr>
            <w:tcW w:type="dxa" w:w="2880"/>
          </w:tcPr>
          <w:p>
            <w:r>
              <w:t>2025-02-01</w:t>
            </w:r>
          </w:p>
        </w:tc>
        <w:tc>
          <w:tcPr>
            <w:tcW w:type="dxa" w:w="2880"/>
          </w:tcPr>
          <w:p>
            <w:r>
              <w:t>valve leak</w:t>
            </w:r>
          </w:p>
        </w:tc>
        <w:tc>
          <w:tcPr>
            <w:tcW w:type="dxa" w:w="2880"/>
          </w:tcPr>
          <w:p>
            <w:r>
              <w:t>3</w:t>
            </w:r>
          </w:p>
        </w:tc>
      </w:tr>
      <w:tr>
        <w:tc>
          <w:tcPr>
            <w:tcW w:type="dxa" w:w="2880"/>
          </w:tcPr>
          <w:p>
            <w:r>
              <w:t>2025-03-01</w:t>
            </w:r>
          </w:p>
        </w:tc>
        <w:tc>
          <w:tcPr>
            <w:tcW w:type="dxa" w:w="2880"/>
          </w:tcPr>
          <w:p>
            <w:r>
              <w:t>leak</w:t>
            </w:r>
          </w:p>
        </w:tc>
        <w:tc>
          <w:tcPr>
            <w:tcW w:type="dxa" w:w="2880"/>
          </w:tcPr>
          <w:p>
            <w:r>
              <w:t>14</w:t>
            </w:r>
          </w:p>
        </w:tc>
      </w:tr>
      <w:tr>
        <w:tc>
          <w:tcPr>
            <w:tcW w:type="dxa" w:w="2880"/>
          </w:tcPr>
          <w:p>
            <w:r>
              <w:t>2025-03-01</w:t>
            </w:r>
          </w:p>
        </w:tc>
        <w:tc>
          <w:tcPr>
            <w:tcW w:type="dxa" w:w="2880"/>
          </w:tcPr>
          <w:p>
            <w:r>
              <w:t>burst</w:t>
            </w:r>
          </w:p>
        </w:tc>
        <w:tc>
          <w:tcPr>
            <w:tcW w:type="dxa" w:w="2880"/>
          </w:tcPr>
          <w:p>
            <w:r>
              <w:t>5</w:t>
            </w:r>
          </w:p>
        </w:tc>
      </w:tr>
      <w:tr>
        <w:tc>
          <w:tcPr>
            <w:tcW w:type="dxa" w:w="2880"/>
          </w:tcPr>
          <w:p>
            <w:r>
              <w:t>2025-03-01</w:t>
            </w:r>
          </w:p>
        </w:tc>
        <w:tc>
          <w:tcPr>
            <w:tcW w:type="dxa" w:w="2880"/>
          </w:tcPr>
          <w:p>
            <w:r>
              <w:t>joint failure</w:t>
            </w:r>
          </w:p>
        </w:tc>
        <w:tc>
          <w:tcPr>
            <w:tcW w:type="dxa" w:w="2880"/>
          </w:tcPr>
          <w:p>
            <w:r>
              <w:t>6</w:t>
            </w:r>
          </w:p>
        </w:tc>
      </w:tr>
      <w:tr>
        <w:tc>
          <w:tcPr>
            <w:tcW w:type="dxa" w:w="2880"/>
          </w:tcPr>
          <w:p>
            <w:r>
              <w:t>2025-03-01</w:t>
            </w:r>
          </w:p>
        </w:tc>
        <w:tc>
          <w:tcPr>
            <w:tcW w:type="dxa" w:w="2880"/>
          </w:tcPr>
          <w:p>
            <w:r>
              <w:t>valve leak</w:t>
            </w:r>
          </w:p>
        </w:tc>
        <w:tc>
          <w:tcPr>
            <w:tcW w:type="dxa" w:w="2880"/>
          </w:tcPr>
          <w:p>
            <w:r>
              <w:t>1</w:t>
            </w:r>
          </w:p>
        </w:tc>
      </w:tr>
      <w:tr>
        <w:tc>
          <w:tcPr>
            <w:tcW w:type="dxa" w:w="2880"/>
          </w:tcPr>
          <w:p>
            <w:r>
              <w:t>2025-04-01</w:t>
            </w:r>
          </w:p>
        </w:tc>
        <w:tc>
          <w:tcPr>
            <w:tcW w:type="dxa" w:w="2880"/>
          </w:tcPr>
          <w:p>
            <w:r>
              <w:t>leak</w:t>
            </w:r>
          </w:p>
        </w:tc>
        <w:tc>
          <w:tcPr>
            <w:tcW w:type="dxa" w:w="2880"/>
          </w:tcPr>
          <w:p>
            <w:r>
              <w:t>9</w:t>
            </w:r>
          </w:p>
        </w:tc>
      </w:tr>
      <w:tr>
        <w:tc>
          <w:tcPr>
            <w:tcW w:type="dxa" w:w="2880"/>
          </w:tcPr>
          <w:p>
            <w:r>
              <w:t>2025-04-01</w:t>
            </w:r>
          </w:p>
        </w:tc>
        <w:tc>
          <w:tcPr>
            <w:tcW w:type="dxa" w:w="2880"/>
          </w:tcPr>
          <w:p>
            <w:r>
              <w:t>burst</w:t>
            </w:r>
          </w:p>
        </w:tc>
        <w:tc>
          <w:tcPr>
            <w:tcW w:type="dxa" w:w="2880"/>
          </w:tcPr>
          <w:p>
            <w:r>
              <w:t>6</w:t>
            </w:r>
          </w:p>
        </w:tc>
      </w:tr>
      <w:tr>
        <w:tc>
          <w:tcPr>
            <w:tcW w:type="dxa" w:w="2880"/>
          </w:tcPr>
          <w:p>
            <w:r>
              <w:t>2025-04-01</w:t>
            </w:r>
          </w:p>
        </w:tc>
        <w:tc>
          <w:tcPr>
            <w:tcW w:type="dxa" w:w="2880"/>
          </w:tcPr>
          <w:p>
            <w:r>
              <w:t>joint failure</w:t>
            </w:r>
          </w:p>
        </w:tc>
        <w:tc>
          <w:tcPr>
            <w:tcW w:type="dxa" w:w="2880"/>
          </w:tcPr>
          <w:p>
            <w:r>
              <w:t>5</w:t>
            </w:r>
          </w:p>
        </w:tc>
      </w:tr>
      <w:tr>
        <w:tc>
          <w:tcPr>
            <w:tcW w:type="dxa" w:w="2880"/>
          </w:tcPr>
          <w:p>
            <w:r>
              <w:t>2025-04-01</w:t>
            </w:r>
          </w:p>
        </w:tc>
        <w:tc>
          <w:tcPr>
            <w:tcW w:type="dxa" w:w="2880"/>
          </w:tcPr>
          <w:p>
            <w:r>
              <w:t>valve leak</w:t>
            </w:r>
          </w:p>
        </w:tc>
        <w:tc>
          <w:tcPr>
            <w:tcW w:type="dxa" w:w="2880"/>
          </w:tcPr>
          <w:p>
            <w:r>
              <w:t>2</w:t>
            </w:r>
          </w:p>
        </w:tc>
      </w:tr>
      <w:tr>
        <w:tc>
          <w:tcPr>
            <w:tcW w:type="dxa" w:w="2880"/>
          </w:tcPr>
          <w:p>
            <w:r>
              <w:t>2025-05-01</w:t>
            </w:r>
          </w:p>
        </w:tc>
        <w:tc>
          <w:tcPr>
            <w:tcW w:type="dxa" w:w="2880"/>
          </w:tcPr>
          <w:p>
            <w:r>
              <w:t>leak</w:t>
            </w:r>
          </w:p>
        </w:tc>
        <w:tc>
          <w:tcPr>
            <w:tcW w:type="dxa" w:w="2880"/>
          </w:tcPr>
          <w:p>
            <w:r>
              <w:t>8</w:t>
            </w:r>
          </w:p>
        </w:tc>
      </w:tr>
      <w:tr>
        <w:tc>
          <w:tcPr>
            <w:tcW w:type="dxa" w:w="2880"/>
          </w:tcPr>
          <w:p>
            <w:r>
              <w:t>2025-05-01</w:t>
            </w:r>
          </w:p>
        </w:tc>
        <w:tc>
          <w:tcPr>
            <w:tcW w:type="dxa" w:w="2880"/>
          </w:tcPr>
          <w:p>
            <w:r>
              <w:t>burst</w:t>
            </w:r>
          </w:p>
        </w:tc>
        <w:tc>
          <w:tcPr>
            <w:tcW w:type="dxa" w:w="2880"/>
          </w:tcPr>
          <w:p>
            <w:r>
              <w:t>11</w:t>
            </w:r>
          </w:p>
        </w:tc>
      </w:tr>
      <w:tr>
        <w:tc>
          <w:tcPr>
            <w:tcW w:type="dxa" w:w="2880"/>
          </w:tcPr>
          <w:p>
            <w:r>
              <w:t>2025-05-01</w:t>
            </w:r>
          </w:p>
        </w:tc>
        <w:tc>
          <w:tcPr>
            <w:tcW w:type="dxa" w:w="2880"/>
          </w:tcPr>
          <w:p>
            <w:r>
              <w:t>joint failure</w:t>
            </w:r>
          </w:p>
        </w:tc>
        <w:tc>
          <w:tcPr>
            <w:tcW w:type="dxa" w:w="2880"/>
          </w:tcPr>
          <w:p>
            <w:r>
              <w:t>8</w:t>
            </w:r>
          </w:p>
        </w:tc>
      </w:tr>
      <w:tr>
        <w:tc>
          <w:tcPr>
            <w:tcW w:type="dxa" w:w="2880"/>
          </w:tcPr>
          <w:p>
            <w:r>
              <w:t>2025-05-01</w:t>
            </w:r>
          </w:p>
        </w:tc>
        <w:tc>
          <w:tcPr>
            <w:tcW w:type="dxa" w:w="2880"/>
          </w:tcPr>
          <w:p>
            <w:r>
              <w:t>valve leak</w:t>
            </w:r>
          </w:p>
        </w:tc>
        <w:tc>
          <w:tcPr>
            <w:tcW w:type="dxa" w:w="2880"/>
          </w:tcPr>
          <w:p>
            <w:r>
              <w:t>0</w:t>
            </w:r>
          </w:p>
        </w:tc>
      </w:tr>
      <w:tr>
        <w:tc>
          <w:tcPr>
            <w:tcW w:type="dxa" w:w="2880"/>
          </w:tcPr>
          <w:p>
            <w:r>
              <w:t>2025-06-01</w:t>
            </w:r>
          </w:p>
        </w:tc>
        <w:tc>
          <w:tcPr>
            <w:tcW w:type="dxa" w:w="2880"/>
          </w:tcPr>
          <w:p>
            <w:r>
              <w:t>leak</w:t>
            </w:r>
          </w:p>
        </w:tc>
        <w:tc>
          <w:tcPr>
            <w:tcW w:type="dxa" w:w="2880"/>
          </w:tcPr>
          <w:p>
            <w:r>
              <w:t>13</w:t>
            </w:r>
          </w:p>
        </w:tc>
      </w:tr>
      <w:tr>
        <w:tc>
          <w:tcPr>
            <w:tcW w:type="dxa" w:w="2880"/>
          </w:tcPr>
          <w:p>
            <w:r>
              <w:t>2025-06-01</w:t>
            </w:r>
          </w:p>
        </w:tc>
        <w:tc>
          <w:tcPr>
            <w:tcW w:type="dxa" w:w="2880"/>
          </w:tcPr>
          <w:p>
            <w:r>
              <w:t>burst</w:t>
            </w:r>
          </w:p>
        </w:tc>
        <w:tc>
          <w:tcPr>
            <w:tcW w:type="dxa" w:w="2880"/>
          </w:tcPr>
          <w:p>
            <w:r>
              <w:t>7</w:t>
            </w:r>
          </w:p>
        </w:tc>
      </w:tr>
      <w:tr>
        <w:tc>
          <w:tcPr>
            <w:tcW w:type="dxa" w:w="2880"/>
          </w:tcPr>
          <w:p>
            <w:r>
              <w:t>2025-06-01</w:t>
            </w:r>
          </w:p>
        </w:tc>
        <w:tc>
          <w:tcPr>
            <w:tcW w:type="dxa" w:w="2880"/>
          </w:tcPr>
          <w:p>
            <w:r>
              <w:t>joint failure</w:t>
            </w:r>
          </w:p>
        </w:tc>
        <w:tc>
          <w:tcPr>
            <w:tcW w:type="dxa" w:w="2880"/>
          </w:tcPr>
          <w:p>
            <w:r>
              <w:t>6</w:t>
            </w:r>
          </w:p>
        </w:tc>
      </w:tr>
      <w:tr>
        <w:tc>
          <w:tcPr>
            <w:tcW w:type="dxa" w:w="2880"/>
          </w:tcPr>
          <w:p>
            <w:r>
              <w:t>2025-06-01</w:t>
            </w:r>
          </w:p>
        </w:tc>
        <w:tc>
          <w:tcPr>
            <w:tcW w:type="dxa" w:w="2880"/>
          </w:tcPr>
          <w:p>
            <w:r>
              <w:t>valve leak</w:t>
            </w:r>
          </w:p>
        </w:tc>
        <w:tc>
          <w:tcPr>
            <w:tcW w:type="dxa" w:w="2880"/>
          </w:tcPr>
          <w:p>
            <w:r>
              <w:t>3</w:t>
            </w:r>
          </w:p>
        </w:tc>
      </w:tr>
      <w:tr>
        <w:tc>
          <w:tcPr>
            <w:tcW w:type="dxa" w:w="2880"/>
          </w:tcPr>
          <w:p>
            <w:r>
              <w:t>2025-07-01</w:t>
            </w:r>
          </w:p>
        </w:tc>
        <w:tc>
          <w:tcPr>
            <w:tcW w:type="dxa" w:w="2880"/>
          </w:tcPr>
          <w:p>
            <w:r>
              <w:t>leak</w:t>
            </w:r>
          </w:p>
        </w:tc>
        <w:tc>
          <w:tcPr>
            <w:tcW w:type="dxa" w:w="2880"/>
          </w:tcPr>
          <w:p>
            <w:r>
              <w:t>28</w:t>
            </w:r>
          </w:p>
        </w:tc>
      </w:tr>
      <w:tr>
        <w:tc>
          <w:tcPr>
            <w:tcW w:type="dxa" w:w="2880"/>
          </w:tcPr>
          <w:p>
            <w:r>
              <w:t>2025-07-01</w:t>
            </w:r>
          </w:p>
        </w:tc>
        <w:tc>
          <w:tcPr>
            <w:tcW w:type="dxa" w:w="2880"/>
          </w:tcPr>
          <w:p>
            <w:r>
              <w:t>burst</w:t>
            </w:r>
          </w:p>
        </w:tc>
        <w:tc>
          <w:tcPr>
            <w:tcW w:type="dxa" w:w="2880"/>
          </w:tcPr>
          <w:p>
            <w:r>
              <w:t>4</w:t>
            </w:r>
          </w:p>
        </w:tc>
      </w:tr>
      <w:tr>
        <w:tc>
          <w:tcPr>
            <w:tcW w:type="dxa" w:w="2880"/>
          </w:tcPr>
          <w:p>
            <w:r>
              <w:t>2025-07-01</w:t>
            </w:r>
          </w:p>
        </w:tc>
        <w:tc>
          <w:tcPr>
            <w:tcW w:type="dxa" w:w="2880"/>
          </w:tcPr>
          <w:p>
            <w:r>
              <w:t>joint failure</w:t>
            </w:r>
          </w:p>
        </w:tc>
        <w:tc>
          <w:tcPr>
            <w:tcW w:type="dxa" w:w="2880"/>
          </w:tcPr>
          <w:p>
            <w:r>
              <w:t>4</w:t>
            </w:r>
          </w:p>
        </w:tc>
      </w:tr>
      <w:tr>
        <w:tc>
          <w:tcPr>
            <w:tcW w:type="dxa" w:w="2880"/>
          </w:tcPr>
          <w:p>
            <w:r>
              <w:t>2025-07-01</w:t>
            </w:r>
          </w:p>
        </w:tc>
        <w:tc>
          <w:tcPr>
            <w:tcW w:type="dxa" w:w="2880"/>
          </w:tcPr>
          <w:p>
            <w:r>
              <w:t>valve leak</w:t>
            </w:r>
          </w:p>
        </w:tc>
        <w:tc>
          <w:tcPr>
            <w:tcW w:type="dxa" w:w="2880"/>
          </w:tcPr>
          <w:p>
            <w:r>
              <w:t>3</w:t>
            </w:r>
          </w:p>
        </w:tc>
      </w:tr>
      <w:tr>
        <w:tc>
          <w:tcPr>
            <w:tcW w:type="dxa" w:w="2880"/>
          </w:tcPr>
          <w:p>
            <w:r>
              <w:t>2025-08-01</w:t>
            </w:r>
          </w:p>
        </w:tc>
        <w:tc>
          <w:tcPr>
            <w:tcW w:type="dxa" w:w="2880"/>
          </w:tcPr>
          <w:p>
            <w:r>
              <w:t>leak</w:t>
            </w:r>
          </w:p>
        </w:tc>
        <w:tc>
          <w:tcPr>
            <w:tcW w:type="dxa" w:w="2880"/>
          </w:tcPr>
          <w:p>
            <w:r>
              <w:t>12</w:t>
            </w:r>
          </w:p>
        </w:tc>
      </w:tr>
      <w:tr>
        <w:tc>
          <w:tcPr>
            <w:tcW w:type="dxa" w:w="2880"/>
          </w:tcPr>
          <w:p>
            <w:r>
              <w:t>2025-08-01</w:t>
            </w:r>
          </w:p>
        </w:tc>
        <w:tc>
          <w:tcPr>
            <w:tcW w:type="dxa" w:w="2880"/>
          </w:tcPr>
          <w:p>
            <w:r>
              <w:t>burst</w:t>
            </w:r>
          </w:p>
        </w:tc>
        <w:tc>
          <w:tcPr>
            <w:tcW w:type="dxa" w:w="2880"/>
          </w:tcPr>
          <w:p>
            <w:r>
              <w:t>6</w:t>
            </w:r>
          </w:p>
        </w:tc>
      </w:tr>
      <w:tr>
        <w:tc>
          <w:tcPr>
            <w:tcW w:type="dxa" w:w="2880"/>
          </w:tcPr>
          <w:p>
            <w:r>
              <w:t>2025-08-01</w:t>
            </w:r>
          </w:p>
        </w:tc>
        <w:tc>
          <w:tcPr>
            <w:tcW w:type="dxa" w:w="2880"/>
          </w:tcPr>
          <w:p>
            <w:r>
              <w:t>joint failure</w:t>
            </w:r>
          </w:p>
        </w:tc>
        <w:tc>
          <w:tcPr>
            <w:tcW w:type="dxa" w:w="2880"/>
          </w:tcPr>
          <w:p>
            <w:r>
              <w:t>8</w:t>
            </w:r>
          </w:p>
        </w:tc>
      </w:tr>
      <w:tr>
        <w:tc>
          <w:tcPr>
            <w:tcW w:type="dxa" w:w="2880"/>
          </w:tcPr>
          <w:p>
            <w:r>
              <w:t>2025-08-01</w:t>
            </w:r>
          </w:p>
        </w:tc>
        <w:tc>
          <w:tcPr>
            <w:tcW w:type="dxa" w:w="2880"/>
          </w:tcPr>
          <w:p>
            <w:r>
              <w:t>valve leak</w:t>
            </w:r>
          </w:p>
        </w:tc>
        <w:tc>
          <w:tcPr>
            <w:tcW w:type="dxa" w:w="2880"/>
          </w:tcPr>
          <w:p>
            <w:r>
              <w:t>3</w:t>
            </w:r>
          </w:p>
        </w:tc>
      </w:tr>
      <w:tr>
        <w:tc>
          <w:tcPr>
            <w:tcW w:type="dxa" w:w="2880"/>
          </w:tcPr>
          <w:p>
            <w:r>
              <w:t>2025-09-01</w:t>
            </w:r>
          </w:p>
        </w:tc>
        <w:tc>
          <w:tcPr>
            <w:tcW w:type="dxa" w:w="2880"/>
          </w:tcPr>
          <w:p>
            <w:r>
              <w:t>leak</w:t>
            </w:r>
          </w:p>
        </w:tc>
        <w:tc>
          <w:tcPr>
            <w:tcW w:type="dxa" w:w="2880"/>
          </w:tcPr>
          <w:p>
            <w:r>
              <w:t>19</w:t>
            </w:r>
          </w:p>
        </w:tc>
      </w:tr>
      <w:tr>
        <w:tc>
          <w:tcPr>
            <w:tcW w:type="dxa" w:w="2880"/>
          </w:tcPr>
          <w:p>
            <w:r>
              <w:t>2025-09-01</w:t>
            </w:r>
          </w:p>
        </w:tc>
        <w:tc>
          <w:tcPr>
            <w:tcW w:type="dxa" w:w="2880"/>
          </w:tcPr>
          <w:p>
            <w:r>
              <w:t>burst</w:t>
            </w:r>
          </w:p>
        </w:tc>
        <w:tc>
          <w:tcPr>
            <w:tcW w:type="dxa" w:w="2880"/>
          </w:tcPr>
          <w:p>
            <w:r>
              <w:t>10</w:t>
            </w:r>
          </w:p>
        </w:tc>
      </w:tr>
      <w:tr>
        <w:tc>
          <w:tcPr>
            <w:tcW w:type="dxa" w:w="2880"/>
          </w:tcPr>
          <w:p>
            <w:r>
              <w:t>2025-09-01</w:t>
            </w:r>
          </w:p>
        </w:tc>
        <w:tc>
          <w:tcPr>
            <w:tcW w:type="dxa" w:w="2880"/>
          </w:tcPr>
          <w:p>
            <w:r>
              <w:t>joint failure</w:t>
            </w:r>
          </w:p>
        </w:tc>
        <w:tc>
          <w:tcPr>
            <w:tcW w:type="dxa" w:w="2880"/>
          </w:tcPr>
          <w:p>
            <w:r>
              <w:t>7</w:t>
            </w:r>
          </w:p>
        </w:tc>
      </w:tr>
      <w:tr>
        <w:tc>
          <w:tcPr>
            <w:tcW w:type="dxa" w:w="2880"/>
          </w:tcPr>
          <w:p>
            <w:r>
              <w:t>2025-09-01</w:t>
            </w:r>
          </w:p>
        </w:tc>
        <w:tc>
          <w:tcPr>
            <w:tcW w:type="dxa" w:w="2880"/>
          </w:tcPr>
          <w:p>
            <w:r>
              <w:t>valve leak</w:t>
            </w:r>
          </w:p>
        </w:tc>
        <w:tc>
          <w:tcPr>
            <w:tcW w:type="dxa" w:w="2880"/>
          </w:tcPr>
          <w:p>
            <w:r>
              <w:t>1</w:t>
            </w:r>
          </w:p>
        </w:tc>
      </w:tr>
      <w:tr>
        <w:tc>
          <w:tcPr>
            <w:tcW w:type="dxa" w:w="2880"/>
          </w:tcPr>
          <w:p>
            <w:r>
              <w:t>2025-10-01</w:t>
            </w:r>
          </w:p>
        </w:tc>
        <w:tc>
          <w:tcPr>
            <w:tcW w:type="dxa" w:w="2880"/>
          </w:tcPr>
          <w:p>
            <w:r>
              <w:t>leak</w:t>
            </w:r>
          </w:p>
        </w:tc>
        <w:tc>
          <w:tcPr>
            <w:tcW w:type="dxa" w:w="2880"/>
          </w:tcPr>
          <w:p>
            <w:r>
              <w:t>13</w:t>
            </w:r>
          </w:p>
        </w:tc>
      </w:tr>
      <w:tr>
        <w:tc>
          <w:tcPr>
            <w:tcW w:type="dxa" w:w="2880"/>
          </w:tcPr>
          <w:p>
            <w:r>
              <w:t>2025-10-01</w:t>
            </w:r>
          </w:p>
        </w:tc>
        <w:tc>
          <w:tcPr>
            <w:tcW w:type="dxa" w:w="2880"/>
          </w:tcPr>
          <w:p>
            <w:r>
              <w:t>burst</w:t>
            </w:r>
          </w:p>
        </w:tc>
        <w:tc>
          <w:tcPr>
            <w:tcW w:type="dxa" w:w="2880"/>
          </w:tcPr>
          <w:p>
            <w:r>
              <w:t>13</w:t>
            </w:r>
          </w:p>
        </w:tc>
      </w:tr>
      <w:tr>
        <w:tc>
          <w:tcPr>
            <w:tcW w:type="dxa" w:w="2880"/>
          </w:tcPr>
          <w:p>
            <w:r>
              <w:t>2025-10-01</w:t>
            </w:r>
          </w:p>
        </w:tc>
        <w:tc>
          <w:tcPr>
            <w:tcW w:type="dxa" w:w="2880"/>
          </w:tcPr>
          <w:p>
            <w:r>
              <w:t>joint failure</w:t>
            </w:r>
          </w:p>
        </w:tc>
        <w:tc>
          <w:tcPr>
            <w:tcW w:type="dxa" w:w="2880"/>
          </w:tcPr>
          <w:p>
            <w:r>
              <w:t>6</w:t>
            </w:r>
          </w:p>
        </w:tc>
      </w:tr>
      <w:tr>
        <w:tc>
          <w:tcPr>
            <w:tcW w:type="dxa" w:w="2880"/>
          </w:tcPr>
          <w:p>
            <w:r>
              <w:t>2025-10-01</w:t>
            </w:r>
          </w:p>
        </w:tc>
        <w:tc>
          <w:tcPr>
            <w:tcW w:type="dxa" w:w="2880"/>
          </w:tcPr>
          <w:p>
            <w:r>
              <w:t>valve leak</w:t>
            </w:r>
          </w:p>
        </w:tc>
        <w:tc>
          <w:tcPr>
            <w:tcW w:type="dxa" w:w="2880"/>
          </w:tcPr>
          <w:p>
            <w:r>
              <w:t>2</w:t>
            </w:r>
          </w:p>
        </w:tc>
      </w:tr>
      <w:tr>
        <w:tc>
          <w:tcPr>
            <w:tcW w:type="dxa" w:w="2880"/>
          </w:tcPr>
          <w:p>
            <w:r>
              <w:t>2025-11-01</w:t>
            </w:r>
          </w:p>
        </w:tc>
        <w:tc>
          <w:tcPr>
            <w:tcW w:type="dxa" w:w="2880"/>
          </w:tcPr>
          <w:p>
            <w:r>
              <w:t>leak</w:t>
            </w:r>
          </w:p>
        </w:tc>
        <w:tc>
          <w:tcPr>
            <w:tcW w:type="dxa" w:w="2880"/>
          </w:tcPr>
          <w:p>
            <w:r>
              <w:t>6</w:t>
            </w:r>
          </w:p>
        </w:tc>
      </w:tr>
      <w:tr>
        <w:tc>
          <w:tcPr>
            <w:tcW w:type="dxa" w:w="2880"/>
          </w:tcPr>
          <w:p>
            <w:r>
              <w:t>2025-11-01</w:t>
            </w:r>
          </w:p>
        </w:tc>
        <w:tc>
          <w:tcPr>
            <w:tcW w:type="dxa" w:w="2880"/>
          </w:tcPr>
          <w:p>
            <w:r>
              <w:t>burst</w:t>
            </w:r>
          </w:p>
        </w:tc>
        <w:tc>
          <w:tcPr>
            <w:tcW w:type="dxa" w:w="2880"/>
          </w:tcPr>
          <w:p>
            <w:r>
              <w:t>6</w:t>
            </w:r>
          </w:p>
        </w:tc>
      </w:tr>
      <w:tr>
        <w:tc>
          <w:tcPr>
            <w:tcW w:type="dxa" w:w="2880"/>
          </w:tcPr>
          <w:p>
            <w:r>
              <w:t>2025-11-01</w:t>
            </w:r>
          </w:p>
        </w:tc>
        <w:tc>
          <w:tcPr>
            <w:tcW w:type="dxa" w:w="2880"/>
          </w:tcPr>
          <w:p>
            <w:r>
              <w:t>joint failure</w:t>
            </w:r>
          </w:p>
        </w:tc>
        <w:tc>
          <w:tcPr>
            <w:tcW w:type="dxa" w:w="2880"/>
          </w:tcPr>
          <w:p>
            <w:r>
              <w:t>2</w:t>
            </w:r>
          </w:p>
        </w:tc>
      </w:tr>
      <w:tr>
        <w:tc>
          <w:tcPr>
            <w:tcW w:type="dxa" w:w="2880"/>
          </w:tcPr>
          <w:p>
            <w:r>
              <w:t>2025-11-01</w:t>
            </w:r>
          </w:p>
        </w:tc>
        <w:tc>
          <w:tcPr>
            <w:tcW w:type="dxa" w:w="2880"/>
          </w:tcPr>
          <w:p>
            <w:r>
              <w:t>valve leak</w:t>
            </w:r>
          </w:p>
        </w:tc>
        <w:tc>
          <w:tcPr>
            <w:tcW w:type="dxa" w:w="2880"/>
          </w:tcPr>
          <w:p>
            <w:r>
              <w:t>2</w:t>
            </w:r>
          </w:p>
        </w:tc>
      </w:tr>
      <w:tr>
        <w:tc>
          <w:tcPr>
            <w:tcW w:type="dxa" w:w="2880"/>
          </w:tcPr>
          <w:p>
            <w:r>
              <w:t>2025-12-01</w:t>
            </w:r>
          </w:p>
        </w:tc>
        <w:tc>
          <w:tcPr>
            <w:tcW w:type="dxa" w:w="2880"/>
          </w:tcPr>
          <w:p>
            <w:r>
              <w:t>leak</w:t>
            </w:r>
          </w:p>
        </w:tc>
        <w:tc>
          <w:tcPr>
            <w:tcW w:type="dxa" w:w="2880"/>
          </w:tcPr>
          <w:p>
            <w:r>
              <w:t>10</w:t>
            </w:r>
          </w:p>
        </w:tc>
      </w:tr>
      <w:tr>
        <w:tc>
          <w:tcPr>
            <w:tcW w:type="dxa" w:w="2880"/>
          </w:tcPr>
          <w:p>
            <w:r>
              <w:t>2025-12-01</w:t>
            </w:r>
          </w:p>
        </w:tc>
        <w:tc>
          <w:tcPr>
            <w:tcW w:type="dxa" w:w="2880"/>
          </w:tcPr>
          <w:p>
            <w:r>
              <w:t>burst</w:t>
            </w:r>
          </w:p>
        </w:tc>
        <w:tc>
          <w:tcPr>
            <w:tcW w:type="dxa" w:w="2880"/>
          </w:tcPr>
          <w:p>
            <w:r>
              <w:t>4</w:t>
            </w:r>
          </w:p>
        </w:tc>
      </w:tr>
      <w:tr>
        <w:tc>
          <w:tcPr>
            <w:tcW w:type="dxa" w:w="2880"/>
          </w:tcPr>
          <w:p>
            <w:r>
              <w:t>2025-12-01</w:t>
            </w:r>
          </w:p>
        </w:tc>
        <w:tc>
          <w:tcPr>
            <w:tcW w:type="dxa" w:w="2880"/>
          </w:tcPr>
          <w:p>
            <w:r>
              <w:t>joint failure</w:t>
            </w:r>
          </w:p>
        </w:tc>
        <w:tc>
          <w:tcPr>
            <w:tcW w:type="dxa" w:w="2880"/>
          </w:tcPr>
          <w:p>
            <w:r>
              <w:t>3</w:t>
            </w:r>
          </w:p>
        </w:tc>
      </w:tr>
      <w:tr>
        <w:tc>
          <w:tcPr>
            <w:tcW w:type="dxa" w:w="2880"/>
          </w:tcPr>
          <w:p>
            <w:r>
              <w:t>2025-12-01</w:t>
            </w:r>
          </w:p>
        </w:tc>
        <w:tc>
          <w:tcPr>
            <w:tcW w:type="dxa" w:w="2880"/>
          </w:tcPr>
          <w:p>
            <w:r>
              <w:t>valve leak</w:t>
            </w:r>
          </w:p>
        </w:tc>
        <w:tc>
          <w:tcPr>
            <w:tcW w:type="dxa" w:w="2880"/>
          </w:tcPr>
          <w:p>
            <w:r>
              <w:t>3</w:t>
            </w:r>
          </w:p>
        </w:tc>
      </w:tr>
      <w:tr>
        <w:tc>
          <w:tcPr>
            <w:tcW w:type="dxa" w:w="2880"/>
          </w:tcPr>
          <w:p>
            <w:r>
              <w:t>2026-01-01</w:t>
            </w:r>
          </w:p>
        </w:tc>
        <w:tc>
          <w:tcPr>
            <w:tcW w:type="dxa" w:w="2880"/>
          </w:tcPr>
          <w:p>
            <w:r>
              <w:t>leak</w:t>
            </w:r>
          </w:p>
        </w:tc>
        <w:tc>
          <w:tcPr>
            <w:tcW w:type="dxa" w:w="2880"/>
          </w:tcPr>
          <w:p>
            <w:r>
              <w:t>5</w:t>
            </w:r>
          </w:p>
        </w:tc>
      </w:tr>
      <w:tr>
        <w:tc>
          <w:tcPr>
            <w:tcW w:type="dxa" w:w="2880"/>
          </w:tcPr>
          <w:p>
            <w:r>
              <w:t>2026-01-01</w:t>
            </w:r>
          </w:p>
        </w:tc>
        <w:tc>
          <w:tcPr>
            <w:tcW w:type="dxa" w:w="2880"/>
          </w:tcPr>
          <w:p>
            <w:r>
              <w:t>burst</w:t>
            </w:r>
          </w:p>
        </w:tc>
        <w:tc>
          <w:tcPr>
            <w:tcW w:type="dxa" w:w="2880"/>
          </w:tcPr>
          <w:p>
            <w:r>
              <w:t>2</w:t>
            </w:r>
          </w:p>
        </w:tc>
      </w:tr>
      <w:tr>
        <w:tc>
          <w:tcPr>
            <w:tcW w:type="dxa" w:w="2880"/>
          </w:tcPr>
          <w:p>
            <w:r>
              <w:t>2026-01-01</w:t>
            </w:r>
          </w:p>
        </w:tc>
        <w:tc>
          <w:tcPr>
            <w:tcW w:type="dxa" w:w="2880"/>
          </w:tcPr>
          <w:p>
            <w:r>
              <w:t>joint failure</w:t>
            </w:r>
          </w:p>
        </w:tc>
        <w:tc>
          <w:tcPr>
            <w:tcW w:type="dxa" w:w="2880"/>
          </w:tcPr>
          <w:p>
            <w:r>
              <w:t>2</w:t>
            </w:r>
          </w:p>
        </w:tc>
      </w:tr>
      <w:tr>
        <w:tc>
          <w:tcPr>
            <w:tcW w:type="dxa" w:w="2880"/>
          </w:tcPr>
          <w:p>
            <w:r>
              <w:t>2026-01-01</w:t>
            </w:r>
          </w:p>
        </w:tc>
        <w:tc>
          <w:tcPr>
            <w:tcW w:type="dxa" w:w="2880"/>
          </w:tcPr>
          <w:p>
            <w:r>
              <w:t>valve leak</w:t>
            </w:r>
          </w:p>
        </w:tc>
        <w:tc>
          <w:tcPr>
            <w:tcW w:type="dxa" w:w="2880"/>
          </w:tcPr>
          <w:p>
            <w:r>
              <w:t>4</w:t>
            </w:r>
          </w:p>
        </w:tc>
      </w:tr>
      <w:tr>
        <w:tc>
          <w:tcPr>
            <w:tcW w:type="dxa" w:w="2880"/>
          </w:tcPr>
          <w:p>
            <w:r>
              <w:t>2026-02-01</w:t>
            </w:r>
          </w:p>
        </w:tc>
        <w:tc>
          <w:tcPr>
            <w:tcW w:type="dxa" w:w="2880"/>
          </w:tcPr>
          <w:p>
            <w:r>
              <w:t>leak</w:t>
            </w:r>
          </w:p>
        </w:tc>
        <w:tc>
          <w:tcPr>
            <w:tcW w:type="dxa" w:w="2880"/>
          </w:tcPr>
          <w:p>
            <w:r>
              <w:t>4</w:t>
            </w:r>
          </w:p>
        </w:tc>
      </w:tr>
      <w:tr>
        <w:tc>
          <w:tcPr>
            <w:tcW w:type="dxa" w:w="2880"/>
          </w:tcPr>
          <w:p>
            <w:r>
              <w:t>2026-02-01</w:t>
            </w:r>
          </w:p>
        </w:tc>
        <w:tc>
          <w:tcPr>
            <w:tcW w:type="dxa" w:w="2880"/>
          </w:tcPr>
          <w:p>
            <w:r>
              <w:t>burst</w:t>
            </w:r>
          </w:p>
        </w:tc>
        <w:tc>
          <w:tcPr>
            <w:tcW w:type="dxa" w:w="2880"/>
          </w:tcPr>
          <w:p>
            <w:r>
              <w:t>3</w:t>
            </w:r>
          </w:p>
        </w:tc>
      </w:tr>
      <w:tr>
        <w:tc>
          <w:tcPr>
            <w:tcW w:type="dxa" w:w="2880"/>
          </w:tcPr>
          <w:p>
            <w:r>
              <w:t>2026-02-01</w:t>
            </w:r>
          </w:p>
        </w:tc>
        <w:tc>
          <w:tcPr>
            <w:tcW w:type="dxa" w:w="2880"/>
          </w:tcPr>
          <w:p>
            <w:r>
              <w:t>joint failure</w:t>
            </w:r>
          </w:p>
        </w:tc>
        <w:tc>
          <w:tcPr>
            <w:tcW w:type="dxa" w:w="2880"/>
          </w:tcPr>
          <w:p>
            <w:r>
              <w:t>1</w:t>
            </w:r>
          </w:p>
        </w:tc>
      </w:tr>
      <w:tr>
        <w:tc>
          <w:tcPr>
            <w:tcW w:type="dxa" w:w="2880"/>
          </w:tcPr>
          <w:p>
            <w:r>
              <w:t>2026-02-01</w:t>
            </w:r>
          </w:p>
        </w:tc>
        <w:tc>
          <w:tcPr>
            <w:tcW w:type="dxa" w:w="2880"/>
          </w:tcPr>
          <w:p>
            <w:r>
              <w:t>valve leak</w:t>
            </w:r>
          </w:p>
        </w:tc>
        <w:tc>
          <w:tcPr>
            <w:tcW w:type="dxa" w:w="2880"/>
          </w:tcPr>
          <w:p>
            <w:r>
              <w:t>1</w:t>
            </w:r>
          </w:p>
        </w:tc>
      </w:tr>
      <w:tr>
        <w:tc>
          <w:tcPr>
            <w:tcW w:type="dxa" w:w="2880"/>
          </w:tcPr>
          <w:p>
            <w:r>
              <w:t>2026-03-01</w:t>
            </w:r>
          </w:p>
        </w:tc>
        <w:tc>
          <w:tcPr>
            <w:tcW w:type="dxa" w:w="2880"/>
          </w:tcPr>
          <w:p>
            <w:r>
              <w:t>leak</w:t>
            </w:r>
          </w:p>
        </w:tc>
        <w:tc>
          <w:tcPr>
            <w:tcW w:type="dxa" w:w="2880"/>
          </w:tcPr>
          <w:p>
            <w:r>
              <w:t>7</w:t>
            </w:r>
          </w:p>
        </w:tc>
      </w:tr>
      <w:tr>
        <w:tc>
          <w:tcPr>
            <w:tcW w:type="dxa" w:w="2880"/>
          </w:tcPr>
          <w:p>
            <w:r>
              <w:t>2026-03-01</w:t>
            </w:r>
          </w:p>
        </w:tc>
        <w:tc>
          <w:tcPr>
            <w:tcW w:type="dxa" w:w="2880"/>
          </w:tcPr>
          <w:p>
            <w:r>
              <w:t>burst</w:t>
            </w:r>
          </w:p>
        </w:tc>
        <w:tc>
          <w:tcPr>
            <w:tcW w:type="dxa" w:w="2880"/>
          </w:tcPr>
          <w:p>
            <w:r>
              <w:t>7</w:t>
            </w:r>
          </w:p>
        </w:tc>
      </w:tr>
      <w:tr>
        <w:tc>
          <w:tcPr>
            <w:tcW w:type="dxa" w:w="2880"/>
          </w:tcPr>
          <w:p>
            <w:r>
              <w:t>2026-03-01</w:t>
            </w:r>
          </w:p>
        </w:tc>
        <w:tc>
          <w:tcPr>
            <w:tcW w:type="dxa" w:w="2880"/>
          </w:tcPr>
          <w:p>
            <w:r>
              <w:t>joint failure</w:t>
            </w:r>
          </w:p>
        </w:tc>
        <w:tc>
          <w:tcPr>
            <w:tcW w:type="dxa" w:w="2880"/>
          </w:tcPr>
          <w:p>
            <w:r>
              <w:t>2</w:t>
            </w:r>
          </w:p>
        </w:tc>
      </w:tr>
      <w:tr>
        <w:tc>
          <w:tcPr>
            <w:tcW w:type="dxa" w:w="2880"/>
          </w:tcPr>
          <w:p>
            <w:r>
              <w:t>2026-03-01</w:t>
            </w:r>
          </w:p>
        </w:tc>
        <w:tc>
          <w:tcPr>
            <w:tcW w:type="dxa" w:w="2880"/>
          </w:tcPr>
          <w:p>
            <w:r>
              <w:t>valve leak</w:t>
            </w:r>
          </w:p>
        </w:tc>
        <w:tc>
          <w:tcPr>
            <w:tcW w:type="dxa" w:w="2880"/>
          </w:tcPr>
          <w:p>
            <w:r>
              <w:t>4</w:t>
            </w:r>
          </w:p>
        </w:tc>
      </w:tr>
      <w:tr>
        <w:tc>
          <w:tcPr>
            <w:tcW w:type="dxa" w:w="2880"/>
          </w:tcPr>
          <w:p>
            <w:r>
              <w:t>2026-04-01</w:t>
            </w:r>
          </w:p>
        </w:tc>
        <w:tc>
          <w:tcPr>
            <w:tcW w:type="dxa" w:w="2880"/>
          </w:tcPr>
          <w:p>
            <w:r>
              <w:t>leak</w:t>
            </w:r>
          </w:p>
        </w:tc>
        <w:tc>
          <w:tcPr>
            <w:tcW w:type="dxa" w:w="2880"/>
          </w:tcPr>
          <w:p>
            <w:r>
              <w:t>14</w:t>
            </w:r>
          </w:p>
        </w:tc>
      </w:tr>
      <w:tr>
        <w:tc>
          <w:tcPr>
            <w:tcW w:type="dxa" w:w="2880"/>
          </w:tcPr>
          <w:p>
            <w:r>
              <w:t>2026-04-01</w:t>
            </w:r>
          </w:p>
        </w:tc>
        <w:tc>
          <w:tcPr>
            <w:tcW w:type="dxa" w:w="2880"/>
          </w:tcPr>
          <w:p>
            <w:r>
              <w:t>burst</w:t>
            </w:r>
          </w:p>
        </w:tc>
        <w:tc>
          <w:tcPr>
            <w:tcW w:type="dxa" w:w="2880"/>
          </w:tcPr>
          <w:p>
            <w:r>
              <w:t>12</w:t>
            </w:r>
          </w:p>
        </w:tc>
      </w:tr>
      <w:tr>
        <w:tc>
          <w:tcPr>
            <w:tcW w:type="dxa" w:w="2880"/>
          </w:tcPr>
          <w:p>
            <w:r>
              <w:t>2026-04-01</w:t>
            </w:r>
          </w:p>
        </w:tc>
        <w:tc>
          <w:tcPr>
            <w:tcW w:type="dxa" w:w="2880"/>
          </w:tcPr>
          <w:p>
            <w:r>
              <w:t>joint failure</w:t>
            </w:r>
          </w:p>
        </w:tc>
        <w:tc>
          <w:tcPr>
            <w:tcW w:type="dxa" w:w="2880"/>
          </w:tcPr>
          <w:p>
            <w:r>
              <w:t>2</w:t>
            </w:r>
          </w:p>
        </w:tc>
      </w:tr>
      <w:tr>
        <w:tc>
          <w:tcPr>
            <w:tcW w:type="dxa" w:w="2880"/>
          </w:tcPr>
          <w:p>
            <w:r>
              <w:t>2026-04-01</w:t>
            </w:r>
          </w:p>
        </w:tc>
        <w:tc>
          <w:tcPr>
            <w:tcW w:type="dxa" w:w="2880"/>
          </w:tcPr>
          <w:p>
            <w:r>
              <w:t>valve leak</w:t>
            </w:r>
          </w:p>
        </w:tc>
        <w:tc>
          <w:tcPr>
            <w:tcW w:type="dxa" w:w="2880"/>
          </w:tcPr>
          <w:p>
            <w:r>
              <w:t>2</w:t>
            </w:r>
          </w:p>
        </w:tc>
      </w:tr>
      <w:tr>
        <w:tc>
          <w:tcPr>
            <w:tcW w:type="dxa" w:w="2880"/>
          </w:tcPr>
          <w:p>
            <w:r>
              <w:t>2026-05-01</w:t>
            </w:r>
          </w:p>
        </w:tc>
        <w:tc>
          <w:tcPr>
            <w:tcW w:type="dxa" w:w="2880"/>
          </w:tcPr>
          <w:p>
            <w:r>
              <w:t>leak</w:t>
            </w:r>
          </w:p>
        </w:tc>
        <w:tc>
          <w:tcPr>
            <w:tcW w:type="dxa" w:w="2880"/>
          </w:tcPr>
          <w:p>
            <w:r>
              <w:t>14</w:t>
            </w:r>
          </w:p>
        </w:tc>
      </w:tr>
      <w:tr>
        <w:tc>
          <w:tcPr>
            <w:tcW w:type="dxa" w:w="2880"/>
          </w:tcPr>
          <w:p>
            <w:r>
              <w:t>2026-05-01</w:t>
            </w:r>
          </w:p>
        </w:tc>
        <w:tc>
          <w:tcPr>
            <w:tcW w:type="dxa" w:w="2880"/>
          </w:tcPr>
          <w:p>
            <w:r>
              <w:t>burst</w:t>
            </w:r>
          </w:p>
        </w:tc>
        <w:tc>
          <w:tcPr>
            <w:tcW w:type="dxa" w:w="2880"/>
          </w:tcPr>
          <w:p>
            <w:r>
              <w:t>9</w:t>
            </w:r>
          </w:p>
        </w:tc>
      </w:tr>
      <w:tr>
        <w:tc>
          <w:tcPr>
            <w:tcW w:type="dxa" w:w="2880"/>
          </w:tcPr>
          <w:p>
            <w:r>
              <w:t>2026-05-01</w:t>
            </w:r>
          </w:p>
        </w:tc>
        <w:tc>
          <w:tcPr>
            <w:tcW w:type="dxa" w:w="2880"/>
          </w:tcPr>
          <w:p>
            <w:r>
              <w:t>joint failure</w:t>
            </w:r>
          </w:p>
        </w:tc>
        <w:tc>
          <w:tcPr>
            <w:tcW w:type="dxa" w:w="2880"/>
          </w:tcPr>
          <w:p>
            <w:r>
              <w:t>4</w:t>
            </w:r>
          </w:p>
        </w:tc>
      </w:tr>
      <w:tr>
        <w:tc>
          <w:tcPr>
            <w:tcW w:type="dxa" w:w="2880"/>
          </w:tcPr>
          <w:p>
            <w:r>
              <w:t>2026-05-01</w:t>
            </w:r>
          </w:p>
        </w:tc>
        <w:tc>
          <w:tcPr>
            <w:tcW w:type="dxa" w:w="2880"/>
          </w:tcPr>
          <w:p>
            <w:r>
              <w:t>valve leak</w:t>
            </w:r>
          </w:p>
        </w:tc>
        <w:tc>
          <w:tcPr>
            <w:tcW w:type="dxa" w:w="2880"/>
          </w:tcPr>
          <w:p>
            <w:r>
              <w:t>1</w:t>
            </w:r>
          </w:p>
        </w:tc>
      </w:tr>
      <w:tr>
        <w:tc>
          <w:tcPr>
            <w:tcW w:type="dxa" w:w="2880"/>
          </w:tcPr>
          <w:p>
            <w:r>
              <w:t>2026-06-01</w:t>
            </w:r>
          </w:p>
        </w:tc>
        <w:tc>
          <w:tcPr>
            <w:tcW w:type="dxa" w:w="2880"/>
          </w:tcPr>
          <w:p>
            <w:r>
              <w:t>leak</w:t>
            </w:r>
          </w:p>
        </w:tc>
        <w:tc>
          <w:tcPr>
            <w:tcW w:type="dxa" w:w="2880"/>
          </w:tcPr>
          <w:p>
            <w:r>
              <w:t>15</w:t>
            </w:r>
          </w:p>
        </w:tc>
      </w:tr>
      <w:tr>
        <w:tc>
          <w:tcPr>
            <w:tcW w:type="dxa" w:w="2880"/>
          </w:tcPr>
          <w:p>
            <w:r>
              <w:t>2026-06-01</w:t>
            </w:r>
          </w:p>
        </w:tc>
        <w:tc>
          <w:tcPr>
            <w:tcW w:type="dxa" w:w="2880"/>
          </w:tcPr>
          <w:p>
            <w:r>
              <w:t>burst</w:t>
            </w:r>
          </w:p>
        </w:tc>
        <w:tc>
          <w:tcPr>
            <w:tcW w:type="dxa" w:w="2880"/>
          </w:tcPr>
          <w:p>
            <w:r>
              <w:t>11</w:t>
            </w:r>
          </w:p>
        </w:tc>
      </w:tr>
      <w:tr>
        <w:tc>
          <w:tcPr>
            <w:tcW w:type="dxa" w:w="2880"/>
          </w:tcPr>
          <w:p>
            <w:r>
              <w:t>2026-06-01</w:t>
            </w:r>
          </w:p>
        </w:tc>
        <w:tc>
          <w:tcPr>
            <w:tcW w:type="dxa" w:w="2880"/>
          </w:tcPr>
          <w:p>
            <w:r>
              <w:t>joint failure</w:t>
            </w:r>
          </w:p>
        </w:tc>
        <w:tc>
          <w:tcPr>
            <w:tcW w:type="dxa" w:w="2880"/>
          </w:tcPr>
          <w:p>
            <w:r>
              <w:t>14</w:t>
            </w:r>
          </w:p>
        </w:tc>
      </w:tr>
      <w:tr>
        <w:tc>
          <w:tcPr>
            <w:tcW w:type="dxa" w:w="2880"/>
          </w:tcPr>
          <w:p>
            <w:r>
              <w:t>2026-06-01</w:t>
            </w:r>
          </w:p>
        </w:tc>
        <w:tc>
          <w:tcPr>
            <w:tcW w:type="dxa" w:w="2880"/>
          </w:tcPr>
          <w:p>
            <w:r>
              <w:t>valve leak</w:t>
            </w:r>
          </w:p>
        </w:tc>
        <w:tc>
          <w:tcPr>
            <w:tcW w:type="dxa" w:w="2880"/>
          </w:tcPr>
          <w:p>
            <w:r>
              <w:t>4</w:t>
            </w:r>
          </w:p>
        </w:tc>
      </w:tr>
      <w:tr>
        <w:tc>
          <w:tcPr>
            <w:tcW w:type="dxa" w:w="2880"/>
          </w:tcPr>
          <w:p>
            <w:r>
              <w:t>2026-07-01</w:t>
            </w:r>
          </w:p>
        </w:tc>
        <w:tc>
          <w:tcPr>
            <w:tcW w:type="dxa" w:w="2880"/>
          </w:tcPr>
          <w:p>
            <w:r>
              <w:t>leak</w:t>
            </w:r>
          </w:p>
        </w:tc>
        <w:tc>
          <w:tcPr>
            <w:tcW w:type="dxa" w:w="2880"/>
          </w:tcPr>
          <w:p>
            <w:r>
              <w:t>23</w:t>
            </w:r>
          </w:p>
        </w:tc>
      </w:tr>
      <w:tr>
        <w:tc>
          <w:tcPr>
            <w:tcW w:type="dxa" w:w="2880"/>
          </w:tcPr>
          <w:p>
            <w:r>
              <w:t>2026-07-01</w:t>
            </w:r>
          </w:p>
        </w:tc>
        <w:tc>
          <w:tcPr>
            <w:tcW w:type="dxa" w:w="2880"/>
          </w:tcPr>
          <w:p>
            <w:r>
              <w:t>burst</w:t>
            </w:r>
          </w:p>
        </w:tc>
        <w:tc>
          <w:tcPr>
            <w:tcW w:type="dxa" w:w="2880"/>
          </w:tcPr>
          <w:p>
            <w:r>
              <w:t>20</w:t>
            </w:r>
          </w:p>
        </w:tc>
      </w:tr>
      <w:tr>
        <w:tc>
          <w:tcPr>
            <w:tcW w:type="dxa" w:w="2880"/>
          </w:tcPr>
          <w:p>
            <w:r>
              <w:t>2026-07-01</w:t>
            </w:r>
          </w:p>
        </w:tc>
        <w:tc>
          <w:tcPr>
            <w:tcW w:type="dxa" w:w="2880"/>
          </w:tcPr>
          <w:p>
            <w:r>
              <w:t>joint failure</w:t>
            </w:r>
          </w:p>
        </w:tc>
        <w:tc>
          <w:tcPr>
            <w:tcW w:type="dxa" w:w="2880"/>
          </w:tcPr>
          <w:p>
            <w:r>
              <w:t>8</w:t>
            </w:r>
          </w:p>
        </w:tc>
      </w:tr>
      <w:tr>
        <w:tc>
          <w:tcPr>
            <w:tcW w:type="dxa" w:w="2880"/>
          </w:tcPr>
          <w:p>
            <w:r>
              <w:t>2026-07-01</w:t>
            </w:r>
          </w:p>
        </w:tc>
        <w:tc>
          <w:tcPr>
            <w:tcW w:type="dxa" w:w="2880"/>
          </w:tcPr>
          <w:p>
            <w:r>
              <w:t>valve leak</w:t>
            </w:r>
          </w:p>
        </w:tc>
        <w:tc>
          <w:tcPr>
            <w:tcW w:type="dxa" w:w="2880"/>
          </w:tcPr>
          <w:p>
            <w:r>
              <w:t>1</w:t>
            </w:r>
          </w:p>
        </w:tc>
      </w:tr>
      <w:tr>
        <w:tc>
          <w:tcPr>
            <w:tcW w:type="dxa" w:w="2880"/>
          </w:tcPr>
          <w:p>
            <w:r>
              <w:t>2026-08-01</w:t>
            </w:r>
          </w:p>
        </w:tc>
        <w:tc>
          <w:tcPr>
            <w:tcW w:type="dxa" w:w="2880"/>
          </w:tcPr>
          <w:p>
            <w:r>
              <w:t>leak</w:t>
            </w:r>
          </w:p>
        </w:tc>
        <w:tc>
          <w:tcPr>
            <w:tcW w:type="dxa" w:w="2880"/>
          </w:tcPr>
          <w:p>
            <w:r>
              <w:t>24</w:t>
            </w:r>
          </w:p>
        </w:tc>
      </w:tr>
      <w:tr>
        <w:tc>
          <w:tcPr>
            <w:tcW w:type="dxa" w:w="2880"/>
          </w:tcPr>
          <w:p>
            <w:r>
              <w:t>2026-08-01</w:t>
            </w:r>
          </w:p>
        </w:tc>
        <w:tc>
          <w:tcPr>
            <w:tcW w:type="dxa" w:w="2880"/>
          </w:tcPr>
          <w:p>
            <w:r>
              <w:t>burst</w:t>
            </w:r>
          </w:p>
        </w:tc>
        <w:tc>
          <w:tcPr>
            <w:tcW w:type="dxa" w:w="2880"/>
          </w:tcPr>
          <w:p>
            <w:r>
              <w:t>14</w:t>
            </w:r>
          </w:p>
        </w:tc>
      </w:tr>
      <w:tr>
        <w:tc>
          <w:tcPr>
            <w:tcW w:type="dxa" w:w="2880"/>
          </w:tcPr>
          <w:p>
            <w:r>
              <w:t>2026-08-01</w:t>
            </w:r>
          </w:p>
        </w:tc>
        <w:tc>
          <w:tcPr>
            <w:tcW w:type="dxa" w:w="2880"/>
          </w:tcPr>
          <w:p>
            <w:r>
              <w:t>joint failure</w:t>
            </w:r>
          </w:p>
        </w:tc>
        <w:tc>
          <w:tcPr>
            <w:tcW w:type="dxa" w:w="2880"/>
          </w:tcPr>
          <w:p>
            <w:r>
              <w:t>12</w:t>
            </w:r>
          </w:p>
        </w:tc>
      </w:tr>
      <w:tr>
        <w:tc>
          <w:tcPr>
            <w:tcW w:type="dxa" w:w="2880"/>
          </w:tcPr>
          <w:p>
            <w:r>
              <w:t>2026-08-01</w:t>
            </w:r>
          </w:p>
        </w:tc>
        <w:tc>
          <w:tcPr>
            <w:tcW w:type="dxa" w:w="2880"/>
          </w:tcPr>
          <w:p>
            <w:r>
              <w:t>valve leak</w:t>
            </w:r>
          </w:p>
        </w:tc>
        <w:tc>
          <w:tcPr>
            <w:tcW w:type="dxa" w:w="2880"/>
          </w:tcPr>
          <w:p>
            <w:r>
              <w:t>4</w:t>
            </w:r>
          </w:p>
        </w:tc>
      </w:tr>
      <w:tr>
        <w:tc>
          <w:tcPr>
            <w:tcW w:type="dxa" w:w="2880"/>
          </w:tcPr>
          <w:p>
            <w:r>
              <w:t>2026-09-01</w:t>
            </w:r>
          </w:p>
        </w:tc>
        <w:tc>
          <w:tcPr>
            <w:tcW w:type="dxa" w:w="2880"/>
          </w:tcPr>
          <w:p>
            <w:r>
              <w:t>leak</w:t>
            </w:r>
          </w:p>
        </w:tc>
        <w:tc>
          <w:tcPr>
            <w:tcW w:type="dxa" w:w="2880"/>
          </w:tcPr>
          <w:p>
            <w:r>
              <w:t>23</w:t>
            </w:r>
          </w:p>
        </w:tc>
      </w:tr>
      <w:tr>
        <w:tc>
          <w:tcPr>
            <w:tcW w:type="dxa" w:w="2880"/>
          </w:tcPr>
          <w:p>
            <w:r>
              <w:t>2026-09-01</w:t>
            </w:r>
          </w:p>
        </w:tc>
        <w:tc>
          <w:tcPr>
            <w:tcW w:type="dxa" w:w="2880"/>
          </w:tcPr>
          <w:p>
            <w:r>
              <w:t>burst</w:t>
            </w:r>
          </w:p>
        </w:tc>
        <w:tc>
          <w:tcPr>
            <w:tcW w:type="dxa" w:w="2880"/>
          </w:tcPr>
          <w:p>
            <w:r>
              <w:t>9</w:t>
            </w:r>
          </w:p>
        </w:tc>
      </w:tr>
      <w:tr>
        <w:tc>
          <w:tcPr>
            <w:tcW w:type="dxa" w:w="2880"/>
          </w:tcPr>
          <w:p>
            <w:r>
              <w:t>2026-09-01</w:t>
            </w:r>
          </w:p>
        </w:tc>
        <w:tc>
          <w:tcPr>
            <w:tcW w:type="dxa" w:w="2880"/>
          </w:tcPr>
          <w:p>
            <w:r>
              <w:t>joint failure</w:t>
            </w:r>
          </w:p>
        </w:tc>
        <w:tc>
          <w:tcPr>
            <w:tcW w:type="dxa" w:w="2880"/>
          </w:tcPr>
          <w:p>
            <w:r>
              <w:t>7</w:t>
            </w:r>
          </w:p>
        </w:tc>
      </w:tr>
      <w:tr>
        <w:tc>
          <w:tcPr>
            <w:tcW w:type="dxa" w:w="2880"/>
          </w:tcPr>
          <w:p>
            <w:r>
              <w:t>2026-09-01</w:t>
            </w:r>
          </w:p>
        </w:tc>
        <w:tc>
          <w:tcPr>
            <w:tcW w:type="dxa" w:w="2880"/>
          </w:tcPr>
          <w:p>
            <w:r>
              <w:t>valve leak</w:t>
            </w:r>
          </w:p>
        </w:tc>
        <w:tc>
          <w:tcPr>
            <w:tcW w:type="dxa" w:w="2880"/>
          </w:tcPr>
          <w:p>
            <w:r>
              <w:t>2</w:t>
            </w:r>
          </w:p>
        </w:tc>
      </w:tr>
    </w:tbl>
    <w:p/>
    <w:sectPr w:rsidR="00FC693F" w:rsidRPr="0006063C" w:rsidSect="00034616">
      <w:footerReference w:type="default" r:id="rId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Water utility, Cape Town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Water utility, Cape Town: report</dc:title>
  <dc:subject>Describe the project Sample: Water utility, Cape Town: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